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8C391" w14:textId="0922A9D2" w:rsidR="00907483" w:rsidRPr="00E61C6C" w:rsidRDefault="00D604AD">
      <w:pPr>
        <w:jc w:val="center"/>
        <w:rPr>
          <w:lang w:val="pt-BR"/>
        </w:rPr>
      </w:pPr>
      <w:r>
        <w:rPr>
          <w:b/>
          <w:color w:val="20396F"/>
          <w:sz w:val="44"/>
        </w:rPr>
        <w:t>(COD- IS101)</w:t>
      </w:r>
      <w:r w:rsidR="00000000" w:rsidRPr="00E61C6C">
        <w:rPr>
          <w:b/>
          <w:color w:val="20396F"/>
          <w:sz w:val="44"/>
          <w:lang w:val="pt-BR"/>
        </w:rPr>
        <w:t xml:space="preserve"> Circuito Islândia - Experiência 2026</w:t>
      </w:r>
    </w:p>
    <w:p w14:paraId="36A33A83" w14:textId="77777777" w:rsidR="00907483" w:rsidRPr="00E61C6C" w:rsidRDefault="00000000">
      <w:pPr>
        <w:jc w:val="center"/>
        <w:rPr>
          <w:lang w:val="pt-BR"/>
        </w:rPr>
      </w:pPr>
      <w:r w:rsidRPr="00E61C6C">
        <w:rPr>
          <w:i/>
          <w:color w:val="5C5C5C"/>
          <w:sz w:val="24"/>
          <w:lang w:val="pt-BR"/>
        </w:rPr>
        <w:t>Mais experiências, menos pessoas e uma viagem ainda melhor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907483" w:rsidRPr="00E61C6C" w14:paraId="761DFE05" w14:textId="77777777">
        <w:trPr>
          <w:jc w:val="center"/>
        </w:trPr>
        <w:tc>
          <w:tcPr>
            <w:tcW w:w="10312" w:type="dxa"/>
            <w:shd w:val="clear" w:color="auto" w:fill="D9EAD3"/>
          </w:tcPr>
          <w:p w14:paraId="2F088D35" w14:textId="659B77C8" w:rsidR="00907483" w:rsidRPr="00E61C6C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20396F"/>
                <w:sz w:val="32"/>
              </w:rPr>
              <w:t>💶</w:t>
            </w:r>
            <w:r w:rsidRPr="00E61C6C">
              <w:rPr>
                <w:b/>
                <w:color w:val="20396F"/>
                <w:sz w:val="32"/>
                <w:lang w:val="pt-BR"/>
              </w:rPr>
              <w:t xml:space="preserve"> Valor: € 3.619 por pessoa</w:t>
            </w:r>
            <w:r w:rsidR="00E61C6C" w:rsidRPr="00E61C6C">
              <w:rPr>
                <w:b/>
                <w:color w:val="20396F"/>
                <w:sz w:val="32"/>
                <w:lang w:val="pt-BR"/>
              </w:rPr>
              <w:t>/Q</w:t>
            </w:r>
            <w:r w:rsidR="00E61C6C">
              <w:rPr>
                <w:b/>
                <w:color w:val="20396F"/>
                <w:sz w:val="32"/>
                <w:lang w:val="pt-BR"/>
              </w:rPr>
              <w:t>uarto Duplo</w:t>
            </w:r>
          </w:p>
        </w:tc>
      </w:tr>
    </w:tbl>
    <w:p w14:paraId="77A708DD" w14:textId="77777777" w:rsidR="00907483" w:rsidRDefault="00000000">
      <w:pPr>
        <w:spacing w:after="140"/>
        <w:jc w:val="center"/>
      </w:pPr>
      <w:r>
        <w:rPr>
          <w:noProof/>
        </w:rPr>
        <w:drawing>
          <wp:inline distT="0" distB="0" distL="0" distR="0" wp14:anchorId="73ABA3B1" wp14:editId="1AB3AA53">
            <wp:extent cx="5212080" cy="35978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_4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59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BFAA6" w14:textId="77777777" w:rsidR="00907483" w:rsidRDefault="00000000">
      <w:pPr>
        <w:spacing w:before="200" w:after="100"/>
      </w:pPr>
      <w:r>
        <w:rPr>
          <w:b/>
          <w:color w:val="20396F"/>
          <w:sz w:val="34"/>
        </w:rPr>
        <w:t>📌 Resumo do roteiro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907483" w14:paraId="2BAEEDE6" w14:textId="77777777">
        <w:trPr>
          <w:jc w:val="center"/>
        </w:trPr>
        <w:tc>
          <w:tcPr>
            <w:tcW w:w="5156" w:type="dxa"/>
            <w:shd w:val="clear" w:color="auto" w:fill="D9EAF7"/>
          </w:tcPr>
          <w:p w14:paraId="0C9B8F98" w14:textId="77777777" w:rsidR="00907483" w:rsidRDefault="00000000">
            <w:r>
              <w:rPr>
                <w:b/>
                <w:color w:val="20396F"/>
                <w:sz w:val="20"/>
              </w:rPr>
              <w:t>Dia</w:t>
            </w:r>
          </w:p>
        </w:tc>
        <w:tc>
          <w:tcPr>
            <w:tcW w:w="5156" w:type="dxa"/>
            <w:shd w:val="clear" w:color="auto" w:fill="D9EAF7"/>
          </w:tcPr>
          <w:p w14:paraId="46E0732A" w14:textId="77777777" w:rsidR="00907483" w:rsidRDefault="00000000">
            <w:r>
              <w:rPr>
                <w:b/>
                <w:color w:val="20396F"/>
                <w:sz w:val="20"/>
              </w:rPr>
              <w:t>Roteiro</w:t>
            </w:r>
          </w:p>
        </w:tc>
      </w:tr>
      <w:tr w:rsidR="00907483" w14:paraId="6CCDE507" w14:textId="77777777">
        <w:trPr>
          <w:jc w:val="center"/>
        </w:trPr>
        <w:tc>
          <w:tcPr>
            <w:tcW w:w="5156" w:type="dxa"/>
          </w:tcPr>
          <w:p w14:paraId="70E949A6" w14:textId="77777777" w:rsidR="00907483" w:rsidRDefault="00000000">
            <w:r>
              <w:rPr>
                <w:sz w:val="19"/>
              </w:rPr>
              <w:t>Sábado</w:t>
            </w:r>
          </w:p>
        </w:tc>
        <w:tc>
          <w:tcPr>
            <w:tcW w:w="5156" w:type="dxa"/>
          </w:tcPr>
          <w:p w14:paraId="40BB4EE1" w14:textId="77777777" w:rsidR="00907483" w:rsidRDefault="00000000">
            <w:r>
              <w:rPr>
                <w:sz w:val="19"/>
              </w:rPr>
              <w:t>Espanha - Reykjavík</w:t>
            </w:r>
          </w:p>
        </w:tc>
      </w:tr>
      <w:tr w:rsidR="00907483" w14:paraId="31F7BA99" w14:textId="77777777">
        <w:trPr>
          <w:jc w:val="center"/>
        </w:trPr>
        <w:tc>
          <w:tcPr>
            <w:tcW w:w="5156" w:type="dxa"/>
          </w:tcPr>
          <w:p w14:paraId="31D82ED6" w14:textId="77777777" w:rsidR="00907483" w:rsidRDefault="00000000">
            <w:r>
              <w:rPr>
                <w:sz w:val="19"/>
              </w:rPr>
              <w:t>Domingo</w:t>
            </w:r>
          </w:p>
        </w:tc>
        <w:tc>
          <w:tcPr>
            <w:tcW w:w="5156" w:type="dxa"/>
          </w:tcPr>
          <w:p w14:paraId="4D8993CB" w14:textId="77777777" w:rsidR="00907483" w:rsidRDefault="00000000">
            <w:r>
              <w:rPr>
                <w:sz w:val="19"/>
              </w:rPr>
              <w:t>Reykjavík - Costa Sul - Vík</w:t>
            </w:r>
          </w:p>
        </w:tc>
      </w:tr>
      <w:tr w:rsidR="00907483" w14:paraId="7F396072" w14:textId="77777777">
        <w:trPr>
          <w:jc w:val="center"/>
        </w:trPr>
        <w:tc>
          <w:tcPr>
            <w:tcW w:w="5156" w:type="dxa"/>
          </w:tcPr>
          <w:p w14:paraId="07BE4FFC" w14:textId="77777777" w:rsidR="00907483" w:rsidRDefault="00000000">
            <w:r>
              <w:rPr>
                <w:sz w:val="19"/>
              </w:rPr>
              <w:t>Segunda-feira</w:t>
            </w:r>
          </w:p>
        </w:tc>
        <w:tc>
          <w:tcPr>
            <w:tcW w:w="5156" w:type="dxa"/>
          </w:tcPr>
          <w:p w14:paraId="2B0F2634" w14:textId="77777777" w:rsidR="00907483" w:rsidRDefault="00000000">
            <w:r>
              <w:rPr>
                <w:sz w:val="19"/>
              </w:rPr>
              <w:t>Vík - Klaustur - Jökulsárlón - Höfn</w:t>
            </w:r>
          </w:p>
        </w:tc>
      </w:tr>
      <w:tr w:rsidR="00907483" w14:paraId="6358DF84" w14:textId="77777777">
        <w:trPr>
          <w:jc w:val="center"/>
        </w:trPr>
        <w:tc>
          <w:tcPr>
            <w:tcW w:w="5156" w:type="dxa"/>
          </w:tcPr>
          <w:p w14:paraId="5735E129" w14:textId="77777777" w:rsidR="00907483" w:rsidRDefault="00000000">
            <w:r>
              <w:rPr>
                <w:sz w:val="19"/>
              </w:rPr>
              <w:t>Terça-feira</w:t>
            </w:r>
          </w:p>
        </w:tc>
        <w:tc>
          <w:tcPr>
            <w:tcW w:w="5156" w:type="dxa"/>
          </w:tcPr>
          <w:p w14:paraId="490BC387" w14:textId="77777777" w:rsidR="00907483" w:rsidRDefault="00000000">
            <w:r>
              <w:rPr>
                <w:sz w:val="19"/>
              </w:rPr>
              <w:t>Höfn - Fiordes do Leste</w:t>
            </w:r>
          </w:p>
        </w:tc>
      </w:tr>
      <w:tr w:rsidR="00907483" w14:paraId="2248B58F" w14:textId="77777777">
        <w:trPr>
          <w:jc w:val="center"/>
        </w:trPr>
        <w:tc>
          <w:tcPr>
            <w:tcW w:w="5156" w:type="dxa"/>
          </w:tcPr>
          <w:p w14:paraId="6383C41C" w14:textId="77777777" w:rsidR="00907483" w:rsidRDefault="00000000">
            <w:r>
              <w:rPr>
                <w:sz w:val="19"/>
              </w:rPr>
              <w:t>Quarta-feira</w:t>
            </w:r>
          </w:p>
        </w:tc>
        <w:tc>
          <w:tcPr>
            <w:tcW w:w="5156" w:type="dxa"/>
          </w:tcPr>
          <w:p w14:paraId="51075B5C" w14:textId="77777777" w:rsidR="00907483" w:rsidRDefault="00000000">
            <w:r>
              <w:rPr>
                <w:sz w:val="19"/>
              </w:rPr>
              <w:t>Dettifoss - Lago Mývatn - Mývatn</w:t>
            </w:r>
          </w:p>
        </w:tc>
      </w:tr>
      <w:tr w:rsidR="00907483" w14:paraId="6F33D7D4" w14:textId="77777777">
        <w:trPr>
          <w:jc w:val="center"/>
        </w:trPr>
        <w:tc>
          <w:tcPr>
            <w:tcW w:w="5156" w:type="dxa"/>
          </w:tcPr>
          <w:p w14:paraId="5A6A0052" w14:textId="77777777" w:rsidR="00907483" w:rsidRDefault="00000000">
            <w:r>
              <w:rPr>
                <w:sz w:val="19"/>
              </w:rPr>
              <w:t>Quinta-feira</w:t>
            </w:r>
          </w:p>
        </w:tc>
        <w:tc>
          <w:tcPr>
            <w:tcW w:w="5156" w:type="dxa"/>
          </w:tcPr>
          <w:p w14:paraId="2F9B2DAB" w14:textId="77777777" w:rsidR="00907483" w:rsidRDefault="00000000">
            <w:r>
              <w:rPr>
                <w:sz w:val="19"/>
              </w:rPr>
              <w:t>Akureyri - Skagafjörður - Hrútafjörður</w:t>
            </w:r>
          </w:p>
        </w:tc>
      </w:tr>
      <w:tr w:rsidR="00907483" w14:paraId="3E25C775" w14:textId="77777777">
        <w:trPr>
          <w:jc w:val="center"/>
        </w:trPr>
        <w:tc>
          <w:tcPr>
            <w:tcW w:w="5156" w:type="dxa"/>
          </w:tcPr>
          <w:p w14:paraId="32EBD0A2" w14:textId="77777777" w:rsidR="00907483" w:rsidRDefault="00000000">
            <w:r>
              <w:rPr>
                <w:sz w:val="19"/>
              </w:rPr>
              <w:t>Sexta-feira</w:t>
            </w:r>
          </w:p>
        </w:tc>
        <w:tc>
          <w:tcPr>
            <w:tcW w:w="5156" w:type="dxa"/>
          </w:tcPr>
          <w:p w14:paraId="1BAFB0FE" w14:textId="77777777" w:rsidR="00907483" w:rsidRDefault="00000000">
            <w:r>
              <w:rPr>
                <w:sz w:val="19"/>
              </w:rPr>
              <w:t>Kjölur - Kerlingarfjöll - Reykjavík</w:t>
            </w:r>
          </w:p>
        </w:tc>
      </w:tr>
      <w:tr w:rsidR="00907483" w14:paraId="0BFE23AE" w14:textId="77777777">
        <w:trPr>
          <w:jc w:val="center"/>
        </w:trPr>
        <w:tc>
          <w:tcPr>
            <w:tcW w:w="5156" w:type="dxa"/>
          </w:tcPr>
          <w:p w14:paraId="4A619C69" w14:textId="77777777" w:rsidR="00907483" w:rsidRDefault="00000000">
            <w:r>
              <w:rPr>
                <w:sz w:val="19"/>
              </w:rPr>
              <w:t>Sábado</w:t>
            </w:r>
          </w:p>
        </w:tc>
        <w:tc>
          <w:tcPr>
            <w:tcW w:w="5156" w:type="dxa"/>
          </w:tcPr>
          <w:p w14:paraId="1DBA37DF" w14:textId="77777777" w:rsidR="00907483" w:rsidRDefault="00000000">
            <w:r>
              <w:rPr>
                <w:sz w:val="19"/>
              </w:rPr>
              <w:t>Reykjavík - Espanha</w:t>
            </w:r>
          </w:p>
        </w:tc>
      </w:tr>
    </w:tbl>
    <w:p w14:paraId="2FAB907F" w14:textId="77777777" w:rsidR="00907483" w:rsidRPr="00E61C6C" w:rsidRDefault="00000000">
      <w:pPr>
        <w:spacing w:after="80"/>
        <w:rPr>
          <w:lang w:val="pt-BR"/>
        </w:rPr>
      </w:pPr>
      <w:r>
        <w:rPr>
          <w:b/>
        </w:rPr>
        <w:t>🗓️</w:t>
      </w:r>
      <w:r w:rsidRPr="00E61C6C">
        <w:rPr>
          <w:b/>
          <w:lang w:val="pt-BR"/>
        </w:rPr>
        <w:t xml:space="preserve"> Saídas 100% garantidas, com mínimo de 2 pessoas: junho 27; julho 25; agosto 22 e 29; setembro 5.</w:t>
      </w:r>
    </w:p>
    <w:p w14:paraId="63D31A26" w14:textId="77777777" w:rsidR="00907483" w:rsidRPr="00E61C6C" w:rsidRDefault="00000000">
      <w:pPr>
        <w:spacing w:after="80"/>
        <w:rPr>
          <w:lang w:val="pt-BR"/>
        </w:rPr>
      </w:pPr>
      <w:r>
        <w:rPr>
          <w:b/>
        </w:rPr>
        <w:t>👥</w:t>
      </w:r>
      <w:r w:rsidRPr="00E61C6C">
        <w:rPr>
          <w:b/>
          <w:lang w:val="pt-BR"/>
        </w:rPr>
        <w:t xml:space="preserve"> Quantidade máxima de participantes: 14 pessoas.</w:t>
      </w:r>
    </w:p>
    <w:p w14:paraId="349EFE9E" w14:textId="77777777" w:rsidR="00907483" w:rsidRPr="00E61C6C" w:rsidRDefault="00000000">
      <w:pPr>
        <w:spacing w:before="200" w:after="100"/>
        <w:rPr>
          <w:lang w:val="pt-BR"/>
        </w:rPr>
      </w:pPr>
      <w:r>
        <w:rPr>
          <w:b/>
          <w:color w:val="20396F"/>
          <w:sz w:val="34"/>
        </w:rPr>
        <w:t>🗺️</w:t>
      </w:r>
      <w:r w:rsidRPr="00E61C6C">
        <w:rPr>
          <w:b/>
          <w:color w:val="20396F"/>
          <w:sz w:val="34"/>
          <w:lang w:val="pt-BR"/>
        </w:rPr>
        <w:t xml:space="preserve"> Roteiro em português</w:t>
      </w:r>
    </w:p>
    <w:p w14:paraId="529AD2EE" w14:textId="77777777" w:rsidR="00907483" w:rsidRPr="00E61C6C" w:rsidRDefault="00000000">
      <w:pPr>
        <w:spacing w:before="200" w:after="100"/>
        <w:rPr>
          <w:lang w:val="pt-BR"/>
        </w:rPr>
      </w:pPr>
      <w:r w:rsidRPr="00E61C6C">
        <w:rPr>
          <w:b/>
          <w:color w:val="20396F"/>
          <w:sz w:val="26"/>
          <w:lang w:val="pt-BR"/>
        </w:rPr>
        <w:lastRenderedPageBreak/>
        <w:t>✈</w:t>
      </w:r>
      <w:r>
        <w:rPr>
          <w:b/>
          <w:color w:val="20396F"/>
          <w:sz w:val="26"/>
        </w:rPr>
        <w:t>️</w:t>
      </w:r>
      <w:r w:rsidRPr="00E61C6C">
        <w:rPr>
          <w:b/>
          <w:color w:val="20396F"/>
          <w:sz w:val="26"/>
          <w:lang w:val="pt-BR"/>
        </w:rPr>
        <w:t xml:space="preserve"> Dia 1 (sábado): Espanha - Reykjavík</w:t>
      </w:r>
    </w:p>
    <w:p w14:paraId="189AE502" w14:textId="77777777" w:rsidR="00907483" w:rsidRPr="00E61C6C" w:rsidRDefault="00000000">
      <w:pPr>
        <w:spacing w:after="80"/>
        <w:jc w:val="both"/>
        <w:rPr>
          <w:lang w:val="pt-BR"/>
        </w:rPr>
      </w:pPr>
      <w:r w:rsidRPr="00E61C6C">
        <w:rPr>
          <w:lang w:val="pt-BR"/>
        </w:rPr>
        <w:t xml:space="preserve">Chegada ao Aeroporto de </w:t>
      </w:r>
      <w:proofErr w:type="spellStart"/>
      <w:r w:rsidRPr="00E61C6C">
        <w:rPr>
          <w:lang w:val="pt-BR"/>
        </w:rPr>
        <w:t>Keflavík</w:t>
      </w:r>
      <w:proofErr w:type="spellEnd"/>
      <w:r w:rsidRPr="00E61C6C">
        <w:rPr>
          <w:lang w:val="pt-BR"/>
        </w:rPr>
        <w:t>. Traslado em ônibus não privativo até Reykjavík (não incluído).</w:t>
      </w:r>
    </w:p>
    <w:p w14:paraId="09502A76" w14:textId="77777777" w:rsidR="00907483" w:rsidRPr="00E61C6C" w:rsidRDefault="00000000">
      <w:pPr>
        <w:spacing w:after="80"/>
        <w:rPr>
          <w:lang w:val="pt-BR"/>
        </w:rPr>
      </w:pPr>
      <w:r>
        <w:rPr>
          <w:b/>
          <w:i/>
          <w:sz w:val="20"/>
        </w:rPr>
        <w:t>🚌</w:t>
      </w:r>
      <w:r w:rsidRPr="00E61C6C">
        <w:rPr>
          <w:b/>
          <w:i/>
          <w:sz w:val="20"/>
          <w:lang w:val="pt-BR"/>
        </w:rPr>
        <w:t xml:space="preserve"> Distância aproximada: 50 km</w:t>
      </w:r>
    </w:p>
    <w:p w14:paraId="6379B533" w14:textId="77777777" w:rsidR="00907483" w:rsidRPr="00E61C6C" w:rsidRDefault="00000000">
      <w:pPr>
        <w:spacing w:after="80"/>
        <w:rPr>
          <w:lang w:val="pt-BR"/>
        </w:rPr>
      </w:pPr>
      <w:r>
        <w:rPr>
          <w:b/>
          <w:i/>
          <w:sz w:val="20"/>
        </w:rPr>
        <w:t>🏨</w:t>
      </w:r>
      <w:r w:rsidRPr="00E61C6C">
        <w:rPr>
          <w:b/>
          <w:i/>
          <w:sz w:val="20"/>
          <w:lang w:val="pt-BR"/>
        </w:rPr>
        <w:t xml:space="preserve"> Hospedagem: Reykjavík, Hotel </w:t>
      </w:r>
      <w:proofErr w:type="spellStart"/>
      <w:r w:rsidRPr="00E61C6C">
        <w:rPr>
          <w:b/>
          <w:i/>
          <w:sz w:val="20"/>
          <w:lang w:val="pt-BR"/>
        </w:rPr>
        <w:t>Klettur</w:t>
      </w:r>
      <w:proofErr w:type="spellEnd"/>
      <w:r w:rsidRPr="00E61C6C">
        <w:rPr>
          <w:b/>
          <w:i/>
          <w:sz w:val="20"/>
          <w:lang w:val="pt-BR"/>
        </w:rPr>
        <w:t xml:space="preserve"> ou similar</w:t>
      </w:r>
    </w:p>
    <w:p w14:paraId="4F29588B" w14:textId="77777777" w:rsidR="00907483" w:rsidRPr="00E61C6C" w:rsidRDefault="00000000">
      <w:pPr>
        <w:spacing w:before="200" w:after="100"/>
        <w:rPr>
          <w:lang w:val="pt-BR"/>
        </w:rPr>
      </w:pPr>
      <w:r>
        <w:rPr>
          <w:b/>
          <w:color w:val="20396F"/>
          <w:sz w:val="26"/>
        </w:rPr>
        <w:t>🌋</w:t>
      </w:r>
      <w:r w:rsidRPr="00E61C6C">
        <w:rPr>
          <w:b/>
          <w:color w:val="20396F"/>
          <w:sz w:val="26"/>
          <w:lang w:val="pt-BR"/>
        </w:rPr>
        <w:t xml:space="preserve"> Dia 2 (domingo): Reykjavík - Círculo Dourado - Costa Sul</w:t>
      </w:r>
    </w:p>
    <w:p w14:paraId="00369F5F" w14:textId="77777777" w:rsidR="00907483" w:rsidRPr="00E61C6C" w:rsidRDefault="00000000">
      <w:pPr>
        <w:spacing w:after="80"/>
        <w:jc w:val="both"/>
        <w:rPr>
          <w:lang w:val="pt-BR"/>
        </w:rPr>
      </w:pPr>
      <w:r w:rsidRPr="00E61C6C">
        <w:rPr>
          <w:lang w:val="pt-BR"/>
        </w:rPr>
        <w:t xml:space="preserve">A Islândia é um país de maravilhas naturais, e suas paisagens impressionantes oferecem uma experiência inesquecível. Neste dia, visitaremos </w:t>
      </w:r>
      <w:proofErr w:type="spellStart"/>
      <w:r w:rsidRPr="00E61C6C">
        <w:rPr>
          <w:lang w:val="pt-BR"/>
        </w:rPr>
        <w:t>Thingvellir</w:t>
      </w:r>
      <w:proofErr w:type="spellEnd"/>
      <w:r w:rsidRPr="00E61C6C">
        <w:rPr>
          <w:lang w:val="pt-BR"/>
        </w:rPr>
        <w:t>, parque nacional de grande importância histórica e geológica, onde se encontram as placas tectônicas da América do Norte e da Eurásia.</w:t>
      </w:r>
    </w:p>
    <w:p w14:paraId="4A8CAEF1" w14:textId="77777777" w:rsidR="00907483" w:rsidRPr="00E61C6C" w:rsidRDefault="00000000">
      <w:pPr>
        <w:spacing w:after="80"/>
        <w:jc w:val="both"/>
        <w:rPr>
          <w:lang w:val="pt-BR"/>
        </w:rPr>
      </w:pPr>
      <w:r w:rsidRPr="00E61C6C">
        <w:rPr>
          <w:lang w:val="pt-BR"/>
        </w:rPr>
        <w:t xml:space="preserve">Seguiremos para </w:t>
      </w:r>
      <w:proofErr w:type="spellStart"/>
      <w:r w:rsidRPr="00E61C6C">
        <w:rPr>
          <w:lang w:val="pt-BR"/>
        </w:rPr>
        <w:t>Gullfoss</w:t>
      </w:r>
      <w:proofErr w:type="spellEnd"/>
      <w:r w:rsidRPr="00E61C6C">
        <w:rPr>
          <w:lang w:val="pt-BR"/>
        </w:rPr>
        <w:t xml:space="preserve">, a “Cachoeira Dourada”, que impressiona por sua poderosa queda d’água em dois níveis. Próximo </w:t>
      </w:r>
      <w:proofErr w:type="gramStart"/>
      <w:r w:rsidRPr="00E61C6C">
        <w:rPr>
          <w:lang w:val="pt-BR"/>
        </w:rPr>
        <w:t>dali, a</w:t>
      </w:r>
      <w:proofErr w:type="gramEnd"/>
      <w:r w:rsidRPr="00E61C6C">
        <w:rPr>
          <w:lang w:val="pt-BR"/>
        </w:rPr>
        <w:t xml:space="preserve"> área geotérmica de </w:t>
      </w:r>
      <w:proofErr w:type="spellStart"/>
      <w:r w:rsidRPr="00E61C6C">
        <w:rPr>
          <w:lang w:val="pt-BR"/>
        </w:rPr>
        <w:t>Geysir</w:t>
      </w:r>
      <w:proofErr w:type="spellEnd"/>
      <w:r w:rsidRPr="00E61C6C">
        <w:rPr>
          <w:lang w:val="pt-BR"/>
        </w:rPr>
        <w:t xml:space="preserve"> abriga o famoso gêiser </w:t>
      </w:r>
      <w:proofErr w:type="spellStart"/>
      <w:r w:rsidRPr="00E61C6C">
        <w:rPr>
          <w:lang w:val="pt-BR"/>
        </w:rPr>
        <w:t>Strokkur</w:t>
      </w:r>
      <w:proofErr w:type="spellEnd"/>
      <w:r w:rsidRPr="00E61C6C">
        <w:rPr>
          <w:lang w:val="pt-BR"/>
        </w:rPr>
        <w:t>, que lança jatos de água quente a grande altura a cada poucos minutos.</w:t>
      </w:r>
    </w:p>
    <w:p w14:paraId="12202C92" w14:textId="77777777" w:rsidR="00907483" w:rsidRPr="00E61C6C" w:rsidRDefault="00000000">
      <w:pPr>
        <w:spacing w:after="80"/>
        <w:jc w:val="both"/>
        <w:rPr>
          <w:lang w:val="pt-BR"/>
        </w:rPr>
      </w:pPr>
      <w:r w:rsidRPr="00E61C6C">
        <w:rPr>
          <w:lang w:val="pt-BR"/>
        </w:rPr>
        <w:t xml:space="preserve">Durante o percurso, visitaremos um lugar único para vivenciar de perto a tradição artesanal islandesa em um ambiente íntimo e acolhedor. </w:t>
      </w:r>
      <w:proofErr w:type="spellStart"/>
      <w:r w:rsidRPr="00E61C6C">
        <w:rPr>
          <w:lang w:val="pt-BR"/>
        </w:rPr>
        <w:t>Guðrún</w:t>
      </w:r>
      <w:proofErr w:type="spellEnd"/>
      <w:r w:rsidRPr="00E61C6C">
        <w:rPr>
          <w:lang w:val="pt-BR"/>
        </w:rPr>
        <w:t xml:space="preserve"> abrirá as portas de seu ateliê para apresentar técnicas ancestrais de tingimento natural de lã.</w:t>
      </w:r>
    </w:p>
    <w:p w14:paraId="775A96CE" w14:textId="77777777" w:rsidR="00907483" w:rsidRPr="00E61C6C" w:rsidRDefault="00000000">
      <w:pPr>
        <w:spacing w:after="80"/>
        <w:jc w:val="both"/>
        <w:rPr>
          <w:lang w:val="pt-BR"/>
        </w:rPr>
      </w:pPr>
      <w:r w:rsidRPr="00E61C6C">
        <w:rPr>
          <w:lang w:val="pt-BR"/>
        </w:rPr>
        <w:t xml:space="preserve">Continuaremos para </w:t>
      </w:r>
      <w:proofErr w:type="spellStart"/>
      <w:r w:rsidRPr="00E61C6C">
        <w:rPr>
          <w:lang w:val="pt-BR"/>
        </w:rPr>
        <w:t>Seljalandsfoss</w:t>
      </w:r>
      <w:proofErr w:type="spellEnd"/>
      <w:r w:rsidRPr="00E61C6C">
        <w:rPr>
          <w:lang w:val="pt-BR"/>
        </w:rPr>
        <w:t xml:space="preserve">, uma cachoeira singular onde é possível caminhar por trás da queda d’água, e para </w:t>
      </w:r>
      <w:proofErr w:type="spellStart"/>
      <w:r w:rsidRPr="00E61C6C">
        <w:rPr>
          <w:lang w:val="pt-BR"/>
        </w:rPr>
        <w:t>Skógafoss</w:t>
      </w:r>
      <w:proofErr w:type="spellEnd"/>
      <w:r w:rsidRPr="00E61C6C">
        <w:rPr>
          <w:lang w:val="pt-BR"/>
        </w:rPr>
        <w:t xml:space="preserve">, outra cascata majestosa, famosa por sua largura e força. Por fim, </w:t>
      </w:r>
      <w:proofErr w:type="spellStart"/>
      <w:r w:rsidRPr="00E61C6C">
        <w:rPr>
          <w:lang w:val="pt-BR"/>
        </w:rPr>
        <w:t>Reynisfjara</w:t>
      </w:r>
      <w:proofErr w:type="spellEnd"/>
      <w:r w:rsidRPr="00E61C6C">
        <w:rPr>
          <w:lang w:val="pt-BR"/>
        </w:rPr>
        <w:t>, a praia de areia negra, encanta com formações de basalto e ondas fortes do Atlântico.</w:t>
      </w:r>
    </w:p>
    <w:p w14:paraId="69585EC2" w14:textId="77777777" w:rsidR="00907483" w:rsidRPr="00E61C6C" w:rsidRDefault="00000000">
      <w:pPr>
        <w:spacing w:after="80"/>
        <w:rPr>
          <w:lang w:val="pt-BR"/>
        </w:rPr>
      </w:pPr>
      <w:r>
        <w:rPr>
          <w:b/>
          <w:i/>
          <w:sz w:val="20"/>
        </w:rPr>
        <w:t>🚌</w:t>
      </w:r>
      <w:r w:rsidRPr="00E61C6C">
        <w:rPr>
          <w:b/>
          <w:i/>
          <w:sz w:val="20"/>
          <w:lang w:val="pt-BR"/>
        </w:rPr>
        <w:t xml:space="preserve"> Distância aproximada: 300 km</w:t>
      </w:r>
    </w:p>
    <w:p w14:paraId="7E38377A" w14:textId="77777777" w:rsidR="00907483" w:rsidRPr="00E61C6C" w:rsidRDefault="00000000">
      <w:pPr>
        <w:spacing w:after="80"/>
        <w:rPr>
          <w:lang w:val="pt-BR"/>
        </w:rPr>
      </w:pPr>
      <w:r>
        <w:rPr>
          <w:b/>
          <w:i/>
          <w:sz w:val="20"/>
        </w:rPr>
        <w:t>🏨</w:t>
      </w:r>
      <w:r w:rsidRPr="00E61C6C">
        <w:rPr>
          <w:b/>
          <w:i/>
          <w:sz w:val="20"/>
          <w:lang w:val="pt-BR"/>
        </w:rPr>
        <w:t xml:space="preserve"> Hospedagem: Área de </w:t>
      </w:r>
      <w:proofErr w:type="spellStart"/>
      <w:r w:rsidRPr="00E61C6C">
        <w:rPr>
          <w:b/>
          <w:i/>
          <w:sz w:val="20"/>
          <w:lang w:val="pt-BR"/>
        </w:rPr>
        <w:t>Vík</w:t>
      </w:r>
      <w:proofErr w:type="spellEnd"/>
      <w:r w:rsidRPr="00E61C6C">
        <w:rPr>
          <w:b/>
          <w:i/>
          <w:sz w:val="20"/>
          <w:lang w:val="pt-BR"/>
        </w:rPr>
        <w:t xml:space="preserve">, Hotel </w:t>
      </w:r>
      <w:proofErr w:type="spellStart"/>
      <w:r w:rsidRPr="00E61C6C">
        <w:rPr>
          <w:b/>
          <w:i/>
          <w:sz w:val="20"/>
          <w:lang w:val="pt-BR"/>
        </w:rPr>
        <w:t>Dyrholaey</w:t>
      </w:r>
      <w:proofErr w:type="spellEnd"/>
      <w:r w:rsidRPr="00E61C6C">
        <w:rPr>
          <w:b/>
          <w:i/>
          <w:sz w:val="20"/>
          <w:lang w:val="pt-BR"/>
        </w:rPr>
        <w:t xml:space="preserve"> ou similar</w:t>
      </w:r>
    </w:p>
    <w:p w14:paraId="4DB53EF4" w14:textId="77777777" w:rsidR="00907483" w:rsidRPr="00E61C6C" w:rsidRDefault="00000000">
      <w:pPr>
        <w:spacing w:before="60" w:after="120"/>
        <w:rPr>
          <w:lang w:val="pt-BR"/>
        </w:rPr>
      </w:pPr>
      <w:r w:rsidRPr="00E61C6C">
        <w:rPr>
          <w:b/>
          <w:color w:val="B26200"/>
          <w:sz w:val="20"/>
          <w:lang w:val="pt-BR"/>
        </w:rPr>
        <w:t xml:space="preserve">✅ Incluído: Parada no ateliê de </w:t>
      </w:r>
      <w:proofErr w:type="spellStart"/>
      <w:r w:rsidRPr="00E61C6C">
        <w:rPr>
          <w:b/>
          <w:color w:val="B26200"/>
          <w:sz w:val="20"/>
          <w:lang w:val="pt-BR"/>
        </w:rPr>
        <w:t>Ölfus</w:t>
      </w:r>
      <w:proofErr w:type="spellEnd"/>
      <w:r w:rsidRPr="00E61C6C">
        <w:rPr>
          <w:b/>
          <w:color w:val="B26200"/>
          <w:sz w:val="20"/>
          <w:lang w:val="pt-BR"/>
        </w:rPr>
        <w:t xml:space="preserve"> e jantar de 2 pratos</w:t>
      </w:r>
    </w:p>
    <w:p w14:paraId="3D3CE564" w14:textId="77777777" w:rsidR="00907483" w:rsidRDefault="00000000">
      <w:pPr>
        <w:spacing w:after="140"/>
        <w:jc w:val="center"/>
      </w:pPr>
      <w:r>
        <w:rPr>
          <w:noProof/>
        </w:rPr>
        <w:drawing>
          <wp:inline distT="0" distB="0" distL="0" distR="0" wp14:anchorId="7999F0B7" wp14:editId="21B49006">
            <wp:extent cx="5669280" cy="142907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2_5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142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9037E" w14:textId="77777777" w:rsidR="00907483" w:rsidRPr="00E61C6C" w:rsidRDefault="00000000">
      <w:pPr>
        <w:spacing w:before="200" w:after="100"/>
        <w:rPr>
          <w:lang w:val="pt-BR"/>
        </w:rPr>
      </w:pPr>
      <w:r>
        <w:rPr>
          <w:b/>
          <w:color w:val="20396F"/>
          <w:sz w:val="26"/>
        </w:rPr>
        <w:t>🧊</w:t>
      </w:r>
      <w:r w:rsidRPr="00E61C6C">
        <w:rPr>
          <w:b/>
          <w:color w:val="20396F"/>
          <w:sz w:val="26"/>
          <w:lang w:val="pt-BR"/>
        </w:rPr>
        <w:t xml:space="preserve"> Dia 3 (segunda-feira): </w:t>
      </w:r>
      <w:proofErr w:type="spellStart"/>
      <w:r w:rsidRPr="00E61C6C">
        <w:rPr>
          <w:b/>
          <w:color w:val="20396F"/>
          <w:sz w:val="26"/>
          <w:lang w:val="pt-BR"/>
        </w:rPr>
        <w:t>Vík</w:t>
      </w:r>
      <w:proofErr w:type="spellEnd"/>
      <w:r w:rsidRPr="00E61C6C">
        <w:rPr>
          <w:b/>
          <w:color w:val="20396F"/>
          <w:sz w:val="26"/>
          <w:lang w:val="pt-BR"/>
        </w:rPr>
        <w:t xml:space="preserve"> - </w:t>
      </w:r>
      <w:proofErr w:type="spellStart"/>
      <w:r w:rsidRPr="00E61C6C">
        <w:rPr>
          <w:b/>
          <w:color w:val="20396F"/>
          <w:sz w:val="26"/>
          <w:lang w:val="pt-BR"/>
        </w:rPr>
        <w:t>Klaustur</w:t>
      </w:r>
      <w:proofErr w:type="spellEnd"/>
      <w:r w:rsidRPr="00E61C6C">
        <w:rPr>
          <w:b/>
          <w:color w:val="20396F"/>
          <w:sz w:val="26"/>
          <w:lang w:val="pt-BR"/>
        </w:rPr>
        <w:t xml:space="preserve"> - </w:t>
      </w:r>
      <w:proofErr w:type="spellStart"/>
      <w:r w:rsidRPr="00E61C6C">
        <w:rPr>
          <w:b/>
          <w:color w:val="20396F"/>
          <w:sz w:val="26"/>
          <w:lang w:val="pt-BR"/>
        </w:rPr>
        <w:t>Jökulsárlón</w:t>
      </w:r>
      <w:proofErr w:type="spellEnd"/>
      <w:r w:rsidRPr="00E61C6C">
        <w:rPr>
          <w:b/>
          <w:color w:val="20396F"/>
          <w:sz w:val="26"/>
          <w:lang w:val="pt-BR"/>
        </w:rPr>
        <w:t xml:space="preserve"> - </w:t>
      </w:r>
      <w:proofErr w:type="spellStart"/>
      <w:r w:rsidRPr="00E61C6C">
        <w:rPr>
          <w:b/>
          <w:color w:val="20396F"/>
          <w:sz w:val="26"/>
          <w:lang w:val="pt-BR"/>
        </w:rPr>
        <w:t>Höfn</w:t>
      </w:r>
      <w:proofErr w:type="spellEnd"/>
    </w:p>
    <w:p w14:paraId="7A47F4A0" w14:textId="77777777" w:rsidR="00907483" w:rsidRPr="00E61C6C" w:rsidRDefault="00000000">
      <w:pPr>
        <w:spacing w:after="80"/>
        <w:jc w:val="both"/>
        <w:rPr>
          <w:lang w:val="pt-BR"/>
        </w:rPr>
      </w:pPr>
      <w:r w:rsidRPr="00E61C6C">
        <w:rPr>
          <w:lang w:val="pt-BR"/>
        </w:rPr>
        <w:t xml:space="preserve">O Parque Nacional de </w:t>
      </w:r>
      <w:proofErr w:type="spellStart"/>
      <w:r w:rsidRPr="00E61C6C">
        <w:rPr>
          <w:lang w:val="pt-BR"/>
        </w:rPr>
        <w:t>Skaftafell</w:t>
      </w:r>
      <w:proofErr w:type="spellEnd"/>
      <w:r w:rsidRPr="00E61C6C">
        <w:rPr>
          <w:lang w:val="pt-BR"/>
        </w:rPr>
        <w:t xml:space="preserve"> é um paraíso para amantes da natureza, com trilhas que revelam vistas impressionantes de geleiras, montanhas e bosques. Um dos destaques é </w:t>
      </w:r>
      <w:proofErr w:type="spellStart"/>
      <w:r w:rsidRPr="00E61C6C">
        <w:rPr>
          <w:lang w:val="pt-BR"/>
        </w:rPr>
        <w:t>Svartifoss</w:t>
      </w:r>
      <w:proofErr w:type="spellEnd"/>
      <w:r w:rsidRPr="00E61C6C">
        <w:rPr>
          <w:lang w:val="pt-BR"/>
        </w:rPr>
        <w:t>, cachoeira cercada por colunas de basalto negro que lembram órgãos de uma catedral natural.</w:t>
      </w:r>
    </w:p>
    <w:p w14:paraId="3580A7FE" w14:textId="77777777" w:rsidR="00907483" w:rsidRPr="00E61C6C" w:rsidRDefault="00000000">
      <w:pPr>
        <w:spacing w:after="80"/>
        <w:jc w:val="both"/>
        <w:rPr>
          <w:lang w:val="pt-BR"/>
        </w:rPr>
      </w:pPr>
      <w:r w:rsidRPr="00E61C6C">
        <w:rPr>
          <w:lang w:val="pt-BR"/>
        </w:rPr>
        <w:t xml:space="preserve">Seguiremos para </w:t>
      </w:r>
      <w:proofErr w:type="spellStart"/>
      <w:r w:rsidRPr="00E61C6C">
        <w:rPr>
          <w:lang w:val="pt-BR"/>
        </w:rPr>
        <w:t>Jökulsárlón</w:t>
      </w:r>
      <w:proofErr w:type="spellEnd"/>
      <w:r w:rsidRPr="00E61C6C">
        <w:rPr>
          <w:lang w:val="pt-BR"/>
        </w:rPr>
        <w:t>, uma lagoa glacial onde enormes icebergs flutuam serenamente antes de seguir em direção ao mar. Faremos um passeio de barco para observar os icebergs de perto.</w:t>
      </w:r>
    </w:p>
    <w:p w14:paraId="23B99D82" w14:textId="77777777" w:rsidR="00907483" w:rsidRPr="00E61C6C" w:rsidRDefault="00000000">
      <w:pPr>
        <w:spacing w:after="80"/>
        <w:jc w:val="both"/>
        <w:rPr>
          <w:lang w:val="pt-BR"/>
        </w:rPr>
      </w:pPr>
      <w:r w:rsidRPr="00E61C6C">
        <w:rPr>
          <w:lang w:val="pt-BR"/>
        </w:rPr>
        <w:t xml:space="preserve">Próxima à lagoa, a Diamond Beach oferece um espetáculo único: fragmentos de gelo brilhante espalhados sobre a areia negra, como diamantes. A cidade de </w:t>
      </w:r>
      <w:proofErr w:type="spellStart"/>
      <w:r w:rsidRPr="00E61C6C">
        <w:rPr>
          <w:lang w:val="pt-BR"/>
        </w:rPr>
        <w:t>Höfn</w:t>
      </w:r>
      <w:proofErr w:type="spellEnd"/>
      <w:r w:rsidRPr="00E61C6C">
        <w:rPr>
          <w:lang w:val="pt-BR"/>
        </w:rPr>
        <w:t xml:space="preserve">, na costa sudeste, é conhecida pelas vistas do glaciar </w:t>
      </w:r>
      <w:proofErr w:type="spellStart"/>
      <w:r w:rsidRPr="00E61C6C">
        <w:rPr>
          <w:lang w:val="pt-BR"/>
        </w:rPr>
        <w:t>Vatnajökull</w:t>
      </w:r>
      <w:proofErr w:type="spellEnd"/>
      <w:r w:rsidRPr="00E61C6C">
        <w:rPr>
          <w:lang w:val="pt-BR"/>
        </w:rPr>
        <w:t xml:space="preserve"> e pela cultura pesqueira.</w:t>
      </w:r>
    </w:p>
    <w:p w14:paraId="22DC3CB9" w14:textId="77777777" w:rsidR="00907483" w:rsidRPr="00E61C6C" w:rsidRDefault="00000000">
      <w:pPr>
        <w:spacing w:after="80"/>
        <w:rPr>
          <w:lang w:val="pt-BR"/>
        </w:rPr>
      </w:pPr>
      <w:r>
        <w:rPr>
          <w:b/>
          <w:i/>
          <w:sz w:val="20"/>
        </w:rPr>
        <w:t>🚌</w:t>
      </w:r>
      <w:r w:rsidRPr="00E61C6C">
        <w:rPr>
          <w:b/>
          <w:i/>
          <w:sz w:val="20"/>
          <w:lang w:val="pt-BR"/>
        </w:rPr>
        <w:t xml:space="preserve"> Distância aproximada: 280 km</w:t>
      </w:r>
    </w:p>
    <w:p w14:paraId="76125D65" w14:textId="77777777" w:rsidR="00907483" w:rsidRPr="00E61C6C" w:rsidRDefault="00000000">
      <w:pPr>
        <w:spacing w:after="80"/>
        <w:rPr>
          <w:lang w:val="pt-BR"/>
        </w:rPr>
      </w:pPr>
      <w:r>
        <w:rPr>
          <w:b/>
          <w:i/>
          <w:sz w:val="20"/>
        </w:rPr>
        <w:t>🏨</w:t>
      </w:r>
      <w:r w:rsidRPr="00E61C6C">
        <w:rPr>
          <w:b/>
          <w:i/>
          <w:sz w:val="20"/>
          <w:lang w:val="pt-BR"/>
        </w:rPr>
        <w:t xml:space="preserve"> Hospedagem: Área de </w:t>
      </w:r>
      <w:proofErr w:type="spellStart"/>
      <w:r w:rsidRPr="00E61C6C">
        <w:rPr>
          <w:b/>
          <w:i/>
          <w:sz w:val="20"/>
          <w:lang w:val="pt-BR"/>
        </w:rPr>
        <w:t>Höfn</w:t>
      </w:r>
      <w:proofErr w:type="spellEnd"/>
      <w:r w:rsidRPr="00E61C6C">
        <w:rPr>
          <w:b/>
          <w:i/>
          <w:sz w:val="20"/>
          <w:lang w:val="pt-BR"/>
        </w:rPr>
        <w:t xml:space="preserve">, Hotel </w:t>
      </w:r>
      <w:proofErr w:type="spellStart"/>
      <w:r w:rsidRPr="00E61C6C">
        <w:rPr>
          <w:b/>
          <w:i/>
          <w:sz w:val="20"/>
          <w:lang w:val="pt-BR"/>
        </w:rPr>
        <w:t>Höfn</w:t>
      </w:r>
      <w:proofErr w:type="spellEnd"/>
      <w:r w:rsidRPr="00E61C6C">
        <w:rPr>
          <w:b/>
          <w:i/>
          <w:sz w:val="20"/>
          <w:lang w:val="pt-BR"/>
        </w:rPr>
        <w:t xml:space="preserve"> ou similar</w:t>
      </w:r>
    </w:p>
    <w:p w14:paraId="3995E3E1" w14:textId="77777777" w:rsidR="00907483" w:rsidRPr="00E61C6C" w:rsidRDefault="00000000">
      <w:pPr>
        <w:spacing w:before="60" w:after="120"/>
        <w:rPr>
          <w:lang w:val="pt-BR"/>
        </w:rPr>
      </w:pPr>
      <w:r w:rsidRPr="00E61C6C">
        <w:rPr>
          <w:b/>
          <w:color w:val="B26200"/>
          <w:sz w:val="20"/>
          <w:lang w:val="pt-BR"/>
        </w:rPr>
        <w:t xml:space="preserve">✅ Incluído: Jantar de 2 pratos e passeio de barco pela Lagoa Glacial de </w:t>
      </w:r>
      <w:proofErr w:type="spellStart"/>
      <w:r w:rsidRPr="00E61C6C">
        <w:rPr>
          <w:b/>
          <w:color w:val="B26200"/>
          <w:sz w:val="20"/>
          <w:lang w:val="pt-BR"/>
        </w:rPr>
        <w:t>Jökulsárlón</w:t>
      </w:r>
      <w:proofErr w:type="spellEnd"/>
    </w:p>
    <w:p w14:paraId="4653EFB3" w14:textId="77777777" w:rsidR="00907483" w:rsidRDefault="00000000">
      <w:pPr>
        <w:spacing w:after="140"/>
        <w:jc w:val="center"/>
      </w:pPr>
      <w:r>
        <w:rPr>
          <w:noProof/>
        </w:rPr>
        <w:lastRenderedPageBreak/>
        <w:drawing>
          <wp:inline distT="0" distB="0" distL="0" distR="0" wp14:anchorId="2705ED41" wp14:editId="296B9D7F">
            <wp:extent cx="5669280" cy="143875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3_7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1438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F9260" w14:textId="77777777" w:rsidR="00907483" w:rsidRPr="00E61C6C" w:rsidRDefault="00000000">
      <w:pPr>
        <w:spacing w:before="200" w:after="100"/>
        <w:rPr>
          <w:lang w:val="pt-BR"/>
        </w:rPr>
      </w:pPr>
      <w:r>
        <w:rPr>
          <w:b/>
          <w:color w:val="20396F"/>
          <w:sz w:val="26"/>
        </w:rPr>
        <w:t>🏞️</w:t>
      </w:r>
      <w:r w:rsidRPr="00E61C6C">
        <w:rPr>
          <w:b/>
          <w:color w:val="20396F"/>
          <w:sz w:val="26"/>
          <w:lang w:val="pt-BR"/>
        </w:rPr>
        <w:t xml:space="preserve"> Dia 4 (terça-feira): Fiordes do Leste - </w:t>
      </w:r>
      <w:proofErr w:type="spellStart"/>
      <w:r w:rsidRPr="00E61C6C">
        <w:rPr>
          <w:b/>
          <w:color w:val="20396F"/>
          <w:sz w:val="26"/>
          <w:lang w:val="pt-BR"/>
        </w:rPr>
        <w:t>Egilsstaðir</w:t>
      </w:r>
      <w:proofErr w:type="spellEnd"/>
    </w:p>
    <w:p w14:paraId="5F3F3960" w14:textId="77777777" w:rsidR="00907483" w:rsidRPr="00E61C6C" w:rsidRDefault="00000000">
      <w:pPr>
        <w:spacing w:after="80"/>
        <w:jc w:val="both"/>
        <w:rPr>
          <w:lang w:val="pt-BR"/>
        </w:rPr>
      </w:pPr>
      <w:r w:rsidRPr="00E61C6C">
        <w:rPr>
          <w:lang w:val="pt-BR"/>
        </w:rPr>
        <w:t xml:space="preserve">Os fiordes do leste da Islândia formam uma região de beleza natural surpreendente, onde montanhas escarpadas encontram o mar em uma sequência de profundos fiordes. A paisagem abriga vilarejos pesqueiros pitorescos, como </w:t>
      </w:r>
      <w:proofErr w:type="spellStart"/>
      <w:r w:rsidRPr="00E61C6C">
        <w:rPr>
          <w:lang w:val="pt-BR"/>
        </w:rPr>
        <w:t>Seyðisfjörður</w:t>
      </w:r>
      <w:proofErr w:type="spellEnd"/>
      <w:r w:rsidRPr="00E61C6C">
        <w:rPr>
          <w:lang w:val="pt-BR"/>
        </w:rPr>
        <w:t xml:space="preserve"> e </w:t>
      </w:r>
      <w:proofErr w:type="spellStart"/>
      <w:r w:rsidRPr="00E61C6C">
        <w:rPr>
          <w:lang w:val="pt-BR"/>
        </w:rPr>
        <w:t>Djúpivogur</w:t>
      </w:r>
      <w:proofErr w:type="spellEnd"/>
      <w:r w:rsidRPr="00E61C6C">
        <w:rPr>
          <w:lang w:val="pt-BR"/>
        </w:rPr>
        <w:t>, que revelam um pouco da vida tradicional islandesa.</w:t>
      </w:r>
    </w:p>
    <w:p w14:paraId="1789032D" w14:textId="77777777" w:rsidR="00907483" w:rsidRPr="00E61C6C" w:rsidRDefault="00000000">
      <w:pPr>
        <w:spacing w:after="80"/>
        <w:jc w:val="both"/>
        <w:rPr>
          <w:lang w:val="pt-BR"/>
        </w:rPr>
      </w:pPr>
      <w:r w:rsidRPr="00E61C6C">
        <w:rPr>
          <w:lang w:val="pt-BR"/>
        </w:rPr>
        <w:t>A região também é ideal para observar fauna local, como renas e aves marinhas. No caminho, visitaremos uma cervejaria local para degustar cervejas artesanais e conhecer o processo de produção e os sabores autênticos da região.</w:t>
      </w:r>
    </w:p>
    <w:p w14:paraId="7E4B8D04" w14:textId="77777777" w:rsidR="00907483" w:rsidRPr="00E61C6C" w:rsidRDefault="00000000">
      <w:pPr>
        <w:spacing w:after="80"/>
        <w:rPr>
          <w:lang w:val="pt-BR"/>
        </w:rPr>
      </w:pPr>
      <w:r>
        <w:rPr>
          <w:b/>
          <w:i/>
          <w:sz w:val="20"/>
        </w:rPr>
        <w:t>🚌</w:t>
      </w:r>
      <w:r w:rsidRPr="00E61C6C">
        <w:rPr>
          <w:b/>
          <w:i/>
          <w:sz w:val="20"/>
          <w:lang w:val="pt-BR"/>
        </w:rPr>
        <w:t xml:space="preserve"> Distância aproximada: 300 km</w:t>
      </w:r>
    </w:p>
    <w:p w14:paraId="336DD115" w14:textId="77777777" w:rsidR="00907483" w:rsidRPr="00E61C6C" w:rsidRDefault="00000000">
      <w:pPr>
        <w:spacing w:after="80"/>
        <w:rPr>
          <w:lang w:val="pt-BR"/>
        </w:rPr>
      </w:pPr>
      <w:r>
        <w:rPr>
          <w:b/>
          <w:i/>
          <w:sz w:val="20"/>
        </w:rPr>
        <w:t>🏨</w:t>
      </w:r>
      <w:r w:rsidRPr="00E61C6C">
        <w:rPr>
          <w:b/>
          <w:i/>
          <w:sz w:val="20"/>
          <w:lang w:val="pt-BR"/>
        </w:rPr>
        <w:t xml:space="preserve"> Hospedagem: Área de </w:t>
      </w:r>
      <w:proofErr w:type="spellStart"/>
      <w:r w:rsidRPr="00E61C6C">
        <w:rPr>
          <w:b/>
          <w:i/>
          <w:sz w:val="20"/>
          <w:lang w:val="pt-BR"/>
        </w:rPr>
        <w:t>Egilsstaðir</w:t>
      </w:r>
      <w:proofErr w:type="spellEnd"/>
      <w:r w:rsidRPr="00E61C6C">
        <w:rPr>
          <w:b/>
          <w:i/>
          <w:sz w:val="20"/>
          <w:lang w:val="pt-BR"/>
        </w:rPr>
        <w:t xml:space="preserve">, Hotel </w:t>
      </w:r>
      <w:proofErr w:type="spellStart"/>
      <w:r w:rsidRPr="00E61C6C">
        <w:rPr>
          <w:b/>
          <w:i/>
          <w:sz w:val="20"/>
          <w:lang w:val="pt-BR"/>
        </w:rPr>
        <w:t>Eyvindara</w:t>
      </w:r>
      <w:proofErr w:type="spellEnd"/>
      <w:r w:rsidRPr="00E61C6C">
        <w:rPr>
          <w:b/>
          <w:i/>
          <w:sz w:val="20"/>
          <w:lang w:val="pt-BR"/>
        </w:rPr>
        <w:t xml:space="preserve"> ou similar</w:t>
      </w:r>
    </w:p>
    <w:p w14:paraId="16FAEB92" w14:textId="77777777" w:rsidR="00907483" w:rsidRPr="00E61C6C" w:rsidRDefault="00000000">
      <w:pPr>
        <w:spacing w:before="60" w:after="120"/>
        <w:rPr>
          <w:lang w:val="pt-BR"/>
        </w:rPr>
      </w:pPr>
      <w:r w:rsidRPr="00E61C6C">
        <w:rPr>
          <w:b/>
          <w:color w:val="B26200"/>
          <w:sz w:val="20"/>
          <w:lang w:val="pt-BR"/>
        </w:rPr>
        <w:t>✅ Incluído: Visita a uma fábrica de cerveja, degustação de cerveja e jantar de 2 pratos</w:t>
      </w:r>
    </w:p>
    <w:p w14:paraId="332C0AD2" w14:textId="77777777" w:rsidR="00907483" w:rsidRDefault="00000000">
      <w:pPr>
        <w:spacing w:after="140"/>
        <w:jc w:val="center"/>
      </w:pPr>
      <w:r>
        <w:rPr>
          <w:noProof/>
        </w:rPr>
        <w:drawing>
          <wp:inline distT="0" distB="0" distL="0" distR="0" wp14:anchorId="2085E489" wp14:editId="4B9D159D">
            <wp:extent cx="5669280" cy="124494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3_8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124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7D868" w14:textId="77777777" w:rsidR="00907483" w:rsidRPr="00E61C6C" w:rsidRDefault="00000000">
      <w:pPr>
        <w:spacing w:before="200" w:after="100"/>
        <w:rPr>
          <w:lang w:val="pt-BR"/>
        </w:rPr>
      </w:pPr>
      <w:r>
        <w:rPr>
          <w:b/>
          <w:color w:val="20396F"/>
          <w:sz w:val="26"/>
        </w:rPr>
        <w:t>💦</w:t>
      </w:r>
      <w:r w:rsidRPr="00E61C6C">
        <w:rPr>
          <w:b/>
          <w:color w:val="20396F"/>
          <w:sz w:val="26"/>
          <w:lang w:val="pt-BR"/>
        </w:rPr>
        <w:t xml:space="preserve"> Dia 5 (quarta-feira): </w:t>
      </w:r>
      <w:proofErr w:type="spellStart"/>
      <w:r w:rsidRPr="00E61C6C">
        <w:rPr>
          <w:b/>
          <w:color w:val="20396F"/>
          <w:sz w:val="26"/>
          <w:lang w:val="pt-BR"/>
        </w:rPr>
        <w:t>Egilsstaðir</w:t>
      </w:r>
      <w:proofErr w:type="spellEnd"/>
      <w:r w:rsidRPr="00E61C6C">
        <w:rPr>
          <w:b/>
          <w:color w:val="20396F"/>
          <w:sz w:val="26"/>
          <w:lang w:val="pt-BR"/>
        </w:rPr>
        <w:t xml:space="preserve"> - </w:t>
      </w:r>
      <w:proofErr w:type="spellStart"/>
      <w:r w:rsidRPr="00E61C6C">
        <w:rPr>
          <w:b/>
          <w:color w:val="20396F"/>
          <w:sz w:val="26"/>
          <w:lang w:val="pt-BR"/>
        </w:rPr>
        <w:t>Dettifoss</w:t>
      </w:r>
      <w:proofErr w:type="spellEnd"/>
      <w:r w:rsidRPr="00E61C6C">
        <w:rPr>
          <w:b/>
          <w:color w:val="20396F"/>
          <w:sz w:val="26"/>
          <w:lang w:val="pt-BR"/>
        </w:rPr>
        <w:t xml:space="preserve"> - </w:t>
      </w:r>
      <w:proofErr w:type="spellStart"/>
      <w:r w:rsidRPr="00E61C6C">
        <w:rPr>
          <w:b/>
          <w:color w:val="20396F"/>
          <w:sz w:val="26"/>
          <w:lang w:val="pt-BR"/>
        </w:rPr>
        <w:t>Mývatn</w:t>
      </w:r>
      <w:proofErr w:type="spellEnd"/>
    </w:p>
    <w:p w14:paraId="3125D783" w14:textId="77777777" w:rsidR="00907483" w:rsidRPr="00E61C6C" w:rsidRDefault="00000000">
      <w:pPr>
        <w:spacing w:after="80"/>
        <w:jc w:val="both"/>
        <w:rPr>
          <w:lang w:val="pt-BR"/>
        </w:rPr>
      </w:pPr>
      <w:r w:rsidRPr="00E61C6C">
        <w:rPr>
          <w:lang w:val="pt-BR"/>
        </w:rPr>
        <w:t xml:space="preserve">Pela manhã, seguiremos rumo ao norte, atravessando uma região desabitada do </w:t>
      </w:r>
      <w:proofErr w:type="gramStart"/>
      <w:r w:rsidRPr="00E61C6C">
        <w:rPr>
          <w:lang w:val="pt-BR"/>
        </w:rPr>
        <w:t>nordeste</w:t>
      </w:r>
      <w:proofErr w:type="gramEnd"/>
      <w:r w:rsidRPr="00E61C6C">
        <w:rPr>
          <w:lang w:val="pt-BR"/>
        </w:rPr>
        <w:t xml:space="preserve"> que nos conduzirá à grande cachoeira </w:t>
      </w:r>
      <w:proofErr w:type="spellStart"/>
      <w:r w:rsidRPr="00E61C6C">
        <w:rPr>
          <w:lang w:val="pt-BR"/>
        </w:rPr>
        <w:t>Dettifoss</w:t>
      </w:r>
      <w:proofErr w:type="spellEnd"/>
      <w:r w:rsidRPr="00E61C6C">
        <w:rPr>
          <w:lang w:val="pt-BR"/>
        </w:rPr>
        <w:t>, considerada a mais poderosa da Europa em volume de água.</w:t>
      </w:r>
    </w:p>
    <w:p w14:paraId="13C98C3E" w14:textId="77777777" w:rsidR="00907483" w:rsidRPr="00E61C6C" w:rsidRDefault="00000000">
      <w:pPr>
        <w:spacing w:after="80"/>
        <w:jc w:val="both"/>
        <w:rPr>
          <w:lang w:val="pt-BR"/>
        </w:rPr>
      </w:pPr>
      <w:r w:rsidRPr="00E61C6C">
        <w:rPr>
          <w:lang w:val="pt-BR"/>
        </w:rPr>
        <w:t xml:space="preserve">Na sequência, conheceremos a região do Lago </w:t>
      </w:r>
      <w:proofErr w:type="spellStart"/>
      <w:r w:rsidRPr="00E61C6C">
        <w:rPr>
          <w:lang w:val="pt-BR"/>
        </w:rPr>
        <w:t>Mývatn</w:t>
      </w:r>
      <w:proofErr w:type="spellEnd"/>
      <w:r w:rsidRPr="00E61C6C">
        <w:rPr>
          <w:lang w:val="pt-BR"/>
        </w:rPr>
        <w:t xml:space="preserve">, famosa por sua biodiversidade e paisagens vulcânicas. </w:t>
      </w:r>
      <w:proofErr w:type="spellStart"/>
      <w:r w:rsidRPr="00E61C6C">
        <w:rPr>
          <w:lang w:val="pt-BR"/>
        </w:rPr>
        <w:t>Skútustaðir</w:t>
      </w:r>
      <w:proofErr w:type="spellEnd"/>
      <w:r w:rsidRPr="00E61C6C">
        <w:rPr>
          <w:lang w:val="pt-BR"/>
        </w:rPr>
        <w:t xml:space="preserve"> apresenta uma paisagem única de </w:t>
      </w:r>
      <w:proofErr w:type="spellStart"/>
      <w:r w:rsidRPr="00E61C6C">
        <w:rPr>
          <w:lang w:val="pt-BR"/>
        </w:rPr>
        <w:t>pseudocrateras</w:t>
      </w:r>
      <w:proofErr w:type="spellEnd"/>
      <w:r w:rsidRPr="00E61C6C">
        <w:rPr>
          <w:lang w:val="pt-BR"/>
        </w:rPr>
        <w:t xml:space="preserve"> cobertas por vegetação, em contraste com extensas áreas de lava.</w:t>
      </w:r>
    </w:p>
    <w:p w14:paraId="3615DD39" w14:textId="77777777" w:rsidR="00907483" w:rsidRPr="00E61C6C" w:rsidRDefault="00000000">
      <w:pPr>
        <w:spacing w:after="80"/>
        <w:jc w:val="both"/>
        <w:rPr>
          <w:lang w:val="pt-BR"/>
        </w:rPr>
      </w:pPr>
      <w:r w:rsidRPr="00E61C6C">
        <w:rPr>
          <w:lang w:val="pt-BR"/>
        </w:rPr>
        <w:t xml:space="preserve">Haverá parada nos banhos naturais de </w:t>
      </w:r>
      <w:proofErr w:type="spellStart"/>
      <w:r w:rsidRPr="00E61C6C">
        <w:rPr>
          <w:lang w:val="pt-BR"/>
        </w:rPr>
        <w:t>Mývatn</w:t>
      </w:r>
      <w:proofErr w:type="spellEnd"/>
      <w:r w:rsidRPr="00E61C6C">
        <w:rPr>
          <w:lang w:val="pt-BR"/>
        </w:rPr>
        <w:t xml:space="preserve"> para um banho relaxante (entrada não incluída).</w:t>
      </w:r>
    </w:p>
    <w:p w14:paraId="7FD49E1B" w14:textId="77777777" w:rsidR="00907483" w:rsidRPr="00E61C6C" w:rsidRDefault="00000000">
      <w:pPr>
        <w:spacing w:after="80"/>
        <w:rPr>
          <w:lang w:val="pt-BR"/>
        </w:rPr>
      </w:pPr>
      <w:r>
        <w:rPr>
          <w:b/>
          <w:i/>
          <w:sz w:val="20"/>
        </w:rPr>
        <w:t>🚌</w:t>
      </w:r>
      <w:r w:rsidRPr="00E61C6C">
        <w:rPr>
          <w:b/>
          <w:i/>
          <w:sz w:val="20"/>
          <w:lang w:val="pt-BR"/>
        </w:rPr>
        <w:t xml:space="preserve"> Distância aproximada: 280 km</w:t>
      </w:r>
    </w:p>
    <w:p w14:paraId="1AC2802D" w14:textId="77777777" w:rsidR="00907483" w:rsidRPr="00E61C6C" w:rsidRDefault="00000000">
      <w:pPr>
        <w:spacing w:after="80"/>
        <w:rPr>
          <w:lang w:val="pt-BR"/>
        </w:rPr>
      </w:pPr>
      <w:r>
        <w:rPr>
          <w:b/>
          <w:i/>
          <w:sz w:val="20"/>
        </w:rPr>
        <w:t>🏨</w:t>
      </w:r>
      <w:r w:rsidRPr="00E61C6C">
        <w:rPr>
          <w:b/>
          <w:i/>
          <w:sz w:val="20"/>
          <w:lang w:val="pt-BR"/>
        </w:rPr>
        <w:t xml:space="preserve"> Hospedagem: Área de </w:t>
      </w:r>
      <w:proofErr w:type="spellStart"/>
      <w:r w:rsidRPr="00E61C6C">
        <w:rPr>
          <w:b/>
          <w:i/>
          <w:sz w:val="20"/>
          <w:lang w:val="pt-BR"/>
        </w:rPr>
        <w:t>Mývatn</w:t>
      </w:r>
      <w:proofErr w:type="spellEnd"/>
      <w:r w:rsidRPr="00E61C6C">
        <w:rPr>
          <w:b/>
          <w:i/>
          <w:sz w:val="20"/>
          <w:lang w:val="pt-BR"/>
        </w:rPr>
        <w:t xml:space="preserve">, Hotel </w:t>
      </w:r>
      <w:proofErr w:type="spellStart"/>
      <w:r w:rsidRPr="00E61C6C">
        <w:rPr>
          <w:b/>
          <w:i/>
          <w:sz w:val="20"/>
          <w:lang w:val="pt-BR"/>
        </w:rPr>
        <w:t>Laxá</w:t>
      </w:r>
      <w:proofErr w:type="spellEnd"/>
      <w:r w:rsidRPr="00E61C6C">
        <w:rPr>
          <w:b/>
          <w:i/>
          <w:sz w:val="20"/>
          <w:lang w:val="pt-BR"/>
        </w:rPr>
        <w:t xml:space="preserve"> ou similar</w:t>
      </w:r>
    </w:p>
    <w:p w14:paraId="32BBF652" w14:textId="77777777" w:rsidR="00907483" w:rsidRDefault="00000000">
      <w:pPr>
        <w:spacing w:before="60" w:after="120"/>
      </w:pPr>
      <w:r>
        <w:rPr>
          <w:b/>
          <w:color w:val="B26200"/>
          <w:sz w:val="20"/>
        </w:rPr>
        <w:t xml:space="preserve">✅ </w:t>
      </w:r>
      <w:proofErr w:type="spellStart"/>
      <w:r>
        <w:rPr>
          <w:b/>
          <w:color w:val="B26200"/>
          <w:sz w:val="20"/>
        </w:rPr>
        <w:t>Incluído</w:t>
      </w:r>
      <w:proofErr w:type="spellEnd"/>
      <w:r>
        <w:rPr>
          <w:b/>
          <w:color w:val="B26200"/>
          <w:sz w:val="20"/>
        </w:rPr>
        <w:t>: Jantar de 2 pratos</w:t>
      </w:r>
    </w:p>
    <w:p w14:paraId="6FE57590" w14:textId="77777777" w:rsidR="00907483" w:rsidRDefault="00000000">
      <w:pPr>
        <w:spacing w:after="140"/>
        <w:jc w:val="center"/>
      </w:pPr>
      <w:r>
        <w:rPr>
          <w:noProof/>
        </w:rPr>
        <w:drawing>
          <wp:inline distT="0" distB="0" distL="0" distR="0" wp14:anchorId="64530A90" wp14:editId="60C9310B">
            <wp:extent cx="5669280" cy="126745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4_7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126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C03FB" w14:textId="77777777" w:rsidR="00907483" w:rsidRDefault="00000000">
      <w:r>
        <w:lastRenderedPageBreak/>
        <w:br w:type="page"/>
      </w:r>
    </w:p>
    <w:p w14:paraId="239198F7" w14:textId="77777777" w:rsidR="00907483" w:rsidRPr="00E61C6C" w:rsidRDefault="00000000">
      <w:pPr>
        <w:spacing w:before="200" w:after="100"/>
        <w:rPr>
          <w:lang w:val="pt-BR"/>
        </w:rPr>
      </w:pPr>
      <w:r>
        <w:rPr>
          <w:b/>
          <w:color w:val="20396F"/>
          <w:sz w:val="26"/>
        </w:rPr>
        <w:lastRenderedPageBreak/>
        <w:t>🍽️</w:t>
      </w:r>
      <w:r w:rsidRPr="00E61C6C">
        <w:rPr>
          <w:b/>
          <w:color w:val="20396F"/>
          <w:sz w:val="26"/>
          <w:lang w:val="pt-BR"/>
        </w:rPr>
        <w:t xml:space="preserve"> Dia 6 (quinta-feira): </w:t>
      </w:r>
      <w:proofErr w:type="spellStart"/>
      <w:r w:rsidRPr="00E61C6C">
        <w:rPr>
          <w:b/>
          <w:color w:val="20396F"/>
          <w:sz w:val="26"/>
          <w:lang w:val="pt-BR"/>
        </w:rPr>
        <w:t>Mývatn</w:t>
      </w:r>
      <w:proofErr w:type="spellEnd"/>
      <w:r w:rsidRPr="00E61C6C">
        <w:rPr>
          <w:b/>
          <w:color w:val="20396F"/>
          <w:sz w:val="26"/>
          <w:lang w:val="pt-BR"/>
        </w:rPr>
        <w:t xml:space="preserve"> - </w:t>
      </w:r>
      <w:proofErr w:type="spellStart"/>
      <w:r w:rsidRPr="00E61C6C">
        <w:rPr>
          <w:b/>
          <w:color w:val="20396F"/>
          <w:sz w:val="26"/>
          <w:lang w:val="pt-BR"/>
        </w:rPr>
        <w:t>Akureyri</w:t>
      </w:r>
      <w:proofErr w:type="spellEnd"/>
      <w:r w:rsidRPr="00E61C6C">
        <w:rPr>
          <w:b/>
          <w:color w:val="20396F"/>
          <w:sz w:val="26"/>
          <w:lang w:val="pt-BR"/>
        </w:rPr>
        <w:t xml:space="preserve"> - </w:t>
      </w:r>
      <w:proofErr w:type="spellStart"/>
      <w:r w:rsidRPr="00E61C6C">
        <w:rPr>
          <w:b/>
          <w:color w:val="20396F"/>
          <w:sz w:val="26"/>
          <w:lang w:val="pt-BR"/>
        </w:rPr>
        <w:t>Hrútafjörður</w:t>
      </w:r>
      <w:proofErr w:type="spellEnd"/>
    </w:p>
    <w:p w14:paraId="23A5FAF9" w14:textId="77777777" w:rsidR="00907483" w:rsidRPr="00E61C6C" w:rsidRDefault="00000000">
      <w:pPr>
        <w:spacing w:after="80"/>
        <w:jc w:val="both"/>
        <w:rPr>
          <w:lang w:val="pt-BR"/>
        </w:rPr>
      </w:pPr>
      <w:r w:rsidRPr="00E61C6C">
        <w:rPr>
          <w:lang w:val="pt-BR"/>
        </w:rPr>
        <w:t xml:space="preserve">No caminho até </w:t>
      </w:r>
      <w:proofErr w:type="spellStart"/>
      <w:r w:rsidRPr="00E61C6C">
        <w:rPr>
          <w:lang w:val="pt-BR"/>
        </w:rPr>
        <w:t>Akureyri</w:t>
      </w:r>
      <w:proofErr w:type="spellEnd"/>
      <w:r w:rsidRPr="00E61C6C">
        <w:rPr>
          <w:lang w:val="pt-BR"/>
        </w:rPr>
        <w:t xml:space="preserve">, faremos uma parada na pitoresca cachoeira </w:t>
      </w:r>
      <w:proofErr w:type="spellStart"/>
      <w:r w:rsidRPr="00E61C6C">
        <w:rPr>
          <w:lang w:val="pt-BR"/>
        </w:rPr>
        <w:t>Goðafoss</w:t>
      </w:r>
      <w:proofErr w:type="spellEnd"/>
      <w:r w:rsidRPr="00E61C6C">
        <w:rPr>
          <w:lang w:val="pt-BR"/>
        </w:rPr>
        <w:t xml:space="preserve">, conhecida como a “cachoeira dos deuses pagãos”. Chegada a </w:t>
      </w:r>
      <w:proofErr w:type="spellStart"/>
      <w:r w:rsidRPr="00E61C6C">
        <w:rPr>
          <w:lang w:val="pt-BR"/>
        </w:rPr>
        <w:t>Akureyri</w:t>
      </w:r>
      <w:proofErr w:type="spellEnd"/>
      <w:r w:rsidRPr="00E61C6C">
        <w:rPr>
          <w:lang w:val="pt-BR"/>
        </w:rPr>
        <w:t xml:space="preserve">, a segunda maior cidade da ilha, e continuação para </w:t>
      </w:r>
      <w:proofErr w:type="spellStart"/>
      <w:r w:rsidRPr="00E61C6C">
        <w:rPr>
          <w:lang w:val="pt-BR"/>
        </w:rPr>
        <w:t>Skagafjörður</w:t>
      </w:r>
      <w:proofErr w:type="spellEnd"/>
      <w:r w:rsidRPr="00E61C6C">
        <w:rPr>
          <w:lang w:val="pt-BR"/>
        </w:rPr>
        <w:t xml:space="preserve"> e </w:t>
      </w:r>
      <w:proofErr w:type="spellStart"/>
      <w:r w:rsidRPr="00E61C6C">
        <w:rPr>
          <w:lang w:val="pt-BR"/>
        </w:rPr>
        <w:t>Hrútafjörður</w:t>
      </w:r>
      <w:proofErr w:type="spellEnd"/>
      <w:r w:rsidRPr="00E61C6C">
        <w:rPr>
          <w:lang w:val="pt-BR"/>
        </w:rPr>
        <w:t>.</w:t>
      </w:r>
    </w:p>
    <w:p w14:paraId="3199E19F" w14:textId="77777777" w:rsidR="00907483" w:rsidRPr="00E61C6C" w:rsidRDefault="00000000">
      <w:pPr>
        <w:spacing w:after="80"/>
        <w:jc w:val="both"/>
        <w:rPr>
          <w:lang w:val="pt-BR"/>
        </w:rPr>
      </w:pPr>
      <w:r w:rsidRPr="00E61C6C">
        <w:rPr>
          <w:lang w:val="pt-BR"/>
        </w:rPr>
        <w:t xml:space="preserve">Seguiremos para o </w:t>
      </w:r>
      <w:proofErr w:type="spellStart"/>
      <w:r w:rsidRPr="00E61C6C">
        <w:rPr>
          <w:lang w:val="pt-BR"/>
        </w:rPr>
        <w:t>Brimslóð</w:t>
      </w:r>
      <w:proofErr w:type="spellEnd"/>
      <w:r w:rsidRPr="00E61C6C">
        <w:rPr>
          <w:lang w:val="pt-BR"/>
        </w:rPr>
        <w:t xml:space="preserve"> Atelier, junto ao mar, com belas vistas do Oceano Atlântico. Com a ajuda de </w:t>
      </w:r>
      <w:proofErr w:type="spellStart"/>
      <w:r w:rsidRPr="00E61C6C">
        <w:rPr>
          <w:lang w:val="pt-BR"/>
        </w:rPr>
        <w:t>Gísli</w:t>
      </w:r>
      <w:proofErr w:type="spellEnd"/>
      <w:r w:rsidRPr="00E61C6C">
        <w:rPr>
          <w:lang w:val="pt-BR"/>
        </w:rPr>
        <w:t xml:space="preserve"> e </w:t>
      </w:r>
      <w:proofErr w:type="spellStart"/>
      <w:r w:rsidRPr="00E61C6C">
        <w:rPr>
          <w:lang w:val="pt-BR"/>
        </w:rPr>
        <w:t>Inga</w:t>
      </w:r>
      <w:proofErr w:type="spellEnd"/>
      <w:r w:rsidRPr="00E61C6C">
        <w:rPr>
          <w:lang w:val="pt-BR"/>
        </w:rPr>
        <w:t>, os participantes terão uma experiência culinária única, descobrindo sabores autênticos da Islândia.</w:t>
      </w:r>
    </w:p>
    <w:p w14:paraId="77716F51" w14:textId="77777777" w:rsidR="00907483" w:rsidRPr="00E61C6C" w:rsidRDefault="00000000">
      <w:pPr>
        <w:spacing w:after="80"/>
        <w:jc w:val="both"/>
        <w:rPr>
          <w:lang w:val="pt-BR"/>
        </w:rPr>
      </w:pPr>
      <w:r w:rsidRPr="00E61C6C">
        <w:rPr>
          <w:lang w:val="pt-BR"/>
        </w:rPr>
        <w:t>Durante a atividade, haverá um jogo de sabores para identificar ingredientes típicos e tradicionais islandeses, além da preparação de uma deliciosa geleia de ruibarbo com produtos locais frescos. A experiência permite explorar a gastronomia islandesa em um ambiente acolhedor e autêntico.</w:t>
      </w:r>
    </w:p>
    <w:p w14:paraId="55C87F78" w14:textId="77777777" w:rsidR="00907483" w:rsidRPr="00E61C6C" w:rsidRDefault="00000000">
      <w:pPr>
        <w:spacing w:after="80"/>
        <w:rPr>
          <w:lang w:val="pt-BR"/>
        </w:rPr>
      </w:pPr>
      <w:r>
        <w:rPr>
          <w:b/>
          <w:i/>
          <w:sz w:val="20"/>
        </w:rPr>
        <w:t>🚌</w:t>
      </w:r>
      <w:r w:rsidRPr="00E61C6C">
        <w:rPr>
          <w:b/>
          <w:i/>
          <w:sz w:val="20"/>
          <w:lang w:val="pt-BR"/>
        </w:rPr>
        <w:t xml:space="preserve"> Distância aproximada: 240 km</w:t>
      </w:r>
    </w:p>
    <w:p w14:paraId="07CF00FA" w14:textId="77777777" w:rsidR="00907483" w:rsidRPr="00E61C6C" w:rsidRDefault="00000000">
      <w:pPr>
        <w:spacing w:after="80"/>
        <w:rPr>
          <w:lang w:val="pt-BR"/>
        </w:rPr>
      </w:pPr>
      <w:r>
        <w:rPr>
          <w:b/>
          <w:i/>
          <w:sz w:val="20"/>
        </w:rPr>
        <w:t>🏨</w:t>
      </w:r>
      <w:r w:rsidRPr="00E61C6C">
        <w:rPr>
          <w:b/>
          <w:i/>
          <w:sz w:val="20"/>
          <w:lang w:val="pt-BR"/>
        </w:rPr>
        <w:t xml:space="preserve"> Hospedagem: </w:t>
      </w:r>
      <w:proofErr w:type="spellStart"/>
      <w:r w:rsidRPr="00E61C6C">
        <w:rPr>
          <w:b/>
          <w:i/>
          <w:sz w:val="20"/>
          <w:lang w:val="pt-BR"/>
        </w:rPr>
        <w:t>Brimslóð</w:t>
      </w:r>
      <w:proofErr w:type="spellEnd"/>
    </w:p>
    <w:p w14:paraId="2B653D41" w14:textId="77777777" w:rsidR="00907483" w:rsidRPr="00E61C6C" w:rsidRDefault="00000000">
      <w:pPr>
        <w:spacing w:before="60" w:after="120"/>
        <w:rPr>
          <w:lang w:val="pt-BR"/>
        </w:rPr>
      </w:pPr>
      <w:r w:rsidRPr="00E61C6C">
        <w:rPr>
          <w:b/>
          <w:color w:val="B26200"/>
          <w:sz w:val="20"/>
          <w:lang w:val="pt-BR"/>
        </w:rPr>
        <w:t>✅ Incluído: Jantar de 2 pratos, apresentação e atividades culinárias com guia local</w:t>
      </w:r>
    </w:p>
    <w:p w14:paraId="65EBB68F" w14:textId="77777777" w:rsidR="00907483" w:rsidRDefault="00000000">
      <w:pPr>
        <w:spacing w:after="140"/>
        <w:jc w:val="center"/>
      </w:pPr>
      <w:r>
        <w:rPr>
          <w:noProof/>
        </w:rPr>
        <w:drawing>
          <wp:inline distT="0" distB="0" distL="0" distR="0" wp14:anchorId="216B6111" wp14:editId="2F779C7F">
            <wp:extent cx="5669280" cy="14566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4_8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145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784E3" w14:textId="77777777" w:rsidR="00907483" w:rsidRDefault="00000000">
      <w:pPr>
        <w:spacing w:before="200" w:after="100"/>
      </w:pPr>
      <w:r>
        <w:rPr>
          <w:b/>
          <w:color w:val="20396F"/>
          <w:sz w:val="26"/>
        </w:rPr>
        <w:t>🌄 Dia 7 (sexta-feira): Hrútafjörður - Kjölur - Kerlingarfjöll - Reykjavík</w:t>
      </w:r>
    </w:p>
    <w:p w14:paraId="6741B262" w14:textId="77777777" w:rsidR="00907483" w:rsidRPr="00E61C6C" w:rsidRDefault="00000000">
      <w:pPr>
        <w:spacing w:after="80"/>
        <w:jc w:val="both"/>
        <w:rPr>
          <w:lang w:val="pt-BR"/>
        </w:rPr>
      </w:pPr>
      <w:r w:rsidRPr="00E61C6C">
        <w:rPr>
          <w:lang w:val="pt-BR"/>
        </w:rPr>
        <w:t xml:space="preserve">Neste dia, percorreremos </w:t>
      </w:r>
      <w:proofErr w:type="spellStart"/>
      <w:r w:rsidRPr="00E61C6C">
        <w:rPr>
          <w:lang w:val="pt-BR"/>
        </w:rPr>
        <w:t>Kjölur</w:t>
      </w:r>
      <w:proofErr w:type="spellEnd"/>
      <w:r w:rsidRPr="00E61C6C">
        <w:rPr>
          <w:lang w:val="pt-BR"/>
        </w:rPr>
        <w:t xml:space="preserve">, uma estrada de 168 km que atravessa as terras altas da Islândia de norte a sul. Durante o trajeto, teremos vistas dos glaciares </w:t>
      </w:r>
      <w:proofErr w:type="spellStart"/>
      <w:r w:rsidRPr="00E61C6C">
        <w:rPr>
          <w:lang w:val="pt-BR"/>
        </w:rPr>
        <w:t>Langjökull</w:t>
      </w:r>
      <w:proofErr w:type="spellEnd"/>
      <w:r w:rsidRPr="00E61C6C">
        <w:rPr>
          <w:lang w:val="pt-BR"/>
        </w:rPr>
        <w:t xml:space="preserve"> e </w:t>
      </w:r>
      <w:proofErr w:type="spellStart"/>
      <w:r w:rsidRPr="00E61C6C">
        <w:rPr>
          <w:lang w:val="pt-BR"/>
        </w:rPr>
        <w:t>Hofsjökull</w:t>
      </w:r>
      <w:proofErr w:type="spellEnd"/>
      <w:r w:rsidRPr="00E61C6C">
        <w:rPr>
          <w:lang w:val="pt-BR"/>
        </w:rPr>
        <w:t>, em uma paisagem de aparência lunar e experiência verdadeiramente única.</w:t>
      </w:r>
    </w:p>
    <w:p w14:paraId="5E654319" w14:textId="77777777" w:rsidR="00907483" w:rsidRPr="00E61C6C" w:rsidRDefault="00000000">
      <w:pPr>
        <w:spacing w:after="80"/>
        <w:jc w:val="both"/>
        <w:rPr>
          <w:lang w:val="pt-BR"/>
        </w:rPr>
      </w:pPr>
      <w:r w:rsidRPr="00E61C6C">
        <w:rPr>
          <w:lang w:val="pt-BR"/>
        </w:rPr>
        <w:t xml:space="preserve">Faremos parada em </w:t>
      </w:r>
      <w:proofErr w:type="spellStart"/>
      <w:r w:rsidRPr="00E61C6C">
        <w:rPr>
          <w:lang w:val="pt-BR"/>
        </w:rPr>
        <w:t>Kerlingarfjöll</w:t>
      </w:r>
      <w:proofErr w:type="spellEnd"/>
      <w:r w:rsidRPr="00E61C6C">
        <w:rPr>
          <w:lang w:val="pt-BR"/>
        </w:rPr>
        <w:t xml:space="preserve">, uma das maiores áreas geotérmicas da Europa. Explorar </w:t>
      </w:r>
      <w:proofErr w:type="spellStart"/>
      <w:r w:rsidRPr="00E61C6C">
        <w:rPr>
          <w:lang w:val="pt-BR"/>
        </w:rPr>
        <w:t>Kerlingarfjöll</w:t>
      </w:r>
      <w:proofErr w:type="spellEnd"/>
      <w:r w:rsidRPr="00E61C6C">
        <w:rPr>
          <w:lang w:val="pt-BR"/>
        </w:rPr>
        <w:t xml:space="preserve"> é entrar em um mundo de geologia ativa e beleza selvagem, onde a natureza mostra sua força e diversidade.</w:t>
      </w:r>
    </w:p>
    <w:p w14:paraId="6DCC0CB1" w14:textId="77777777" w:rsidR="00907483" w:rsidRPr="00E61C6C" w:rsidRDefault="00000000">
      <w:pPr>
        <w:spacing w:after="80"/>
        <w:rPr>
          <w:lang w:val="pt-BR"/>
        </w:rPr>
      </w:pPr>
      <w:r>
        <w:rPr>
          <w:b/>
          <w:i/>
          <w:sz w:val="20"/>
        </w:rPr>
        <w:t>🚌</w:t>
      </w:r>
      <w:r w:rsidRPr="00E61C6C">
        <w:rPr>
          <w:b/>
          <w:i/>
          <w:sz w:val="20"/>
          <w:lang w:val="pt-BR"/>
        </w:rPr>
        <w:t xml:space="preserve"> Distância aproximada: 340 km</w:t>
      </w:r>
    </w:p>
    <w:p w14:paraId="480FD0BF" w14:textId="77777777" w:rsidR="00907483" w:rsidRPr="00E61C6C" w:rsidRDefault="00000000">
      <w:pPr>
        <w:spacing w:after="80"/>
        <w:rPr>
          <w:lang w:val="pt-BR"/>
        </w:rPr>
      </w:pPr>
      <w:r>
        <w:rPr>
          <w:b/>
          <w:i/>
          <w:sz w:val="20"/>
        </w:rPr>
        <w:t>🏨</w:t>
      </w:r>
      <w:r w:rsidRPr="00E61C6C">
        <w:rPr>
          <w:b/>
          <w:i/>
          <w:sz w:val="20"/>
          <w:lang w:val="pt-BR"/>
        </w:rPr>
        <w:t xml:space="preserve"> Hospedagem: Área de Reykjavík, Hotel </w:t>
      </w:r>
      <w:proofErr w:type="spellStart"/>
      <w:r w:rsidRPr="00E61C6C">
        <w:rPr>
          <w:b/>
          <w:i/>
          <w:sz w:val="20"/>
          <w:lang w:val="pt-BR"/>
        </w:rPr>
        <w:t>Klettur</w:t>
      </w:r>
      <w:proofErr w:type="spellEnd"/>
      <w:r w:rsidRPr="00E61C6C">
        <w:rPr>
          <w:b/>
          <w:i/>
          <w:sz w:val="20"/>
          <w:lang w:val="pt-BR"/>
        </w:rPr>
        <w:t xml:space="preserve"> ou similar</w:t>
      </w:r>
    </w:p>
    <w:p w14:paraId="21C7FF56" w14:textId="77777777" w:rsidR="00907483" w:rsidRDefault="00000000">
      <w:pPr>
        <w:spacing w:after="140"/>
        <w:jc w:val="center"/>
      </w:pPr>
      <w:r>
        <w:rPr>
          <w:noProof/>
        </w:rPr>
        <w:drawing>
          <wp:inline distT="0" distB="0" distL="0" distR="0" wp14:anchorId="1ABB8D61" wp14:editId="282B8287">
            <wp:extent cx="5669280" cy="143609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5_1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143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B58D1" w14:textId="77777777" w:rsidR="00907483" w:rsidRPr="00E61C6C" w:rsidRDefault="00000000">
      <w:pPr>
        <w:spacing w:before="200" w:after="100"/>
        <w:rPr>
          <w:lang w:val="pt-BR"/>
        </w:rPr>
      </w:pPr>
      <w:r>
        <w:rPr>
          <w:b/>
          <w:color w:val="20396F"/>
          <w:sz w:val="26"/>
        </w:rPr>
        <w:t>🛫</w:t>
      </w:r>
      <w:r w:rsidRPr="00E61C6C">
        <w:rPr>
          <w:b/>
          <w:color w:val="20396F"/>
          <w:sz w:val="26"/>
          <w:lang w:val="pt-BR"/>
        </w:rPr>
        <w:t xml:space="preserve"> Dia 8 (sábado): Reykjavík - Espanha</w:t>
      </w:r>
    </w:p>
    <w:p w14:paraId="32AB03D9" w14:textId="77777777" w:rsidR="00907483" w:rsidRPr="00E61C6C" w:rsidRDefault="00000000">
      <w:pPr>
        <w:spacing w:after="80"/>
        <w:jc w:val="both"/>
        <w:rPr>
          <w:lang w:val="pt-BR"/>
        </w:rPr>
      </w:pPr>
      <w:r w:rsidRPr="00E61C6C">
        <w:rPr>
          <w:lang w:val="pt-BR"/>
        </w:rPr>
        <w:t xml:space="preserve">Café da manhã. Traslado não privativo até o Aeroporto de </w:t>
      </w:r>
      <w:proofErr w:type="spellStart"/>
      <w:r w:rsidRPr="00E61C6C">
        <w:rPr>
          <w:lang w:val="pt-BR"/>
        </w:rPr>
        <w:t>Keflavík</w:t>
      </w:r>
      <w:proofErr w:type="spellEnd"/>
      <w:r w:rsidRPr="00E61C6C">
        <w:rPr>
          <w:lang w:val="pt-BR"/>
        </w:rPr>
        <w:t xml:space="preserve"> (não incluído).</w:t>
      </w:r>
    </w:p>
    <w:p w14:paraId="65BF5EF7" w14:textId="77777777" w:rsidR="00907483" w:rsidRPr="00E61C6C" w:rsidRDefault="00000000">
      <w:pPr>
        <w:rPr>
          <w:lang w:val="pt-BR"/>
        </w:rPr>
      </w:pPr>
      <w:r w:rsidRPr="00E61C6C">
        <w:rPr>
          <w:lang w:val="pt-BR"/>
        </w:rPr>
        <w:br w:type="page"/>
      </w:r>
    </w:p>
    <w:p w14:paraId="79AB2057" w14:textId="77777777" w:rsidR="00907483" w:rsidRPr="00E61C6C" w:rsidRDefault="00000000">
      <w:pPr>
        <w:spacing w:before="200" w:after="100"/>
        <w:rPr>
          <w:lang w:val="pt-BR"/>
        </w:rPr>
      </w:pPr>
      <w:r w:rsidRPr="00E61C6C">
        <w:rPr>
          <w:b/>
          <w:color w:val="20396F"/>
          <w:sz w:val="34"/>
          <w:lang w:val="pt-BR"/>
        </w:rPr>
        <w:lastRenderedPageBreak/>
        <w:t>✅ O preço inclui</w:t>
      </w:r>
    </w:p>
    <w:p w14:paraId="3504980D" w14:textId="77777777" w:rsidR="00907483" w:rsidRPr="00E61C6C" w:rsidRDefault="00000000">
      <w:pPr>
        <w:spacing w:after="80"/>
        <w:rPr>
          <w:lang w:val="pt-BR"/>
        </w:rPr>
      </w:pPr>
      <w:r w:rsidRPr="00E61C6C">
        <w:rPr>
          <w:lang w:val="pt-BR"/>
        </w:rPr>
        <w:t>• Circuito de 7 noites em hotéis 3 estrelas, com banheiro privativo e café da manhã buffet incluído.</w:t>
      </w:r>
    </w:p>
    <w:p w14:paraId="0C49FAAD" w14:textId="77777777" w:rsidR="00907483" w:rsidRPr="00E61C6C" w:rsidRDefault="00000000">
      <w:pPr>
        <w:spacing w:after="80"/>
        <w:rPr>
          <w:lang w:val="pt-BR"/>
        </w:rPr>
      </w:pPr>
      <w:r w:rsidRPr="00E61C6C">
        <w:rPr>
          <w:lang w:val="pt-BR"/>
        </w:rPr>
        <w:t>• 2 noites em Reykjavík e 5 noites fora da capital.</w:t>
      </w:r>
    </w:p>
    <w:p w14:paraId="0D226B0F" w14:textId="77777777" w:rsidR="00907483" w:rsidRPr="00E61C6C" w:rsidRDefault="00000000">
      <w:pPr>
        <w:spacing w:after="80"/>
        <w:rPr>
          <w:lang w:val="pt-BR"/>
        </w:rPr>
      </w:pPr>
      <w:r w:rsidRPr="00E61C6C">
        <w:rPr>
          <w:lang w:val="pt-BR"/>
        </w:rPr>
        <w:t>• Guia local em espanhol conforme o programa.</w:t>
      </w:r>
    </w:p>
    <w:p w14:paraId="7C71D85E" w14:textId="77777777" w:rsidR="00907483" w:rsidRPr="00E61C6C" w:rsidRDefault="00000000">
      <w:pPr>
        <w:spacing w:after="80"/>
        <w:rPr>
          <w:lang w:val="pt-BR"/>
        </w:rPr>
      </w:pPr>
      <w:r w:rsidRPr="00E61C6C">
        <w:rPr>
          <w:lang w:val="pt-BR"/>
        </w:rPr>
        <w:t>• Visitas em micro-ônibus conforme o programa.</w:t>
      </w:r>
    </w:p>
    <w:p w14:paraId="368677A6" w14:textId="77777777" w:rsidR="00907483" w:rsidRPr="00E61C6C" w:rsidRDefault="00000000">
      <w:pPr>
        <w:spacing w:after="80"/>
        <w:rPr>
          <w:lang w:val="pt-BR"/>
        </w:rPr>
      </w:pPr>
      <w:r w:rsidRPr="00E61C6C">
        <w:rPr>
          <w:lang w:val="pt-BR"/>
        </w:rPr>
        <w:t>• Comentários dos pontos de interesse realizados pelo guia, conforme o itinerário.</w:t>
      </w:r>
    </w:p>
    <w:p w14:paraId="5FA8EB8D" w14:textId="77777777" w:rsidR="00907483" w:rsidRPr="00E61C6C" w:rsidRDefault="00000000">
      <w:pPr>
        <w:spacing w:after="80"/>
        <w:rPr>
          <w:lang w:val="pt-BR"/>
        </w:rPr>
      </w:pPr>
      <w:r w:rsidRPr="00E61C6C">
        <w:rPr>
          <w:lang w:val="pt-BR"/>
        </w:rPr>
        <w:t xml:space="preserve">• </w:t>
      </w:r>
      <w:proofErr w:type="spellStart"/>
      <w:r w:rsidRPr="00E61C6C">
        <w:rPr>
          <w:lang w:val="pt-BR"/>
        </w:rPr>
        <w:t>Guðrún</w:t>
      </w:r>
      <w:proofErr w:type="spellEnd"/>
      <w:r w:rsidRPr="00E61C6C">
        <w:rPr>
          <w:lang w:val="pt-BR"/>
        </w:rPr>
        <w:t xml:space="preserve"> Atelier no dia 2.</w:t>
      </w:r>
    </w:p>
    <w:p w14:paraId="6E616EAA" w14:textId="77777777" w:rsidR="00907483" w:rsidRPr="00E61C6C" w:rsidRDefault="00000000">
      <w:pPr>
        <w:spacing w:after="80"/>
        <w:rPr>
          <w:lang w:val="pt-BR"/>
        </w:rPr>
      </w:pPr>
      <w:r w:rsidRPr="00E61C6C">
        <w:rPr>
          <w:lang w:val="pt-BR"/>
        </w:rPr>
        <w:t xml:space="preserve">• Passeio de barco na Lagoa Glacial de </w:t>
      </w:r>
      <w:proofErr w:type="spellStart"/>
      <w:r w:rsidRPr="00E61C6C">
        <w:rPr>
          <w:lang w:val="pt-BR"/>
        </w:rPr>
        <w:t>Jökulsárlón</w:t>
      </w:r>
      <w:proofErr w:type="spellEnd"/>
      <w:r w:rsidRPr="00E61C6C">
        <w:rPr>
          <w:lang w:val="pt-BR"/>
        </w:rPr>
        <w:t xml:space="preserve"> no dia 3.</w:t>
      </w:r>
    </w:p>
    <w:p w14:paraId="2ADF65EC" w14:textId="77777777" w:rsidR="00907483" w:rsidRPr="00E61C6C" w:rsidRDefault="00000000">
      <w:pPr>
        <w:spacing w:after="80"/>
        <w:rPr>
          <w:lang w:val="pt-BR"/>
        </w:rPr>
      </w:pPr>
      <w:r w:rsidRPr="00E61C6C">
        <w:rPr>
          <w:lang w:val="pt-BR"/>
        </w:rPr>
        <w:t>• Visita a fábrica de cerveja com degustação no dia 4.</w:t>
      </w:r>
    </w:p>
    <w:p w14:paraId="5755D371" w14:textId="77777777" w:rsidR="00907483" w:rsidRPr="00E61C6C" w:rsidRDefault="00000000">
      <w:pPr>
        <w:spacing w:after="80"/>
        <w:rPr>
          <w:lang w:val="pt-BR"/>
        </w:rPr>
      </w:pPr>
      <w:r w:rsidRPr="00E61C6C">
        <w:rPr>
          <w:lang w:val="pt-BR"/>
        </w:rPr>
        <w:t>• Atividade culinária no dia 6, com descoberta de sabores, preparo de geleia, taça de vinho, cerveja ou refrigerante incluído.</w:t>
      </w:r>
    </w:p>
    <w:p w14:paraId="129D858C" w14:textId="77777777" w:rsidR="00907483" w:rsidRPr="00E61C6C" w:rsidRDefault="00000000">
      <w:pPr>
        <w:spacing w:after="80"/>
        <w:rPr>
          <w:lang w:val="pt-BR"/>
        </w:rPr>
      </w:pPr>
      <w:r w:rsidRPr="00E61C6C">
        <w:rPr>
          <w:lang w:val="pt-BR"/>
        </w:rPr>
        <w:t>• 5 jantares de 2 pratos, do dia 2 ao dia 6.</w:t>
      </w:r>
    </w:p>
    <w:p w14:paraId="40190A20" w14:textId="77777777" w:rsidR="00907483" w:rsidRPr="00E61C6C" w:rsidRDefault="00000000">
      <w:pPr>
        <w:spacing w:before="200" w:after="100"/>
        <w:rPr>
          <w:lang w:val="pt-BR"/>
        </w:rPr>
      </w:pPr>
      <w:r w:rsidRPr="00E61C6C">
        <w:rPr>
          <w:b/>
          <w:color w:val="20396F"/>
          <w:sz w:val="34"/>
          <w:lang w:val="pt-BR"/>
        </w:rPr>
        <w:t>❌ O preço não inclui</w:t>
      </w:r>
    </w:p>
    <w:p w14:paraId="1BA6454B" w14:textId="77777777" w:rsidR="00907483" w:rsidRPr="00E61C6C" w:rsidRDefault="00000000">
      <w:pPr>
        <w:spacing w:after="80"/>
        <w:rPr>
          <w:lang w:val="pt-BR"/>
        </w:rPr>
      </w:pPr>
      <w:r w:rsidRPr="00E61C6C">
        <w:rPr>
          <w:lang w:val="pt-BR"/>
        </w:rPr>
        <w:t>• Passagem aérea.</w:t>
      </w:r>
    </w:p>
    <w:p w14:paraId="54BD15A7" w14:textId="77777777" w:rsidR="00907483" w:rsidRPr="00E61C6C" w:rsidRDefault="00000000">
      <w:pPr>
        <w:spacing w:after="80"/>
        <w:rPr>
          <w:lang w:val="pt-BR"/>
        </w:rPr>
      </w:pPr>
      <w:r w:rsidRPr="00E61C6C">
        <w:rPr>
          <w:lang w:val="pt-BR"/>
        </w:rPr>
        <w:t>• Traslados.</w:t>
      </w:r>
    </w:p>
    <w:p w14:paraId="74F4857A" w14:textId="77777777" w:rsidR="00907483" w:rsidRPr="00E61C6C" w:rsidRDefault="00000000">
      <w:pPr>
        <w:spacing w:after="80"/>
        <w:rPr>
          <w:lang w:val="pt-BR"/>
        </w:rPr>
      </w:pPr>
      <w:r w:rsidRPr="00E61C6C">
        <w:rPr>
          <w:lang w:val="pt-BR"/>
        </w:rPr>
        <w:t>• Almoços.</w:t>
      </w:r>
    </w:p>
    <w:p w14:paraId="63B1830B" w14:textId="77777777" w:rsidR="00907483" w:rsidRPr="00E61C6C" w:rsidRDefault="00000000">
      <w:pPr>
        <w:spacing w:after="80"/>
        <w:rPr>
          <w:lang w:val="pt-BR"/>
        </w:rPr>
      </w:pPr>
      <w:r w:rsidRPr="00E61C6C">
        <w:rPr>
          <w:lang w:val="pt-BR"/>
        </w:rPr>
        <w:t>• Jantares em Reykjavík.</w:t>
      </w:r>
    </w:p>
    <w:p w14:paraId="2BFD223A" w14:textId="77777777" w:rsidR="00907483" w:rsidRPr="00E61C6C" w:rsidRDefault="00000000">
      <w:pPr>
        <w:spacing w:after="80"/>
        <w:rPr>
          <w:lang w:val="pt-BR"/>
        </w:rPr>
      </w:pPr>
      <w:r w:rsidRPr="00E61C6C">
        <w:rPr>
          <w:lang w:val="pt-BR"/>
        </w:rPr>
        <w:t>• Entradas para museus ou atrações não especificadas no programa.</w:t>
      </w:r>
    </w:p>
    <w:p w14:paraId="2916CDC2" w14:textId="77777777" w:rsidR="00907483" w:rsidRPr="00E61C6C" w:rsidRDefault="00000000">
      <w:pPr>
        <w:spacing w:before="200" w:after="100"/>
        <w:rPr>
          <w:lang w:val="pt-BR"/>
        </w:rPr>
      </w:pPr>
      <w:r w:rsidRPr="00E61C6C">
        <w:rPr>
          <w:b/>
          <w:color w:val="20396F"/>
          <w:sz w:val="34"/>
          <w:lang w:val="pt-BR"/>
        </w:rPr>
        <w:t>➕ Suplementos opcionais</w:t>
      </w:r>
    </w:p>
    <w:p w14:paraId="6AE05847" w14:textId="77777777" w:rsidR="00907483" w:rsidRPr="00E61C6C" w:rsidRDefault="00000000">
      <w:pPr>
        <w:spacing w:after="80"/>
        <w:rPr>
          <w:lang w:val="pt-BR"/>
        </w:rPr>
      </w:pPr>
      <w:r w:rsidRPr="00E61C6C">
        <w:rPr>
          <w:lang w:val="pt-BR"/>
        </w:rPr>
        <w:t xml:space="preserve">• </w:t>
      </w:r>
      <w:proofErr w:type="spellStart"/>
      <w:r w:rsidRPr="00E61C6C">
        <w:rPr>
          <w:lang w:val="pt-BR"/>
        </w:rPr>
        <w:t>Transfer</w:t>
      </w:r>
      <w:proofErr w:type="spellEnd"/>
      <w:r w:rsidRPr="00E61C6C">
        <w:rPr>
          <w:lang w:val="pt-BR"/>
        </w:rPr>
        <w:t xml:space="preserve"> ida e volta (</w:t>
      </w:r>
      <w:proofErr w:type="spellStart"/>
      <w:r w:rsidRPr="00E61C6C">
        <w:rPr>
          <w:lang w:val="pt-BR"/>
        </w:rPr>
        <w:t>drop</w:t>
      </w:r>
      <w:proofErr w:type="spellEnd"/>
      <w:r w:rsidRPr="00E61C6C">
        <w:rPr>
          <w:lang w:val="pt-BR"/>
        </w:rPr>
        <w:t>-off no hotel ou no ponto de ônibus mais próximo): € 61 por pessoa.</w:t>
      </w:r>
    </w:p>
    <w:p w14:paraId="3BA77C9A" w14:textId="77777777" w:rsidR="00907483" w:rsidRPr="00E61C6C" w:rsidRDefault="00000000">
      <w:pPr>
        <w:spacing w:after="80"/>
        <w:rPr>
          <w:lang w:val="pt-BR"/>
        </w:rPr>
      </w:pPr>
      <w:r w:rsidRPr="00E61C6C">
        <w:rPr>
          <w:lang w:val="pt-BR"/>
        </w:rPr>
        <w:t>• Traslado privado de táxi para 1 a 3 passageiros, por trecho: € 158 por carro.</w:t>
      </w:r>
    </w:p>
    <w:p w14:paraId="2363ED80" w14:textId="77777777" w:rsidR="00907483" w:rsidRPr="00E61C6C" w:rsidRDefault="00000000">
      <w:pPr>
        <w:spacing w:after="80"/>
        <w:rPr>
          <w:lang w:val="pt-BR"/>
        </w:rPr>
      </w:pPr>
      <w:r w:rsidRPr="00E61C6C">
        <w:rPr>
          <w:lang w:val="pt-BR"/>
        </w:rPr>
        <w:t>• Traslado privado de táxi para 4 a 5 passageiros, por trecho: € 177 por carro.</w:t>
      </w:r>
    </w:p>
    <w:p w14:paraId="4B9AFAE7" w14:textId="77777777" w:rsidR="00907483" w:rsidRPr="00E61C6C" w:rsidRDefault="00000000">
      <w:pPr>
        <w:spacing w:after="80"/>
        <w:rPr>
          <w:lang w:val="pt-BR"/>
        </w:rPr>
      </w:pPr>
      <w:r w:rsidRPr="00E61C6C">
        <w:rPr>
          <w:lang w:val="pt-BR"/>
        </w:rPr>
        <w:t>• Avistamento de baleias saindo de Reykjavík, sem traslados, no dia 1 ou 8: € 85 por pessoa.</w:t>
      </w:r>
    </w:p>
    <w:p w14:paraId="13983AA0" w14:textId="77777777" w:rsidR="00907483" w:rsidRPr="00E61C6C" w:rsidRDefault="00000000">
      <w:pPr>
        <w:spacing w:after="80"/>
        <w:rPr>
          <w:lang w:val="pt-BR"/>
        </w:rPr>
      </w:pPr>
      <w:r w:rsidRPr="00E61C6C">
        <w:rPr>
          <w:lang w:val="pt-BR"/>
        </w:rPr>
        <w:t xml:space="preserve">• Entrada nos banhos de </w:t>
      </w:r>
      <w:proofErr w:type="spellStart"/>
      <w:r w:rsidRPr="00E61C6C">
        <w:rPr>
          <w:lang w:val="pt-BR"/>
        </w:rPr>
        <w:t>Mývatn</w:t>
      </w:r>
      <w:proofErr w:type="spellEnd"/>
      <w:r w:rsidRPr="00E61C6C">
        <w:rPr>
          <w:lang w:val="pt-BR"/>
        </w:rPr>
        <w:t xml:space="preserve"> com aluguel de toalha, no dia 5: € 55 por pessoa.</w:t>
      </w:r>
    </w:p>
    <w:p w14:paraId="520DC345" w14:textId="77777777" w:rsidR="00907483" w:rsidRPr="00E61C6C" w:rsidRDefault="00000000">
      <w:pPr>
        <w:spacing w:after="80"/>
        <w:rPr>
          <w:lang w:val="pt-BR"/>
        </w:rPr>
      </w:pPr>
      <w:r w:rsidRPr="00E61C6C">
        <w:rPr>
          <w:lang w:val="pt-BR"/>
        </w:rPr>
        <w:t xml:space="preserve">• Noite no Hotel </w:t>
      </w:r>
      <w:proofErr w:type="spellStart"/>
      <w:r w:rsidRPr="00E61C6C">
        <w:rPr>
          <w:lang w:val="pt-BR"/>
        </w:rPr>
        <w:t>Klettur</w:t>
      </w:r>
      <w:proofErr w:type="spellEnd"/>
      <w:r w:rsidRPr="00E61C6C">
        <w:rPr>
          <w:lang w:val="pt-BR"/>
        </w:rPr>
        <w:t>, em apartamento duplo com café da manhã incluído, sob consulta: € 258 por apartamento.</w:t>
      </w:r>
    </w:p>
    <w:p w14:paraId="75092247" w14:textId="77777777" w:rsidR="00907483" w:rsidRPr="00E61C6C" w:rsidRDefault="00000000">
      <w:pPr>
        <w:spacing w:after="80"/>
        <w:rPr>
          <w:lang w:val="pt-BR"/>
        </w:rPr>
      </w:pPr>
      <w:r w:rsidRPr="00E61C6C">
        <w:rPr>
          <w:lang w:val="pt-BR"/>
        </w:rPr>
        <w:t xml:space="preserve">• Noite no Hotel </w:t>
      </w:r>
      <w:proofErr w:type="spellStart"/>
      <w:r w:rsidRPr="00E61C6C">
        <w:rPr>
          <w:lang w:val="pt-BR"/>
        </w:rPr>
        <w:t>Klettur</w:t>
      </w:r>
      <w:proofErr w:type="spellEnd"/>
      <w:r w:rsidRPr="00E61C6C">
        <w:rPr>
          <w:lang w:val="pt-BR"/>
        </w:rPr>
        <w:t>, em apartamento individual com café da manhã incluído, sob consulta: € 237 por apartamento.</w:t>
      </w:r>
    </w:p>
    <w:p w14:paraId="7A74F36D" w14:textId="77777777" w:rsidR="00907483" w:rsidRPr="00E61C6C" w:rsidRDefault="00000000">
      <w:pPr>
        <w:spacing w:before="240"/>
        <w:jc w:val="center"/>
        <w:rPr>
          <w:lang w:val="pt-BR"/>
        </w:rPr>
      </w:pPr>
      <w:r>
        <w:rPr>
          <w:b/>
          <w:color w:val="20396F"/>
          <w:sz w:val="24"/>
        </w:rPr>
        <w:t>🇮🇸</w:t>
      </w:r>
      <w:r w:rsidRPr="00E61C6C">
        <w:rPr>
          <w:b/>
          <w:color w:val="20396F"/>
          <w:sz w:val="24"/>
          <w:lang w:val="pt-BR"/>
        </w:rPr>
        <w:t xml:space="preserve"> Uma experiência completa para descobrir a Islândia com natureza, cultura, gastronomia e paisagens inesquecíveis.</w:t>
      </w:r>
    </w:p>
    <w:sectPr w:rsidR="00907483" w:rsidRPr="00E61C6C" w:rsidSect="00034616"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2344809">
    <w:abstractNumId w:val="8"/>
  </w:num>
  <w:num w:numId="2" w16cid:durableId="177433516">
    <w:abstractNumId w:val="6"/>
  </w:num>
  <w:num w:numId="3" w16cid:durableId="2119446114">
    <w:abstractNumId w:val="5"/>
  </w:num>
  <w:num w:numId="4" w16cid:durableId="955873467">
    <w:abstractNumId w:val="4"/>
  </w:num>
  <w:num w:numId="5" w16cid:durableId="1242063076">
    <w:abstractNumId w:val="7"/>
  </w:num>
  <w:num w:numId="6" w16cid:durableId="1706560686">
    <w:abstractNumId w:val="3"/>
  </w:num>
  <w:num w:numId="7" w16cid:durableId="826938386">
    <w:abstractNumId w:val="2"/>
  </w:num>
  <w:num w:numId="8" w16cid:durableId="1182011480">
    <w:abstractNumId w:val="1"/>
  </w:num>
  <w:num w:numId="9" w16cid:durableId="2017881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C3F18"/>
    <w:rsid w:val="00907483"/>
    <w:rsid w:val="00AA1D8D"/>
    <w:rsid w:val="00B47730"/>
    <w:rsid w:val="00CB0664"/>
    <w:rsid w:val="00D604AD"/>
    <w:rsid w:val="00E61C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FBE634"/>
  <w14:defaultImageDpi w14:val="300"/>
  <w15:docId w15:val="{1FE692FF-6CA2-4AAC-B758-F9199751F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1234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Rabello</cp:lastModifiedBy>
  <cp:revision>3</cp:revision>
  <dcterms:created xsi:type="dcterms:W3CDTF">2013-12-23T23:15:00Z</dcterms:created>
  <dcterms:modified xsi:type="dcterms:W3CDTF">2026-05-22T14:27:00Z</dcterms:modified>
  <cp:category/>
</cp:coreProperties>
</file>