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12B33" w14:textId="6453702A" w:rsidR="00F00C3C" w:rsidRPr="00436636" w:rsidRDefault="00436636">
      <w:pPr>
        <w:jc w:val="center"/>
        <w:rPr>
          <w:lang w:val="pt-BR"/>
        </w:rPr>
      </w:pPr>
      <w:r w:rsidRPr="00436636">
        <w:rPr>
          <w:b/>
          <w:color w:val="1F4E79"/>
          <w:sz w:val="44"/>
          <w:lang w:val="pt-BR"/>
        </w:rPr>
        <w:t>(COD IS103)</w:t>
      </w:r>
      <w:r w:rsidRPr="00436636">
        <w:rPr>
          <w:b/>
          <w:color w:val="1F4E79"/>
          <w:sz w:val="44"/>
          <w:lang w:val="pt-BR"/>
        </w:rPr>
        <w:br/>
      </w:r>
      <w:r w:rsidR="00000000">
        <w:rPr>
          <w:b/>
          <w:color w:val="1F4E79"/>
          <w:sz w:val="44"/>
        </w:rPr>
        <w:t>🌌</w:t>
      </w:r>
      <w:r w:rsidR="00000000" w:rsidRPr="00436636">
        <w:rPr>
          <w:b/>
          <w:color w:val="1F4E79"/>
          <w:sz w:val="44"/>
          <w:lang w:val="pt-BR"/>
        </w:rPr>
        <w:t xml:space="preserve"> LUZES DO NORTE EM 6 DIAS</w:t>
      </w:r>
    </w:p>
    <w:p w14:paraId="01432C0E" w14:textId="77777777" w:rsidR="00F00C3C" w:rsidRDefault="00000000">
      <w:pPr>
        <w:jc w:val="center"/>
      </w:pPr>
      <w:proofErr w:type="spellStart"/>
      <w:r>
        <w:rPr>
          <w:b/>
          <w:color w:val="505050"/>
          <w:sz w:val="26"/>
        </w:rPr>
        <w:t>Islândia</w:t>
      </w:r>
      <w:proofErr w:type="spellEnd"/>
      <w:r>
        <w:rPr>
          <w:b/>
          <w:color w:val="505050"/>
          <w:sz w:val="26"/>
        </w:rPr>
        <w:t xml:space="preserve"> 2026-2027 | 6 dias / 5 noites</w:t>
      </w:r>
    </w:p>
    <w:p w14:paraId="08FDD77A" w14:textId="77777777" w:rsidR="00F00C3C" w:rsidRDefault="00000000">
      <w:pPr>
        <w:jc w:val="center"/>
      </w:pPr>
      <w:r>
        <w:rPr>
          <w:noProof/>
        </w:rPr>
        <w:drawing>
          <wp:inline distT="0" distB="0" distL="0" distR="0" wp14:anchorId="11361681" wp14:editId="630A188B">
            <wp:extent cx="5212080" cy="51806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1_1160x115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18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F00C3C" w:rsidRPr="00436636" w14:paraId="688E3AE9" w14:textId="77777777">
        <w:trPr>
          <w:jc w:val="center"/>
        </w:trPr>
        <w:tc>
          <w:tcPr>
            <w:tcW w:w="10312" w:type="dxa"/>
            <w:shd w:val="clear" w:color="auto" w:fill="EAF4EA"/>
            <w:vAlign w:val="center"/>
          </w:tcPr>
          <w:p w14:paraId="0D401441" w14:textId="218CAE41" w:rsidR="00F00C3C" w:rsidRPr="00436636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006140"/>
                <w:sz w:val="30"/>
              </w:rPr>
              <w:t>💶</w:t>
            </w:r>
            <w:r w:rsidRPr="00436636">
              <w:rPr>
                <w:b/>
                <w:color w:val="006140"/>
                <w:sz w:val="30"/>
                <w:lang w:val="pt-BR"/>
              </w:rPr>
              <w:t xml:space="preserve"> INVESTIMENTO: € 1.629 por pessoa</w:t>
            </w:r>
            <w:r w:rsidR="00436636">
              <w:rPr>
                <w:b/>
                <w:color w:val="006140"/>
                <w:sz w:val="30"/>
                <w:lang w:val="pt-BR"/>
              </w:rPr>
              <w:t>/ Quarto Duplo</w:t>
            </w:r>
          </w:p>
          <w:p w14:paraId="6E55B1AD" w14:textId="77777777" w:rsidR="00F00C3C" w:rsidRPr="00436636" w:rsidRDefault="00000000">
            <w:pPr>
              <w:jc w:val="center"/>
              <w:rPr>
                <w:lang w:val="pt-BR"/>
              </w:rPr>
            </w:pPr>
            <w:r w:rsidRPr="00436636">
              <w:rPr>
                <w:i/>
                <w:color w:val="5A5A5A"/>
                <w:sz w:val="19"/>
                <w:lang w:val="pt-BR"/>
              </w:rPr>
              <w:t>Valor informado para inclusão neste roteiro. Consulte disponibilidade e condições.</w:t>
            </w:r>
          </w:p>
        </w:tc>
      </w:tr>
    </w:tbl>
    <w:p w14:paraId="3376E505" w14:textId="77777777" w:rsidR="00F00C3C" w:rsidRPr="00436636" w:rsidRDefault="00F00C3C">
      <w:pPr>
        <w:rPr>
          <w:lang w:val="pt-BR"/>
        </w:rPr>
      </w:pPr>
    </w:p>
    <w:p w14:paraId="733CCBA0" w14:textId="77777777" w:rsidR="00F00C3C" w:rsidRDefault="00000000">
      <w:pPr>
        <w:spacing w:before="160" w:after="80"/>
      </w:pPr>
      <w:r>
        <w:rPr>
          <w:b/>
          <w:color w:val="1F4E79"/>
          <w:sz w:val="34"/>
        </w:rPr>
        <w:t xml:space="preserve">🗺️ </w:t>
      </w:r>
      <w:proofErr w:type="spellStart"/>
      <w:r>
        <w:rPr>
          <w:b/>
          <w:color w:val="1F4E79"/>
          <w:sz w:val="34"/>
        </w:rPr>
        <w:t>Resumo</w:t>
      </w:r>
      <w:proofErr w:type="spellEnd"/>
      <w:r>
        <w:rPr>
          <w:b/>
          <w:color w:val="1F4E79"/>
          <w:sz w:val="34"/>
        </w:rPr>
        <w:t xml:space="preserve"> da </w:t>
      </w:r>
      <w:proofErr w:type="spellStart"/>
      <w:r>
        <w:rPr>
          <w:b/>
          <w:color w:val="1F4E79"/>
          <w:sz w:val="34"/>
        </w:rPr>
        <w:t>viagem</w:t>
      </w:r>
      <w:proofErr w:type="spellEnd"/>
    </w:p>
    <w:p w14:paraId="7E5CBF05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>Este roteiro de 6 dias pela Islândia foi pensado para quem deseja vivenciar paisagens de inverno, regiões vulcânicas, águas geotérmicas, cachoeiras, fiordes, cultura local e a possibilidade de observar as famosas auroras boreais.</w:t>
      </w:r>
    </w:p>
    <w:p w14:paraId="4719136F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Duração: 6 dias / 5 noites.</w:t>
      </w:r>
    </w:p>
    <w:p w14:paraId="280B6377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lastRenderedPageBreak/>
        <w:t>• Roteiro acompanhado a partir do dia 2 até o dia 5.</w:t>
      </w:r>
    </w:p>
    <w:p w14:paraId="57F39369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Mínimo de participantes: 2 pessoas.</w:t>
      </w:r>
    </w:p>
    <w:p w14:paraId="366B126A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Máximo de participantes: 34 pessoas.</w:t>
      </w:r>
    </w:p>
    <w:p w14:paraId="44AE3C3B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Saídas previstas: outubro, novembro, fevereiro e março.</w:t>
      </w:r>
    </w:p>
    <w:p w14:paraId="6B498776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Inclui traslado </w:t>
      </w:r>
      <w:proofErr w:type="spellStart"/>
      <w:r w:rsidRPr="00436636">
        <w:rPr>
          <w:sz w:val="20"/>
          <w:lang w:val="pt-BR"/>
        </w:rPr>
        <w:t>Flybus</w:t>
      </w:r>
      <w:proofErr w:type="spellEnd"/>
      <w:r w:rsidRPr="00436636">
        <w:rPr>
          <w:sz w:val="20"/>
          <w:lang w:val="pt-BR"/>
        </w:rPr>
        <w:t xml:space="preserve"> Plus de chegada e saída.</w:t>
      </w:r>
    </w:p>
    <w:p w14:paraId="7EDEA682" w14:textId="77777777" w:rsidR="00F00C3C" w:rsidRPr="00436636" w:rsidRDefault="00000000">
      <w:pPr>
        <w:spacing w:before="160" w:after="80"/>
        <w:rPr>
          <w:lang w:val="pt-BR"/>
        </w:rPr>
      </w:pPr>
      <w:r>
        <w:rPr>
          <w:b/>
          <w:color w:val="1F4E79"/>
          <w:sz w:val="34"/>
        </w:rPr>
        <w:t>📅</w:t>
      </w:r>
      <w:r w:rsidRPr="00436636">
        <w:rPr>
          <w:b/>
          <w:color w:val="1F4E79"/>
          <w:sz w:val="34"/>
          <w:lang w:val="pt-BR"/>
        </w:rPr>
        <w:t xml:space="preserve"> Datas previstas de saída</w:t>
      </w:r>
    </w:p>
    <w:p w14:paraId="3EA6D81D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Outubro: 19.</w:t>
      </w:r>
    </w:p>
    <w:p w14:paraId="21BDB95D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Novembro: 16.</w:t>
      </w:r>
    </w:p>
    <w:p w14:paraId="067CDCAF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Fevereiro: 1 e 15.</w:t>
      </w:r>
    </w:p>
    <w:p w14:paraId="7F2AEC61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Março: 22.</w:t>
      </w:r>
    </w:p>
    <w:p w14:paraId="2CBB3808" w14:textId="77777777" w:rsidR="00F00C3C" w:rsidRPr="00436636" w:rsidRDefault="00000000">
      <w:pPr>
        <w:spacing w:before="160" w:after="80"/>
        <w:rPr>
          <w:lang w:val="pt-BR"/>
        </w:rPr>
      </w:pPr>
      <w:r w:rsidRPr="00436636">
        <w:rPr>
          <w:b/>
          <w:color w:val="1F4E79"/>
          <w:sz w:val="34"/>
          <w:lang w:val="pt-BR"/>
        </w:rPr>
        <w:t>✨ Roteiro dia a dia</w:t>
      </w:r>
    </w:p>
    <w:p w14:paraId="256148E0" w14:textId="77777777" w:rsidR="00F00C3C" w:rsidRDefault="00000000">
      <w:pPr>
        <w:spacing w:before="160" w:after="60"/>
      </w:pPr>
      <w:r>
        <w:rPr>
          <w:b/>
          <w:color w:val="1F4E79"/>
          <w:sz w:val="28"/>
        </w:rPr>
        <w:t>✈️ Dia 1 - Chegada à Islândia / Reykjavík</w:t>
      </w:r>
    </w:p>
    <w:p w14:paraId="2035752C" w14:textId="77777777" w:rsidR="00F00C3C" w:rsidRDefault="00000000">
      <w:pPr>
        <w:jc w:val="center"/>
      </w:pPr>
      <w:r>
        <w:rPr>
          <w:noProof/>
        </w:rPr>
        <w:drawing>
          <wp:inline distT="0" distB="0" distL="0" distR="0" wp14:anchorId="155C89DB" wp14:editId="1A21459E">
            <wp:extent cx="4389120" cy="43626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1_1160x115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36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CA83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Chegada à Islândia e traslado do Aeroporto de </w:t>
      </w:r>
      <w:proofErr w:type="spellStart"/>
      <w:r w:rsidRPr="00436636">
        <w:rPr>
          <w:lang w:val="pt-BR"/>
        </w:rPr>
        <w:t>Keflavík</w:t>
      </w:r>
      <w:proofErr w:type="spellEnd"/>
      <w:r w:rsidRPr="00436636">
        <w:rPr>
          <w:lang w:val="pt-BR"/>
        </w:rPr>
        <w:t xml:space="preserve"> até Reykjavík em ônibus regular </w:t>
      </w:r>
      <w:proofErr w:type="spellStart"/>
      <w:r w:rsidRPr="00436636">
        <w:rPr>
          <w:lang w:val="pt-BR"/>
        </w:rPr>
        <w:t>Flybus</w:t>
      </w:r>
      <w:proofErr w:type="spellEnd"/>
      <w:r w:rsidRPr="00436636">
        <w:rPr>
          <w:lang w:val="pt-BR"/>
        </w:rPr>
        <w:t xml:space="preserve"> Plus.</w:t>
      </w:r>
    </w:p>
    <w:p w14:paraId="5A51DFE6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Hospedagem em hotel 3 estrelas em Reykjavík, Hotel </w:t>
      </w:r>
      <w:proofErr w:type="spellStart"/>
      <w:r w:rsidRPr="00436636">
        <w:rPr>
          <w:lang w:val="pt-BR"/>
        </w:rPr>
        <w:t>Klettur</w:t>
      </w:r>
      <w:proofErr w:type="spellEnd"/>
      <w:r w:rsidRPr="00436636">
        <w:rPr>
          <w:lang w:val="pt-BR"/>
        </w:rPr>
        <w:t xml:space="preserve"> ou similar.</w:t>
      </w:r>
    </w:p>
    <w:p w14:paraId="1207725E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>Noite livre para descansar ou começar a conhecer a capital islandesa.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F00C3C" w:rsidRPr="00436636" w14:paraId="2544D571" w14:textId="77777777">
        <w:trPr>
          <w:jc w:val="center"/>
        </w:trPr>
        <w:tc>
          <w:tcPr>
            <w:tcW w:w="10312" w:type="dxa"/>
            <w:shd w:val="clear" w:color="auto" w:fill="F4F7ED"/>
          </w:tcPr>
          <w:p w14:paraId="42BB44A2" w14:textId="77777777" w:rsidR="00F00C3C" w:rsidRPr="00436636" w:rsidRDefault="00000000">
            <w:pPr>
              <w:rPr>
                <w:lang w:val="pt-BR"/>
              </w:rPr>
            </w:pPr>
            <w:r w:rsidRPr="00436636">
              <w:rPr>
                <w:color w:val="304050"/>
                <w:sz w:val="19"/>
                <w:lang w:val="pt-BR"/>
              </w:rPr>
              <w:t xml:space="preserve">✅ Incluído: traslado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Flybus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 xml:space="preserve"> Plus do aeroporto até o hotel.</w:t>
            </w:r>
          </w:p>
        </w:tc>
      </w:tr>
    </w:tbl>
    <w:p w14:paraId="5CBD1AAE" w14:textId="77777777" w:rsidR="00F00C3C" w:rsidRPr="00436636" w:rsidRDefault="00000000">
      <w:pPr>
        <w:spacing w:before="160" w:after="60"/>
        <w:rPr>
          <w:lang w:val="pt-BR"/>
        </w:rPr>
      </w:pPr>
      <w:r>
        <w:rPr>
          <w:b/>
          <w:color w:val="1F4E79"/>
          <w:sz w:val="28"/>
        </w:rPr>
        <w:t>🌌</w:t>
      </w:r>
      <w:r w:rsidRPr="00436636">
        <w:rPr>
          <w:b/>
          <w:color w:val="1F4E79"/>
          <w:sz w:val="28"/>
          <w:lang w:val="pt-BR"/>
        </w:rPr>
        <w:t xml:space="preserve"> Dia 2 - </w:t>
      </w:r>
      <w:proofErr w:type="spellStart"/>
      <w:r w:rsidRPr="00436636">
        <w:rPr>
          <w:b/>
          <w:color w:val="1F4E79"/>
          <w:sz w:val="28"/>
          <w:lang w:val="pt-BR"/>
        </w:rPr>
        <w:t>Hrutafjörður</w:t>
      </w:r>
      <w:proofErr w:type="spellEnd"/>
      <w:r w:rsidRPr="00436636">
        <w:rPr>
          <w:b/>
          <w:color w:val="1F4E79"/>
          <w:sz w:val="28"/>
          <w:lang w:val="pt-BR"/>
        </w:rPr>
        <w:t xml:space="preserve">, </w:t>
      </w:r>
      <w:proofErr w:type="spellStart"/>
      <w:r w:rsidRPr="00436636">
        <w:rPr>
          <w:b/>
          <w:color w:val="1F4E79"/>
          <w:sz w:val="28"/>
          <w:lang w:val="pt-BR"/>
        </w:rPr>
        <w:t>Skagafjörður</w:t>
      </w:r>
      <w:proofErr w:type="spellEnd"/>
      <w:r w:rsidRPr="00436636">
        <w:rPr>
          <w:b/>
          <w:color w:val="1F4E79"/>
          <w:sz w:val="28"/>
          <w:lang w:val="pt-BR"/>
        </w:rPr>
        <w:t xml:space="preserve"> e </w:t>
      </w:r>
      <w:proofErr w:type="spellStart"/>
      <w:r w:rsidRPr="00436636">
        <w:rPr>
          <w:b/>
          <w:color w:val="1F4E79"/>
          <w:sz w:val="28"/>
          <w:lang w:val="pt-BR"/>
        </w:rPr>
        <w:t>Akureyri</w:t>
      </w:r>
      <w:proofErr w:type="spellEnd"/>
    </w:p>
    <w:p w14:paraId="5DB55BC0" w14:textId="77777777" w:rsidR="00F00C3C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09787493" wp14:editId="6D1CEB64">
            <wp:extent cx="4389120" cy="29260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_8_360x24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DCD17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Início da viagem rumo ao norte da Islândia, com parada em </w:t>
      </w:r>
      <w:proofErr w:type="spellStart"/>
      <w:r w:rsidRPr="00436636">
        <w:rPr>
          <w:lang w:val="pt-BR"/>
        </w:rPr>
        <w:t>Grábrók</w:t>
      </w:r>
      <w:proofErr w:type="spellEnd"/>
      <w:r w:rsidRPr="00436636">
        <w:rPr>
          <w:lang w:val="pt-BR"/>
        </w:rPr>
        <w:t xml:space="preserve">, antigo </w:t>
      </w:r>
      <w:proofErr w:type="spellStart"/>
      <w:r w:rsidRPr="00436636">
        <w:rPr>
          <w:lang w:val="pt-BR"/>
        </w:rPr>
        <w:t>cráter</w:t>
      </w:r>
      <w:proofErr w:type="spellEnd"/>
      <w:r w:rsidRPr="00436636">
        <w:rPr>
          <w:lang w:val="pt-BR"/>
        </w:rPr>
        <w:t xml:space="preserve"> vulcânico rodeado por campos de lava, ideal para uma breve caminhada e belas vistas panorâmicas.</w:t>
      </w:r>
    </w:p>
    <w:p w14:paraId="080193E5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Continuação por </w:t>
      </w:r>
      <w:proofErr w:type="spellStart"/>
      <w:r w:rsidRPr="00436636">
        <w:rPr>
          <w:lang w:val="pt-BR"/>
        </w:rPr>
        <w:t>Hrútafjörður</w:t>
      </w:r>
      <w:proofErr w:type="spellEnd"/>
      <w:r w:rsidRPr="00436636">
        <w:rPr>
          <w:lang w:val="pt-BR"/>
        </w:rPr>
        <w:t xml:space="preserve">, fiorde de paisagens tranquilas, e pela região de </w:t>
      </w:r>
      <w:proofErr w:type="spellStart"/>
      <w:r w:rsidRPr="00436636">
        <w:rPr>
          <w:lang w:val="pt-BR"/>
        </w:rPr>
        <w:t>Skagafjörður</w:t>
      </w:r>
      <w:proofErr w:type="spellEnd"/>
      <w:r w:rsidRPr="00436636">
        <w:rPr>
          <w:lang w:val="pt-BR"/>
        </w:rPr>
        <w:t>, conhecida pelos cavalos islandeses.</w:t>
      </w:r>
    </w:p>
    <w:p w14:paraId="3F9375EF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Visita ao Museu </w:t>
      </w:r>
      <w:proofErr w:type="spellStart"/>
      <w:r w:rsidRPr="00436636">
        <w:rPr>
          <w:lang w:val="pt-BR"/>
        </w:rPr>
        <w:t>Glaumbær</w:t>
      </w:r>
      <w:proofErr w:type="spellEnd"/>
      <w:r w:rsidRPr="00436636">
        <w:rPr>
          <w:lang w:val="pt-BR"/>
        </w:rPr>
        <w:t>, antigo assentamento islandês com casas de turfa, que revela o modo de vida tradicional do país.</w:t>
      </w:r>
    </w:p>
    <w:p w14:paraId="17201F14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Chegada a </w:t>
      </w:r>
      <w:proofErr w:type="spellStart"/>
      <w:r w:rsidRPr="00436636">
        <w:rPr>
          <w:lang w:val="pt-BR"/>
        </w:rPr>
        <w:t>Akureyri</w:t>
      </w:r>
      <w:proofErr w:type="spellEnd"/>
      <w:r w:rsidRPr="00436636">
        <w:rPr>
          <w:lang w:val="pt-BR"/>
        </w:rPr>
        <w:t>, a charmosa capital do norte, famosa por sua baía, jardim botânico e atmosfera acolhedora.</w:t>
      </w:r>
    </w:p>
    <w:p w14:paraId="46550028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>À noite, se o clima permitir, haverá uma busca a pé pelas auroras boreais.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F00C3C" w:rsidRPr="00436636" w14:paraId="36F443DB" w14:textId="77777777">
        <w:trPr>
          <w:jc w:val="center"/>
        </w:trPr>
        <w:tc>
          <w:tcPr>
            <w:tcW w:w="10312" w:type="dxa"/>
            <w:shd w:val="clear" w:color="auto" w:fill="F4F7ED"/>
          </w:tcPr>
          <w:p w14:paraId="45F3D9B8" w14:textId="77777777" w:rsidR="00F00C3C" w:rsidRPr="00436636" w:rsidRDefault="00000000">
            <w:pPr>
              <w:rPr>
                <w:lang w:val="pt-BR"/>
              </w:rPr>
            </w:pPr>
            <w:r w:rsidRPr="00436636">
              <w:rPr>
                <w:color w:val="304050"/>
                <w:sz w:val="19"/>
                <w:lang w:val="pt-BR"/>
              </w:rPr>
              <w:t xml:space="preserve">✅ Incluído: Museu de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Glaumbær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 xml:space="preserve">. Aproximadamente 400 km. Hospedagem no Hotel Kea,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Akureyri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>.</w:t>
            </w:r>
          </w:p>
        </w:tc>
      </w:tr>
    </w:tbl>
    <w:p w14:paraId="53DC047F" w14:textId="77777777" w:rsidR="00F00C3C" w:rsidRPr="00436636" w:rsidRDefault="00000000">
      <w:pPr>
        <w:spacing w:before="160" w:after="60"/>
        <w:rPr>
          <w:lang w:val="pt-BR"/>
        </w:rPr>
      </w:pPr>
      <w:r>
        <w:rPr>
          <w:b/>
          <w:color w:val="1F4E79"/>
          <w:sz w:val="28"/>
        </w:rPr>
        <w:t>💧</w:t>
      </w:r>
      <w:r w:rsidRPr="00436636">
        <w:rPr>
          <w:b/>
          <w:color w:val="1F4E79"/>
          <w:sz w:val="28"/>
          <w:lang w:val="pt-BR"/>
        </w:rPr>
        <w:t xml:space="preserve"> Dia 3 - </w:t>
      </w:r>
      <w:proofErr w:type="spellStart"/>
      <w:r w:rsidRPr="00436636">
        <w:rPr>
          <w:b/>
          <w:color w:val="1F4E79"/>
          <w:sz w:val="28"/>
          <w:lang w:val="pt-BR"/>
        </w:rPr>
        <w:t>Akureyri</w:t>
      </w:r>
      <w:proofErr w:type="spellEnd"/>
      <w:r w:rsidRPr="00436636">
        <w:rPr>
          <w:b/>
          <w:color w:val="1F4E79"/>
          <w:sz w:val="28"/>
          <w:lang w:val="pt-BR"/>
        </w:rPr>
        <w:t xml:space="preserve">, </w:t>
      </w:r>
      <w:proofErr w:type="spellStart"/>
      <w:r w:rsidRPr="00436636">
        <w:rPr>
          <w:b/>
          <w:color w:val="1F4E79"/>
          <w:sz w:val="28"/>
          <w:lang w:val="pt-BR"/>
        </w:rPr>
        <w:t>Goðafoss</w:t>
      </w:r>
      <w:proofErr w:type="spellEnd"/>
      <w:r w:rsidRPr="00436636">
        <w:rPr>
          <w:b/>
          <w:color w:val="1F4E79"/>
          <w:sz w:val="28"/>
          <w:lang w:val="pt-BR"/>
        </w:rPr>
        <w:t xml:space="preserve"> e Lago </w:t>
      </w:r>
      <w:proofErr w:type="spellStart"/>
      <w:r w:rsidRPr="00436636">
        <w:rPr>
          <w:b/>
          <w:color w:val="1F4E79"/>
          <w:sz w:val="28"/>
          <w:lang w:val="pt-BR"/>
        </w:rPr>
        <w:t>Mývatn</w:t>
      </w:r>
      <w:proofErr w:type="spellEnd"/>
    </w:p>
    <w:p w14:paraId="3AA5511B" w14:textId="77777777" w:rsidR="00F00C3C" w:rsidRDefault="00000000">
      <w:pPr>
        <w:jc w:val="center"/>
      </w:pPr>
      <w:r>
        <w:rPr>
          <w:noProof/>
        </w:rPr>
        <w:drawing>
          <wp:inline distT="0" distB="0" distL="0" distR="0" wp14:anchorId="097F39D1" wp14:editId="70D9BC59">
            <wp:extent cx="4389120" cy="22180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_6_653x33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21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551E5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Saída de </w:t>
      </w:r>
      <w:proofErr w:type="spellStart"/>
      <w:r w:rsidRPr="00436636">
        <w:rPr>
          <w:lang w:val="pt-BR"/>
        </w:rPr>
        <w:t>Akureyri</w:t>
      </w:r>
      <w:proofErr w:type="spellEnd"/>
      <w:r w:rsidRPr="00436636">
        <w:rPr>
          <w:lang w:val="pt-BR"/>
        </w:rPr>
        <w:t xml:space="preserve"> em direção ao Lago </w:t>
      </w:r>
      <w:proofErr w:type="spellStart"/>
      <w:r w:rsidRPr="00436636">
        <w:rPr>
          <w:lang w:val="pt-BR"/>
        </w:rPr>
        <w:t>Mývatn</w:t>
      </w:r>
      <w:proofErr w:type="spellEnd"/>
      <w:r w:rsidRPr="00436636">
        <w:rPr>
          <w:lang w:val="pt-BR"/>
        </w:rPr>
        <w:t xml:space="preserve">, passando pela imponente cachoeira </w:t>
      </w:r>
      <w:proofErr w:type="spellStart"/>
      <w:r w:rsidRPr="00436636">
        <w:rPr>
          <w:lang w:val="pt-BR"/>
        </w:rPr>
        <w:t>Goðafoss</w:t>
      </w:r>
      <w:proofErr w:type="spellEnd"/>
      <w:r w:rsidRPr="00436636">
        <w:rPr>
          <w:lang w:val="pt-BR"/>
        </w:rPr>
        <w:t>, uma das mais importantes e belas do país.</w:t>
      </w:r>
    </w:p>
    <w:p w14:paraId="79C3BD44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O caminho revela paisagens cada vez mais vulcânicas, com formações de lava, </w:t>
      </w:r>
      <w:proofErr w:type="spellStart"/>
      <w:r w:rsidRPr="00436636">
        <w:rPr>
          <w:lang w:val="pt-BR"/>
        </w:rPr>
        <w:t>cráteres</w:t>
      </w:r>
      <w:proofErr w:type="spellEnd"/>
      <w:r w:rsidRPr="00436636">
        <w:rPr>
          <w:lang w:val="pt-BR"/>
        </w:rPr>
        <w:t>, campos geotérmicos e áreas de intensa atividade natural.</w:t>
      </w:r>
    </w:p>
    <w:p w14:paraId="6540DC4D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lastRenderedPageBreak/>
        <w:t xml:space="preserve">Na região de </w:t>
      </w:r>
      <w:proofErr w:type="spellStart"/>
      <w:r w:rsidRPr="00436636">
        <w:rPr>
          <w:lang w:val="pt-BR"/>
        </w:rPr>
        <w:t>Mývatn</w:t>
      </w:r>
      <w:proofErr w:type="spellEnd"/>
      <w:r w:rsidRPr="00436636">
        <w:rPr>
          <w:lang w:val="pt-BR"/>
        </w:rPr>
        <w:t>, visita aos seus cenários únicos, com lagos tranquilos, fontes termais, fumarolas e poças de lama borbulhante.</w:t>
      </w:r>
    </w:p>
    <w:p w14:paraId="045066E5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Entrada nos Banhos Naturais de </w:t>
      </w:r>
      <w:proofErr w:type="spellStart"/>
      <w:r w:rsidRPr="00436636">
        <w:rPr>
          <w:lang w:val="pt-BR"/>
        </w:rPr>
        <w:t>Mývatn</w:t>
      </w:r>
      <w:proofErr w:type="spellEnd"/>
      <w:r w:rsidRPr="00436636">
        <w:rPr>
          <w:lang w:val="pt-BR"/>
        </w:rPr>
        <w:t xml:space="preserve"> para um momento relaxante em águas geotérmicas.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F00C3C" w14:paraId="4CB72D83" w14:textId="77777777">
        <w:trPr>
          <w:jc w:val="center"/>
        </w:trPr>
        <w:tc>
          <w:tcPr>
            <w:tcW w:w="10312" w:type="dxa"/>
            <w:shd w:val="clear" w:color="auto" w:fill="F4F7ED"/>
          </w:tcPr>
          <w:p w14:paraId="1B880868" w14:textId="77777777" w:rsidR="00F00C3C" w:rsidRDefault="00000000">
            <w:r w:rsidRPr="00436636">
              <w:rPr>
                <w:color w:val="304050"/>
                <w:sz w:val="19"/>
                <w:lang w:val="pt-BR"/>
              </w:rPr>
              <w:t xml:space="preserve">✅ Incluído: entrada e aluguel de toalha nos Banhos Naturais de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Mývatn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 xml:space="preserve">. </w:t>
            </w:r>
            <w:proofErr w:type="spellStart"/>
            <w:r>
              <w:rPr>
                <w:color w:val="304050"/>
                <w:sz w:val="19"/>
              </w:rPr>
              <w:t>Aproximadamente</w:t>
            </w:r>
            <w:proofErr w:type="spellEnd"/>
            <w:r>
              <w:rPr>
                <w:color w:val="304050"/>
                <w:sz w:val="19"/>
              </w:rPr>
              <w:t xml:space="preserve"> 230 km. Hospedagem no Hotel Kea, Akureyri.</w:t>
            </w:r>
          </w:p>
        </w:tc>
      </w:tr>
    </w:tbl>
    <w:p w14:paraId="2A59C91E" w14:textId="77777777" w:rsidR="00F00C3C" w:rsidRDefault="00000000">
      <w:pPr>
        <w:spacing w:before="160" w:after="60"/>
      </w:pPr>
      <w:r>
        <w:rPr>
          <w:b/>
          <w:color w:val="1F4E79"/>
          <w:sz w:val="28"/>
        </w:rPr>
        <w:t>♨️ Dia 4 - Akureyri e Borgarfjörður</w:t>
      </w:r>
    </w:p>
    <w:p w14:paraId="51854529" w14:textId="77777777" w:rsidR="00F00C3C" w:rsidRDefault="00000000">
      <w:pPr>
        <w:jc w:val="center"/>
      </w:pPr>
      <w:r>
        <w:rPr>
          <w:noProof/>
        </w:rPr>
        <w:drawing>
          <wp:inline distT="0" distB="0" distL="0" distR="0" wp14:anchorId="6C1B8FBA" wp14:editId="7865B3E6">
            <wp:extent cx="4389120" cy="28958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_8_532x35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89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B17C1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Retorno em direção ao sul com visita à região de </w:t>
      </w:r>
      <w:proofErr w:type="spellStart"/>
      <w:r w:rsidRPr="00436636">
        <w:rPr>
          <w:lang w:val="pt-BR"/>
        </w:rPr>
        <w:t>Borgarfjörður</w:t>
      </w:r>
      <w:proofErr w:type="spellEnd"/>
      <w:r w:rsidRPr="00436636">
        <w:rPr>
          <w:lang w:val="pt-BR"/>
        </w:rPr>
        <w:t>, rica em paisagens naturais e histórias islandesas.</w:t>
      </w:r>
    </w:p>
    <w:p w14:paraId="248B0322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Parada em </w:t>
      </w:r>
      <w:proofErr w:type="spellStart"/>
      <w:r w:rsidRPr="00436636">
        <w:rPr>
          <w:lang w:val="pt-BR"/>
        </w:rPr>
        <w:t>Deildartunguhver</w:t>
      </w:r>
      <w:proofErr w:type="spellEnd"/>
      <w:r w:rsidRPr="00436636">
        <w:rPr>
          <w:lang w:val="pt-BR"/>
        </w:rPr>
        <w:t>, considerada a fonte termal mais caudalosa da Europa, conhecida por seus potentes jatos de água quente.</w:t>
      </w:r>
    </w:p>
    <w:p w14:paraId="0403F5CA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Continuação até as cachoeiras </w:t>
      </w:r>
      <w:proofErr w:type="spellStart"/>
      <w:r w:rsidRPr="00436636">
        <w:rPr>
          <w:lang w:val="pt-BR"/>
        </w:rPr>
        <w:t>Hraunfossar</w:t>
      </w:r>
      <w:proofErr w:type="spellEnd"/>
      <w:r w:rsidRPr="00436636">
        <w:rPr>
          <w:lang w:val="pt-BR"/>
        </w:rPr>
        <w:t>, onde a água brota de um campo de lava formando um cenário impressionante.</w:t>
      </w:r>
    </w:p>
    <w:p w14:paraId="26F8FB79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Visita também à </w:t>
      </w:r>
      <w:proofErr w:type="spellStart"/>
      <w:r w:rsidRPr="00436636">
        <w:rPr>
          <w:lang w:val="pt-BR"/>
        </w:rPr>
        <w:t>Barnafoss</w:t>
      </w:r>
      <w:proofErr w:type="spellEnd"/>
      <w:r w:rsidRPr="00436636">
        <w:rPr>
          <w:lang w:val="pt-BR"/>
        </w:rPr>
        <w:t>, cachoeira marcada por formações rochosas singulares e uma história local fascinante.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F00C3C" w:rsidRPr="00436636" w14:paraId="39D60B42" w14:textId="77777777">
        <w:trPr>
          <w:jc w:val="center"/>
        </w:trPr>
        <w:tc>
          <w:tcPr>
            <w:tcW w:w="10312" w:type="dxa"/>
            <w:shd w:val="clear" w:color="auto" w:fill="F4F7ED"/>
          </w:tcPr>
          <w:p w14:paraId="38D40BD0" w14:textId="77777777" w:rsidR="00F00C3C" w:rsidRPr="00436636" w:rsidRDefault="00000000">
            <w:pPr>
              <w:rPr>
                <w:lang w:val="pt-BR"/>
              </w:rPr>
            </w:pPr>
            <w:r w:rsidRPr="00436636">
              <w:rPr>
                <w:color w:val="304050"/>
                <w:sz w:val="19"/>
                <w:lang w:val="pt-BR"/>
              </w:rPr>
              <w:t xml:space="preserve">✅ Incluído: jantar de 3 pratos. Aproximadamente 385 km. Hospedagem no Hotel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Hamar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 xml:space="preserve">, em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Borgarnes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>.</w:t>
            </w:r>
          </w:p>
        </w:tc>
      </w:tr>
    </w:tbl>
    <w:p w14:paraId="637AB94B" w14:textId="77777777" w:rsidR="00F00C3C" w:rsidRPr="00436636" w:rsidRDefault="00000000">
      <w:pPr>
        <w:spacing w:before="160" w:after="60"/>
        <w:rPr>
          <w:lang w:val="pt-BR"/>
        </w:rPr>
      </w:pPr>
      <w:r>
        <w:rPr>
          <w:b/>
          <w:color w:val="1F4E79"/>
          <w:sz w:val="28"/>
        </w:rPr>
        <w:t>🏞️</w:t>
      </w:r>
      <w:r w:rsidRPr="00436636">
        <w:rPr>
          <w:b/>
          <w:color w:val="1F4E79"/>
          <w:sz w:val="28"/>
          <w:lang w:val="pt-BR"/>
        </w:rPr>
        <w:t xml:space="preserve"> Dia 5 - Círculo Dourado e Reykjavík</w:t>
      </w:r>
    </w:p>
    <w:p w14:paraId="762355AC" w14:textId="77777777" w:rsidR="00F00C3C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0B37CF5" wp14:editId="30CDAD54">
            <wp:extent cx="4389120" cy="2844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_1_250x16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84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AA91C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Dia dedicado às atrações mais famosas da Islândia, começando pelo Parque Nacional </w:t>
      </w:r>
      <w:proofErr w:type="spellStart"/>
      <w:r w:rsidRPr="00436636">
        <w:rPr>
          <w:lang w:val="pt-BR"/>
        </w:rPr>
        <w:t>Thingvellir</w:t>
      </w:r>
      <w:proofErr w:type="spellEnd"/>
      <w:r w:rsidRPr="00436636">
        <w:rPr>
          <w:lang w:val="pt-BR"/>
        </w:rPr>
        <w:t>, Patrimônio Mundial da UNESCO e local de grande importância histórica e geológica.</w:t>
      </w:r>
    </w:p>
    <w:p w14:paraId="7C567A4C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Em </w:t>
      </w:r>
      <w:proofErr w:type="spellStart"/>
      <w:r w:rsidRPr="00436636">
        <w:rPr>
          <w:lang w:val="pt-BR"/>
        </w:rPr>
        <w:t>Thingvellir</w:t>
      </w:r>
      <w:proofErr w:type="spellEnd"/>
      <w:r w:rsidRPr="00436636">
        <w:rPr>
          <w:lang w:val="pt-BR"/>
        </w:rPr>
        <w:t>, é possível observar os efeitos do movimento das placas tectônicas que formaram fissuras e rachaduras na crosta terrestre.</w:t>
      </w:r>
    </w:p>
    <w:p w14:paraId="1C9EC1BA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Continuação até a área geotérmica de </w:t>
      </w:r>
      <w:proofErr w:type="spellStart"/>
      <w:r w:rsidRPr="00436636">
        <w:rPr>
          <w:lang w:val="pt-BR"/>
        </w:rPr>
        <w:t>Geysir</w:t>
      </w:r>
      <w:proofErr w:type="spellEnd"/>
      <w:r w:rsidRPr="00436636">
        <w:rPr>
          <w:lang w:val="pt-BR"/>
        </w:rPr>
        <w:t xml:space="preserve">, onde o </w:t>
      </w:r>
      <w:proofErr w:type="spellStart"/>
      <w:r w:rsidRPr="00436636">
        <w:rPr>
          <w:lang w:val="pt-BR"/>
        </w:rPr>
        <w:t>Strokkur</w:t>
      </w:r>
      <w:proofErr w:type="spellEnd"/>
      <w:r w:rsidRPr="00436636">
        <w:rPr>
          <w:lang w:val="pt-BR"/>
        </w:rPr>
        <w:t xml:space="preserve"> lança jatos de água quente a cada poucos minutos.</w:t>
      </w:r>
    </w:p>
    <w:p w14:paraId="117AC9D3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Visita à cachoeira </w:t>
      </w:r>
      <w:proofErr w:type="spellStart"/>
      <w:r w:rsidRPr="00436636">
        <w:rPr>
          <w:lang w:val="pt-BR"/>
        </w:rPr>
        <w:t>Gullfoss</w:t>
      </w:r>
      <w:proofErr w:type="spellEnd"/>
      <w:r w:rsidRPr="00436636">
        <w:rPr>
          <w:lang w:val="pt-BR"/>
        </w:rPr>
        <w:t>, a famosa Cachoeira Dourada, uma das paisagens mais emblemáticas da Islândia.</w:t>
      </w:r>
    </w:p>
    <w:p w14:paraId="2E9D618B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Retorno a Reykjavík com parada no Aurora Reykjavík Northern </w:t>
      </w:r>
      <w:proofErr w:type="spellStart"/>
      <w:r w:rsidRPr="00436636">
        <w:rPr>
          <w:lang w:val="pt-BR"/>
        </w:rPr>
        <w:t>Lights</w:t>
      </w:r>
      <w:proofErr w:type="spellEnd"/>
      <w:r w:rsidRPr="00436636">
        <w:rPr>
          <w:lang w:val="pt-BR"/>
        </w:rPr>
        <w:t xml:space="preserve"> Center, espaço dedicado às auroras boreais, com exposições imersivas, previsões e imagens impressionantes.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F00C3C" w:rsidRPr="00436636" w14:paraId="1F8BD197" w14:textId="77777777">
        <w:trPr>
          <w:jc w:val="center"/>
        </w:trPr>
        <w:tc>
          <w:tcPr>
            <w:tcW w:w="10312" w:type="dxa"/>
            <w:shd w:val="clear" w:color="auto" w:fill="F4F7ED"/>
          </w:tcPr>
          <w:p w14:paraId="66B3ECAF" w14:textId="77777777" w:rsidR="00F00C3C" w:rsidRPr="00436636" w:rsidRDefault="00000000">
            <w:pPr>
              <w:rPr>
                <w:lang w:val="pt-BR"/>
              </w:rPr>
            </w:pPr>
            <w:r w:rsidRPr="00436636">
              <w:rPr>
                <w:color w:val="304050"/>
                <w:sz w:val="19"/>
                <w:lang w:val="pt-BR"/>
              </w:rPr>
              <w:t xml:space="preserve">✅ Incluído: entrada no Aurora Reykjavík Northern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Lights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 xml:space="preserve"> Center. Aproximadamente 290 km. Hospedagem em Reykjavík, Hotel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Klettur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 xml:space="preserve"> ou similar.</w:t>
            </w:r>
          </w:p>
        </w:tc>
      </w:tr>
    </w:tbl>
    <w:p w14:paraId="51F4436E" w14:textId="77777777" w:rsidR="00F00C3C" w:rsidRDefault="00000000">
      <w:pPr>
        <w:spacing w:before="160" w:after="60"/>
      </w:pPr>
      <w:r>
        <w:rPr>
          <w:b/>
          <w:color w:val="1F4E79"/>
          <w:sz w:val="28"/>
        </w:rPr>
        <w:t>🧳 Dia 6 - Reykjavík / Saída</w:t>
      </w:r>
    </w:p>
    <w:p w14:paraId="22CBA7EF" w14:textId="77777777" w:rsidR="00F00C3C" w:rsidRDefault="00000000">
      <w:pPr>
        <w:jc w:val="center"/>
      </w:pPr>
      <w:r>
        <w:rPr>
          <w:noProof/>
        </w:rPr>
        <w:drawing>
          <wp:inline distT="0" distB="0" distL="0" distR="0" wp14:anchorId="5D7F3FC3" wp14:editId="75BE0A48">
            <wp:extent cx="4389120" cy="187234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_5_504x21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7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62E8C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 xml:space="preserve">Traslado do hotel ao Aeroporto de </w:t>
      </w:r>
      <w:proofErr w:type="spellStart"/>
      <w:r w:rsidRPr="00436636">
        <w:rPr>
          <w:lang w:val="pt-BR"/>
        </w:rPr>
        <w:t>Keflavík</w:t>
      </w:r>
      <w:proofErr w:type="spellEnd"/>
      <w:r w:rsidRPr="00436636">
        <w:rPr>
          <w:lang w:val="pt-BR"/>
        </w:rPr>
        <w:t xml:space="preserve"> em ônibus regular </w:t>
      </w:r>
      <w:proofErr w:type="spellStart"/>
      <w:r w:rsidRPr="00436636">
        <w:rPr>
          <w:lang w:val="pt-BR"/>
        </w:rPr>
        <w:t>Flybus</w:t>
      </w:r>
      <w:proofErr w:type="spellEnd"/>
      <w:r w:rsidRPr="00436636">
        <w:rPr>
          <w:lang w:val="pt-BR"/>
        </w:rPr>
        <w:t xml:space="preserve"> Plus.</w:t>
      </w:r>
    </w:p>
    <w:p w14:paraId="7464AFEF" w14:textId="77777777" w:rsidR="00F00C3C" w:rsidRPr="00436636" w:rsidRDefault="00000000">
      <w:pPr>
        <w:spacing w:after="80"/>
        <w:jc w:val="both"/>
        <w:rPr>
          <w:lang w:val="pt-BR"/>
        </w:rPr>
      </w:pPr>
      <w:r w:rsidRPr="00436636">
        <w:rPr>
          <w:lang w:val="pt-BR"/>
        </w:rPr>
        <w:t>Fim dos serviços e retorno.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F00C3C" w:rsidRPr="00436636" w14:paraId="046C2E28" w14:textId="77777777">
        <w:trPr>
          <w:jc w:val="center"/>
        </w:trPr>
        <w:tc>
          <w:tcPr>
            <w:tcW w:w="10312" w:type="dxa"/>
            <w:shd w:val="clear" w:color="auto" w:fill="F4F7ED"/>
          </w:tcPr>
          <w:p w14:paraId="55BE666C" w14:textId="77777777" w:rsidR="00F00C3C" w:rsidRPr="00436636" w:rsidRDefault="00000000">
            <w:pPr>
              <w:rPr>
                <w:lang w:val="pt-BR"/>
              </w:rPr>
            </w:pPr>
            <w:r w:rsidRPr="00436636">
              <w:rPr>
                <w:color w:val="304050"/>
                <w:sz w:val="19"/>
                <w:lang w:val="pt-BR"/>
              </w:rPr>
              <w:t xml:space="preserve">✅ Incluído: traslado </w:t>
            </w:r>
            <w:proofErr w:type="spellStart"/>
            <w:r w:rsidRPr="00436636">
              <w:rPr>
                <w:color w:val="304050"/>
                <w:sz w:val="19"/>
                <w:lang w:val="pt-BR"/>
              </w:rPr>
              <w:t>Flybus</w:t>
            </w:r>
            <w:proofErr w:type="spellEnd"/>
            <w:r w:rsidRPr="00436636">
              <w:rPr>
                <w:color w:val="304050"/>
                <w:sz w:val="19"/>
                <w:lang w:val="pt-BR"/>
              </w:rPr>
              <w:t xml:space="preserve"> Plus do hotel até o aeroporto.</w:t>
            </w:r>
          </w:p>
        </w:tc>
      </w:tr>
    </w:tbl>
    <w:p w14:paraId="45335DBE" w14:textId="77777777" w:rsidR="00F00C3C" w:rsidRPr="00436636" w:rsidRDefault="00000000">
      <w:pPr>
        <w:spacing w:before="160" w:after="80"/>
        <w:rPr>
          <w:lang w:val="pt-BR"/>
        </w:rPr>
      </w:pPr>
      <w:r w:rsidRPr="00436636">
        <w:rPr>
          <w:b/>
          <w:color w:val="1F4E79"/>
          <w:sz w:val="34"/>
          <w:lang w:val="pt-BR"/>
        </w:rPr>
        <w:t>✅ O roteiro inclui</w:t>
      </w:r>
    </w:p>
    <w:p w14:paraId="5EA0181D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lastRenderedPageBreak/>
        <w:t>• Circuito conforme o itinerário em ônibus privativo com guia local de fala hispânica do dia 2 ao dia 5.</w:t>
      </w:r>
    </w:p>
    <w:p w14:paraId="3ECA056C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Serviço de guia para caça às auroras boreais a pé no dia 2, podendo ser alterado conforme previsão e condições climáticas.</w:t>
      </w:r>
    </w:p>
    <w:p w14:paraId="673EE7DC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5 noites em hotéis 3 estrelas: Hotel </w:t>
      </w:r>
      <w:proofErr w:type="spellStart"/>
      <w:r w:rsidRPr="00436636">
        <w:rPr>
          <w:sz w:val="20"/>
          <w:lang w:val="pt-BR"/>
        </w:rPr>
        <w:t>Klettur</w:t>
      </w:r>
      <w:proofErr w:type="spellEnd"/>
      <w:r w:rsidRPr="00436636">
        <w:rPr>
          <w:sz w:val="20"/>
          <w:lang w:val="pt-BR"/>
        </w:rPr>
        <w:t xml:space="preserve"> ou similar em Reykjavík, Hotel Kea ou similar em </w:t>
      </w:r>
      <w:proofErr w:type="spellStart"/>
      <w:r w:rsidRPr="00436636">
        <w:rPr>
          <w:sz w:val="20"/>
          <w:lang w:val="pt-BR"/>
        </w:rPr>
        <w:t>Akureyri</w:t>
      </w:r>
      <w:proofErr w:type="spellEnd"/>
      <w:r w:rsidRPr="00436636">
        <w:rPr>
          <w:sz w:val="20"/>
          <w:lang w:val="pt-BR"/>
        </w:rPr>
        <w:t xml:space="preserve"> e Hotel </w:t>
      </w:r>
      <w:proofErr w:type="spellStart"/>
      <w:r w:rsidRPr="00436636">
        <w:rPr>
          <w:sz w:val="20"/>
          <w:lang w:val="pt-BR"/>
        </w:rPr>
        <w:t>Hamar</w:t>
      </w:r>
      <w:proofErr w:type="spellEnd"/>
      <w:r w:rsidRPr="00436636">
        <w:rPr>
          <w:sz w:val="20"/>
          <w:lang w:val="pt-BR"/>
        </w:rPr>
        <w:t xml:space="preserve"> ou similar em </w:t>
      </w:r>
      <w:proofErr w:type="spellStart"/>
      <w:r w:rsidRPr="00436636">
        <w:rPr>
          <w:sz w:val="20"/>
          <w:lang w:val="pt-BR"/>
        </w:rPr>
        <w:t>Borgarfjörður</w:t>
      </w:r>
      <w:proofErr w:type="spellEnd"/>
      <w:r w:rsidRPr="00436636">
        <w:rPr>
          <w:sz w:val="20"/>
          <w:lang w:val="pt-BR"/>
        </w:rPr>
        <w:t>.</w:t>
      </w:r>
    </w:p>
    <w:p w14:paraId="7351C4C7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5 cafés da manhã.</w:t>
      </w:r>
    </w:p>
    <w:p w14:paraId="22F6E8AD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1 jantar de 3 pratos com chá ou café incluído no dia 4.</w:t>
      </w:r>
    </w:p>
    <w:p w14:paraId="7548FB5A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Traslados aeroporto - hotel - aeroporto em ônibus regular </w:t>
      </w:r>
      <w:proofErr w:type="spellStart"/>
      <w:r w:rsidRPr="00436636">
        <w:rPr>
          <w:sz w:val="20"/>
          <w:lang w:val="pt-BR"/>
        </w:rPr>
        <w:t>Flybus</w:t>
      </w:r>
      <w:proofErr w:type="spellEnd"/>
      <w:r w:rsidRPr="00436636">
        <w:rPr>
          <w:sz w:val="20"/>
          <w:lang w:val="pt-BR"/>
        </w:rPr>
        <w:t xml:space="preserve"> Plus.</w:t>
      </w:r>
    </w:p>
    <w:p w14:paraId="0BDFA8FB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Entrada no Museu de </w:t>
      </w:r>
      <w:proofErr w:type="spellStart"/>
      <w:r w:rsidRPr="00436636">
        <w:rPr>
          <w:sz w:val="20"/>
          <w:lang w:val="pt-BR"/>
        </w:rPr>
        <w:t>Glaumbær</w:t>
      </w:r>
      <w:proofErr w:type="spellEnd"/>
      <w:r w:rsidRPr="00436636">
        <w:rPr>
          <w:sz w:val="20"/>
          <w:lang w:val="pt-BR"/>
        </w:rPr>
        <w:t>.</w:t>
      </w:r>
    </w:p>
    <w:p w14:paraId="1E624D46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Entrada nos Banhos Naturais de </w:t>
      </w:r>
      <w:proofErr w:type="spellStart"/>
      <w:r w:rsidRPr="00436636">
        <w:rPr>
          <w:sz w:val="20"/>
          <w:lang w:val="pt-BR"/>
        </w:rPr>
        <w:t>Mývatn</w:t>
      </w:r>
      <w:proofErr w:type="spellEnd"/>
      <w:r w:rsidRPr="00436636">
        <w:rPr>
          <w:sz w:val="20"/>
          <w:lang w:val="pt-BR"/>
        </w:rPr>
        <w:t xml:space="preserve"> com aluguel de toalha.</w:t>
      </w:r>
    </w:p>
    <w:p w14:paraId="3C3B30B9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Entrada no Aurora Reykjavík Northern </w:t>
      </w:r>
      <w:proofErr w:type="spellStart"/>
      <w:r w:rsidRPr="00436636">
        <w:rPr>
          <w:sz w:val="20"/>
          <w:lang w:val="pt-BR"/>
        </w:rPr>
        <w:t>Lights</w:t>
      </w:r>
      <w:proofErr w:type="spellEnd"/>
      <w:r w:rsidRPr="00436636">
        <w:rPr>
          <w:sz w:val="20"/>
          <w:lang w:val="pt-BR"/>
        </w:rPr>
        <w:t xml:space="preserve"> Center.</w:t>
      </w:r>
    </w:p>
    <w:p w14:paraId="45C90F2F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Chamada despertadora em caso de auroras boreais nos hotéis fora de Reykjavík, sem guia, mediante solicitação no hotel.</w:t>
      </w:r>
    </w:p>
    <w:p w14:paraId="4D586014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IVA de 11%, serviço de emergência 24 horas e uso de </w:t>
      </w:r>
      <w:proofErr w:type="spellStart"/>
      <w:r w:rsidRPr="00436636">
        <w:rPr>
          <w:sz w:val="20"/>
          <w:lang w:val="pt-BR"/>
        </w:rPr>
        <w:t>crampons</w:t>
      </w:r>
      <w:proofErr w:type="spellEnd"/>
      <w:r w:rsidRPr="00436636">
        <w:rPr>
          <w:sz w:val="20"/>
          <w:lang w:val="pt-BR"/>
        </w:rPr>
        <w:t>, se necessário.</w:t>
      </w:r>
    </w:p>
    <w:p w14:paraId="526ACF95" w14:textId="77777777" w:rsidR="00F00C3C" w:rsidRPr="00436636" w:rsidRDefault="00000000">
      <w:pPr>
        <w:spacing w:before="160" w:after="80"/>
        <w:rPr>
          <w:lang w:val="pt-BR"/>
        </w:rPr>
      </w:pPr>
      <w:r w:rsidRPr="00436636">
        <w:rPr>
          <w:b/>
          <w:color w:val="1F4E79"/>
          <w:sz w:val="34"/>
          <w:lang w:val="pt-BR"/>
        </w:rPr>
        <w:t>⚠</w:t>
      </w:r>
      <w:proofErr w:type="gramStart"/>
      <w:r>
        <w:rPr>
          <w:b/>
          <w:color w:val="1F4E79"/>
          <w:sz w:val="34"/>
        </w:rPr>
        <w:t>️</w:t>
      </w:r>
      <w:r w:rsidRPr="00436636">
        <w:rPr>
          <w:b/>
          <w:color w:val="1F4E79"/>
          <w:sz w:val="34"/>
          <w:lang w:val="pt-BR"/>
        </w:rPr>
        <w:t xml:space="preserve"> Não</w:t>
      </w:r>
      <w:proofErr w:type="gramEnd"/>
      <w:r w:rsidRPr="00436636">
        <w:rPr>
          <w:b/>
          <w:color w:val="1F4E79"/>
          <w:sz w:val="34"/>
          <w:lang w:val="pt-BR"/>
        </w:rPr>
        <w:t xml:space="preserve"> inclui</w:t>
      </w:r>
    </w:p>
    <w:p w14:paraId="66AA6BAE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Passagens aéreas internacionais.</w:t>
      </w:r>
    </w:p>
    <w:p w14:paraId="32F1E946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 xml:space="preserve">• Jantares em Reykjavík e </w:t>
      </w:r>
      <w:proofErr w:type="spellStart"/>
      <w:r w:rsidRPr="00436636">
        <w:rPr>
          <w:sz w:val="20"/>
          <w:lang w:val="pt-BR"/>
        </w:rPr>
        <w:t>Akureyri</w:t>
      </w:r>
      <w:proofErr w:type="spellEnd"/>
      <w:r w:rsidRPr="00436636">
        <w:rPr>
          <w:sz w:val="20"/>
          <w:lang w:val="pt-BR"/>
        </w:rPr>
        <w:t>.</w:t>
      </w:r>
    </w:p>
    <w:p w14:paraId="058EEDF6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Almoços.</w:t>
      </w:r>
    </w:p>
    <w:p w14:paraId="574BAD70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Bebidas.</w:t>
      </w:r>
    </w:p>
    <w:p w14:paraId="0D498EF0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Atividades opcionais.</w:t>
      </w:r>
    </w:p>
    <w:p w14:paraId="59FD3A38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Entradas em museus ou atrações que não estejam especificadas no programa.</w:t>
      </w:r>
    </w:p>
    <w:p w14:paraId="62AF568D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Qualquer serviço não mencionado expressamente como incluído.</w:t>
      </w:r>
    </w:p>
    <w:p w14:paraId="7B9841C0" w14:textId="77777777" w:rsidR="00F00C3C" w:rsidRPr="00436636" w:rsidRDefault="00000000">
      <w:pPr>
        <w:spacing w:before="160" w:after="80"/>
        <w:rPr>
          <w:lang w:val="pt-BR"/>
        </w:rPr>
      </w:pPr>
      <w:r>
        <w:rPr>
          <w:b/>
          <w:color w:val="1F4E79"/>
          <w:sz w:val="34"/>
        </w:rPr>
        <w:t>📌</w:t>
      </w:r>
      <w:r w:rsidRPr="00436636">
        <w:rPr>
          <w:b/>
          <w:color w:val="1F4E79"/>
          <w:sz w:val="34"/>
          <w:lang w:val="pt-BR"/>
        </w:rPr>
        <w:t xml:space="preserve"> Informações importantes</w:t>
      </w:r>
    </w:p>
    <w:p w14:paraId="1B1F5D7C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As auroras boreais são um fenômeno natural e, por isso, os avistamentos não podem ser garantidos.</w:t>
      </w:r>
    </w:p>
    <w:p w14:paraId="1D5225E8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O roteiro pode sofrer alterações sem aviso prévio de acordo com as condições climáticas e das estradas.</w:t>
      </w:r>
    </w:p>
    <w:p w14:paraId="7384F02C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É recomendado informar, no momento da reserva, alergias alimentares ou dietas especiais.</w:t>
      </w:r>
    </w:p>
    <w:p w14:paraId="4DFEBF58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Recomenda-se viajar com seguro viagem pessoal.</w:t>
      </w:r>
    </w:p>
    <w:p w14:paraId="40FF7A72" w14:textId="77777777" w:rsidR="00F00C3C" w:rsidRPr="00436636" w:rsidRDefault="00000000">
      <w:pPr>
        <w:spacing w:after="40"/>
        <w:ind w:left="283" w:hanging="142"/>
        <w:rPr>
          <w:lang w:val="pt-BR"/>
        </w:rPr>
      </w:pPr>
      <w:r w:rsidRPr="00436636">
        <w:rPr>
          <w:sz w:val="20"/>
          <w:lang w:val="pt-BR"/>
        </w:rPr>
        <w:t>• Condições, disponibilidade e valores estão sujeitos a alteração.</w:t>
      </w:r>
    </w:p>
    <w:p w14:paraId="24093B56" w14:textId="77777777" w:rsidR="00F00C3C" w:rsidRPr="00436636" w:rsidRDefault="00000000">
      <w:pPr>
        <w:spacing w:before="240"/>
        <w:jc w:val="center"/>
        <w:rPr>
          <w:lang w:val="pt-BR"/>
        </w:rPr>
      </w:pPr>
      <w:r>
        <w:rPr>
          <w:b/>
          <w:color w:val="1F4E79"/>
          <w:sz w:val="25"/>
        </w:rPr>
        <w:t>🌠</w:t>
      </w:r>
      <w:r w:rsidRPr="00436636">
        <w:rPr>
          <w:b/>
          <w:color w:val="1F4E79"/>
          <w:sz w:val="25"/>
          <w:lang w:val="pt-BR"/>
        </w:rPr>
        <w:t xml:space="preserve"> Uma viagem para viver a magia do inverno islandês e </w:t>
      </w:r>
      <w:proofErr w:type="gramStart"/>
      <w:r w:rsidRPr="00436636">
        <w:rPr>
          <w:b/>
          <w:color w:val="1F4E79"/>
          <w:sz w:val="25"/>
          <w:lang w:val="pt-BR"/>
        </w:rPr>
        <w:t>a</w:t>
      </w:r>
      <w:proofErr w:type="gramEnd"/>
      <w:r w:rsidRPr="00436636">
        <w:rPr>
          <w:b/>
          <w:color w:val="1F4E79"/>
          <w:sz w:val="25"/>
          <w:lang w:val="pt-BR"/>
        </w:rPr>
        <w:t xml:space="preserve"> emoção das Luzes do Norte.</w:t>
      </w:r>
    </w:p>
    <w:sectPr w:rsidR="00F00C3C" w:rsidRPr="00436636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7403743">
    <w:abstractNumId w:val="8"/>
  </w:num>
  <w:num w:numId="2" w16cid:durableId="1278217769">
    <w:abstractNumId w:val="6"/>
  </w:num>
  <w:num w:numId="3" w16cid:durableId="1936594695">
    <w:abstractNumId w:val="5"/>
  </w:num>
  <w:num w:numId="4" w16cid:durableId="512963243">
    <w:abstractNumId w:val="4"/>
  </w:num>
  <w:num w:numId="5" w16cid:durableId="336156155">
    <w:abstractNumId w:val="7"/>
  </w:num>
  <w:num w:numId="6" w16cid:durableId="1799059553">
    <w:abstractNumId w:val="3"/>
  </w:num>
  <w:num w:numId="7" w16cid:durableId="711657547">
    <w:abstractNumId w:val="2"/>
  </w:num>
  <w:num w:numId="8" w16cid:durableId="1763648199">
    <w:abstractNumId w:val="1"/>
  </w:num>
  <w:num w:numId="9" w16cid:durableId="108306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6636"/>
    <w:rsid w:val="00A55F09"/>
    <w:rsid w:val="00AA1D8D"/>
    <w:rsid w:val="00B47730"/>
    <w:rsid w:val="00CB0664"/>
    <w:rsid w:val="00F00C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0A81F"/>
  <w14:defaultImageDpi w14:val="300"/>
  <w15:docId w15:val="{EDAB77A0-1D0D-463E-AE8C-9F65C519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937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2026-05-22T14:31:00Z</dcterms:modified>
  <cp:category/>
</cp:coreProperties>
</file>