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8"/>
        </w:rPr>
        <w:t>✨ MARAVILHAS DA ISLÂNDIA ✨</w:t>
      </w:r>
    </w:p>
    <w:p>
      <w:pPr>
        <w:jc w:val="center"/>
      </w:pPr>
      <w:r>
        <w:rPr>
          <w:b/>
          <w:color w:val="4F4F4F"/>
          <w:sz w:val="26"/>
        </w:rPr>
        <w:t>9 dias / 8 noites | Roteiro acompanhado em português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52160" cy="18195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moun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81957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vAlign w:val="center"/>
            <w:shd w:fill="EEF7EA"/>
          </w:tcPr>
          <w:p>
            <w:r/>
            <w:r>
              <w:rPr>
                <w:b/>
                <w:color w:val="1F4E79"/>
                <w:sz w:val="22"/>
              </w:rPr>
              <w:t>🌞 Datas especiais</w:t>
              <w:br/>
              <w:t>De 8 a 16 de agosto de 2026</w:t>
              <w:br/>
              <w:t>€ 4.036 por pessoa</w:t>
              <w:br/>
              <w:t>*Período do eclipse solar</w:t>
            </w:r>
          </w:p>
        </w:tc>
        <w:tc>
          <w:tcPr>
            <w:tcW w:type="dxa" w:w="5213"/>
            <w:vAlign w:val="center"/>
            <w:shd w:fill="EEF7EA"/>
          </w:tcPr>
          <w:p>
            <w:r/>
            <w:r>
              <w:rPr>
                <w:b/>
                <w:color w:val="1F4E79"/>
                <w:sz w:val="24"/>
              </w:rPr>
              <w:t>📅 Demais datas</w:t>
              <w:br/>
              <w:t>€ 3.548 por pessoa</w:t>
            </w:r>
          </w:p>
        </w:tc>
      </w:tr>
    </w:tbl>
    <w:p>
      <w:pPr>
        <w:jc w:val="center"/>
      </w:pPr>
      <w:r>
        <w:rPr>
          <w:i/>
          <w:sz w:val="18"/>
        </w:rPr>
        <w:t>Valores informados em euros, por pessoa, conforme orientação comercial.</w:t>
      </w:r>
    </w:p>
    <w:p>
      <w:pPr>
        <w:pStyle w:val="Heading1"/>
      </w:pPr>
      <w:r>
        <w:t xml:space="preserve">🌋 </w:t>
      </w:r>
      <w:r>
        <w:t>Visão geral da viagem</w:t>
      </w:r>
    </w:p>
    <w:p>
      <w:pPr>
        <w:jc w:val="both"/>
      </w:pPr>
      <w:r>
        <w:t>Uma viagem espetacular de uma semana ao redor da Islândia, acompanhada por guia local, para descobrir a cultura, as atrações naturais e a variedade de paisagens de um país marcado por intensa atividade vulcânica, glaciares, fontes termais, cachoeiras e formações naturais únicas.</w:t>
      </w:r>
    </w:p>
    <w:p>
      <w:pPr>
        <w:jc w:val="both"/>
      </w:pPr>
      <w:r>
        <w:t>O roteiro é indicado para quem visita a Islândia pela primeira vez, para amantes de fotografia e para viajantes interessados em experiências autênticas e em uma visão completa do destino.</w:t>
      </w:r>
    </w:p>
    <w:p>
      <w:pPr>
        <w:pStyle w:val="Heading2"/>
      </w:pPr>
      <w:r>
        <w:t xml:space="preserve">🗺️ </w:t>
      </w:r>
      <w:r>
        <w:t>Resumo do roteiro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fill="D9EAF7"/>
          </w:tcPr>
          <w:p>
            <w:r/>
            <w:r>
              <w:rPr>
                <w:b/>
                <w:color w:val="1F4E79"/>
                <w:sz w:val="20"/>
              </w:rPr>
              <w:t>Dia</w:t>
            </w:r>
          </w:p>
        </w:tc>
        <w:tc>
          <w:tcPr>
            <w:tcW w:type="dxa" w:w="5213"/>
            <w:shd w:fill="D9EAF7"/>
          </w:tcPr>
          <w:p>
            <w:r/>
            <w:r>
              <w:rPr>
                <w:b/>
                <w:color w:val="1F4E79"/>
                <w:sz w:val="20"/>
              </w:rPr>
              <w:t>Programação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Dia 1</w:t>
            </w:r>
          </w:p>
        </w:tc>
        <w:tc>
          <w:tcPr>
            <w:tcW w:type="dxa" w:w="5213"/>
          </w:tcPr>
          <w:p>
            <w:r/>
            <w:r>
              <w:rPr>
                <w:b w:val="0"/>
                <w:sz w:val="20"/>
              </w:rPr>
              <w:t>Chegada à Islândia e hospedagem em Reykjavík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Dia 2</w:t>
            </w:r>
          </w:p>
        </w:tc>
        <w:tc>
          <w:tcPr>
            <w:tcW w:type="dxa" w:w="5213"/>
          </w:tcPr>
          <w:p>
            <w:r/>
            <w:r>
              <w:rPr>
                <w:b w:val="0"/>
                <w:sz w:val="20"/>
              </w:rPr>
              <w:t>Círculo Dourado e Costa Sul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Dia 3</w:t>
            </w:r>
          </w:p>
        </w:tc>
        <w:tc>
          <w:tcPr>
            <w:tcW w:type="dxa" w:w="5213"/>
          </w:tcPr>
          <w:p>
            <w:r/>
            <w:r>
              <w:rPr>
                <w:b w:val="0"/>
                <w:sz w:val="20"/>
              </w:rPr>
              <w:t>Skaftafell, Jökulsárlón e Höfn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Dia 4</w:t>
            </w:r>
          </w:p>
        </w:tc>
        <w:tc>
          <w:tcPr>
            <w:tcW w:type="dxa" w:w="5213"/>
          </w:tcPr>
          <w:p>
            <w:r/>
            <w:r>
              <w:rPr>
                <w:b w:val="0"/>
                <w:sz w:val="20"/>
              </w:rPr>
              <w:t>Höfn, Dettifoss e Mývatn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Dia 5</w:t>
            </w:r>
          </w:p>
        </w:tc>
        <w:tc>
          <w:tcPr>
            <w:tcW w:type="dxa" w:w="5213"/>
          </w:tcPr>
          <w:p>
            <w:r/>
            <w:r>
              <w:rPr>
                <w:b w:val="0"/>
                <w:sz w:val="20"/>
              </w:rPr>
              <w:t>Mývatn, Goðafoss e Akureyri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Dia 6</w:t>
            </w:r>
          </w:p>
        </w:tc>
        <w:tc>
          <w:tcPr>
            <w:tcW w:type="dxa" w:w="5213"/>
          </w:tcPr>
          <w:p>
            <w:r/>
            <w:r>
              <w:rPr>
                <w:b w:val="0"/>
                <w:sz w:val="20"/>
              </w:rPr>
              <w:t>Akureyri e Borgarfjörður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Dia 7</w:t>
            </w:r>
          </w:p>
        </w:tc>
        <w:tc>
          <w:tcPr>
            <w:tcW w:type="dxa" w:w="5213"/>
          </w:tcPr>
          <w:p>
            <w:r/>
            <w:r>
              <w:rPr>
                <w:b w:val="0"/>
                <w:sz w:val="20"/>
              </w:rPr>
              <w:t>Península de Snæfellsnes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Dia 8</w:t>
            </w:r>
          </w:p>
        </w:tc>
        <w:tc>
          <w:tcPr>
            <w:tcW w:type="dxa" w:w="5213"/>
          </w:tcPr>
          <w:p>
            <w:r/>
            <w:r>
              <w:rPr>
                <w:b w:val="0"/>
                <w:sz w:val="20"/>
              </w:rPr>
              <w:t>Dia livre em Reykjavík</w:t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20"/>
              </w:rPr>
              <w:t>Dia 9</w:t>
            </w:r>
          </w:p>
        </w:tc>
        <w:tc>
          <w:tcPr>
            <w:tcW w:type="dxa" w:w="5213"/>
          </w:tcPr>
          <w:p>
            <w:r/>
            <w:r>
              <w:rPr>
                <w:b w:val="0"/>
                <w:sz w:val="20"/>
              </w:rPr>
              <w:t>Saída da Islândia</w:t>
            </w:r>
          </w:p>
        </w:tc>
      </w:tr>
    </w:tbl>
    <w:p>
      <w:pPr>
        <w:pStyle w:val="Heading1"/>
      </w:pPr>
      <w:r>
        <w:t xml:space="preserve">📍 </w:t>
      </w:r>
      <w:r>
        <w:t>Roteiro dia a dia</w:t>
      </w:r>
    </w:p>
    <w:p>
      <w:pPr>
        <w:pStyle w:val="Heading2"/>
      </w:pPr>
      <w:r>
        <w:t xml:space="preserve">✈️ </w:t>
      </w:r>
      <w:r>
        <w:t>Dia 1 - Chegada a Reykjavík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91840" cy="34662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ykjavik_clean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34662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  <w:r>
        <w:t>Chegada ao Aeroporto Internacional de Keflavík e traslado regular ao hotel em Reykjavík, sem guia. Caso chegue cedo, será possível aproveitar o centro antigo da cidade, visitar museus, caminhar pelas ruas comerciais ou relaxar em piscinas geotérmicas locais.</w:t>
      </w:r>
    </w:p>
    <w:p>
      <w:pPr>
        <w:ind w:left="255" w:hanging="142"/>
      </w:pPr>
      <w:r>
        <w:rPr>
          <w:b/>
        </w:rPr>
        <w:t xml:space="preserve">🏨 </w:t>
      </w:r>
      <w:r>
        <w:t>Noite em Reykjavík. Jantar por conta dos passageiros.</w:t>
      </w:r>
    </w:p>
    <w:p>
      <w:pPr>
        <w:ind w:left="255" w:hanging="142"/>
      </w:pPr>
      <w:r>
        <w:rPr>
          <w:b/>
        </w:rPr>
        <w:t xml:space="preserve">🚐 </w:t>
      </w:r>
      <w:r>
        <w:t>Distância aproximada: 50 km.</w:t>
      </w:r>
    </w:p>
    <w:p>
      <w:pPr>
        <w:ind w:left="255" w:hanging="142"/>
      </w:pPr>
      <w:r>
        <w:rPr>
          <w:b/>
        </w:rPr>
        <w:t xml:space="preserve">ℹ️ </w:t>
      </w:r>
      <w:r>
        <w:t>Observação: check-in antecipado não está incluído. Em geral, os hotéis liberam os quartos entre 14h e 16h.</w:t>
      </w:r>
    </w:p>
    <w:p>
      <w:pPr>
        <w:pStyle w:val="Heading2"/>
      </w:pPr>
      <w:r>
        <w:t xml:space="preserve">🌊 </w:t>
      </w:r>
      <w:r>
        <w:t>Dia 2 - Círculo Dourado e Costa Sul</w:t>
      </w:r>
    </w:p>
    <w:p>
      <w:pPr>
        <w:jc w:val="both"/>
      </w:pPr>
      <w:r>
        <w:t>Após o café da manhã, encontro com o guia na recepção do hotel. O dia começa no Parque Nacional de Þingvellir, local histórico onde se reunia um dos parlamentos mais antigos do mundo, às margens do lago Þingvallavatn.</w:t>
      </w:r>
    </w:p>
    <w:p>
      <w:pPr>
        <w:jc w:val="both"/>
      </w:pPr>
      <w:r>
        <w:t>A viagem segue até a área geotérmica de Geysir, onde está o famoso gêiser Strokkur, que lança jatos de água fervente a cada poucos minutos. Em seguida, visita à impressionante cachoeira Gullfoss, uma das mais famosas da Islândia.</w:t>
      </w:r>
    </w:p>
    <w:p>
      <w:pPr>
        <w:jc w:val="both"/>
      </w:pPr>
      <w:r>
        <w:t>Na Costa Sul, visita às belas cachoeiras Seljalandsfoss e Skógafoss. Quando as condições permitem, é possível caminhar por trás da cortina de água de Seljalandsfoss. Continuação até Vík.</w:t>
      </w:r>
    </w:p>
    <w:p>
      <w:pPr>
        <w:ind w:left="255" w:hanging="142"/>
      </w:pPr>
      <w:r>
        <w:rPr>
          <w:b/>
        </w:rPr>
        <w:t xml:space="preserve">🍽️ </w:t>
      </w:r>
      <w:r>
        <w:t>Noite na região de Vík. Jantar incluído.</w:t>
      </w:r>
    </w:p>
    <w:p>
      <w:pPr>
        <w:ind w:left="255" w:hanging="142"/>
      </w:pPr>
      <w:r>
        <w:rPr>
          <w:b/>
        </w:rPr>
        <w:t xml:space="preserve">🚌 </w:t>
      </w:r>
      <w:r>
        <w:t>Distância aproximada: 305 km.</w:t>
      </w:r>
    </w:p>
    <w:p>
      <w:pPr>
        <w:pStyle w:val="Heading2"/>
      </w:pPr>
      <w:r>
        <w:t xml:space="preserve">🧊 </w:t>
      </w:r>
      <w:r>
        <w:t>Dia 3 - Skaftafell, Jökulsárlón e Höfn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383280" cy="400244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kulsarlon_clean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4002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  <w:r>
        <w:t>Após o café da manhã, travessia pela extensa região de lava de Eldhraun e pela área desértica de Skeiðarársandur. Continuação até Skaftafell, região de grande beleza natural integrada ao Parque Nacional de Vatnajökull, onde está o maior glaciar da Islândia.</w:t>
      </w:r>
    </w:p>
    <w:p>
      <w:pPr>
        <w:jc w:val="both"/>
      </w:pPr>
      <w:r>
        <w:t>O roteiro segue até a lagoa glacial Jökulsárlón, onde é realizada uma excursão de barco anfíbio de aproximadamente 45 minutos para observar os icebergs flutuantes. Próximo dali, visita à famosa Praia dos Diamantes, onde blocos de gelo se espalham sobre a areia vulcânica negra.</w:t>
      </w:r>
    </w:p>
    <w:p>
      <w:pPr>
        <w:ind w:left="255" w:hanging="142"/>
      </w:pPr>
      <w:r>
        <w:rPr>
          <w:b/>
        </w:rPr>
        <w:t xml:space="preserve">🍽️ </w:t>
      </w:r>
      <w:r>
        <w:t>Noite na região de Höfn. Jantar incluído.</w:t>
      </w:r>
    </w:p>
    <w:p>
      <w:pPr>
        <w:ind w:left="255" w:hanging="142"/>
      </w:pPr>
      <w:r>
        <w:rPr>
          <w:b/>
        </w:rPr>
        <w:t xml:space="preserve">🚌 </w:t>
      </w:r>
      <w:r>
        <w:t>Distância aproximada: 305 km.</w:t>
      </w:r>
    </w:p>
    <w:p>
      <w:pPr>
        <w:ind w:left="255" w:hanging="142"/>
      </w:pPr>
      <w:r>
        <w:rPr>
          <w:b/>
        </w:rPr>
        <w:t xml:space="preserve">⭐ </w:t>
      </w:r>
      <w:r>
        <w:t>Opcional com suplemento: aventura no glaciar Vatnajökull em veículo 4x4, com duração aproximada de 3 horas e mínimo de 3 participantes.</w:t>
      </w:r>
    </w:p>
    <w:p>
      <w:pPr>
        <w:pStyle w:val="Heading2"/>
      </w:pPr>
      <w:r>
        <w:t xml:space="preserve">🏔️ </w:t>
      </w:r>
      <w:r>
        <w:t>Dia 4 - Höfn, Dettifoss e Mývatn</w:t>
      </w:r>
    </w:p>
    <w:p>
      <w:pPr>
        <w:jc w:val="both"/>
      </w:pPr>
      <w:r>
        <w:t>Café da manhã e saída rumo aos fiordes orientais, passando pelo fiorde de Berufjörður e pela rota de montanha Öxi até Egilsstaðir. A paisagem combina fiordes estreitos, montanhas íngremes, pequenas localidades e cenários costeiros impressionantes.</w:t>
      </w:r>
    </w:p>
    <w:p>
      <w:pPr>
        <w:jc w:val="both"/>
      </w:pPr>
      <w:r>
        <w:t>Continuação pela região desértica de Jökulsársheiði em direção ao lago Mývatn, com visita à poderosa cachoeira Dettifoss e aos pseudocráteres de Skútustaðir.</w:t>
      </w:r>
    </w:p>
    <w:p>
      <w:pPr>
        <w:ind w:left="255" w:hanging="142"/>
      </w:pPr>
      <w:r>
        <w:rPr>
          <w:b/>
        </w:rPr>
        <w:t xml:space="preserve">🍽️ </w:t>
      </w:r>
      <w:r>
        <w:t>Noite na região de Mývatn. Jantar incluído.</w:t>
      </w:r>
    </w:p>
    <w:p>
      <w:pPr>
        <w:ind w:left="255" w:hanging="142"/>
      </w:pPr>
      <w:r>
        <w:rPr>
          <w:b/>
        </w:rPr>
        <w:t xml:space="preserve">🚌 </w:t>
      </w:r>
      <w:r>
        <w:t>Distância aproximada: 415 km.</w:t>
      </w:r>
    </w:p>
    <w:p>
      <w:pPr>
        <w:pStyle w:val="Heading2"/>
      </w:pPr>
      <w:r>
        <w:t xml:space="preserve">💦 </w:t>
      </w:r>
      <w:r>
        <w:t>Dia 5 - Mývatn, Goðafoss e Akureyri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383280" cy="34500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dafoss_clea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4500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  <w:r>
        <w:t>Dia dedicado às maravilhas naturais da região do lago Mývatn, incluindo as formações de lava de Dimmuborgir e a área geotérmica de Hverarönd, com solfataras, fumarolas e paisagens de cores intensas.</w:t>
      </w:r>
    </w:p>
    <w:p>
      <w:pPr>
        <w:jc w:val="both"/>
      </w:pPr>
      <w:r>
        <w:t>Visita à cachoeira Goðafoss, conhecida como “Cachoeira dos Deuses”. Chegada a Akureyri, considerada a capital do norte e uma das cidades mais bonitas da Islândia.</w:t>
      </w:r>
    </w:p>
    <w:p>
      <w:pPr>
        <w:ind w:left="255" w:hanging="142"/>
      </w:pPr>
      <w:r>
        <w:rPr>
          <w:b/>
        </w:rPr>
        <w:t xml:space="preserve">🏨 </w:t>
      </w:r>
      <w:r>
        <w:t>Noite na região de Akureyri ou arredores, conforme a data de saída. Noite livre.</w:t>
      </w:r>
    </w:p>
    <w:p>
      <w:pPr>
        <w:ind w:left="255" w:hanging="142"/>
      </w:pPr>
      <w:r>
        <w:rPr>
          <w:b/>
        </w:rPr>
        <w:t xml:space="preserve">🚌 </w:t>
      </w:r>
      <w:r>
        <w:t>Distância aproximada: 115 km.</w:t>
      </w:r>
    </w:p>
    <w:p>
      <w:pPr>
        <w:ind w:left="255" w:hanging="142"/>
      </w:pPr>
      <w:r>
        <w:rPr>
          <w:b/>
        </w:rPr>
        <w:t xml:space="preserve">⭐ </w:t>
      </w:r>
      <w:r>
        <w:t>Opcionais com suplemento: banho nas águas termais de Skógarböð/Forest Lagoon ou avistamento de baleias em Akureyri.</w:t>
      </w:r>
    </w:p>
    <w:p>
      <w:pPr>
        <w:pStyle w:val="Heading2"/>
      </w:pPr>
      <w:r>
        <w:t xml:space="preserve">🌿 </w:t>
      </w:r>
      <w:r>
        <w:t>Dia 6 - Akureyri e Borgarfjörður</w:t>
      </w:r>
    </w:p>
    <w:p>
      <w:pPr>
        <w:jc w:val="both"/>
      </w:pPr>
      <w:r>
        <w:t>Após o café da manhã, percurso pelo distrito de Skagafjörður e pela região de Holtavordurheidi até Borgarfjörður, uma área conhecida por suas paisagens férteis, histórias islandesas e belíssimas quedas d’água.</w:t>
      </w:r>
    </w:p>
    <w:p>
      <w:pPr>
        <w:jc w:val="both"/>
      </w:pPr>
      <w:r>
        <w:t>Visita à cachoeira Hraunfossar e à fonte termal Deildartunguhver, considerada uma das mais potentes da Europa.</w:t>
      </w:r>
    </w:p>
    <w:p>
      <w:pPr>
        <w:ind w:left="255" w:hanging="142"/>
      </w:pPr>
      <w:r>
        <w:rPr>
          <w:b/>
        </w:rPr>
        <w:t xml:space="preserve">🍽️ </w:t>
      </w:r>
      <w:r>
        <w:t>Noite na região de Borgarfjörður. Jantar incluído.</w:t>
      </w:r>
    </w:p>
    <w:p>
      <w:pPr>
        <w:ind w:left="255" w:hanging="142"/>
      </w:pPr>
      <w:r>
        <w:rPr>
          <w:b/>
        </w:rPr>
        <w:t xml:space="preserve">🚌 </w:t>
      </w:r>
      <w:r>
        <w:t>Distância aproximada: 395 km.</w:t>
      </w:r>
    </w:p>
    <w:p>
      <w:pPr>
        <w:pStyle w:val="Heading2"/>
      </w:pPr>
      <w:r>
        <w:t xml:space="preserve">🌋 </w:t>
      </w:r>
      <w:r>
        <w:t>Dia 7 - Península de Snæfellsnes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383280" cy="349457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naefellsnes_clean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3494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  <w:r>
        <w:t>Café da manhã e saída para a Península de Snæfellsnes, uma das regiões mais especiais da Islândia. Conhecida como a “essência da Islândia”, reúne campos de lava, vulcões, glaciares, praias de areia negra, formações rochosas e paisagens costeiras impressionantes.</w:t>
      </w:r>
    </w:p>
    <w:p>
      <w:pPr>
        <w:jc w:val="both"/>
      </w:pPr>
      <w:r>
        <w:t>Durante o trajeto, é possível avistar o glaciar Snæfellsjökull, que inspirou Júlio Verne na obra “Viagem ao Centro da Terra”. Retorno a Reykjavík, onde o guia se despede do grupo no hotel.</w:t>
      </w:r>
    </w:p>
    <w:p>
      <w:pPr>
        <w:ind w:left="255" w:hanging="142"/>
      </w:pPr>
      <w:r>
        <w:rPr>
          <w:b/>
        </w:rPr>
        <w:t xml:space="preserve">🏨 </w:t>
      </w:r>
      <w:r>
        <w:t>Noite em Reykjavík. Noite livre.</w:t>
      </w:r>
    </w:p>
    <w:p>
      <w:pPr>
        <w:ind w:left="255" w:hanging="142"/>
      </w:pPr>
      <w:r>
        <w:rPr>
          <w:b/>
        </w:rPr>
        <w:t xml:space="preserve">🚌 </w:t>
      </w:r>
      <w:r>
        <w:t>Distância aproximada: 385 km.</w:t>
      </w:r>
    </w:p>
    <w:p>
      <w:pPr>
        <w:pStyle w:val="Heading2"/>
      </w:pPr>
      <w:r>
        <w:t xml:space="preserve">🏙️ </w:t>
      </w:r>
      <w:r>
        <w:t>Dia 8 - Dia livre em Reykjavík</w:t>
      </w:r>
    </w:p>
    <w:p>
      <w:pPr>
        <w:jc w:val="both"/>
      </w:pPr>
      <w:r>
        <w:t>Dia livre para descobrir Reykjavík no seu ritmo. A cidade oferece ruas comerciais, galerias de arte, lojas de design, museus, cafés, passeios à beira-mar e experiências interativas, como FlyOver Iceland.</w:t>
      </w:r>
    </w:p>
    <w:p>
      <w:pPr>
        <w:jc w:val="both"/>
      </w:pPr>
      <w:r>
        <w:t>Também é possível reservar atividades opcionais, como a visita à caverna vulcânica Raufarhólshellir, avistamento de baleias com saída do porto de Reykjavík, Sky Lagoon, Blue Lagoon ou piscinas geotérmicas locais.</w:t>
      </w:r>
    </w:p>
    <w:p>
      <w:pPr>
        <w:ind w:left="255" w:hanging="142"/>
      </w:pPr>
      <w:r>
        <w:rPr>
          <w:b/>
        </w:rPr>
        <w:t xml:space="preserve">🏨 </w:t>
      </w:r>
      <w:r>
        <w:t>Noite em Reykjavík. Noite livre.</w:t>
      </w:r>
    </w:p>
    <w:p>
      <w:pPr>
        <w:pStyle w:val="Heading2"/>
      </w:pPr>
      <w:r>
        <w:t xml:space="preserve">🛫 </w:t>
      </w:r>
      <w:r>
        <w:t>Dia 9 - Saída</w:t>
      </w:r>
    </w:p>
    <w:p>
      <w:pPr>
        <w:jc w:val="both"/>
      </w:pPr>
      <w:r>
        <w:t>Café da manhã no hotel. Traslado regular em autocarro, sem guia, até o Aeroporto Internacional de Keflavík. Recomenda-se apresentar-se no aeroporto com pelo menos 3 horas de antecedência ao voo.</w:t>
      </w:r>
    </w:p>
    <w:p>
      <w:pPr>
        <w:ind w:left="255" w:hanging="142"/>
      </w:pPr>
      <w:r>
        <w:rPr>
          <w:b/>
        </w:rPr>
        <w:t xml:space="preserve">ℹ️ </w:t>
      </w:r>
      <w:r>
        <w:t>Observação: caso o voo seja muito cedo, o café da manhã poderá ser servido de forma simplificada.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669280" cy="172698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bottom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7269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💶 </w:t>
      </w:r>
      <w:r>
        <w:t>Datas e investimento</w:t>
      </w:r>
    </w:p>
    <w:p>
      <w:pPr>
        <w:jc w:val="both"/>
      </w:pPr>
      <w:r>
        <w:t>Saídas previstas para o verão de 2026, com máximo de 29 participantes e mínimo de 3 passageiros para garantir a saída.</w:t>
      </w:r>
    </w:p>
    <w:p>
      <w:pPr>
        <w:ind w:left="255" w:hanging="142"/>
      </w:pPr>
      <w:r>
        <w:rPr>
          <w:b/>
        </w:rPr>
        <w:t xml:space="preserve">📅 </w:t>
      </w:r>
      <w:r>
        <w:t>Junho/Julho/Agosto: 27 de junho a 5 de julho; 4 a 12 de julho; 18 a 26 de julho; 15 a 23 de agosto; 22 a 30 de agosto; 29 de agosto a 6 de setembro.</w:t>
      </w:r>
    </w:p>
    <w:p>
      <w:pPr>
        <w:ind w:left="255" w:hanging="142"/>
      </w:pPr>
      <w:r>
        <w:rPr>
          <w:b/>
        </w:rPr>
        <w:t xml:space="preserve">🌞 </w:t>
      </w:r>
      <w:r>
        <w:t>Data especial do eclipse solar: 8 a 16 de agosto de 2026.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shd w:fill="1F4E79"/>
          </w:tcPr>
          <w:p>
            <w:r/>
            <w:r>
              <w:rPr>
                <w:b/>
                <w:color w:val="FFFFFF"/>
                <w:sz w:val="20"/>
              </w:rPr>
              <w:t>Período</w:t>
            </w:r>
          </w:p>
        </w:tc>
        <w:tc>
          <w:tcPr>
            <w:tcW w:type="dxa" w:w="3475"/>
            <w:shd w:fill="1F4E79"/>
          </w:tcPr>
          <w:p>
            <w:r/>
            <w:r>
              <w:rPr>
                <w:b/>
                <w:color w:val="FFFFFF"/>
                <w:sz w:val="20"/>
              </w:rPr>
              <w:t>Valor por pessoa</w:t>
            </w:r>
          </w:p>
        </w:tc>
        <w:tc>
          <w:tcPr>
            <w:tcW w:type="dxa" w:w="3475"/>
            <w:shd w:fill="1F4E79"/>
          </w:tcPr>
          <w:p>
            <w:r/>
            <w:r>
              <w:rPr>
                <w:b/>
                <w:color w:val="FFFFFF"/>
                <w:sz w:val="20"/>
              </w:rPr>
              <w:t>Observação</w:t>
            </w:r>
          </w:p>
        </w:tc>
      </w:tr>
      <w:tr>
        <w:tc>
          <w:tcPr>
            <w:tcW w:type="dxa" w:w="3475"/>
            <w:shd w:fill="F7FBFF"/>
          </w:tcPr>
          <w:p>
            <w:r/>
            <w:r>
              <w:rPr>
                <w:b w:val="0"/>
                <w:sz w:val="20"/>
              </w:rPr>
              <w:t>8 a 16 de agosto de 2026</w:t>
            </w:r>
          </w:p>
        </w:tc>
        <w:tc>
          <w:tcPr>
            <w:tcW w:type="dxa" w:w="3475"/>
            <w:shd w:fill="F7FBFF"/>
          </w:tcPr>
          <w:p>
            <w:r/>
            <w:r>
              <w:rPr>
                <w:b w:val="0"/>
                <w:sz w:val="20"/>
              </w:rPr>
              <w:t>€ 4.036</w:t>
            </w:r>
          </w:p>
        </w:tc>
        <w:tc>
          <w:tcPr>
            <w:tcW w:type="dxa" w:w="3475"/>
            <w:shd w:fill="F7FBFF"/>
          </w:tcPr>
          <w:p>
            <w:r/>
            <w:r>
              <w:rPr>
                <w:b w:val="0"/>
                <w:sz w:val="20"/>
              </w:rPr>
              <w:t>Saída especial - eclipse solar</w:t>
            </w:r>
          </w:p>
        </w:tc>
      </w:tr>
      <w:tr>
        <w:tc>
          <w:tcPr>
            <w:tcW w:type="dxa" w:w="3475"/>
            <w:shd w:fill="F7FBFF"/>
          </w:tcPr>
          <w:p>
            <w:r/>
            <w:r>
              <w:rPr>
                <w:b w:val="0"/>
                <w:sz w:val="20"/>
              </w:rPr>
              <w:t>Demais datas</w:t>
            </w:r>
          </w:p>
        </w:tc>
        <w:tc>
          <w:tcPr>
            <w:tcW w:type="dxa" w:w="3475"/>
            <w:shd w:fill="F7FBFF"/>
          </w:tcPr>
          <w:p>
            <w:r/>
            <w:r>
              <w:rPr>
                <w:b w:val="0"/>
                <w:sz w:val="20"/>
              </w:rPr>
              <w:t>€ 3.548</w:t>
            </w:r>
          </w:p>
        </w:tc>
        <w:tc>
          <w:tcPr>
            <w:tcW w:type="dxa" w:w="3475"/>
            <w:shd w:fill="F7FBFF"/>
          </w:tcPr>
          <w:p>
            <w:r/>
            <w:r>
              <w:rPr>
                <w:b w:val="0"/>
                <w:sz w:val="20"/>
              </w:rPr>
              <w:t>Valor base informado para as demais saídas</w:t>
            </w:r>
          </w:p>
        </w:tc>
      </w:tr>
    </w:tbl>
    <w:p>
      <w:pPr>
        <w:pStyle w:val="Heading1"/>
      </w:pPr>
      <w:r>
        <w:t xml:space="preserve">🏨 </w:t>
      </w:r>
      <w:r>
        <w:t>Hotéis previstos</w:t>
      </w:r>
    </w:p>
    <w:p>
      <w:pPr>
        <w:ind w:left="255" w:hanging="142"/>
      </w:pPr>
      <w:r>
        <w:rPr>
          <w:b/>
        </w:rPr>
        <w:t xml:space="preserve">🛏️ </w:t>
      </w:r>
      <w:r>
        <w:t>Dia 1: Berjaya Iceland Reykjavík Natura</w:t>
      </w:r>
    </w:p>
    <w:p>
      <w:pPr>
        <w:ind w:left="255" w:hanging="142"/>
      </w:pPr>
      <w:r>
        <w:rPr>
          <w:b/>
        </w:rPr>
        <w:t xml:space="preserve">🛏️ </w:t>
      </w:r>
      <w:r>
        <w:t>Dia 2: Hotel Katla</w:t>
      </w:r>
    </w:p>
    <w:p>
      <w:pPr>
        <w:ind w:left="255" w:hanging="142"/>
      </w:pPr>
      <w:r>
        <w:rPr>
          <w:b/>
        </w:rPr>
        <w:t xml:space="preserve">🛏️ </w:t>
      </w:r>
      <w:r>
        <w:t>Dia 3: Hotel Höfn</w:t>
      </w:r>
    </w:p>
    <w:p>
      <w:pPr>
        <w:ind w:left="255" w:hanging="142"/>
      </w:pPr>
      <w:r>
        <w:rPr>
          <w:b/>
        </w:rPr>
        <w:t xml:space="preserve">🛏️ </w:t>
      </w:r>
      <w:r>
        <w:t>Dia 4: Fosshótel Mývatn</w:t>
      </w:r>
    </w:p>
    <w:p>
      <w:pPr>
        <w:ind w:left="255" w:hanging="142"/>
      </w:pPr>
      <w:r>
        <w:rPr>
          <w:b/>
        </w:rPr>
        <w:t xml:space="preserve">🛏️ </w:t>
      </w:r>
      <w:r>
        <w:t>Dia 5: KEA Hotel Akureyri</w:t>
      </w:r>
    </w:p>
    <w:p>
      <w:pPr>
        <w:ind w:left="255" w:hanging="142"/>
      </w:pPr>
      <w:r>
        <w:rPr>
          <w:b/>
        </w:rPr>
        <w:t xml:space="preserve">🛏️ </w:t>
      </w:r>
      <w:r>
        <w:t>Dia 6: Hótel Hamar</w:t>
      </w:r>
    </w:p>
    <w:p>
      <w:pPr>
        <w:ind w:left="255" w:hanging="142"/>
      </w:pPr>
      <w:r>
        <w:rPr>
          <w:b/>
        </w:rPr>
        <w:t xml:space="preserve">🛏️ </w:t>
      </w:r>
      <w:r>
        <w:t>Dias 7 e 8: Berjaya Iceland Reykjavík Natura</w:t>
      </w:r>
    </w:p>
    <w:p>
      <w:pPr>
        <w:jc w:val="both"/>
      </w:pPr>
      <w:r>
        <w:t>A lista de hotéis é indicativa e poderá sofrer alterações por hotéis similares, conforme disponibilidade operacional.</w:t>
      </w:r>
    </w:p>
    <w:p>
      <w:pPr>
        <w:pStyle w:val="Heading1"/>
      </w:pPr>
      <w:r>
        <w:t xml:space="preserve">✅ </w:t>
      </w:r>
      <w:r>
        <w:t>O que está incluído</w:t>
      </w:r>
    </w:p>
    <w:p>
      <w:pPr>
        <w:ind w:left="255" w:hanging="142"/>
      </w:pPr>
      <w:r>
        <w:rPr>
          <w:b/>
        </w:rPr>
        <w:t xml:space="preserve">✅ </w:t>
      </w:r>
      <w:r>
        <w:t>6 dias com guia de fala hispana/espanhola durante o circuito.</w:t>
      </w:r>
    </w:p>
    <w:p>
      <w:pPr>
        <w:ind w:left="255" w:hanging="142"/>
      </w:pPr>
      <w:r>
        <w:rPr>
          <w:b/>
        </w:rPr>
        <w:t xml:space="preserve">✅ </w:t>
      </w:r>
      <w:r>
        <w:t>3 noites de hospedagem em Reykjavík em quarto standard, com café da manhã incluído.</w:t>
      </w:r>
    </w:p>
    <w:p>
      <w:pPr>
        <w:ind w:left="255" w:hanging="142"/>
      </w:pPr>
      <w:r>
        <w:rPr>
          <w:b/>
        </w:rPr>
        <w:t xml:space="preserve">✅ </w:t>
      </w:r>
      <w:r>
        <w:t>5 noites de hospedagem no interior da Islândia em quarto standard, com café da manhã incluído.</w:t>
      </w:r>
    </w:p>
    <w:p>
      <w:pPr>
        <w:ind w:left="255" w:hanging="142"/>
      </w:pPr>
      <w:r>
        <w:rPr>
          <w:b/>
        </w:rPr>
        <w:t xml:space="preserve">✅ </w:t>
      </w:r>
      <w:r>
        <w:t>Veículos de qualidade, com assentos espaçosos e Wi-Fi gratuito a bordo.</w:t>
      </w:r>
    </w:p>
    <w:p>
      <w:pPr>
        <w:ind w:left="255" w:hanging="142"/>
      </w:pPr>
      <w:r>
        <w:rPr>
          <w:b/>
        </w:rPr>
        <w:t xml:space="preserve">✅ </w:t>
      </w:r>
      <w:r>
        <w:t>4 jantares de 3 pratos durante o circuito, nos dias 2, 3, 4 e 6.</w:t>
      </w:r>
    </w:p>
    <w:p>
      <w:pPr>
        <w:ind w:left="255" w:hanging="142"/>
      </w:pPr>
      <w:r>
        <w:rPr>
          <w:b/>
        </w:rPr>
        <w:t xml:space="preserve">✅ </w:t>
      </w:r>
      <w:r>
        <w:t>Traslados regulares de chegada e saída, sem guia.</w:t>
      </w:r>
    </w:p>
    <w:p>
      <w:pPr>
        <w:ind w:left="255" w:hanging="142"/>
      </w:pPr>
      <w:r>
        <w:rPr>
          <w:b/>
        </w:rPr>
        <w:t xml:space="preserve">✅ </w:t>
      </w:r>
      <w:r>
        <w:t>Excursão em barco anfíbio na lagoa glacial Jökulsárlón, no dia 3.</w:t>
      </w:r>
    </w:p>
    <w:p>
      <w:pPr>
        <w:ind w:left="255" w:hanging="142"/>
      </w:pPr>
      <w:r>
        <w:rPr>
          <w:b/>
        </w:rPr>
        <w:t xml:space="preserve">✅ </w:t>
      </w:r>
      <w:r>
        <w:t>Serviço de assistência ao cliente 24 horas.</w:t>
      </w:r>
    </w:p>
    <w:p>
      <w:pPr>
        <w:pStyle w:val="Heading1"/>
      </w:pPr>
      <w:r>
        <w:t xml:space="preserve">⚠️ </w:t>
      </w:r>
      <w:r>
        <w:t>Não incluído</w:t>
      </w:r>
    </w:p>
    <w:p>
      <w:pPr>
        <w:ind w:left="255" w:hanging="142"/>
      </w:pPr>
      <w:r>
        <w:rPr>
          <w:b/>
        </w:rPr>
        <w:t xml:space="preserve">⚠️ </w:t>
      </w:r>
      <w:r>
        <w:t>Café da manhã no dia da chegada.</w:t>
      </w:r>
    </w:p>
    <w:p>
      <w:pPr>
        <w:ind w:left="255" w:hanging="142"/>
      </w:pPr>
      <w:r>
        <w:rPr>
          <w:b/>
        </w:rPr>
        <w:t xml:space="preserve">⚠️ </w:t>
      </w:r>
      <w:r>
        <w:t>Almoços.</w:t>
      </w:r>
    </w:p>
    <w:p>
      <w:pPr>
        <w:ind w:left="255" w:hanging="142"/>
      </w:pPr>
      <w:r>
        <w:rPr>
          <w:b/>
        </w:rPr>
        <w:t xml:space="preserve">⚠️ </w:t>
      </w:r>
      <w:r>
        <w:t>Jantares em Reykjavík e Akureyri.</w:t>
      </w:r>
    </w:p>
    <w:p>
      <w:pPr>
        <w:ind w:left="255" w:hanging="142"/>
      </w:pPr>
      <w:r>
        <w:rPr>
          <w:b/>
        </w:rPr>
        <w:t xml:space="preserve">⚠️ </w:t>
      </w:r>
      <w:r>
        <w:t>Voos internacionais.</w:t>
      </w:r>
    </w:p>
    <w:p>
      <w:pPr>
        <w:ind w:left="255" w:hanging="142"/>
      </w:pPr>
      <w:r>
        <w:rPr>
          <w:b/>
        </w:rPr>
        <w:t xml:space="preserve">⚠️ </w:t>
      </w:r>
      <w:r>
        <w:t>Seguro pessoal de viagem, recomendado.</w:t>
      </w:r>
    </w:p>
    <w:p>
      <w:pPr>
        <w:ind w:left="255" w:hanging="142"/>
      </w:pPr>
      <w:r>
        <w:rPr>
          <w:b/>
        </w:rPr>
        <w:t xml:space="preserve">⚠️ </w:t>
      </w:r>
      <w:r>
        <w:t>Bebidas, snacks e refeições não especificadas no roteiro.</w:t>
      </w:r>
    </w:p>
    <w:p>
      <w:pPr>
        <w:ind w:left="255" w:hanging="142"/>
      </w:pPr>
      <w:r>
        <w:rPr>
          <w:b/>
        </w:rPr>
        <w:t xml:space="preserve">⚠️ </w:t>
      </w:r>
      <w:r>
        <w:t>Check-in antecipado e late check-out.</w:t>
      </w:r>
    </w:p>
    <w:p>
      <w:pPr>
        <w:ind w:left="255" w:hanging="142"/>
      </w:pPr>
      <w:r>
        <w:rPr>
          <w:b/>
        </w:rPr>
        <w:t xml:space="preserve">⚠️ </w:t>
      </w:r>
      <w:r>
        <w:t>Qualquer serviço não mencionado expressamente como incluído.</w:t>
      </w:r>
    </w:p>
    <w:p>
      <w:pPr>
        <w:pStyle w:val="Heading1"/>
      </w:pPr>
      <w:r>
        <w:t xml:space="preserve">⭐ </w:t>
      </w:r>
      <w:r>
        <w:t>Atividades opcionais</w:t>
      </w:r>
    </w:p>
    <w:p>
      <w:pPr>
        <w:ind w:left="255" w:hanging="142"/>
      </w:pPr>
      <w:r>
        <w:rPr>
          <w:b/>
        </w:rPr>
        <w:t xml:space="preserve">⭐ </w:t>
      </w:r>
      <w:r>
        <w:t>Aventura no glaciar Vatnajökull em 4x4, no dia 3.</w:t>
      </w:r>
    </w:p>
    <w:p>
      <w:pPr>
        <w:ind w:left="255" w:hanging="142"/>
      </w:pPr>
      <w:r>
        <w:rPr>
          <w:b/>
        </w:rPr>
        <w:t xml:space="preserve">⭐ </w:t>
      </w:r>
      <w:r>
        <w:t>Avistamento de baleias em Akureyri, no dia 5.</w:t>
      </w:r>
    </w:p>
    <w:p>
      <w:pPr>
        <w:ind w:left="255" w:hanging="142"/>
      </w:pPr>
      <w:r>
        <w:rPr>
          <w:b/>
        </w:rPr>
        <w:t xml:space="preserve">⭐ </w:t>
      </w:r>
      <w:r>
        <w:t>Forest Lagoon / Skógarböð, no dia 5.</w:t>
      </w:r>
    </w:p>
    <w:p>
      <w:pPr>
        <w:ind w:left="255" w:hanging="142"/>
      </w:pPr>
      <w:r>
        <w:rPr>
          <w:b/>
        </w:rPr>
        <w:t xml:space="preserve">⭐ </w:t>
      </w:r>
      <w:r>
        <w:t>Avistamento de baleias em Reykjavík, no dia 8.</w:t>
      </w:r>
    </w:p>
    <w:p>
      <w:pPr>
        <w:ind w:left="255" w:hanging="142"/>
      </w:pPr>
      <w:r>
        <w:rPr>
          <w:b/>
        </w:rPr>
        <w:t xml:space="preserve">⭐ </w:t>
      </w:r>
      <w:r>
        <w:t>Sky Lagoon, Blue Lagoon, FlyOver Iceland ou caverna vulcânica Raufarhólshellir, conforme disponibilidade.</w:t>
      </w:r>
    </w:p>
    <w:p>
      <w:pPr>
        <w:pStyle w:val="Heading1"/>
      </w:pPr>
      <w:r>
        <w:t xml:space="preserve">ℹ️ </w:t>
      </w:r>
      <w:r>
        <w:t>Informações importantes</w:t>
      </w:r>
    </w:p>
    <w:p>
      <w:pPr>
        <w:ind w:left="255" w:hanging="142"/>
      </w:pPr>
      <w:r>
        <w:rPr>
          <w:b/>
        </w:rPr>
        <w:t xml:space="preserve">ℹ️ </w:t>
      </w:r>
      <w:r>
        <w:t>As rotas podem ser alteradas sem aviso prévio de acordo com as condições das estradas e do clima.</w:t>
      </w:r>
    </w:p>
    <w:p>
      <w:pPr>
        <w:ind w:left="255" w:hanging="142"/>
      </w:pPr>
      <w:r>
        <w:rPr>
          <w:b/>
        </w:rPr>
        <w:t xml:space="preserve">ℹ️ </w:t>
      </w:r>
      <w:r>
        <w:t>É recomendado informar alergias alimentares ou dietas especiais no momento da reserva.</w:t>
      </w:r>
    </w:p>
    <w:p>
      <w:pPr>
        <w:ind w:left="255" w:hanging="142"/>
      </w:pPr>
      <w:r>
        <w:rPr>
          <w:b/>
        </w:rPr>
        <w:t xml:space="preserve">ℹ️ </w:t>
      </w:r>
      <w:r>
        <w:t>Viagem não recomendada para crianças de 0 a 7 anos.</w:t>
      </w:r>
    </w:p>
    <w:p>
      <w:pPr>
        <w:ind w:left="255" w:hanging="142"/>
      </w:pPr>
      <w:r>
        <w:rPr>
          <w:b/>
        </w:rPr>
        <w:t xml:space="preserve">ℹ️ </w:t>
      </w:r>
      <w:r>
        <w:t>As tarifas e condições estão sujeitas à disponibilidade e confirmação no momento da reserva.</w:t>
      </w:r>
    </w:p>
    <w:p>
      <w:pPr>
        <w:ind w:left="255" w:hanging="142"/>
      </w:pPr>
      <w:r>
        <w:rPr>
          <w:b/>
        </w:rPr>
        <w:t xml:space="preserve">ℹ️ </w:t>
      </w:r>
      <w:r>
        <w:t>Valores em euros, por pessoa, conforme informado para este material.</w:t>
      </w:r>
    </w:p>
    <w:p>
      <w:pPr>
        <w:jc w:val="center"/>
      </w:pPr>
      <w:r>
        <w:rPr>
          <w:b/>
          <w:color w:val="1F4E79"/>
          <w:sz w:val="24"/>
        </w:rPr>
        <w:t>🌋 Uma jornada completa pela Islândia: glaciares, vulcões, cachoeiras, lagoas glaciais e paisagens inesquecíveis.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F75B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