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817" w:rsidRPr="00582BC1" w:rsidRDefault="00F34A83">
      <w:pPr>
        <w:spacing w:before="240" w:after="40"/>
        <w:jc w:val="center"/>
        <w:rPr>
          <w:lang w:val="pt-BR"/>
        </w:rPr>
      </w:pPr>
      <w:r w:rsidRPr="00F34A83">
        <w:rPr>
          <w:rFonts w:ascii="Arial" w:hAnsi="Arial"/>
          <w:b/>
          <w:color w:val="1F4E79"/>
          <w:sz w:val="40"/>
          <w:szCs w:val="40"/>
          <w:lang w:val="pt-BR"/>
        </w:rPr>
        <w:t>60+ |</w:t>
      </w:r>
      <w:r>
        <w:rPr>
          <w:rFonts w:ascii="Arial" w:hAnsi="Arial"/>
          <w:b/>
          <w:color w:val="1F4E79"/>
          <w:sz w:val="36"/>
          <w:lang w:val="pt-BR"/>
        </w:rPr>
        <w:t xml:space="preserve"> </w:t>
      </w:r>
      <w:r w:rsidR="006F61A6" w:rsidRPr="00582BC1">
        <w:rPr>
          <w:rFonts w:ascii="Arial" w:hAnsi="Arial"/>
          <w:b/>
          <w:color w:val="104A89"/>
          <w:sz w:val="40"/>
          <w:lang w:val="pt-BR"/>
        </w:rPr>
        <w:t>A RADIANTE AM</w:t>
      </w:r>
      <w:bookmarkStart w:id="0" w:name="_GoBack"/>
      <w:bookmarkEnd w:id="0"/>
      <w:r w:rsidR="006F61A6" w:rsidRPr="00582BC1">
        <w:rPr>
          <w:rFonts w:ascii="Arial" w:hAnsi="Arial"/>
          <w:b/>
          <w:color w:val="104A89"/>
          <w:sz w:val="40"/>
          <w:lang w:val="pt-BR"/>
        </w:rPr>
        <w:t>ETISTA DO SUL</w:t>
      </w:r>
    </w:p>
    <w:p w:rsidR="001A5817" w:rsidRPr="00582BC1" w:rsidRDefault="006F61A6">
      <w:pPr>
        <w:spacing w:after="360"/>
        <w:jc w:val="center"/>
        <w:rPr>
          <w:lang w:val="pt-BR"/>
        </w:rPr>
      </w:pPr>
      <w:r w:rsidRPr="00582BC1">
        <w:rPr>
          <w:rFonts w:ascii="Arial" w:hAnsi="Arial"/>
          <w:i/>
          <w:color w:val="646464"/>
          <w:lang w:val="pt-BR"/>
        </w:rPr>
        <w:t>Do brilho das ametistas ao conforto das águas termais e a maravilhosa gastronomia: Viva o sul do Brasil com experiências únicas e inesquecíveis!</w:t>
      </w:r>
    </w:p>
    <w:p w:rsidR="001A5817" w:rsidRPr="00582BC1" w:rsidRDefault="00582BC1">
      <w:pPr>
        <w:spacing w:after="280"/>
        <w:jc w:val="center"/>
        <w:rPr>
          <w:lang w:val="pt-BR"/>
        </w:rPr>
      </w:pPr>
      <w:r>
        <w:rPr>
          <w:rFonts w:ascii="Arial" w:hAnsi="Arial"/>
          <w:b/>
          <w:color w:val="969696"/>
          <w:sz w:val="20"/>
          <w:lang w:val="pt-BR"/>
        </w:rPr>
        <w:br/>
      </w:r>
      <w:r>
        <w:rPr>
          <w:rFonts w:ascii="Arial" w:hAnsi="Arial"/>
          <w:b/>
          <w:noProof/>
          <w:color w:val="969696"/>
          <w:sz w:val="20"/>
          <w:lang w:val="pt-BR" w:eastAsia="pt-BR"/>
        </w:rPr>
        <w:drawing>
          <wp:inline distT="0" distB="0" distL="0" distR="0">
            <wp:extent cx="5943600" cy="4333875"/>
            <wp:effectExtent l="0" t="0" r="0" b="9525"/>
            <wp:docPr id="2" name="Imagem 2" descr="C:\Users\PC\Downloads\image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ownloads\image (4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61A6" w:rsidRPr="00582BC1">
        <w:rPr>
          <w:rFonts w:ascii="Arial" w:hAnsi="Arial"/>
          <w:b/>
          <w:color w:val="969696"/>
          <w:sz w:val="20"/>
          <w:lang w:val="pt-BR"/>
        </w:rPr>
        <w:t xml:space="preserve"> GEODO</w:t>
      </w:r>
      <w:r>
        <w:rPr>
          <w:rFonts w:ascii="Arial" w:hAnsi="Arial"/>
          <w:b/>
          <w:color w:val="969696"/>
          <w:sz w:val="20"/>
          <w:lang w:val="pt-BR"/>
        </w:rPr>
        <w:t>S BRILHANTES DE AMETISTA DO SUL</w:t>
      </w:r>
      <w:r w:rsidR="006F61A6" w:rsidRPr="00582BC1">
        <w:rPr>
          <w:rFonts w:ascii="Arial" w:hAnsi="Arial"/>
          <w:b/>
          <w:color w:val="969696"/>
          <w:sz w:val="20"/>
          <w:lang w:val="pt-BR"/>
        </w:rPr>
        <w:br/>
      </w:r>
    </w:p>
    <w:tbl>
      <w:tblPr>
        <w:tblW w:w="0" w:type="auto"/>
        <w:tblBorders>
          <w:top w:val="single" w:sz="8" w:space="0" w:color="104A89"/>
          <w:bottom w:val="single" w:sz="8" w:space="0" w:color="104A89"/>
          <w:insideH w:val="single" w:sz="8" w:space="0" w:color="104A89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A5817">
        <w:tc>
          <w:tcPr>
            <w:tcW w:w="3120" w:type="dxa"/>
            <w:shd w:val="clear" w:color="auto" w:fill="E6EEF8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A5817" w:rsidRDefault="006F61A6">
            <w:pPr>
              <w:jc w:val="center"/>
            </w:pPr>
            <w:r>
              <w:rPr>
                <w:rFonts w:ascii="Arial" w:hAnsi="Arial"/>
                <w:b/>
                <w:color w:val="104A89"/>
              </w:rPr>
              <w:t xml:space="preserve">📅 </w:t>
            </w:r>
            <w:proofErr w:type="spellStart"/>
            <w:r>
              <w:rPr>
                <w:rFonts w:ascii="Arial" w:hAnsi="Arial"/>
                <w:b/>
                <w:color w:val="104A89"/>
              </w:rPr>
              <w:t>Saída</w:t>
            </w:r>
            <w:proofErr w:type="spellEnd"/>
            <w:r>
              <w:rPr>
                <w:rFonts w:ascii="Arial" w:hAnsi="Arial"/>
                <w:b/>
                <w:color w:val="104A89"/>
              </w:rPr>
              <w:br/>
              <w:t>25/11/2026</w:t>
            </w:r>
          </w:p>
        </w:tc>
        <w:tc>
          <w:tcPr>
            <w:tcW w:w="3120" w:type="dxa"/>
            <w:shd w:val="clear" w:color="auto" w:fill="E6EEF8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A5817" w:rsidRDefault="006F61A6">
            <w:pPr>
              <w:jc w:val="center"/>
            </w:pPr>
            <w:r>
              <w:rPr>
                <w:rFonts w:ascii="Arial" w:hAnsi="Arial"/>
                <w:b/>
                <w:color w:val="104A89"/>
              </w:rPr>
              <w:t>🌙 Noites</w:t>
            </w:r>
            <w:r>
              <w:rPr>
                <w:rFonts w:ascii="Arial" w:hAnsi="Arial"/>
                <w:b/>
                <w:color w:val="104A89"/>
              </w:rPr>
              <w:br/>
              <w:t>07</w:t>
            </w:r>
          </w:p>
        </w:tc>
        <w:tc>
          <w:tcPr>
            <w:tcW w:w="3120" w:type="dxa"/>
            <w:shd w:val="clear" w:color="auto" w:fill="E6EEF8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A5817" w:rsidRDefault="006F61A6">
            <w:pPr>
              <w:jc w:val="center"/>
            </w:pPr>
            <w:r>
              <w:rPr>
                <w:rFonts w:ascii="Arial" w:hAnsi="Arial"/>
                <w:b/>
                <w:color w:val="104A89"/>
              </w:rPr>
              <w:t>🏷️ A partir de</w:t>
            </w:r>
            <w:r>
              <w:rPr>
                <w:rFonts w:ascii="Arial" w:hAnsi="Arial"/>
                <w:b/>
                <w:color w:val="104A89"/>
              </w:rPr>
              <w:br/>
              <w:t>A partir de R$ 11.786 + taxas</w:t>
            </w:r>
          </w:p>
        </w:tc>
      </w:tr>
    </w:tbl>
    <w:p w:rsidR="001A5817" w:rsidRPr="00582BC1" w:rsidRDefault="006F61A6">
      <w:pPr>
        <w:spacing w:before="160" w:after="280"/>
        <w:rPr>
          <w:lang w:val="pt-BR"/>
        </w:rPr>
      </w:pPr>
      <w:r>
        <w:rPr>
          <w:rFonts w:ascii="Arial" w:hAnsi="Arial"/>
          <w:i/>
          <w:sz w:val="19"/>
        </w:rPr>
        <w:t>💳</w:t>
      </w:r>
      <w:r w:rsidRPr="00582BC1">
        <w:rPr>
          <w:rFonts w:ascii="Arial" w:hAnsi="Arial"/>
          <w:i/>
          <w:sz w:val="19"/>
          <w:lang w:val="pt-BR"/>
        </w:rPr>
        <w:t xml:space="preserve"> Parcelamento especial em até 10x </w:t>
      </w:r>
      <w:proofErr w:type="gramStart"/>
      <w:r w:rsidRPr="00582BC1">
        <w:rPr>
          <w:rFonts w:ascii="Arial" w:hAnsi="Arial"/>
          <w:i/>
          <w:sz w:val="19"/>
          <w:lang w:val="pt-BR"/>
        </w:rPr>
        <w:t>sem</w:t>
      </w:r>
      <w:proofErr w:type="gramEnd"/>
      <w:r w:rsidRPr="00582BC1">
        <w:rPr>
          <w:rFonts w:ascii="Arial" w:hAnsi="Arial"/>
          <w:i/>
          <w:sz w:val="19"/>
          <w:lang w:val="pt-BR"/>
        </w:rPr>
        <w:t xml:space="preserve"> juros | </w:t>
      </w:r>
      <w:r>
        <w:rPr>
          <w:rFonts w:ascii="Arial" w:hAnsi="Arial"/>
          <w:i/>
          <w:sz w:val="19"/>
        </w:rPr>
        <w:t>📑</w:t>
      </w:r>
      <w:r w:rsidRPr="00582BC1">
        <w:rPr>
          <w:rFonts w:ascii="Arial" w:hAnsi="Arial"/>
          <w:i/>
          <w:sz w:val="19"/>
          <w:lang w:val="pt-BR"/>
        </w:rPr>
        <w:t xml:space="preserve"> Taxa de embarque nacional detalhada.</w:t>
      </w:r>
    </w:p>
    <w:p w:rsidR="001A5817" w:rsidRPr="00582BC1" w:rsidRDefault="006F61A6">
      <w:pPr>
        <w:keepNext/>
        <w:spacing w:before="360" w:after="120"/>
        <w:rPr>
          <w:lang w:val="pt-BR"/>
        </w:rPr>
      </w:pPr>
      <w:r w:rsidRPr="00582BC1">
        <w:rPr>
          <w:rFonts w:ascii="Arial" w:hAnsi="Arial"/>
          <w:b/>
          <w:color w:val="104A89"/>
          <w:sz w:val="32"/>
          <w:lang w:val="pt-BR"/>
        </w:rPr>
        <w:t>✨ Resumo da viagem</w:t>
      </w:r>
    </w:p>
    <w:p w:rsidR="001A5817" w:rsidRPr="00582BC1" w:rsidRDefault="006F61A6">
      <w:pPr>
        <w:spacing w:after="10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 xml:space="preserve">Uma jornada espetacular pelo Sul do Brasil que combina a fascinante energia e brilho das pedras preciosas em Ametista do Sul com o relaxamento absoluto e bem-estar proporcionado pelas águas </w:t>
      </w:r>
      <w:r w:rsidRPr="00582BC1">
        <w:rPr>
          <w:rFonts w:ascii="Arial" w:hAnsi="Arial"/>
          <w:color w:val="333333"/>
          <w:sz w:val="21"/>
          <w:lang w:val="pt-BR"/>
        </w:rPr>
        <w:lastRenderedPageBreak/>
        <w:t xml:space="preserve">termais de </w:t>
      </w:r>
      <w:proofErr w:type="spellStart"/>
      <w:r w:rsidRPr="00582BC1">
        <w:rPr>
          <w:rFonts w:ascii="Arial" w:hAnsi="Arial"/>
          <w:color w:val="333333"/>
          <w:sz w:val="21"/>
          <w:lang w:val="pt-BR"/>
        </w:rPr>
        <w:t>Itá</w:t>
      </w:r>
      <w:proofErr w:type="spellEnd"/>
      <w:r w:rsidRPr="00582BC1">
        <w:rPr>
          <w:rFonts w:ascii="Arial" w:hAnsi="Arial"/>
          <w:color w:val="333333"/>
          <w:sz w:val="21"/>
          <w:lang w:val="pt-BR"/>
        </w:rPr>
        <w:t>, em Santa Catarina. Uma experiência repleta de cenários surpreendentes, ótima gastronomia e sofisticação.</w:t>
      </w:r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>Saídas previstas do Rio de Janeiro, São Paulo ou de qualquer cidade brasileira onde houver aeroporto.</w:t>
      </w:r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>Visitando: Rio Grande do Sul (Ametista do Sul) e Santa Catarina (</w:t>
      </w:r>
      <w:proofErr w:type="spellStart"/>
      <w:r w:rsidRPr="00582BC1">
        <w:rPr>
          <w:rFonts w:ascii="Arial" w:hAnsi="Arial"/>
          <w:color w:val="333333"/>
          <w:sz w:val="21"/>
          <w:lang w:val="pt-BR"/>
        </w:rPr>
        <w:t>Itá</w:t>
      </w:r>
      <w:proofErr w:type="spellEnd"/>
      <w:r w:rsidRPr="00582BC1">
        <w:rPr>
          <w:rFonts w:ascii="Arial" w:hAnsi="Arial"/>
          <w:color w:val="333333"/>
          <w:sz w:val="21"/>
          <w:lang w:val="pt-BR"/>
        </w:rPr>
        <w:t>).</w:t>
      </w:r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 xml:space="preserve">Cidades e experiências: Mina de Ametista, Vinícola Subterrânea, Resort Termas de </w:t>
      </w:r>
      <w:proofErr w:type="spellStart"/>
      <w:r w:rsidRPr="00582BC1">
        <w:rPr>
          <w:rFonts w:ascii="Arial" w:hAnsi="Arial"/>
          <w:color w:val="333333"/>
          <w:sz w:val="21"/>
          <w:lang w:val="pt-BR"/>
        </w:rPr>
        <w:t>Itá</w:t>
      </w:r>
      <w:proofErr w:type="spellEnd"/>
      <w:r w:rsidRPr="00582BC1">
        <w:rPr>
          <w:rFonts w:ascii="Arial" w:hAnsi="Arial"/>
          <w:color w:val="333333"/>
          <w:sz w:val="21"/>
          <w:lang w:val="pt-BR"/>
        </w:rPr>
        <w:t>, Gastronomia Regional e paisagens encantadoras do interior do Sul do país.</w:t>
      </w:r>
    </w:p>
    <w:p w:rsidR="001A5817" w:rsidRDefault="006F61A6">
      <w:pPr>
        <w:pStyle w:val="Commarcadores"/>
        <w:spacing w:after="80"/>
      </w:pPr>
      <w:proofErr w:type="spellStart"/>
      <w:r>
        <w:rPr>
          <w:rFonts w:ascii="Arial" w:hAnsi="Arial"/>
          <w:color w:val="333333"/>
          <w:sz w:val="21"/>
        </w:rPr>
        <w:t>Retorno</w:t>
      </w:r>
      <w:proofErr w:type="spellEnd"/>
      <w:r>
        <w:rPr>
          <w:rFonts w:ascii="Arial" w:hAnsi="Arial"/>
          <w:color w:val="333333"/>
          <w:sz w:val="21"/>
        </w:rPr>
        <w:t xml:space="preserve"> </w:t>
      </w:r>
      <w:proofErr w:type="spellStart"/>
      <w:r>
        <w:rPr>
          <w:rFonts w:ascii="Arial" w:hAnsi="Arial"/>
          <w:color w:val="333333"/>
          <w:sz w:val="21"/>
        </w:rPr>
        <w:t>previsto</w:t>
      </w:r>
      <w:proofErr w:type="spellEnd"/>
      <w:r>
        <w:rPr>
          <w:rFonts w:ascii="Arial" w:hAnsi="Arial"/>
          <w:color w:val="333333"/>
          <w:sz w:val="21"/>
        </w:rPr>
        <w:t>: 02/12/2026.</w:t>
      </w:r>
    </w:p>
    <w:p w:rsidR="001A5817" w:rsidRDefault="006F61A6">
      <w:pPr>
        <w:keepNext/>
        <w:spacing w:before="360" w:after="120"/>
      </w:pPr>
      <w:r>
        <w:rPr>
          <w:rFonts w:ascii="Arial" w:hAnsi="Arial"/>
          <w:b/>
          <w:color w:val="104A89"/>
          <w:sz w:val="32"/>
        </w:rPr>
        <w:t>🧭 Roteiro detalhado</w:t>
      </w:r>
    </w:p>
    <w:p w:rsidR="001A5817" w:rsidRPr="00582BC1" w:rsidRDefault="006F61A6">
      <w:pPr>
        <w:keepNext/>
        <w:spacing w:before="200" w:after="6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582BC1">
        <w:rPr>
          <w:rFonts w:ascii="Arial" w:hAnsi="Arial"/>
          <w:b/>
          <w:color w:val="104A89"/>
          <w:sz w:val="23"/>
          <w:lang w:val="pt-BR"/>
        </w:rPr>
        <w:t xml:space="preserve"> Dia 1 - 25/11/2026 | Rio de Janeiro ou São Paulo / Ametista do Sul</w:t>
      </w:r>
    </w:p>
    <w:p w:rsidR="001A5817" w:rsidRPr="00582BC1" w:rsidRDefault="006F61A6">
      <w:pPr>
        <w:spacing w:after="10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>Apresentação no aeroporto do Rio de Janeiro ou de São Paulo para embarque com destino a Chapecó. Recepção no aeroporto e traslado privativo de aproximadamente 2 horas até Ametista do Sul, revelando as belas paisagens do interior gaúcho. Chegada e hospedagem.</w:t>
      </w:r>
    </w:p>
    <w:p w:rsidR="001A5817" w:rsidRPr="00582BC1" w:rsidRDefault="006F61A6">
      <w:pPr>
        <w:keepNext/>
        <w:spacing w:before="200" w:after="6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582BC1">
        <w:rPr>
          <w:rFonts w:ascii="Arial" w:hAnsi="Arial"/>
          <w:b/>
          <w:color w:val="104A89"/>
          <w:sz w:val="23"/>
          <w:lang w:val="pt-BR"/>
        </w:rPr>
        <w:t xml:space="preserve"> Dia 2 - 26/11/2026 | Ametista do Sul (Exploração das Minas e Vinícola)</w:t>
      </w:r>
    </w:p>
    <w:p w:rsidR="001A5817" w:rsidRPr="00582BC1" w:rsidRDefault="006F61A6">
      <w:pPr>
        <w:spacing w:after="10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 xml:space="preserve">Café da manhã e saída para explorar o fascinante mundo das pedras preciosas. Visita a uma mina em atividade para compreender o processo de extração dos </w:t>
      </w:r>
      <w:proofErr w:type="spellStart"/>
      <w:r w:rsidRPr="00582BC1">
        <w:rPr>
          <w:rFonts w:ascii="Arial" w:hAnsi="Arial"/>
          <w:color w:val="333333"/>
          <w:sz w:val="21"/>
          <w:lang w:val="pt-BR"/>
        </w:rPr>
        <w:t>geodos</w:t>
      </w:r>
      <w:proofErr w:type="spellEnd"/>
      <w:r w:rsidRPr="00582BC1">
        <w:rPr>
          <w:rFonts w:ascii="Arial" w:hAnsi="Arial"/>
          <w:color w:val="333333"/>
          <w:sz w:val="21"/>
          <w:lang w:val="pt-BR"/>
        </w:rPr>
        <w:t xml:space="preserve"> de ametista. Na sequência, uma experiência única: visita e degustação em uma vinícola subterrânea envelhecida dentro de uma antiga mina. À noite, jantar especial incluído.</w:t>
      </w:r>
    </w:p>
    <w:p w:rsidR="001A5817" w:rsidRPr="00582BC1" w:rsidRDefault="00582BC1">
      <w:pPr>
        <w:spacing w:before="200"/>
        <w:jc w:val="center"/>
        <w:rPr>
          <w:lang w:val="pt-BR"/>
        </w:rPr>
      </w:pPr>
      <w:r>
        <w:rPr>
          <w:rFonts w:ascii="Arial" w:hAnsi="Arial"/>
          <w:b/>
          <w:color w:val="969696"/>
          <w:sz w:val="20"/>
          <w:lang w:val="pt-BR"/>
        </w:rPr>
        <w:br/>
      </w:r>
      <w:r w:rsidR="006F61A6" w:rsidRPr="00582BC1">
        <w:rPr>
          <w:rFonts w:ascii="Arial" w:hAnsi="Arial"/>
          <w:b/>
          <w:color w:val="969696"/>
          <w:sz w:val="20"/>
          <w:lang w:val="pt-BR"/>
        </w:rPr>
        <w:t xml:space="preserve"> </w:t>
      </w:r>
      <w:r>
        <w:rPr>
          <w:rFonts w:ascii="Arial" w:hAnsi="Arial"/>
          <w:b/>
          <w:noProof/>
          <w:color w:val="969696"/>
          <w:sz w:val="20"/>
          <w:lang w:val="pt-BR" w:eastAsia="pt-BR"/>
        </w:rPr>
        <w:drawing>
          <wp:inline distT="0" distB="0" distL="0" distR="0">
            <wp:extent cx="5943600" cy="2114550"/>
            <wp:effectExtent l="0" t="0" r="0" b="0"/>
            <wp:docPr id="3" name="Imagem 3" descr="C:\Users\PC\Downloads\image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ownloads\image (5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61A6" w:rsidRPr="00582BC1">
        <w:rPr>
          <w:rFonts w:ascii="Arial" w:hAnsi="Arial"/>
          <w:b/>
          <w:color w:val="969696"/>
          <w:sz w:val="20"/>
          <w:lang w:val="pt-BR"/>
        </w:rPr>
        <w:t>DEGUSTAÇÃO NA V</w:t>
      </w:r>
      <w:r>
        <w:rPr>
          <w:rFonts w:ascii="Arial" w:hAnsi="Arial"/>
          <w:b/>
          <w:color w:val="969696"/>
          <w:sz w:val="20"/>
          <w:lang w:val="pt-BR"/>
        </w:rPr>
        <w:t>INÍCOLA SUBTERRÂNEA EM AMETISTA</w:t>
      </w:r>
      <w:r w:rsidR="006F61A6" w:rsidRPr="00582BC1">
        <w:rPr>
          <w:rFonts w:ascii="Arial" w:hAnsi="Arial"/>
          <w:b/>
          <w:color w:val="969696"/>
          <w:sz w:val="20"/>
          <w:lang w:val="pt-BR"/>
        </w:rPr>
        <w:br/>
      </w:r>
    </w:p>
    <w:p w:rsidR="001A5817" w:rsidRPr="00582BC1" w:rsidRDefault="006F61A6">
      <w:pPr>
        <w:keepNext/>
        <w:spacing w:before="200" w:after="6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582BC1">
        <w:rPr>
          <w:rFonts w:ascii="Arial" w:hAnsi="Arial"/>
          <w:b/>
          <w:color w:val="104A89"/>
          <w:sz w:val="23"/>
          <w:lang w:val="pt-BR"/>
        </w:rPr>
        <w:t xml:space="preserve"> Dia 3 - 27/11/2026 | Ametista do Sul / </w:t>
      </w:r>
      <w:proofErr w:type="spellStart"/>
      <w:r w:rsidRPr="00582BC1">
        <w:rPr>
          <w:rFonts w:ascii="Arial" w:hAnsi="Arial"/>
          <w:b/>
          <w:color w:val="104A89"/>
          <w:sz w:val="23"/>
          <w:lang w:val="pt-BR"/>
        </w:rPr>
        <w:t>Itá</w:t>
      </w:r>
      <w:proofErr w:type="spellEnd"/>
      <w:r w:rsidRPr="00582BC1">
        <w:rPr>
          <w:rFonts w:ascii="Arial" w:hAnsi="Arial"/>
          <w:b/>
          <w:color w:val="104A89"/>
          <w:sz w:val="23"/>
          <w:lang w:val="pt-BR"/>
        </w:rPr>
        <w:t xml:space="preserve"> (Complexo Termal)</w:t>
      </w:r>
    </w:p>
    <w:p w:rsidR="001A5817" w:rsidRPr="00582BC1" w:rsidRDefault="006F61A6">
      <w:pPr>
        <w:spacing w:after="10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 xml:space="preserve">Café da manhã e saída em direção a </w:t>
      </w:r>
      <w:proofErr w:type="spellStart"/>
      <w:r w:rsidRPr="00582BC1">
        <w:rPr>
          <w:rFonts w:ascii="Arial" w:hAnsi="Arial"/>
          <w:color w:val="333333"/>
          <w:sz w:val="21"/>
          <w:lang w:val="pt-BR"/>
        </w:rPr>
        <w:t>Itá</w:t>
      </w:r>
      <w:proofErr w:type="spellEnd"/>
      <w:r w:rsidRPr="00582BC1">
        <w:rPr>
          <w:rFonts w:ascii="Arial" w:hAnsi="Arial"/>
          <w:color w:val="333333"/>
          <w:sz w:val="21"/>
          <w:lang w:val="pt-BR"/>
        </w:rPr>
        <w:t xml:space="preserve">, em Santa Catarina. Chegada ao luxuoso </w:t>
      </w:r>
      <w:proofErr w:type="spellStart"/>
      <w:r w:rsidRPr="00582BC1">
        <w:rPr>
          <w:rFonts w:ascii="Arial" w:hAnsi="Arial"/>
          <w:color w:val="333333"/>
          <w:sz w:val="21"/>
          <w:lang w:val="pt-BR"/>
        </w:rPr>
        <w:t>Itá</w:t>
      </w:r>
      <w:proofErr w:type="spellEnd"/>
      <w:r w:rsidRPr="00582BC1">
        <w:rPr>
          <w:rFonts w:ascii="Arial" w:hAnsi="Arial"/>
          <w:color w:val="333333"/>
          <w:sz w:val="21"/>
          <w:lang w:val="pt-BR"/>
        </w:rPr>
        <w:t xml:space="preserve"> </w:t>
      </w:r>
      <w:proofErr w:type="spellStart"/>
      <w:r w:rsidRPr="00582BC1">
        <w:rPr>
          <w:rFonts w:ascii="Arial" w:hAnsi="Arial"/>
          <w:color w:val="333333"/>
          <w:sz w:val="21"/>
          <w:lang w:val="pt-BR"/>
        </w:rPr>
        <w:t>Thermas</w:t>
      </w:r>
      <w:proofErr w:type="spellEnd"/>
      <w:r w:rsidRPr="00582BC1">
        <w:rPr>
          <w:rFonts w:ascii="Arial" w:hAnsi="Arial"/>
          <w:color w:val="333333"/>
          <w:sz w:val="21"/>
          <w:lang w:val="pt-BR"/>
        </w:rPr>
        <w:t xml:space="preserve"> Resort &amp; </w:t>
      </w:r>
      <w:proofErr w:type="spellStart"/>
      <w:r w:rsidRPr="00582BC1">
        <w:rPr>
          <w:rFonts w:ascii="Arial" w:hAnsi="Arial"/>
          <w:color w:val="333333"/>
          <w:sz w:val="21"/>
          <w:lang w:val="pt-BR"/>
        </w:rPr>
        <w:t>Spa</w:t>
      </w:r>
      <w:proofErr w:type="spellEnd"/>
      <w:r w:rsidRPr="00582BC1">
        <w:rPr>
          <w:rFonts w:ascii="Arial" w:hAnsi="Arial"/>
          <w:color w:val="333333"/>
          <w:sz w:val="21"/>
          <w:lang w:val="pt-BR"/>
        </w:rPr>
        <w:t>. Tarde livre para desfrutar das excelentes piscinas termais, complexo de lazer, atividades de bem-estar e relaxamento total. Jantar incluído no resort. Hospedagem.</w:t>
      </w:r>
    </w:p>
    <w:p w:rsidR="001A5817" w:rsidRPr="00582BC1" w:rsidRDefault="006F61A6">
      <w:pPr>
        <w:keepNext/>
        <w:spacing w:before="200" w:after="60"/>
        <w:rPr>
          <w:lang w:val="pt-BR"/>
        </w:rPr>
      </w:pPr>
      <w:r>
        <w:rPr>
          <w:rFonts w:ascii="Arial" w:hAnsi="Arial"/>
          <w:b/>
          <w:color w:val="104A89"/>
          <w:sz w:val="23"/>
        </w:rPr>
        <w:lastRenderedPageBreak/>
        <w:t>📌</w:t>
      </w:r>
      <w:r w:rsidRPr="00582BC1">
        <w:rPr>
          <w:rFonts w:ascii="Arial" w:hAnsi="Arial"/>
          <w:b/>
          <w:color w:val="104A89"/>
          <w:sz w:val="23"/>
          <w:lang w:val="pt-BR"/>
        </w:rPr>
        <w:t xml:space="preserve"> Dia 4 - 28/11/2026 | </w:t>
      </w:r>
      <w:proofErr w:type="spellStart"/>
      <w:r w:rsidRPr="00582BC1">
        <w:rPr>
          <w:rFonts w:ascii="Arial" w:hAnsi="Arial"/>
          <w:b/>
          <w:color w:val="104A89"/>
          <w:sz w:val="23"/>
          <w:lang w:val="pt-BR"/>
        </w:rPr>
        <w:t>Itá</w:t>
      </w:r>
      <w:proofErr w:type="spellEnd"/>
      <w:r w:rsidRPr="00582BC1">
        <w:rPr>
          <w:rFonts w:ascii="Arial" w:hAnsi="Arial"/>
          <w:b/>
          <w:color w:val="104A89"/>
          <w:sz w:val="23"/>
          <w:lang w:val="pt-BR"/>
        </w:rPr>
        <w:t xml:space="preserve"> (Lazer e Águas Termais)</w:t>
      </w:r>
    </w:p>
    <w:p w:rsidR="001A5817" w:rsidRPr="00582BC1" w:rsidRDefault="006F61A6">
      <w:pPr>
        <w:spacing w:after="10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 xml:space="preserve">Dia inteiramente dedicado a aproveitar a sofisticada estrutura do resort e os benefícios terapêuticos das águas termais. Desfrute das atividades programadas, caminhadas ecológicas, </w:t>
      </w:r>
      <w:proofErr w:type="spellStart"/>
      <w:r w:rsidRPr="00582BC1">
        <w:rPr>
          <w:rFonts w:ascii="Arial" w:hAnsi="Arial"/>
          <w:color w:val="333333"/>
          <w:sz w:val="21"/>
          <w:lang w:val="pt-BR"/>
        </w:rPr>
        <w:t>spa</w:t>
      </w:r>
      <w:proofErr w:type="spellEnd"/>
      <w:r w:rsidRPr="00582BC1">
        <w:rPr>
          <w:rFonts w:ascii="Arial" w:hAnsi="Arial"/>
          <w:color w:val="333333"/>
          <w:sz w:val="21"/>
          <w:lang w:val="pt-BR"/>
        </w:rPr>
        <w:t xml:space="preserve"> ou simplesmente relaxe nas piscinas aquecidas. Pensão completa incluída (café da manhã, almoço e jantar).</w:t>
      </w:r>
    </w:p>
    <w:p w:rsidR="006F61A6" w:rsidRDefault="006F61A6" w:rsidP="006F61A6">
      <w:pPr>
        <w:spacing w:before="200"/>
        <w:rPr>
          <w:rFonts w:ascii="Arial" w:hAnsi="Arial"/>
          <w:b/>
          <w:color w:val="969696"/>
          <w:sz w:val="20"/>
          <w:lang w:val="pt-BR"/>
        </w:rPr>
      </w:pPr>
    </w:p>
    <w:p w:rsidR="001A5817" w:rsidRPr="00582BC1" w:rsidRDefault="006F61A6">
      <w:pPr>
        <w:spacing w:before="200"/>
        <w:jc w:val="center"/>
        <w:rPr>
          <w:lang w:val="pt-BR"/>
        </w:rPr>
      </w:pPr>
      <w:r>
        <w:rPr>
          <w:rFonts w:ascii="Arial" w:hAnsi="Arial"/>
          <w:b/>
          <w:noProof/>
          <w:color w:val="969696"/>
          <w:sz w:val="20"/>
          <w:lang w:val="pt-BR" w:eastAsia="pt-BR"/>
        </w:rPr>
        <w:drawing>
          <wp:inline distT="0" distB="0" distL="0" distR="0">
            <wp:extent cx="5943600" cy="2695575"/>
            <wp:effectExtent l="0" t="0" r="0" b="9525"/>
            <wp:docPr id="5" name="Imagem 5" descr="C:\Users\PC\Downloads\image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\Downloads\image (6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2BC1">
        <w:rPr>
          <w:rFonts w:ascii="Arial" w:hAnsi="Arial"/>
          <w:b/>
          <w:color w:val="969696"/>
          <w:sz w:val="20"/>
          <w:lang w:val="pt-BR"/>
        </w:rPr>
        <w:t>COMPLEXO DE</w:t>
      </w:r>
      <w:r>
        <w:rPr>
          <w:rFonts w:ascii="Arial" w:hAnsi="Arial"/>
          <w:b/>
          <w:color w:val="969696"/>
          <w:sz w:val="20"/>
          <w:lang w:val="pt-BR"/>
        </w:rPr>
        <w:t xml:space="preserve"> PISCINAS TERMAIS DO ITÁ RESORT</w:t>
      </w:r>
      <w:r w:rsidRPr="00582BC1">
        <w:rPr>
          <w:rFonts w:ascii="Arial" w:hAnsi="Arial"/>
          <w:b/>
          <w:color w:val="969696"/>
          <w:sz w:val="20"/>
          <w:lang w:val="pt-BR"/>
        </w:rPr>
        <w:br/>
      </w:r>
    </w:p>
    <w:p w:rsidR="001A5817" w:rsidRPr="00582BC1" w:rsidRDefault="006F61A6">
      <w:pPr>
        <w:keepNext/>
        <w:spacing w:before="200" w:after="6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582BC1">
        <w:rPr>
          <w:rFonts w:ascii="Arial" w:hAnsi="Arial"/>
          <w:b/>
          <w:color w:val="104A89"/>
          <w:sz w:val="23"/>
          <w:lang w:val="pt-BR"/>
        </w:rPr>
        <w:t xml:space="preserve"> Dia 5 - 29/11/2026 | </w:t>
      </w:r>
      <w:proofErr w:type="spellStart"/>
      <w:r w:rsidRPr="00582BC1">
        <w:rPr>
          <w:rFonts w:ascii="Arial" w:hAnsi="Arial"/>
          <w:b/>
          <w:color w:val="104A89"/>
          <w:sz w:val="23"/>
          <w:lang w:val="pt-BR"/>
        </w:rPr>
        <w:t>Itá</w:t>
      </w:r>
      <w:proofErr w:type="spellEnd"/>
      <w:r w:rsidRPr="00582BC1">
        <w:rPr>
          <w:rFonts w:ascii="Arial" w:hAnsi="Arial"/>
          <w:b/>
          <w:color w:val="104A89"/>
          <w:sz w:val="23"/>
          <w:lang w:val="pt-BR"/>
        </w:rPr>
        <w:t xml:space="preserve"> (Passeios Locais e Ecoturismo)</w:t>
      </w:r>
    </w:p>
    <w:p w:rsidR="001A5817" w:rsidRPr="00582BC1" w:rsidRDefault="006F61A6">
      <w:pPr>
        <w:spacing w:after="10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 xml:space="preserve">Café da manhã e saída para tour panorâmico pela charmosa cidade de </w:t>
      </w:r>
      <w:proofErr w:type="spellStart"/>
      <w:r w:rsidRPr="00582BC1">
        <w:rPr>
          <w:rFonts w:ascii="Arial" w:hAnsi="Arial"/>
          <w:color w:val="333333"/>
          <w:sz w:val="21"/>
          <w:lang w:val="pt-BR"/>
        </w:rPr>
        <w:t>Itá</w:t>
      </w:r>
      <w:proofErr w:type="spellEnd"/>
      <w:r w:rsidRPr="00582BC1">
        <w:rPr>
          <w:rFonts w:ascii="Arial" w:hAnsi="Arial"/>
          <w:color w:val="333333"/>
          <w:sz w:val="21"/>
          <w:lang w:val="pt-BR"/>
        </w:rPr>
        <w:t>, conhecendo a história da cidade que foi submersa pelas águas da represa, com destaque para as torres da antiga igreja que restaram sobre a água. Retorno ao resort para almoço e tarde livre. Jantar incluído.</w:t>
      </w:r>
    </w:p>
    <w:p w:rsidR="001A5817" w:rsidRPr="00582BC1" w:rsidRDefault="006F61A6">
      <w:pPr>
        <w:keepNext/>
        <w:spacing w:before="200" w:after="6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582BC1">
        <w:rPr>
          <w:rFonts w:ascii="Arial" w:hAnsi="Arial"/>
          <w:b/>
          <w:color w:val="104A89"/>
          <w:sz w:val="23"/>
          <w:lang w:val="pt-BR"/>
        </w:rPr>
        <w:t xml:space="preserve"> Dia 6 - 30/11/2026 | </w:t>
      </w:r>
      <w:proofErr w:type="spellStart"/>
      <w:r w:rsidRPr="00582BC1">
        <w:rPr>
          <w:rFonts w:ascii="Arial" w:hAnsi="Arial"/>
          <w:b/>
          <w:color w:val="104A89"/>
          <w:sz w:val="23"/>
          <w:lang w:val="pt-BR"/>
        </w:rPr>
        <w:t>Itá</w:t>
      </w:r>
      <w:proofErr w:type="spellEnd"/>
      <w:r w:rsidRPr="00582BC1">
        <w:rPr>
          <w:rFonts w:ascii="Arial" w:hAnsi="Arial"/>
          <w:b/>
          <w:color w:val="104A89"/>
          <w:sz w:val="23"/>
          <w:lang w:val="pt-BR"/>
        </w:rPr>
        <w:t xml:space="preserve"> (Relaxamento e Bem-Estar)</w:t>
      </w:r>
    </w:p>
    <w:p w:rsidR="001A5817" w:rsidRPr="00582BC1" w:rsidRDefault="006F61A6">
      <w:pPr>
        <w:spacing w:after="10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>Dia livre para curtir a maravilhosa gastronomia do resort e suas piscinas de águas minerais termais. Perfeito para renovar as energias com massagens opcionais, banhos relaxantes ou atividades recreativas. Pensão completa incluída.</w:t>
      </w:r>
    </w:p>
    <w:p w:rsidR="001A5817" w:rsidRPr="00582BC1" w:rsidRDefault="006F61A6">
      <w:pPr>
        <w:keepNext/>
        <w:spacing w:before="200" w:after="6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582BC1">
        <w:rPr>
          <w:rFonts w:ascii="Arial" w:hAnsi="Arial"/>
          <w:b/>
          <w:color w:val="104A89"/>
          <w:sz w:val="23"/>
          <w:lang w:val="pt-BR"/>
        </w:rPr>
        <w:t xml:space="preserve"> Dia 7 - 01/12/2026 | </w:t>
      </w:r>
      <w:proofErr w:type="spellStart"/>
      <w:r w:rsidRPr="00582BC1">
        <w:rPr>
          <w:rFonts w:ascii="Arial" w:hAnsi="Arial"/>
          <w:b/>
          <w:color w:val="104A89"/>
          <w:sz w:val="23"/>
          <w:lang w:val="pt-BR"/>
        </w:rPr>
        <w:t>Itá</w:t>
      </w:r>
      <w:proofErr w:type="spellEnd"/>
      <w:r w:rsidRPr="00582BC1">
        <w:rPr>
          <w:rFonts w:ascii="Arial" w:hAnsi="Arial"/>
          <w:b/>
          <w:color w:val="104A89"/>
          <w:sz w:val="23"/>
          <w:lang w:val="pt-BR"/>
        </w:rPr>
        <w:t xml:space="preserve"> / Chapecó / Brasil</w:t>
      </w:r>
    </w:p>
    <w:p w:rsidR="001A5817" w:rsidRPr="00582BC1" w:rsidRDefault="006F61A6">
      <w:pPr>
        <w:spacing w:after="10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>Café da manhã. Em horário predeterminado, traslado ao aeroporto de Chapecó para procedimentos de embarque em voo de retorno à sua cidade de origem no Brasil.</w:t>
      </w:r>
    </w:p>
    <w:p w:rsidR="001A5817" w:rsidRPr="00582BC1" w:rsidRDefault="006F61A6">
      <w:pPr>
        <w:keepNext/>
        <w:spacing w:before="200" w:after="6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582BC1">
        <w:rPr>
          <w:rFonts w:ascii="Arial" w:hAnsi="Arial"/>
          <w:b/>
          <w:color w:val="104A89"/>
          <w:sz w:val="23"/>
          <w:lang w:val="pt-BR"/>
        </w:rPr>
        <w:t xml:space="preserve"> Dia 8 - 02/12/2026 | Chegada ao Destino Final</w:t>
      </w:r>
    </w:p>
    <w:p w:rsidR="001A5817" w:rsidRPr="00582BC1" w:rsidRDefault="006F61A6">
      <w:pPr>
        <w:spacing w:after="10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 xml:space="preserve">Pouso no aeroporto de destino. Fim dos nossos serviços editoriais </w:t>
      </w:r>
      <w:proofErr w:type="spellStart"/>
      <w:r w:rsidRPr="00582BC1">
        <w:rPr>
          <w:rFonts w:ascii="Arial" w:hAnsi="Arial"/>
          <w:color w:val="333333"/>
          <w:sz w:val="21"/>
          <w:lang w:val="pt-BR"/>
        </w:rPr>
        <w:t>premium</w:t>
      </w:r>
      <w:proofErr w:type="spellEnd"/>
      <w:r w:rsidRPr="00582BC1">
        <w:rPr>
          <w:rFonts w:ascii="Arial" w:hAnsi="Arial"/>
          <w:color w:val="333333"/>
          <w:sz w:val="21"/>
          <w:lang w:val="pt-BR"/>
        </w:rPr>
        <w:t xml:space="preserve"> pelo Sul do Brasil.</w:t>
      </w:r>
    </w:p>
    <w:p w:rsidR="001A5817" w:rsidRDefault="006F61A6">
      <w:pPr>
        <w:keepNext/>
        <w:spacing w:before="360" w:after="120"/>
      </w:pPr>
      <w:r>
        <w:rPr>
          <w:rFonts w:ascii="Arial" w:hAnsi="Arial"/>
          <w:b/>
          <w:color w:val="104A89"/>
          <w:sz w:val="32"/>
        </w:rPr>
        <w:lastRenderedPageBreak/>
        <w:t xml:space="preserve">🌟 </w:t>
      </w:r>
      <w:proofErr w:type="spellStart"/>
      <w:r>
        <w:rPr>
          <w:rFonts w:ascii="Arial" w:hAnsi="Arial"/>
          <w:b/>
          <w:color w:val="104A89"/>
          <w:sz w:val="32"/>
        </w:rPr>
        <w:t>Experiências</w:t>
      </w:r>
      <w:proofErr w:type="spellEnd"/>
      <w:r>
        <w:rPr>
          <w:rFonts w:ascii="Arial" w:hAnsi="Arial"/>
          <w:b/>
          <w:color w:val="104A89"/>
          <w:sz w:val="32"/>
        </w:rPr>
        <w:t xml:space="preserve"> </w:t>
      </w:r>
      <w:proofErr w:type="spellStart"/>
      <w:r>
        <w:rPr>
          <w:rFonts w:ascii="Arial" w:hAnsi="Arial"/>
          <w:b/>
          <w:color w:val="104A89"/>
          <w:sz w:val="32"/>
        </w:rPr>
        <w:t>em</w:t>
      </w:r>
      <w:proofErr w:type="spellEnd"/>
      <w:r>
        <w:rPr>
          <w:rFonts w:ascii="Arial" w:hAnsi="Arial"/>
          <w:b/>
          <w:color w:val="104A89"/>
          <w:sz w:val="32"/>
        </w:rPr>
        <w:t xml:space="preserve"> </w:t>
      </w:r>
      <w:proofErr w:type="spellStart"/>
      <w:r>
        <w:rPr>
          <w:rFonts w:ascii="Arial" w:hAnsi="Arial"/>
          <w:b/>
          <w:color w:val="104A89"/>
          <w:sz w:val="32"/>
        </w:rPr>
        <w:t>destaque</w:t>
      </w:r>
      <w:proofErr w:type="spellEnd"/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b/>
          <w:color w:val="333333"/>
          <w:sz w:val="21"/>
          <w:lang w:val="pt-BR"/>
        </w:rPr>
        <w:t>Ametista do Sul:</w:t>
      </w:r>
      <w:r w:rsidRPr="00582BC1">
        <w:rPr>
          <w:rFonts w:ascii="Arial" w:hAnsi="Arial"/>
          <w:color w:val="333333"/>
          <w:sz w:val="21"/>
          <w:lang w:val="pt-BR"/>
        </w:rPr>
        <w:t xml:space="preserve"> Imersão completa na capital mundial das pedras ametistas com visitas guiadas exclusivas.</w:t>
      </w:r>
    </w:p>
    <w:p w:rsidR="001A5817" w:rsidRPr="00582BC1" w:rsidRDefault="006F61A6">
      <w:pPr>
        <w:pStyle w:val="Commarcadores"/>
        <w:spacing w:after="80"/>
        <w:rPr>
          <w:lang w:val="pt-BR"/>
        </w:rPr>
      </w:pPr>
      <w:proofErr w:type="gramStart"/>
      <w:r w:rsidRPr="00582BC1">
        <w:rPr>
          <w:rFonts w:ascii="Arial" w:hAnsi="Arial"/>
          <w:b/>
          <w:color w:val="333333"/>
          <w:sz w:val="21"/>
          <w:lang w:val="pt-BR"/>
        </w:rPr>
        <w:t>Vinícola Subterrânea</w:t>
      </w:r>
      <w:proofErr w:type="gramEnd"/>
      <w:r w:rsidRPr="00582BC1">
        <w:rPr>
          <w:rFonts w:ascii="Arial" w:hAnsi="Arial"/>
          <w:b/>
          <w:color w:val="333333"/>
          <w:sz w:val="21"/>
          <w:lang w:val="pt-BR"/>
        </w:rPr>
        <w:t>:</w:t>
      </w:r>
      <w:r w:rsidRPr="00582BC1">
        <w:rPr>
          <w:rFonts w:ascii="Arial" w:hAnsi="Arial"/>
          <w:color w:val="333333"/>
          <w:sz w:val="21"/>
          <w:lang w:val="pt-BR"/>
        </w:rPr>
        <w:t xml:space="preserve"> Degustação </w:t>
      </w:r>
      <w:proofErr w:type="spellStart"/>
      <w:r w:rsidRPr="00582BC1">
        <w:rPr>
          <w:rFonts w:ascii="Arial" w:hAnsi="Arial"/>
          <w:color w:val="333333"/>
          <w:sz w:val="21"/>
          <w:lang w:val="pt-BR"/>
        </w:rPr>
        <w:t>premium</w:t>
      </w:r>
      <w:proofErr w:type="spellEnd"/>
      <w:r w:rsidRPr="00582BC1">
        <w:rPr>
          <w:rFonts w:ascii="Arial" w:hAnsi="Arial"/>
          <w:color w:val="333333"/>
          <w:sz w:val="21"/>
          <w:lang w:val="pt-BR"/>
        </w:rPr>
        <w:t xml:space="preserve"> de vinhos e espumantes envelhecidos no interior de uma mina desativada.</w:t>
      </w:r>
    </w:p>
    <w:p w:rsidR="001A5817" w:rsidRPr="00582BC1" w:rsidRDefault="006F61A6">
      <w:pPr>
        <w:pStyle w:val="Commarcadores"/>
        <w:spacing w:after="80"/>
        <w:rPr>
          <w:lang w:val="pt-BR"/>
        </w:rPr>
      </w:pPr>
      <w:proofErr w:type="spellStart"/>
      <w:r w:rsidRPr="00582BC1">
        <w:rPr>
          <w:rFonts w:ascii="Arial" w:hAnsi="Arial"/>
          <w:b/>
          <w:color w:val="333333"/>
          <w:sz w:val="21"/>
          <w:lang w:val="pt-BR"/>
        </w:rPr>
        <w:t>Itá</w:t>
      </w:r>
      <w:proofErr w:type="spellEnd"/>
      <w:r w:rsidRPr="00582BC1">
        <w:rPr>
          <w:rFonts w:ascii="Arial" w:hAnsi="Arial"/>
          <w:b/>
          <w:color w:val="333333"/>
          <w:sz w:val="21"/>
          <w:lang w:val="pt-BR"/>
        </w:rPr>
        <w:t xml:space="preserve"> </w:t>
      </w:r>
      <w:proofErr w:type="spellStart"/>
      <w:r w:rsidRPr="00582BC1">
        <w:rPr>
          <w:rFonts w:ascii="Arial" w:hAnsi="Arial"/>
          <w:b/>
          <w:color w:val="333333"/>
          <w:sz w:val="21"/>
          <w:lang w:val="pt-BR"/>
        </w:rPr>
        <w:t>Thermas</w:t>
      </w:r>
      <w:proofErr w:type="spellEnd"/>
      <w:r w:rsidRPr="00582BC1">
        <w:rPr>
          <w:rFonts w:ascii="Arial" w:hAnsi="Arial"/>
          <w:b/>
          <w:color w:val="333333"/>
          <w:sz w:val="21"/>
          <w:lang w:val="pt-BR"/>
        </w:rPr>
        <w:t xml:space="preserve"> Resort &amp; </w:t>
      </w:r>
      <w:proofErr w:type="spellStart"/>
      <w:r w:rsidRPr="00582BC1">
        <w:rPr>
          <w:rFonts w:ascii="Arial" w:hAnsi="Arial"/>
          <w:b/>
          <w:color w:val="333333"/>
          <w:sz w:val="21"/>
          <w:lang w:val="pt-BR"/>
        </w:rPr>
        <w:t>Spa</w:t>
      </w:r>
      <w:proofErr w:type="spellEnd"/>
      <w:r w:rsidRPr="00582BC1">
        <w:rPr>
          <w:rFonts w:ascii="Arial" w:hAnsi="Arial"/>
          <w:b/>
          <w:color w:val="333333"/>
          <w:sz w:val="21"/>
          <w:lang w:val="pt-BR"/>
        </w:rPr>
        <w:t>:</w:t>
      </w:r>
      <w:r w:rsidRPr="00582BC1">
        <w:rPr>
          <w:rFonts w:ascii="Arial" w:hAnsi="Arial"/>
          <w:color w:val="333333"/>
          <w:sz w:val="21"/>
          <w:lang w:val="pt-BR"/>
        </w:rPr>
        <w:t xml:space="preserve"> Hospedagem </w:t>
      </w:r>
      <w:proofErr w:type="spellStart"/>
      <w:r w:rsidRPr="00582BC1">
        <w:rPr>
          <w:rFonts w:ascii="Arial" w:hAnsi="Arial"/>
          <w:color w:val="333333"/>
          <w:sz w:val="21"/>
          <w:lang w:val="pt-BR"/>
        </w:rPr>
        <w:t>premium</w:t>
      </w:r>
      <w:proofErr w:type="spellEnd"/>
      <w:r w:rsidRPr="00582BC1">
        <w:rPr>
          <w:rFonts w:ascii="Arial" w:hAnsi="Arial"/>
          <w:color w:val="333333"/>
          <w:sz w:val="21"/>
          <w:lang w:val="pt-BR"/>
        </w:rPr>
        <w:t xml:space="preserve"> com infraestrutura completa de lazer e águas termais terapêuticas.</w:t>
      </w:r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b/>
          <w:color w:val="333333"/>
          <w:sz w:val="21"/>
          <w:lang w:val="pt-BR"/>
        </w:rPr>
        <w:t xml:space="preserve">Cenário Histórico de </w:t>
      </w:r>
      <w:proofErr w:type="spellStart"/>
      <w:r w:rsidRPr="00582BC1">
        <w:rPr>
          <w:rFonts w:ascii="Arial" w:hAnsi="Arial"/>
          <w:b/>
          <w:color w:val="333333"/>
          <w:sz w:val="21"/>
          <w:lang w:val="pt-BR"/>
        </w:rPr>
        <w:t>Itá</w:t>
      </w:r>
      <w:proofErr w:type="spellEnd"/>
      <w:r w:rsidRPr="00582BC1">
        <w:rPr>
          <w:rFonts w:ascii="Arial" w:hAnsi="Arial"/>
          <w:b/>
          <w:color w:val="333333"/>
          <w:sz w:val="21"/>
          <w:lang w:val="pt-BR"/>
        </w:rPr>
        <w:t>:</w:t>
      </w:r>
      <w:r w:rsidRPr="00582BC1">
        <w:rPr>
          <w:rFonts w:ascii="Arial" w:hAnsi="Arial"/>
          <w:color w:val="333333"/>
          <w:sz w:val="21"/>
          <w:lang w:val="pt-BR"/>
        </w:rPr>
        <w:t xml:space="preserve"> Visita às famosas Torres da Igreja Submersa, um marco histórico e visual da região.</w:t>
      </w:r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b/>
          <w:color w:val="333333"/>
          <w:sz w:val="21"/>
          <w:lang w:val="pt-BR"/>
        </w:rPr>
        <w:t>Gastronomia de Excelência:</w:t>
      </w:r>
      <w:r w:rsidRPr="00582BC1">
        <w:rPr>
          <w:rFonts w:ascii="Arial" w:hAnsi="Arial"/>
          <w:color w:val="333333"/>
          <w:sz w:val="21"/>
          <w:lang w:val="pt-BR"/>
        </w:rPr>
        <w:t xml:space="preserve"> Sistema de pensão completa incluído durante a estada no maravilhoso resort.</w:t>
      </w:r>
    </w:p>
    <w:p w:rsidR="001A5817" w:rsidRDefault="006F61A6">
      <w:pPr>
        <w:keepNext/>
        <w:spacing w:before="360" w:after="120"/>
      </w:pPr>
      <w:r>
        <w:rPr>
          <w:rFonts w:ascii="Arial" w:hAnsi="Arial"/>
          <w:b/>
          <w:color w:val="104A89"/>
          <w:sz w:val="32"/>
        </w:rPr>
        <w:t xml:space="preserve">✅ O </w:t>
      </w:r>
      <w:proofErr w:type="spellStart"/>
      <w:r>
        <w:rPr>
          <w:rFonts w:ascii="Arial" w:hAnsi="Arial"/>
          <w:b/>
          <w:color w:val="104A89"/>
          <w:sz w:val="32"/>
        </w:rPr>
        <w:t>roteiro</w:t>
      </w:r>
      <w:proofErr w:type="spellEnd"/>
      <w:r>
        <w:rPr>
          <w:rFonts w:ascii="Arial" w:hAnsi="Arial"/>
          <w:b/>
          <w:color w:val="104A89"/>
          <w:sz w:val="32"/>
        </w:rPr>
        <w:t xml:space="preserve"> </w:t>
      </w:r>
      <w:proofErr w:type="spellStart"/>
      <w:r>
        <w:rPr>
          <w:rFonts w:ascii="Arial" w:hAnsi="Arial"/>
          <w:b/>
          <w:color w:val="104A89"/>
          <w:sz w:val="32"/>
        </w:rPr>
        <w:t>inclui</w:t>
      </w:r>
      <w:proofErr w:type="spellEnd"/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>Passagens aéreas internas/nacionais em classe econômica com franquia de bagagem incluída.</w:t>
      </w:r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 xml:space="preserve">Hospedagem em hotéis selecionados e no luxuoso </w:t>
      </w:r>
      <w:proofErr w:type="spellStart"/>
      <w:r w:rsidRPr="00582BC1">
        <w:rPr>
          <w:rFonts w:ascii="Arial" w:hAnsi="Arial"/>
          <w:color w:val="333333"/>
          <w:sz w:val="21"/>
          <w:lang w:val="pt-BR"/>
        </w:rPr>
        <w:t>Itá</w:t>
      </w:r>
      <w:proofErr w:type="spellEnd"/>
      <w:r w:rsidRPr="00582BC1">
        <w:rPr>
          <w:rFonts w:ascii="Arial" w:hAnsi="Arial"/>
          <w:color w:val="333333"/>
          <w:sz w:val="21"/>
          <w:lang w:val="pt-BR"/>
        </w:rPr>
        <w:t xml:space="preserve"> </w:t>
      </w:r>
      <w:proofErr w:type="spellStart"/>
      <w:r w:rsidRPr="00582BC1">
        <w:rPr>
          <w:rFonts w:ascii="Arial" w:hAnsi="Arial"/>
          <w:color w:val="333333"/>
          <w:sz w:val="21"/>
          <w:lang w:val="pt-BR"/>
        </w:rPr>
        <w:t>Thermas</w:t>
      </w:r>
      <w:proofErr w:type="spellEnd"/>
      <w:r w:rsidRPr="00582BC1">
        <w:rPr>
          <w:rFonts w:ascii="Arial" w:hAnsi="Arial"/>
          <w:color w:val="333333"/>
          <w:sz w:val="21"/>
          <w:lang w:val="pt-BR"/>
        </w:rPr>
        <w:t xml:space="preserve"> Resort &amp; </w:t>
      </w:r>
      <w:proofErr w:type="spellStart"/>
      <w:r w:rsidRPr="00582BC1">
        <w:rPr>
          <w:rFonts w:ascii="Arial" w:hAnsi="Arial"/>
          <w:color w:val="333333"/>
          <w:sz w:val="21"/>
          <w:lang w:val="pt-BR"/>
        </w:rPr>
        <w:t>Spa</w:t>
      </w:r>
      <w:proofErr w:type="spellEnd"/>
      <w:r w:rsidRPr="00582BC1">
        <w:rPr>
          <w:rFonts w:ascii="Arial" w:hAnsi="Arial"/>
          <w:color w:val="333333"/>
          <w:sz w:val="21"/>
          <w:lang w:val="pt-BR"/>
        </w:rPr>
        <w:t>.</w:t>
      </w:r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 xml:space="preserve">Regime de Pensão Completa durante a estada no resort de </w:t>
      </w:r>
      <w:proofErr w:type="spellStart"/>
      <w:r w:rsidRPr="00582BC1">
        <w:rPr>
          <w:rFonts w:ascii="Arial" w:hAnsi="Arial"/>
          <w:color w:val="333333"/>
          <w:sz w:val="21"/>
          <w:lang w:val="pt-BR"/>
        </w:rPr>
        <w:t>Itá</w:t>
      </w:r>
      <w:proofErr w:type="spellEnd"/>
      <w:r w:rsidRPr="00582BC1">
        <w:rPr>
          <w:rFonts w:ascii="Arial" w:hAnsi="Arial"/>
          <w:color w:val="333333"/>
          <w:sz w:val="21"/>
          <w:lang w:val="pt-BR"/>
        </w:rPr>
        <w:t xml:space="preserve"> (café da manhã, almoço e jantar).</w:t>
      </w:r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>Todos os traslados aeroporto / hotel / aeroporto em veículos privativos modernos de turismo.</w:t>
      </w:r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>Ingressos e entradas para as minas em atividade e atrações descritas no roteiro.</w:t>
      </w:r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>Degustação exclusiva na Vinícola Subterrânea em Ametista do Sul.</w:t>
      </w:r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>Guias locais profissionais cadastrados na Embratur durante os passeios.</w:t>
      </w:r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>Seguro-viagem com ampla cobertura nacional e assistência médica inclusa.</w:t>
      </w:r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 xml:space="preserve">Kit de viagem exclusivo com estética editorial </w:t>
      </w:r>
      <w:proofErr w:type="spellStart"/>
      <w:r w:rsidRPr="00582BC1">
        <w:rPr>
          <w:rFonts w:ascii="Arial" w:hAnsi="Arial"/>
          <w:color w:val="333333"/>
          <w:sz w:val="21"/>
          <w:lang w:val="pt-BR"/>
        </w:rPr>
        <w:t>premium</w:t>
      </w:r>
      <w:proofErr w:type="spellEnd"/>
      <w:r w:rsidRPr="00582BC1">
        <w:rPr>
          <w:rFonts w:ascii="Arial" w:hAnsi="Arial"/>
          <w:color w:val="333333"/>
          <w:sz w:val="21"/>
          <w:lang w:val="pt-BR"/>
        </w:rPr>
        <w:t>.</w:t>
      </w:r>
    </w:p>
    <w:p w:rsidR="001A5817" w:rsidRDefault="006F61A6">
      <w:pPr>
        <w:keepNext/>
        <w:spacing w:before="360" w:after="120"/>
      </w:pPr>
      <w:r>
        <w:rPr>
          <w:rFonts w:ascii="Arial" w:hAnsi="Arial"/>
          <w:b/>
          <w:color w:val="104A89"/>
          <w:sz w:val="32"/>
        </w:rPr>
        <w:t xml:space="preserve">✈️ </w:t>
      </w:r>
      <w:proofErr w:type="spellStart"/>
      <w:r>
        <w:rPr>
          <w:rFonts w:ascii="Arial" w:hAnsi="Arial"/>
          <w:b/>
          <w:color w:val="104A89"/>
          <w:sz w:val="32"/>
        </w:rPr>
        <w:t>Voos</w:t>
      </w:r>
      <w:proofErr w:type="spellEnd"/>
      <w:r>
        <w:rPr>
          <w:rFonts w:ascii="Arial" w:hAnsi="Arial"/>
          <w:b/>
          <w:color w:val="104A89"/>
          <w:sz w:val="32"/>
        </w:rPr>
        <w:t xml:space="preserve"> </w:t>
      </w:r>
      <w:proofErr w:type="spellStart"/>
      <w:r>
        <w:rPr>
          <w:rFonts w:ascii="Arial" w:hAnsi="Arial"/>
          <w:b/>
          <w:color w:val="104A89"/>
          <w:sz w:val="32"/>
        </w:rPr>
        <w:t>previstos</w:t>
      </w:r>
      <w:proofErr w:type="spellEnd"/>
    </w:p>
    <w:tbl>
      <w:tblPr>
        <w:tblW w:w="0" w:type="auto"/>
        <w:tblBorders>
          <w:top w:val="single" w:sz="4" w:space="0" w:color="D0D7DE"/>
          <w:bottom w:val="single" w:sz="4" w:space="0" w:color="D0D7DE"/>
          <w:insideH w:val="single" w:sz="4" w:space="0" w:color="D0D7DE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160"/>
        <w:gridCol w:w="1560"/>
        <w:gridCol w:w="1560"/>
        <w:gridCol w:w="1560"/>
        <w:gridCol w:w="1560"/>
      </w:tblGrid>
      <w:tr w:rsidR="001A5817"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Default="006F61A6">
            <w:r>
              <w:rPr>
                <w:rFonts w:ascii="Arial" w:hAnsi="Arial"/>
                <w:b/>
                <w:color w:val="FFFFFF"/>
                <w:sz w:val="20"/>
              </w:rPr>
              <w:t>Origem</w:t>
            </w:r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Default="006F61A6">
            <w:r>
              <w:rPr>
                <w:rFonts w:ascii="Arial" w:hAnsi="Arial"/>
                <w:b/>
                <w:color w:val="FFFFFF"/>
                <w:sz w:val="20"/>
              </w:rPr>
              <w:t>Destino</w:t>
            </w:r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Default="006F61A6">
            <w:r>
              <w:rPr>
                <w:rFonts w:ascii="Arial" w:hAnsi="Arial"/>
                <w:b/>
                <w:color w:val="FFFFFF"/>
                <w:sz w:val="20"/>
              </w:rPr>
              <w:t>Data</w:t>
            </w:r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Default="006F61A6">
            <w:r>
              <w:rPr>
                <w:rFonts w:ascii="Arial" w:hAnsi="Arial"/>
                <w:b/>
                <w:color w:val="FFFFFF"/>
                <w:sz w:val="20"/>
              </w:rPr>
              <w:t>Nº Voo</w:t>
            </w:r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Default="006F61A6">
            <w:r>
              <w:rPr>
                <w:rFonts w:ascii="Arial" w:hAnsi="Arial"/>
                <w:b/>
                <w:color w:val="FFFFFF"/>
                <w:sz w:val="20"/>
              </w:rPr>
              <w:t>Decolagem</w:t>
            </w:r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Default="006F61A6">
            <w:r>
              <w:rPr>
                <w:rFonts w:ascii="Arial" w:hAnsi="Arial"/>
                <w:b/>
                <w:color w:val="FFFFFF"/>
                <w:sz w:val="20"/>
              </w:rPr>
              <w:t>Pouso</w:t>
            </w:r>
          </w:p>
        </w:tc>
      </w:tr>
      <w:tr w:rsidR="001A5817">
        <w:tc>
          <w:tcPr>
            <w:tcW w:w="216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Pr="00582BC1" w:rsidRDefault="006F61A6">
            <w:pPr>
              <w:rPr>
                <w:lang w:val="pt-BR"/>
              </w:rPr>
            </w:pPr>
            <w:r w:rsidRPr="00582BC1">
              <w:rPr>
                <w:rFonts w:ascii="Arial" w:hAnsi="Arial"/>
                <w:color w:val="333333"/>
                <w:sz w:val="19"/>
                <w:lang w:val="pt-BR"/>
              </w:rPr>
              <w:t>Rio de Janeiro / São Paulo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Default="006F61A6">
            <w:proofErr w:type="spellStart"/>
            <w:r>
              <w:rPr>
                <w:rFonts w:ascii="Arial" w:hAnsi="Arial"/>
                <w:color w:val="333333"/>
                <w:sz w:val="19"/>
              </w:rPr>
              <w:t>Chapecó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(XAP)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Default="006F61A6">
            <w:r>
              <w:rPr>
                <w:rFonts w:ascii="Arial" w:hAnsi="Arial"/>
                <w:color w:val="333333"/>
                <w:sz w:val="19"/>
              </w:rPr>
              <w:t>25/11/2026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Default="006F61A6">
            <w:r>
              <w:rPr>
                <w:rFonts w:ascii="Arial" w:hAnsi="Arial"/>
                <w:color w:val="333333"/>
                <w:sz w:val="19"/>
              </w:rPr>
              <w:t>LA 3412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Default="006F61A6">
            <w:r>
              <w:rPr>
                <w:rFonts w:ascii="Arial" w:hAnsi="Arial"/>
                <w:color w:val="333333"/>
                <w:sz w:val="19"/>
              </w:rPr>
              <w:t>09:30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Default="006F61A6">
            <w:r>
              <w:rPr>
                <w:rFonts w:ascii="Arial" w:hAnsi="Arial"/>
                <w:color w:val="333333"/>
                <w:sz w:val="19"/>
              </w:rPr>
              <w:t>11:20</w:t>
            </w:r>
          </w:p>
        </w:tc>
      </w:tr>
      <w:tr w:rsidR="001A5817">
        <w:tc>
          <w:tcPr>
            <w:tcW w:w="216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Default="006F61A6">
            <w:r>
              <w:rPr>
                <w:rFonts w:ascii="Arial" w:hAnsi="Arial"/>
                <w:color w:val="333333"/>
                <w:sz w:val="19"/>
              </w:rPr>
              <w:t>Chapecó (XAP)</w:t>
            </w:r>
          </w:p>
        </w:tc>
        <w:tc>
          <w:tcPr>
            <w:tcW w:w="216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Pr="00582BC1" w:rsidRDefault="006F61A6">
            <w:pPr>
              <w:rPr>
                <w:lang w:val="pt-BR"/>
              </w:rPr>
            </w:pPr>
            <w:r w:rsidRPr="00582BC1">
              <w:rPr>
                <w:rFonts w:ascii="Arial" w:hAnsi="Arial"/>
                <w:color w:val="333333"/>
                <w:sz w:val="19"/>
                <w:lang w:val="pt-BR"/>
              </w:rPr>
              <w:t>Rio de Janeiro / São Paulo</w:t>
            </w:r>
          </w:p>
        </w:tc>
        <w:tc>
          <w:tcPr>
            <w:tcW w:w="144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Default="006F61A6">
            <w:r>
              <w:rPr>
                <w:rFonts w:ascii="Arial" w:hAnsi="Arial"/>
                <w:color w:val="333333"/>
                <w:sz w:val="19"/>
              </w:rPr>
              <w:t>01/12/2026</w:t>
            </w:r>
          </w:p>
        </w:tc>
        <w:tc>
          <w:tcPr>
            <w:tcW w:w="1152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Default="006F61A6">
            <w:r>
              <w:rPr>
                <w:rFonts w:ascii="Arial" w:hAnsi="Arial"/>
                <w:color w:val="333333"/>
                <w:sz w:val="19"/>
              </w:rPr>
              <w:t>LA 3415</w:t>
            </w:r>
          </w:p>
        </w:tc>
        <w:tc>
          <w:tcPr>
            <w:tcW w:w="1296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Default="006F61A6">
            <w:r>
              <w:rPr>
                <w:rFonts w:ascii="Arial" w:hAnsi="Arial"/>
                <w:color w:val="333333"/>
                <w:sz w:val="19"/>
              </w:rPr>
              <w:t>15:45</w:t>
            </w:r>
          </w:p>
        </w:tc>
        <w:tc>
          <w:tcPr>
            <w:tcW w:w="1152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Default="006F61A6">
            <w:r>
              <w:rPr>
                <w:rFonts w:ascii="Arial" w:hAnsi="Arial"/>
                <w:color w:val="333333"/>
                <w:sz w:val="19"/>
              </w:rPr>
              <w:t>17:35</w:t>
            </w:r>
          </w:p>
        </w:tc>
      </w:tr>
    </w:tbl>
    <w:p w:rsidR="001A5817" w:rsidRPr="00582BC1" w:rsidRDefault="006F61A6">
      <w:pPr>
        <w:keepNext/>
        <w:spacing w:before="360" w:after="120"/>
        <w:rPr>
          <w:lang w:val="pt-BR"/>
        </w:rPr>
      </w:pPr>
      <w:r>
        <w:rPr>
          <w:rFonts w:ascii="Arial" w:hAnsi="Arial"/>
          <w:b/>
          <w:color w:val="104A89"/>
          <w:sz w:val="32"/>
        </w:rPr>
        <w:t>🏨</w:t>
      </w:r>
      <w:r w:rsidRPr="00582BC1">
        <w:rPr>
          <w:rFonts w:ascii="Arial" w:hAnsi="Arial"/>
          <w:b/>
          <w:color w:val="104A89"/>
          <w:sz w:val="32"/>
          <w:lang w:val="pt-BR"/>
        </w:rPr>
        <w:t xml:space="preserve"> Hotéis previstos (ou similares)</w:t>
      </w:r>
    </w:p>
    <w:tbl>
      <w:tblPr>
        <w:tblW w:w="0" w:type="auto"/>
        <w:tblBorders>
          <w:top w:val="single" w:sz="4" w:space="0" w:color="D0D7DE"/>
          <w:bottom w:val="single" w:sz="4" w:space="0" w:color="D0D7DE"/>
          <w:insideH w:val="single" w:sz="4" w:space="0" w:color="D0D7DE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5760"/>
      </w:tblGrid>
      <w:tr w:rsidR="001A5817">
        <w:tc>
          <w:tcPr>
            <w:tcW w:w="468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Default="006F61A6">
            <w:proofErr w:type="spellStart"/>
            <w:r>
              <w:rPr>
                <w:rFonts w:ascii="Arial" w:hAnsi="Arial"/>
                <w:b/>
                <w:color w:val="FFFFFF"/>
                <w:sz w:val="20"/>
              </w:rPr>
              <w:t>Cidade</w:t>
            </w:r>
            <w:proofErr w:type="spellEnd"/>
          </w:p>
        </w:tc>
        <w:tc>
          <w:tcPr>
            <w:tcW w:w="468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Default="006F61A6">
            <w:r>
              <w:rPr>
                <w:rFonts w:ascii="Arial" w:hAnsi="Arial"/>
                <w:b/>
                <w:color w:val="FFFFFF"/>
                <w:sz w:val="20"/>
              </w:rPr>
              <w:t>Hotel / Resort Previsto</w:t>
            </w:r>
          </w:p>
        </w:tc>
      </w:tr>
      <w:tr w:rsidR="001A5817" w:rsidRPr="00F34A83"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Default="006F61A6">
            <w:r>
              <w:rPr>
                <w:rFonts w:ascii="Arial" w:hAnsi="Arial"/>
                <w:color w:val="333333"/>
                <w:sz w:val="20"/>
              </w:rPr>
              <w:t>Ametista do Sul</w:t>
            </w:r>
          </w:p>
        </w:tc>
        <w:tc>
          <w:tcPr>
            <w:tcW w:w="576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Pr="00582BC1" w:rsidRDefault="006F61A6">
            <w:pPr>
              <w:rPr>
                <w:lang w:val="pt-BR"/>
              </w:rPr>
            </w:pPr>
            <w:r w:rsidRPr="00582BC1">
              <w:rPr>
                <w:rFonts w:ascii="Arial" w:hAnsi="Arial"/>
                <w:color w:val="333333"/>
                <w:sz w:val="20"/>
                <w:lang w:val="pt-BR"/>
              </w:rPr>
              <w:t>Hotel das Pedras / Pousada das Pedras (Turística Superior)</w:t>
            </w:r>
          </w:p>
        </w:tc>
      </w:tr>
      <w:tr w:rsidR="001A5817">
        <w:tc>
          <w:tcPr>
            <w:tcW w:w="360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Default="006F61A6">
            <w:proofErr w:type="spellStart"/>
            <w:r>
              <w:rPr>
                <w:rFonts w:ascii="Arial" w:hAnsi="Arial"/>
                <w:color w:val="333333"/>
                <w:sz w:val="20"/>
              </w:rPr>
              <w:lastRenderedPageBreak/>
              <w:t>Itá</w:t>
            </w:r>
            <w:proofErr w:type="spellEnd"/>
          </w:p>
        </w:tc>
        <w:tc>
          <w:tcPr>
            <w:tcW w:w="576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5817" w:rsidRDefault="006F61A6">
            <w:r>
              <w:rPr>
                <w:rFonts w:ascii="Arial" w:hAnsi="Arial"/>
                <w:color w:val="333333"/>
                <w:sz w:val="20"/>
              </w:rPr>
              <w:t>Itá Thermas Resort &amp; Spa (Categoria Luxo / Resort Premium)</w:t>
            </w:r>
          </w:p>
        </w:tc>
      </w:tr>
    </w:tbl>
    <w:p w:rsidR="001A5817" w:rsidRDefault="006F61A6">
      <w:pPr>
        <w:keepNext/>
        <w:spacing w:before="360" w:after="120"/>
      </w:pPr>
      <w:r>
        <w:rPr>
          <w:rFonts w:ascii="Arial" w:hAnsi="Arial"/>
          <w:b/>
          <w:color w:val="104A89"/>
          <w:sz w:val="32"/>
        </w:rPr>
        <w:t xml:space="preserve">💰 </w:t>
      </w:r>
      <w:proofErr w:type="spellStart"/>
      <w:r>
        <w:rPr>
          <w:rFonts w:ascii="Arial" w:hAnsi="Arial"/>
          <w:b/>
          <w:color w:val="104A89"/>
          <w:sz w:val="32"/>
        </w:rPr>
        <w:t>Investimento</w:t>
      </w:r>
      <w:proofErr w:type="spellEnd"/>
      <w:r>
        <w:rPr>
          <w:rFonts w:ascii="Arial" w:hAnsi="Arial"/>
          <w:b/>
          <w:color w:val="104A89"/>
          <w:sz w:val="32"/>
        </w:rPr>
        <w:t xml:space="preserve"> </w:t>
      </w:r>
      <w:proofErr w:type="spellStart"/>
      <w:r>
        <w:rPr>
          <w:rFonts w:ascii="Arial" w:hAnsi="Arial"/>
          <w:b/>
          <w:color w:val="104A89"/>
          <w:sz w:val="32"/>
        </w:rPr>
        <w:t>por</w:t>
      </w:r>
      <w:proofErr w:type="spellEnd"/>
      <w:r>
        <w:rPr>
          <w:rFonts w:ascii="Arial" w:hAnsi="Arial"/>
          <w:b/>
          <w:color w:val="104A89"/>
          <w:sz w:val="32"/>
        </w:rPr>
        <w:t xml:space="preserve"> </w:t>
      </w:r>
      <w:proofErr w:type="spellStart"/>
      <w:r>
        <w:rPr>
          <w:rFonts w:ascii="Arial" w:hAnsi="Arial"/>
          <w:b/>
          <w:color w:val="104A89"/>
          <w:sz w:val="32"/>
        </w:rPr>
        <w:t>pessoa</w:t>
      </w:r>
      <w:proofErr w:type="spellEnd"/>
    </w:p>
    <w:tbl>
      <w:tblPr>
        <w:tblW w:w="0" w:type="auto"/>
        <w:tblBorders>
          <w:top w:val="single" w:sz="6" w:space="0" w:color="104A89"/>
          <w:bottom w:val="single" w:sz="6" w:space="0" w:color="104A89"/>
          <w:insideH w:val="single" w:sz="6" w:space="0" w:color="104A89"/>
        </w:tblBorders>
        <w:tblLayout w:type="fixed"/>
        <w:tblLook w:val="04A0" w:firstRow="1" w:lastRow="0" w:firstColumn="1" w:lastColumn="0" w:noHBand="0" w:noVBand="1"/>
      </w:tblPr>
      <w:tblGrid>
        <w:gridCol w:w="4032"/>
        <w:gridCol w:w="5328"/>
      </w:tblGrid>
      <w:tr w:rsidR="001A5817">
        <w:tc>
          <w:tcPr>
            <w:tcW w:w="40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1A5817" w:rsidRDefault="006F61A6">
            <w:r>
              <w:rPr>
                <w:rFonts w:ascii="Arial" w:hAnsi="Arial"/>
                <w:b/>
                <w:color w:val="333333"/>
                <w:sz w:val="20"/>
              </w:rPr>
              <w:t>Acomodação Dupla (por pessoa)</w:t>
            </w:r>
          </w:p>
        </w:tc>
        <w:tc>
          <w:tcPr>
            <w:tcW w:w="532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1A5817" w:rsidRDefault="006F61A6">
            <w:r>
              <w:rPr>
                <w:rFonts w:ascii="Arial" w:hAnsi="Arial"/>
                <w:b/>
                <w:color w:val="104A89"/>
                <w:sz w:val="21"/>
              </w:rPr>
              <w:t>R$ 11.786</w:t>
            </w:r>
          </w:p>
        </w:tc>
      </w:tr>
      <w:tr w:rsidR="001A5817">
        <w:tc>
          <w:tcPr>
            <w:tcW w:w="4032" w:type="dxa"/>
            <w:shd w:val="clear" w:color="auto" w:fill="F2F6F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1A5817" w:rsidRDefault="006F61A6">
            <w:r>
              <w:rPr>
                <w:rFonts w:ascii="Arial" w:hAnsi="Arial"/>
                <w:b/>
                <w:color w:val="333333"/>
                <w:sz w:val="20"/>
              </w:rPr>
              <w:t>Acomodação Tripla (por pessoa)</w:t>
            </w:r>
          </w:p>
        </w:tc>
        <w:tc>
          <w:tcPr>
            <w:tcW w:w="5328" w:type="dxa"/>
            <w:shd w:val="clear" w:color="auto" w:fill="F2F6F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1A5817" w:rsidRDefault="006F61A6">
            <w:r>
              <w:rPr>
                <w:rFonts w:ascii="Arial" w:hAnsi="Arial"/>
                <w:b/>
                <w:color w:val="104A89"/>
                <w:sz w:val="21"/>
              </w:rPr>
              <w:t>R$ 10.997</w:t>
            </w:r>
          </w:p>
        </w:tc>
      </w:tr>
      <w:tr w:rsidR="001A5817">
        <w:tc>
          <w:tcPr>
            <w:tcW w:w="40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1A5817" w:rsidRDefault="006F61A6">
            <w:r>
              <w:rPr>
                <w:rFonts w:ascii="Arial" w:hAnsi="Arial"/>
                <w:b/>
                <w:color w:val="333333"/>
                <w:sz w:val="20"/>
              </w:rPr>
              <w:t>Suplemento Individual</w:t>
            </w:r>
          </w:p>
        </w:tc>
        <w:tc>
          <w:tcPr>
            <w:tcW w:w="532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1A5817" w:rsidRDefault="006F61A6">
            <w:r>
              <w:rPr>
                <w:rFonts w:ascii="Arial" w:hAnsi="Arial"/>
                <w:b/>
                <w:color w:val="104A89"/>
                <w:sz w:val="21"/>
              </w:rPr>
              <w:t>10x R$ 367 (Total R$ 3.670)</w:t>
            </w:r>
          </w:p>
        </w:tc>
      </w:tr>
      <w:tr w:rsidR="001A5817">
        <w:tc>
          <w:tcPr>
            <w:tcW w:w="4032" w:type="dxa"/>
            <w:shd w:val="clear" w:color="auto" w:fill="F2F6F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1A5817" w:rsidRDefault="006F61A6">
            <w:r>
              <w:rPr>
                <w:rFonts w:ascii="Arial" w:hAnsi="Arial"/>
                <w:b/>
                <w:color w:val="333333"/>
                <w:sz w:val="20"/>
              </w:rPr>
              <w:t>Taxa de Embarque</w:t>
            </w:r>
          </w:p>
        </w:tc>
        <w:tc>
          <w:tcPr>
            <w:tcW w:w="5328" w:type="dxa"/>
            <w:shd w:val="clear" w:color="auto" w:fill="F2F6F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1A5817" w:rsidRDefault="006F61A6">
            <w:r>
              <w:rPr>
                <w:rFonts w:ascii="Arial" w:hAnsi="Arial"/>
                <w:b/>
                <w:color w:val="104A89"/>
                <w:sz w:val="21"/>
              </w:rPr>
              <w:t>R$ 241</w:t>
            </w:r>
          </w:p>
        </w:tc>
      </w:tr>
      <w:tr w:rsidR="001A5817" w:rsidRPr="00F34A83">
        <w:tc>
          <w:tcPr>
            <w:tcW w:w="40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1A5817" w:rsidRDefault="006F61A6">
            <w:r>
              <w:rPr>
                <w:rFonts w:ascii="Arial" w:hAnsi="Arial"/>
                <w:b/>
                <w:color w:val="333333"/>
                <w:sz w:val="20"/>
              </w:rPr>
              <w:t>Condições de Parcelamento</w:t>
            </w:r>
          </w:p>
        </w:tc>
        <w:tc>
          <w:tcPr>
            <w:tcW w:w="532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1A5817" w:rsidRPr="00582BC1" w:rsidRDefault="006F61A6">
            <w:pPr>
              <w:rPr>
                <w:lang w:val="pt-BR"/>
              </w:rPr>
            </w:pPr>
            <w:r w:rsidRPr="00582BC1">
              <w:rPr>
                <w:rFonts w:ascii="Arial" w:hAnsi="Arial"/>
                <w:b/>
                <w:color w:val="104A89"/>
                <w:sz w:val="21"/>
                <w:lang w:val="pt-BR"/>
              </w:rPr>
              <w:t xml:space="preserve">Entrada de R$ 3.542 </w:t>
            </w:r>
            <w:proofErr w:type="gramStart"/>
            <w:r w:rsidRPr="00582BC1">
              <w:rPr>
                <w:rFonts w:ascii="Arial" w:hAnsi="Arial"/>
                <w:b/>
                <w:color w:val="104A89"/>
                <w:sz w:val="21"/>
                <w:lang w:val="pt-BR"/>
              </w:rPr>
              <w:t>+</w:t>
            </w:r>
            <w:proofErr w:type="gramEnd"/>
            <w:r w:rsidRPr="00582BC1">
              <w:rPr>
                <w:rFonts w:ascii="Arial" w:hAnsi="Arial"/>
                <w:b/>
                <w:color w:val="104A89"/>
                <w:sz w:val="21"/>
                <w:lang w:val="pt-BR"/>
              </w:rPr>
              <w:t xml:space="preserve"> taxas à vista, e o saldo parcelado em até 9x de R$ 916 sem juros nos cartões Visa, Mastercard, </w:t>
            </w:r>
            <w:proofErr w:type="spellStart"/>
            <w:r w:rsidRPr="00582BC1">
              <w:rPr>
                <w:rFonts w:ascii="Arial" w:hAnsi="Arial"/>
                <w:b/>
                <w:color w:val="104A89"/>
                <w:sz w:val="21"/>
                <w:lang w:val="pt-BR"/>
              </w:rPr>
              <w:t>Diners</w:t>
            </w:r>
            <w:proofErr w:type="spellEnd"/>
            <w:r w:rsidRPr="00582BC1">
              <w:rPr>
                <w:rFonts w:ascii="Arial" w:hAnsi="Arial"/>
                <w:b/>
                <w:color w:val="104A89"/>
                <w:sz w:val="21"/>
                <w:lang w:val="pt-BR"/>
              </w:rPr>
              <w:t xml:space="preserve"> e Elo.</w:t>
            </w:r>
          </w:p>
        </w:tc>
      </w:tr>
    </w:tbl>
    <w:p w:rsidR="001A5817" w:rsidRPr="00582BC1" w:rsidRDefault="006F61A6">
      <w:pPr>
        <w:spacing w:before="120" w:after="280"/>
        <w:rPr>
          <w:lang w:val="pt-BR"/>
        </w:rPr>
      </w:pPr>
      <w:r w:rsidRPr="00582BC1">
        <w:rPr>
          <w:rFonts w:ascii="Arial" w:hAnsi="Arial"/>
          <w:i/>
          <w:color w:val="787878"/>
          <w:sz w:val="18"/>
          <w:lang w:val="pt-BR"/>
        </w:rPr>
        <w:t>* Valores expressos em Reais (R$), sujeitos a reajustes operacionais e disponibilidade tarifária até o momento da reserva.</w:t>
      </w:r>
    </w:p>
    <w:p w:rsidR="001A5817" w:rsidRDefault="006F61A6">
      <w:pPr>
        <w:keepNext/>
        <w:spacing w:before="360" w:after="120"/>
      </w:pPr>
      <w:r>
        <w:rPr>
          <w:rFonts w:ascii="Arial" w:hAnsi="Arial"/>
          <w:b/>
          <w:color w:val="104A89"/>
          <w:sz w:val="32"/>
        </w:rPr>
        <w:t xml:space="preserve">📄 </w:t>
      </w:r>
      <w:proofErr w:type="spellStart"/>
      <w:r>
        <w:rPr>
          <w:rFonts w:ascii="Arial" w:hAnsi="Arial"/>
          <w:b/>
          <w:color w:val="104A89"/>
          <w:sz w:val="32"/>
        </w:rPr>
        <w:t>Documentação</w:t>
      </w:r>
      <w:proofErr w:type="spellEnd"/>
      <w:r>
        <w:rPr>
          <w:rFonts w:ascii="Arial" w:hAnsi="Arial"/>
          <w:b/>
          <w:color w:val="104A89"/>
          <w:sz w:val="32"/>
        </w:rPr>
        <w:t xml:space="preserve"> </w:t>
      </w:r>
      <w:proofErr w:type="spellStart"/>
      <w:r>
        <w:rPr>
          <w:rFonts w:ascii="Arial" w:hAnsi="Arial"/>
          <w:b/>
          <w:color w:val="104A89"/>
          <w:sz w:val="32"/>
        </w:rPr>
        <w:t>necessária</w:t>
      </w:r>
      <w:proofErr w:type="spellEnd"/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>Documento de identidade original atualizado (RG ou CNH válida).</w:t>
      </w:r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>Passaporte ou carteira de residente permanente para passageiros estrangeiros.</w:t>
      </w:r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>Contrato de prestação de serviços turísticos devidamente assinado.</w:t>
      </w:r>
    </w:p>
    <w:p w:rsidR="001A5817" w:rsidRDefault="006F61A6">
      <w:pPr>
        <w:keepNext/>
        <w:spacing w:before="360" w:after="120"/>
      </w:pPr>
      <w:r>
        <w:rPr>
          <w:rFonts w:ascii="Arial" w:hAnsi="Arial"/>
          <w:b/>
          <w:color w:val="104A89"/>
          <w:sz w:val="32"/>
        </w:rPr>
        <w:t xml:space="preserve">ℹ️ </w:t>
      </w:r>
      <w:proofErr w:type="spellStart"/>
      <w:r>
        <w:rPr>
          <w:rFonts w:ascii="Arial" w:hAnsi="Arial"/>
          <w:b/>
          <w:color w:val="104A89"/>
          <w:sz w:val="32"/>
        </w:rPr>
        <w:t>Informações</w:t>
      </w:r>
      <w:proofErr w:type="spellEnd"/>
      <w:r>
        <w:rPr>
          <w:rFonts w:ascii="Arial" w:hAnsi="Arial"/>
          <w:b/>
          <w:color w:val="104A89"/>
          <w:sz w:val="32"/>
        </w:rPr>
        <w:t xml:space="preserve"> </w:t>
      </w:r>
      <w:proofErr w:type="spellStart"/>
      <w:r>
        <w:rPr>
          <w:rFonts w:ascii="Arial" w:hAnsi="Arial"/>
          <w:b/>
          <w:color w:val="104A89"/>
          <w:sz w:val="32"/>
        </w:rPr>
        <w:t>importantes</w:t>
      </w:r>
      <w:proofErr w:type="spellEnd"/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>Preços cotados por pessoa em Reais (R$) com base na acomodação escolhida.</w:t>
      </w:r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>Disponibilidade de vagas limitada, sujeita a confirmação e reajustes sem aviso prévio.</w:t>
      </w:r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 xml:space="preserve">Horários de check-in e </w:t>
      </w:r>
      <w:proofErr w:type="spellStart"/>
      <w:r w:rsidRPr="00582BC1">
        <w:rPr>
          <w:rFonts w:ascii="Arial" w:hAnsi="Arial"/>
          <w:color w:val="333333"/>
          <w:sz w:val="21"/>
          <w:lang w:val="pt-BR"/>
        </w:rPr>
        <w:t>check</w:t>
      </w:r>
      <w:proofErr w:type="spellEnd"/>
      <w:r w:rsidRPr="00582BC1">
        <w:rPr>
          <w:rFonts w:ascii="Arial" w:hAnsi="Arial"/>
          <w:color w:val="333333"/>
          <w:sz w:val="21"/>
          <w:lang w:val="pt-BR"/>
        </w:rPr>
        <w:t>-out regulamentados conforme as diretrizes da hotelaria e do resort.</w:t>
      </w:r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>Passeios e atividades ao ar livre podem sofrer alterações cronológicas devido a fatores climáticos.</w:t>
      </w:r>
    </w:p>
    <w:p w:rsidR="001A5817" w:rsidRPr="00582BC1" w:rsidRDefault="006F61A6">
      <w:pPr>
        <w:pStyle w:val="Commarcadores"/>
        <w:spacing w:after="80"/>
        <w:rPr>
          <w:lang w:val="pt-BR"/>
        </w:rPr>
      </w:pPr>
      <w:r w:rsidRPr="00582BC1">
        <w:rPr>
          <w:rFonts w:ascii="Arial" w:hAnsi="Arial"/>
          <w:color w:val="333333"/>
          <w:sz w:val="21"/>
          <w:lang w:val="pt-BR"/>
        </w:rPr>
        <w:t>Bebidas durante as refeições no resort não inclusas, devendo ser pagas diretamente no fechamento da conta.</w:t>
      </w:r>
    </w:p>
    <w:p w:rsidR="001A5817" w:rsidRPr="00582BC1" w:rsidRDefault="006F61A6">
      <w:pPr>
        <w:spacing w:before="400"/>
        <w:jc w:val="center"/>
        <w:rPr>
          <w:lang w:val="pt-BR"/>
        </w:rPr>
      </w:pPr>
      <w:r w:rsidRPr="00582BC1">
        <w:rPr>
          <w:rFonts w:ascii="Arial" w:hAnsi="Arial"/>
          <w:b/>
          <w:i/>
          <w:color w:val="104A89"/>
          <w:lang w:val="pt-BR"/>
        </w:rPr>
        <w:t xml:space="preserve">Ametista &amp; </w:t>
      </w:r>
      <w:proofErr w:type="spellStart"/>
      <w:r w:rsidRPr="00582BC1">
        <w:rPr>
          <w:rFonts w:ascii="Arial" w:hAnsi="Arial"/>
          <w:b/>
          <w:i/>
          <w:color w:val="104A89"/>
          <w:lang w:val="pt-BR"/>
        </w:rPr>
        <w:t>Itá</w:t>
      </w:r>
      <w:proofErr w:type="spellEnd"/>
      <w:r w:rsidRPr="00582BC1">
        <w:rPr>
          <w:rFonts w:ascii="Arial" w:hAnsi="Arial"/>
          <w:b/>
          <w:i/>
          <w:color w:val="104A89"/>
          <w:lang w:val="pt-BR"/>
        </w:rPr>
        <w:t xml:space="preserve"> </w:t>
      </w:r>
      <w:proofErr w:type="spellStart"/>
      <w:r w:rsidRPr="00582BC1">
        <w:rPr>
          <w:rFonts w:ascii="Arial" w:hAnsi="Arial"/>
          <w:b/>
          <w:i/>
          <w:color w:val="104A89"/>
          <w:lang w:val="pt-BR"/>
        </w:rPr>
        <w:t>Signature</w:t>
      </w:r>
      <w:proofErr w:type="spellEnd"/>
      <w:r w:rsidRPr="00582BC1">
        <w:rPr>
          <w:rFonts w:ascii="Arial" w:hAnsi="Arial"/>
          <w:b/>
          <w:i/>
          <w:color w:val="104A89"/>
          <w:lang w:val="pt-BR"/>
        </w:rPr>
        <w:t xml:space="preserve"> — Momentos raros, cenários fascinantes e conforto absoluto.</w:t>
      </w:r>
    </w:p>
    <w:sectPr w:rsidR="001A5817" w:rsidRPr="00582BC1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A5817"/>
    <w:rsid w:val="0029639D"/>
    <w:rsid w:val="00326F90"/>
    <w:rsid w:val="00582BC1"/>
    <w:rsid w:val="006F61A6"/>
    <w:rsid w:val="00AA1D8D"/>
    <w:rsid w:val="00B47730"/>
    <w:rsid w:val="00CB0664"/>
    <w:rsid w:val="00F34A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51EE1E1-55F4-43B5-A155-F25F8BC6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5680C4-460C-4E0C-B1C4-6ADBF86E5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1025</Words>
  <Characters>5535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6547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3</cp:revision>
  <dcterms:created xsi:type="dcterms:W3CDTF">2013-12-23T23:15:00Z</dcterms:created>
  <dcterms:modified xsi:type="dcterms:W3CDTF">2026-05-22T18:22:00Z</dcterms:modified>
  <cp:category/>
</cp:coreProperties>
</file>