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3A09" w:rsidRPr="007778EF" w:rsidRDefault="0061604C" w:rsidP="00863A09">
      <w:pPr>
        <w:spacing w:before="240" w:after="40"/>
        <w:jc w:val="center"/>
        <w:rPr>
          <w:lang w:val="pt-BR"/>
        </w:rPr>
      </w:pPr>
      <w:r w:rsidRPr="007778EF">
        <w:rPr>
          <w:rFonts w:ascii="Arial" w:hAnsi="Arial"/>
          <w:b/>
          <w:color w:val="104A89"/>
          <w:sz w:val="40"/>
          <w:lang w:val="pt-BR"/>
        </w:rPr>
        <w:t>60</w:t>
      </w:r>
      <w:r>
        <w:rPr>
          <w:rFonts w:ascii="Arial" w:hAnsi="Arial"/>
          <w:b/>
          <w:color w:val="1F4E79"/>
          <w:sz w:val="36"/>
          <w:lang w:val="pt-BR"/>
        </w:rPr>
        <w:t xml:space="preserve">+ | </w:t>
      </w:r>
      <w:r w:rsidR="00863A09" w:rsidRPr="007778EF">
        <w:rPr>
          <w:rFonts w:ascii="Arial" w:hAnsi="Arial"/>
          <w:b/>
          <w:color w:val="104A89"/>
          <w:sz w:val="40"/>
          <w:lang w:val="pt-BR"/>
        </w:rPr>
        <w:t>AS MARAVILHAS DA TAILÂNDIA COM ROMA</w:t>
      </w:r>
    </w:p>
    <w:p w:rsidR="00863A09" w:rsidRPr="0061604C" w:rsidRDefault="00863A09" w:rsidP="00863A09">
      <w:pPr>
        <w:spacing w:after="360"/>
        <w:jc w:val="center"/>
        <w:rPr>
          <w:lang w:val="pt-BR"/>
        </w:rPr>
      </w:pPr>
      <w:r w:rsidRPr="0061604C">
        <w:rPr>
          <w:rFonts w:ascii="Arial" w:hAnsi="Arial"/>
          <w:i/>
          <w:color w:val="646464"/>
          <w:lang w:val="pt-BR"/>
        </w:rPr>
        <w:t>Uma Viagem Espetacular Conectando Espiritualidade, Cultura e Sofisticação</w:t>
      </w:r>
    </w:p>
    <w:p w:rsidR="008E764C" w:rsidRDefault="00863A09" w:rsidP="00863A09">
      <w:pPr>
        <w:spacing w:before="240" w:after="40"/>
        <w:jc w:val="center"/>
      </w:pPr>
      <w:r>
        <w:rPr>
          <w:rFonts w:ascii="Arial" w:hAnsi="Arial"/>
          <w:b/>
          <w:noProof/>
          <w:color w:val="104A89"/>
          <w:sz w:val="40"/>
          <w:lang w:val="pt-BR" w:eastAsia="pt-BR"/>
        </w:rPr>
        <w:drawing>
          <wp:inline distT="0" distB="0" distL="0" distR="0">
            <wp:extent cx="5943600" cy="4895850"/>
            <wp:effectExtent l="0" t="0" r="0" b="0"/>
            <wp:docPr id="1" name="Imagem 1" descr="C:\Users\PC\Downloads\image (1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ownloads\image (11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89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64C" w:rsidRPr="00863A09" w:rsidRDefault="00863A09" w:rsidP="00863A09">
      <w:pPr>
        <w:rPr>
          <w:lang w:val="pt-BR"/>
        </w:rPr>
      </w:pPr>
      <w:r w:rsidRPr="00863A09">
        <w:rPr>
          <w:rFonts w:ascii="Arial" w:hAnsi="Arial"/>
          <w:b/>
          <w:color w:val="969696"/>
          <w:sz w:val="20"/>
          <w:lang w:val="pt-BR"/>
        </w:rPr>
        <w:t xml:space="preserve">  - VISTA PANORÂMICA DE ROMA E DO COLISEU </w:t>
      </w:r>
      <w:r>
        <w:rPr>
          <w:rFonts w:ascii="Arial" w:hAnsi="Arial"/>
          <w:b/>
          <w:color w:val="969696"/>
          <w:sz w:val="20"/>
          <w:lang w:val="pt-BR"/>
        </w:rPr>
        <w:t>/ TEMPLOS DOURADOS DA TAILÂNDIA</w:t>
      </w:r>
      <w:r w:rsidRPr="00863A09">
        <w:rPr>
          <w:rFonts w:ascii="Arial" w:hAnsi="Arial"/>
          <w:b/>
          <w:color w:val="969696"/>
          <w:sz w:val="20"/>
          <w:lang w:val="pt-BR"/>
        </w:rPr>
        <w:br/>
      </w:r>
    </w:p>
    <w:tbl>
      <w:tblPr>
        <w:tblW w:w="0" w:type="auto"/>
        <w:tblBorders>
          <w:top w:val="single" w:sz="8" w:space="0" w:color="104A89"/>
          <w:bottom w:val="single" w:sz="8" w:space="0" w:color="104A89"/>
          <w:insideH w:val="single" w:sz="8" w:space="0" w:color="104A89"/>
        </w:tblBorders>
        <w:tblLayout w:type="fixed"/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8E764C">
        <w:tc>
          <w:tcPr>
            <w:tcW w:w="3120" w:type="dxa"/>
            <w:shd w:val="clear" w:color="auto" w:fill="E6EEF8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E764C" w:rsidRDefault="00863A09">
            <w:pPr>
              <w:jc w:val="center"/>
            </w:pPr>
            <w:r>
              <w:rPr>
                <w:rFonts w:ascii="Arial" w:hAnsi="Arial"/>
                <w:b/>
                <w:color w:val="104A89"/>
              </w:rPr>
              <w:t xml:space="preserve">📅 </w:t>
            </w:r>
            <w:proofErr w:type="spellStart"/>
            <w:r>
              <w:rPr>
                <w:rFonts w:ascii="Arial" w:hAnsi="Arial"/>
                <w:b/>
                <w:color w:val="104A89"/>
              </w:rPr>
              <w:t>Saída</w:t>
            </w:r>
            <w:proofErr w:type="spellEnd"/>
            <w:r>
              <w:rPr>
                <w:rFonts w:ascii="Arial" w:hAnsi="Arial"/>
                <w:b/>
                <w:color w:val="104A89"/>
              </w:rPr>
              <w:br/>
              <w:t>05/11/2026</w:t>
            </w:r>
          </w:p>
        </w:tc>
        <w:tc>
          <w:tcPr>
            <w:tcW w:w="3120" w:type="dxa"/>
            <w:shd w:val="clear" w:color="auto" w:fill="E6EEF8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E764C" w:rsidRDefault="00863A09">
            <w:pPr>
              <w:jc w:val="center"/>
            </w:pPr>
            <w:r>
              <w:rPr>
                <w:rFonts w:ascii="Arial" w:hAnsi="Arial"/>
                <w:b/>
                <w:color w:val="104A89"/>
              </w:rPr>
              <w:t>🌙 Noites</w:t>
            </w:r>
            <w:r>
              <w:rPr>
                <w:rFonts w:ascii="Arial" w:hAnsi="Arial"/>
                <w:b/>
                <w:color w:val="104A89"/>
              </w:rPr>
              <w:br/>
              <w:t>15</w:t>
            </w:r>
          </w:p>
        </w:tc>
        <w:tc>
          <w:tcPr>
            <w:tcW w:w="3120" w:type="dxa"/>
            <w:shd w:val="clear" w:color="auto" w:fill="E6EEF8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8E764C" w:rsidRDefault="00863A09">
            <w:pPr>
              <w:jc w:val="center"/>
            </w:pPr>
            <w:r>
              <w:rPr>
                <w:rFonts w:ascii="Arial" w:hAnsi="Arial"/>
                <w:b/>
                <w:color w:val="104A89"/>
              </w:rPr>
              <w:t>🏷️ A partir de</w:t>
            </w:r>
            <w:r>
              <w:rPr>
                <w:rFonts w:ascii="Arial" w:hAnsi="Arial"/>
                <w:b/>
                <w:color w:val="104A89"/>
              </w:rPr>
              <w:br/>
              <w:t>€ 5.489 + taxas</w:t>
            </w:r>
          </w:p>
        </w:tc>
      </w:tr>
    </w:tbl>
    <w:p w:rsidR="008E764C" w:rsidRPr="00863A09" w:rsidRDefault="00863A09">
      <w:pPr>
        <w:spacing w:before="160" w:after="280"/>
        <w:rPr>
          <w:lang w:val="pt-BR"/>
        </w:rPr>
      </w:pPr>
      <w:r>
        <w:rPr>
          <w:rFonts w:ascii="Arial" w:hAnsi="Arial"/>
          <w:i/>
          <w:sz w:val="19"/>
        </w:rPr>
        <w:t>💳</w:t>
      </w:r>
      <w:r w:rsidRPr="00863A09">
        <w:rPr>
          <w:rFonts w:ascii="Arial" w:hAnsi="Arial"/>
          <w:i/>
          <w:sz w:val="19"/>
          <w:lang w:val="pt-BR"/>
        </w:rPr>
        <w:t xml:space="preserve"> Parcelamento facilitado </w:t>
      </w:r>
      <w:proofErr w:type="gramStart"/>
      <w:r w:rsidRPr="00863A09">
        <w:rPr>
          <w:rFonts w:ascii="Arial" w:hAnsi="Arial"/>
          <w:i/>
          <w:sz w:val="19"/>
          <w:lang w:val="pt-BR"/>
        </w:rPr>
        <w:t>sem</w:t>
      </w:r>
      <w:proofErr w:type="gramEnd"/>
      <w:r w:rsidRPr="00863A09">
        <w:rPr>
          <w:rFonts w:ascii="Arial" w:hAnsi="Arial"/>
          <w:i/>
          <w:sz w:val="19"/>
          <w:lang w:val="pt-BR"/>
        </w:rPr>
        <w:t xml:space="preserve"> juros em até 10x | Entrada de € 1.646 + taxas e saldo em 9x.</w:t>
      </w:r>
    </w:p>
    <w:p w:rsidR="008E764C" w:rsidRPr="00863A09" w:rsidRDefault="00863A09">
      <w:pPr>
        <w:keepNext/>
        <w:spacing w:before="360" w:after="120"/>
        <w:rPr>
          <w:lang w:val="pt-BR"/>
        </w:rPr>
      </w:pPr>
      <w:r w:rsidRPr="00863A09">
        <w:rPr>
          <w:rFonts w:ascii="Arial" w:hAnsi="Arial"/>
          <w:b/>
          <w:color w:val="104A89"/>
          <w:sz w:val="32"/>
          <w:lang w:val="pt-BR"/>
        </w:rPr>
        <w:lastRenderedPageBreak/>
        <w:t>✨ Resumo da viagem</w:t>
      </w:r>
    </w:p>
    <w:p w:rsidR="008E764C" w:rsidRPr="00863A09" w:rsidRDefault="00863A09">
      <w:pPr>
        <w:spacing w:after="100"/>
        <w:rPr>
          <w:lang w:val="pt-BR"/>
        </w:rPr>
      </w:pPr>
      <w:r w:rsidRPr="00863A09">
        <w:rPr>
          <w:rFonts w:ascii="Arial" w:hAnsi="Arial"/>
          <w:color w:val="333333"/>
          <w:sz w:val="21"/>
          <w:lang w:val="pt-BR"/>
        </w:rPr>
        <w:t xml:space="preserve">Esta extraordinária expedição internacional de 15 noites une harmoniosamente dois mundos fascinantes: o esplendor e a glória imperial de Roma à riqueza espiritual e natural da Tailândia. Iniciando pela 'Cidade Eterna', os viajantes terão a oportunidade de reviver a grandiosidade histórica do ocidente antes de cruzarem os céus em direção ao sudeste asiático, onde mergulharão nos suntuosos templos budistas de Bangkok, nos misteriosos santuários de </w:t>
      </w:r>
      <w:proofErr w:type="spellStart"/>
      <w:r w:rsidRPr="00863A09">
        <w:rPr>
          <w:rFonts w:ascii="Arial" w:hAnsi="Arial"/>
          <w:color w:val="333333"/>
          <w:sz w:val="21"/>
          <w:lang w:val="pt-BR"/>
        </w:rPr>
        <w:t>Chiang</w:t>
      </w:r>
      <w:proofErr w:type="spellEnd"/>
      <w:r w:rsidRPr="00863A09">
        <w:rPr>
          <w:rFonts w:ascii="Arial" w:hAnsi="Arial"/>
          <w:color w:val="333333"/>
          <w:sz w:val="21"/>
          <w:lang w:val="pt-BR"/>
        </w:rPr>
        <w:t xml:space="preserve"> </w:t>
      </w:r>
      <w:proofErr w:type="spellStart"/>
      <w:r w:rsidRPr="00863A09">
        <w:rPr>
          <w:rFonts w:ascii="Arial" w:hAnsi="Arial"/>
          <w:color w:val="333333"/>
          <w:sz w:val="21"/>
          <w:lang w:val="pt-BR"/>
        </w:rPr>
        <w:t>Rai</w:t>
      </w:r>
      <w:proofErr w:type="spellEnd"/>
      <w:r w:rsidRPr="00863A09">
        <w:rPr>
          <w:rFonts w:ascii="Arial" w:hAnsi="Arial"/>
          <w:color w:val="333333"/>
          <w:sz w:val="21"/>
          <w:lang w:val="pt-BR"/>
        </w:rPr>
        <w:t xml:space="preserve"> e </w:t>
      </w:r>
      <w:proofErr w:type="spellStart"/>
      <w:r w:rsidRPr="00863A09">
        <w:rPr>
          <w:rFonts w:ascii="Arial" w:hAnsi="Arial"/>
          <w:color w:val="333333"/>
          <w:sz w:val="21"/>
          <w:lang w:val="pt-BR"/>
        </w:rPr>
        <w:t>Chiang</w:t>
      </w:r>
      <w:proofErr w:type="spellEnd"/>
      <w:r w:rsidRPr="00863A09">
        <w:rPr>
          <w:rFonts w:ascii="Arial" w:hAnsi="Arial"/>
          <w:color w:val="333333"/>
          <w:sz w:val="21"/>
          <w:lang w:val="pt-BR"/>
        </w:rPr>
        <w:t xml:space="preserve"> Mai ao norte, encerrando com dias paradisíacos de relaxamento nas famosas praias e ilhas de </w:t>
      </w:r>
      <w:proofErr w:type="spellStart"/>
      <w:r w:rsidRPr="00863A09">
        <w:rPr>
          <w:rFonts w:ascii="Arial" w:hAnsi="Arial"/>
          <w:color w:val="333333"/>
          <w:sz w:val="21"/>
          <w:lang w:val="pt-BR"/>
        </w:rPr>
        <w:t>Phuket</w:t>
      </w:r>
      <w:proofErr w:type="spellEnd"/>
      <w:r w:rsidRPr="00863A09">
        <w:rPr>
          <w:rFonts w:ascii="Arial" w:hAnsi="Arial"/>
          <w:color w:val="333333"/>
          <w:sz w:val="21"/>
          <w:lang w:val="pt-BR"/>
        </w:rPr>
        <w:t>.</w:t>
      </w:r>
    </w:p>
    <w:p w:rsidR="008E764C" w:rsidRPr="00863A09" w:rsidRDefault="00863A09">
      <w:pPr>
        <w:keepNext/>
        <w:spacing w:before="360" w:after="120"/>
        <w:rPr>
          <w:lang w:val="pt-BR"/>
        </w:rPr>
      </w:pPr>
      <w:r>
        <w:rPr>
          <w:rFonts w:ascii="Arial" w:hAnsi="Arial"/>
          <w:b/>
          <w:color w:val="104A89"/>
          <w:sz w:val="32"/>
        </w:rPr>
        <w:t>🧭</w:t>
      </w:r>
      <w:r w:rsidRPr="00863A09">
        <w:rPr>
          <w:rFonts w:ascii="Arial" w:hAnsi="Arial"/>
          <w:b/>
          <w:color w:val="104A89"/>
          <w:sz w:val="32"/>
          <w:lang w:val="pt-BR"/>
        </w:rPr>
        <w:t xml:space="preserve"> Roteiro detalhado</w:t>
      </w:r>
    </w:p>
    <w:p w:rsidR="008E764C" w:rsidRPr="00863A09" w:rsidRDefault="00863A09">
      <w:pPr>
        <w:keepNext/>
        <w:spacing w:before="200" w:after="40"/>
        <w:rPr>
          <w:lang w:val="pt-BR"/>
        </w:rPr>
      </w:pPr>
      <w:r>
        <w:rPr>
          <w:rFonts w:ascii="Arial" w:hAnsi="Arial"/>
          <w:b/>
          <w:color w:val="104A89"/>
          <w:sz w:val="23"/>
        </w:rPr>
        <w:t>📌</w:t>
      </w:r>
      <w:r w:rsidRPr="00863A09">
        <w:rPr>
          <w:rFonts w:ascii="Arial" w:hAnsi="Arial"/>
          <w:b/>
          <w:color w:val="104A89"/>
          <w:sz w:val="23"/>
          <w:lang w:val="pt-BR"/>
        </w:rPr>
        <w:t xml:space="preserve"> Dia 1 (05/11) | Rio de Janeiro ou São Paulo / Roma</w:t>
      </w:r>
    </w:p>
    <w:p w:rsidR="008E764C" w:rsidRPr="00863A09" w:rsidRDefault="00863A09">
      <w:pPr>
        <w:spacing w:after="100"/>
        <w:rPr>
          <w:lang w:val="pt-BR"/>
        </w:rPr>
      </w:pPr>
      <w:r w:rsidRPr="00863A09">
        <w:rPr>
          <w:rFonts w:ascii="Arial" w:hAnsi="Arial"/>
          <w:color w:val="333333"/>
          <w:sz w:val="21"/>
          <w:lang w:val="pt-BR"/>
        </w:rPr>
        <w:t>Apresentação no Aeroporto Internacional do Rio de Janeiro (Galeão) ou de São Paulo (Guarulhos) para embarque com destino a Roma, iniciando nossa jornada espetacular.</w:t>
      </w:r>
    </w:p>
    <w:p w:rsidR="008E764C" w:rsidRPr="00863A09" w:rsidRDefault="00863A09">
      <w:pPr>
        <w:keepNext/>
        <w:spacing w:before="200" w:after="40"/>
        <w:rPr>
          <w:lang w:val="pt-BR"/>
        </w:rPr>
      </w:pPr>
      <w:r>
        <w:rPr>
          <w:rFonts w:ascii="Arial" w:hAnsi="Arial"/>
          <w:b/>
          <w:color w:val="104A89"/>
          <w:sz w:val="23"/>
        </w:rPr>
        <w:t>📌</w:t>
      </w:r>
      <w:r w:rsidRPr="00863A09">
        <w:rPr>
          <w:rFonts w:ascii="Arial" w:hAnsi="Arial"/>
          <w:b/>
          <w:color w:val="104A89"/>
          <w:sz w:val="23"/>
          <w:lang w:val="pt-BR"/>
        </w:rPr>
        <w:t xml:space="preserve"> Dia 2 (06/11) | Roma</w:t>
      </w:r>
    </w:p>
    <w:p w:rsidR="008E764C" w:rsidRPr="00863A09" w:rsidRDefault="00863A09">
      <w:pPr>
        <w:spacing w:after="100"/>
        <w:rPr>
          <w:lang w:val="pt-BR"/>
        </w:rPr>
      </w:pPr>
      <w:r w:rsidRPr="00863A09">
        <w:rPr>
          <w:rFonts w:ascii="Arial" w:hAnsi="Arial"/>
          <w:color w:val="333333"/>
          <w:sz w:val="21"/>
          <w:lang w:val="pt-BR"/>
        </w:rPr>
        <w:t xml:space="preserve">Recepção e visita panorâmica de Roma, 'A Cidade Eterna', com 2.700 anos de história. Veremos os principais pontos turísticos com destaque para o Coliseu, Fóruns Romanos, Circo Máximo, Via Ápia e o Vaticano. À noite, sugerimos o passeio opcional 'Roma à Noite', passando pelos principais monumentos iluminados como a Praça </w:t>
      </w:r>
      <w:proofErr w:type="spellStart"/>
      <w:r w:rsidRPr="00863A09">
        <w:rPr>
          <w:rFonts w:ascii="Arial" w:hAnsi="Arial"/>
          <w:color w:val="333333"/>
          <w:sz w:val="21"/>
          <w:lang w:val="pt-BR"/>
        </w:rPr>
        <w:t>Navona</w:t>
      </w:r>
      <w:proofErr w:type="spellEnd"/>
      <w:r w:rsidRPr="00863A09">
        <w:rPr>
          <w:rFonts w:ascii="Arial" w:hAnsi="Arial"/>
          <w:color w:val="333333"/>
          <w:sz w:val="21"/>
          <w:lang w:val="pt-BR"/>
        </w:rPr>
        <w:t xml:space="preserve"> e a Fontana de </w:t>
      </w:r>
      <w:proofErr w:type="spellStart"/>
      <w:r w:rsidRPr="00863A09">
        <w:rPr>
          <w:rFonts w:ascii="Arial" w:hAnsi="Arial"/>
          <w:color w:val="333333"/>
          <w:sz w:val="21"/>
          <w:lang w:val="pt-BR"/>
        </w:rPr>
        <w:t>Trevi</w:t>
      </w:r>
      <w:proofErr w:type="spellEnd"/>
      <w:r w:rsidRPr="00863A09">
        <w:rPr>
          <w:rFonts w:ascii="Arial" w:hAnsi="Arial"/>
          <w:color w:val="333333"/>
          <w:sz w:val="21"/>
          <w:lang w:val="pt-BR"/>
        </w:rPr>
        <w:t>.</w:t>
      </w:r>
    </w:p>
    <w:p w:rsidR="00863A09" w:rsidRDefault="00863A09">
      <w:pPr>
        <w:jc w:val="center"/>
        <w:rPr>
          <w:rFonts w:ascii="Arial" w:hAnsi="Arial"/>
          <w:b/>
          <w:color w:val="969696"/>
          <w:sz w:val="19"/>
          <w:lang w:val="pt-BR"/>
        </w:rPr>
      </w:pPr>
      <w:r w:rsidRPr="00863A09">
        <w:rPr>
          <w:rFonts w:ascii="Arial" w:hAnsi="Arial"/>
          <w:b/>
          <w:color w:val="969696"/>
          <w:sz w:val="19"/>
          <w:lang w:val="pt-BR"/>
        </w:rPr>
        <w:br/>
      </w:r>
      <w:r>
        <w:rPr>
          <w:rFonts w:ascii="Arial" w:hAnsi="Arial"/>
          <w:b/>
          <w:noProof/>
          <w:color w:val="969696"/>
          <w:sz w:val="19"/>
          <w:lang w:val="pt-BR" w:eastAsia="pt-BR"/>
        </w:rPr>
        <w:drawing>
          <wp:inline distT="0" distB="0" distL="0" distR="0">
            <wp:extent cx="5943600" cy="3638550"/>
            <wp:effectExtent l="0" t="0" r="0" b="0"/>
            <wp:docPr id="3" name="Imagem 3" descr="C:\Users\PC\Downloads\image (1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C\Downloads\image (12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3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64C" w:rsidRPr="00863A09" w:rsidRDefault="00863A09">
      <w:pPr>
        <w:keepNext/>
        <w:spacing w:before="200" w:after="40"/>
        <w:rPr>
          <w:lang w:val="pt-BR"/>
        </w:rPr>
      </w:pPr>
      <w:bookmarkStart w:id="0" w:name="_GoBack"/>
      <w:bookmarkEnd w:id="0"/>
      <w:r>
        <w:rPr>
          <w:rFonts w:ascii="Arial" w:hAnsi="Arial"/>
          <w:b/>
          <w:color w:val="104A89"/>
          <w:sz w:val="23"/>
        </w:rPr>
        <w:lastRenderedPageBreak/>
        <w:t>📌</w:t>
      </w:r>
      <w:r w:rsidRPr="00863A09">
        <w:rPr>
          <w:rFonts w:ascii="Arial" w:hAnsi="Arial"/>
          <w:b/>
          <w:color w:val="104A89"/>
          <w:sz w:val="23"/>
          <w:lang w:val="pt-BR"/>
        </w:rPr>
        <w:t xml:space="preserve"> Dia 3 (07/11) | Roma</w:t>
      </w:r>
    </w:p>
    <w:p w:rsidR="008E764C" w:rsidRPr="00863A09" w:rsidRDefault="00863A09">
      <w:pPr>
        <w:spacing w:after="100"/>
        <w:rPr>
          <w:lang w:val="pt-BR"/>
        </w:rPr>
      </w:pPr>
      <w:r w:rsidRPr="00863A09">
        <w:rPr>
          <w:rFonts w:ascii="Arial" w:hAnsi="Arial"/>
          <w:color w:val="333333"/>
          <w:sz w:val="21"/>
          <w:lang w:val="pt-BR"/>
        </w:rPr>
        <w:t>Café da manhã no hotel. Dia inteiramente livre para explorar Roma no seu próprio ritmo, realizar visitas culturais aprofundadas ou aproveitar para compras nas charmosas ruas italianas. Hospedagem.</w:t>
      </w:r>
    </w:p>
    <w:p w:rsidR="008E764C" w:rsidRPr="00863A09" w:rsidRDefault="00863A09">
      <w:pPr>
        <w:keepNext/>
        <w:spacing w:before="200" w:after="40"/>
        <w:rPr>
          <w:lang w:val="pt-BR"/>
        </w:rPr>
      </w:pPr>
      <w:r>
        <w:rPr>
          <w:rFonts w:ascii="Arial" w:hAnsi="Arial"/>
          <w:b/>
          <w:color w:val="104A89"/>
          <w:sz w:val="23"/>
        </w:rPr>
        <w:t>📌</w:t>
      </w:r>
      <w:r w:rsidRPr="00863A09">
        <w:rPr>
          <w:rFonts w:ascii="Arial" w:hAnsi="Arial"/>
          <w:b/>
          <w:color w:val="104A89"/>
          <w:sz w:val="23"/>
          <w:lang w:val="pt-BR"/>
        </w:rPr>
        <w:t xml:space="preserve"> Dia 4 (08/11) | Roma / Bangkok</w:t>
      </w:r>
    </w:p>
    <w:p w:rsidR="008E764C" w:rsidRPr="00863A09" w:rsidRDefault="00863A09">
      <w:pPr>
        <w:spacing w:after="100"/>
        <w:rPr>
          <w:lang w:val="pt-BR"/>
        </w:rPr>
      </w:pPr>
      <w:r w:rsidRPr="00863A09">
        <w:rPr>
          <w:rFonts w:ascii="Arial" w:hAnsi="Arial"/>
          <w:color w:val="333333"/>
          <w:sz w:val="21"/>
          <w:lang w:val="pt-BR"/>
        </w:rPr>
        <w:t>Café da manhã. Em horário adequado, traslado privativo ao aeroporto para embarque em voo de longo curso com destino à fascinante e vibrante cidade de Bangkok, capital da Tailândia.</w:t>
      </w:r>
    </w:p>
    <w:p w:rsidR="008E764C" w:rsidRPr="00863A09" w:rsidRDefault="00863A09">
      <w:pPr>
        <w:keepNext/>
        <w:spacing w:before="200" w:after="40"/>
        <w:rPr>
          <w:lang w:val="pt-BR"/>
        </w:rPr>
      </w:pPr>
      <w:r>
        <w:rPr>
          <w:rFonts w:ascii="Arial" w:hAnsi="Arial"/>
          <w:b/>
          <w:color w:val="104A89"/>
          <w:sz w:val="23"/>
        </w:rPr>
        <w:t>📌</w:t>
      </w:r>
      <w:r w:rsidRPr="00863A09">
        <w:rPr>
          <w:rFonts w:ascii="Arial" w:hAnsi="Arial"/>
          <w:b/>
          <w:color w:val="104A89"/>
          <w:sz w:val="23"/>
          <w:lang w:val="pt-BR"/>
        </w:rPr>
        <w:t xml:space="preserve"> Dia 5 (09/11) | Bangkok</w:t>
      </w:r>
    </w:p>
    <w:p w:rsidR="008E764C" w:rsidRPr="00863A09" w:rsidRDefault="00863A09">
      <w:pPr>
        <w:spacing w:after="100"/>
        <w:rPr>
          <w:lang w:val="pt-BR"/>
        </w:rPr>
      </w:pPr>
      <w:r w:rsidRPr="00863A09">
        <w:rPr>
          <w:rFonts w:ascii="Arial" w:hAnsi="Arial"/>
          <w:color w:val="333333"/>
          <w:sz w:val="21"/>
          <w:lang w:val="pt-BR"/>
        </w:rPr>
        <w:t>Chegada ao aeroporto internacional de Bangkok, recepção calorosa pela nossa equipe local e traslado de luxo até o hotel selecionado. Restante do dia livre para descanso ou primeiros contatos com a atmosfera tailandesa. Hospedagem.</w:t>
      </w:r>
    </w:p>
    <w:p w:rsidR="008E764C" w:rsidRPr="00863A09" w:rsidRDefault="00863A09">
      <w:pPr>
        <w:keepNext/>
        <w:spacing w:before="200" w:after="40"/>
        <w:rPr>
          <w:lang w:val="pt-BR"/>
        </w:rPr>
      </w:pPr>
      <w:r>
        <w:rPr>
          <w:rFonts w:ascii="Arial" w:hAnsi="Arial"/>
          <w:b/>
          <w:color w:val="104A89"/>
          <w:sz w:val="23"/>
        </w:rPr>
        <w:t>📌</w:t>
      </w:r>
      <w:r w:rsidRPr="00863A09">
        <w:rPr>
          <w:rFonts w:ascii="Arial" w:hAnsi="Arial"/>
          <w:b/>
          <w:color w:val="104A89"/>
          <w:sz w:val="23"/>
          <w:lang w:val="pt-BR"/>
        </w:rPr>
        <w:t xml:space="preserve"> Dia 6 (10/11) | Bangkok (Templos Culturais &amp; Palácio Real)</w:t>
      </w:r>
    </w:p>
    <w:p w:rsidR="008E764C" w:rsidRPr="00863A09" w:rsidRDefault="00863A09">
      <w:pPr>
        <w:spacing w:after="100"/>
        <w:rPr>
          <w:lang w:val="pt-BR"/>
        </w:rPr>
      </w:pPr>
      <w:r w:rsidRPr="00863A09">
        <w:rPr>
          <w:rFonts w:ascii="Arial" w:hAnsi="Arial"/>
          <w:color w:val="333333"/>
          <w:sz w:val="21"/>
          <w:lang w:val="pt-BR"/>
        </w:rPr>
        <w:t xml:space="preserve">Café da manhã no hotel. Visita a três templos budistas icônicos. Começaremos pelo Wat </w:t>
      </w:r>
      <w:proofErr w:type="spellStart"/>
      <w:r w:rsidRPr="00863A09">
        <w:rPr>
          <w:rFonts w:ascii="Arial" w:hAnsi="Arial"/>
          <w:color w:val="333333"/>
          <w:sz w:val="21"/>
          <w:lang w:val="pt-BR"/>
        </w:rPr>
        <w:t>Traimit</w:t>
      </w:r>
      <w:proofErr w:type="spellEnd"/>
      <w:r w:rsidRPr="00863A09">
        <w:rPr>
          <w:rFonts w:ascii="Arial" w:hAnsi="Arial"/>
          <w:color w:val="333333"/>
          <w:sz w:val="21"/>
          <w:lang w:val="pt-BR"/>
        </w:rPr>
        <w:t xml:space="preserve">, situado em </w:t>
      </w:r>
      <w:proofErr w:type="spellStart"/>
      <w:r w:rsidRPr="00863A09">
        <w:rPr>
          <w:rFonts w:ascii="Arial" w:hAnsi="Arial"/>
          <w:color w:val="333333"/>
          <w:sz w:val="21"/>
          <w:lang w:val="pt-BR"/>
        </w:rPr>
        <w:t>Chinatown</w:t>
      </w:r>
      <w:proofErr w:type="spellEnd"/>
      <w:r w:rsidRPr="00863A09">
        <w:rPr>
          <w:rFonts w:ascii="Arial" w:hAnsi="Arial"/>
          <w:color w:val="333333"/>
          <w:sz w:val="21"/>
          <w:lang w:val="pt-BR"/>
        </w:rPr>
        <w:t xml:space="preserve">, que abriga o maior Buda de ouro maciço do mundo (5,5 toneladas). Seguiremos para o Wat Pho, o maior templo de Bangkok, famoso pelo majestoso Buda Reclinado. Por fim, exploraremos o espetacular Grande Palácio Real, construído em 1782, antiga sede da corte. Lá dentro visitaremos o Wat </w:t>
      </w:r>
      <w:proofErr w:type="spellStart"/>
      <w:r w:rsidRPr="00863A09">
        <w:rPr>
          <w:rFonts w:ascii="Arial" w:hAnsi="Arial"/>
          <w:color w:val="333333"/>
          <w:sz w:val="21"/>
          <w:lang w:val="pt-BR"/>
        </w:rPr>
        <w:t>Phra</w:t>
      </w:r>
      <w:proofErr w:type="spellEnd"/>
      <w:r w:rsidRPr="00863A09">
        <w:rPr>
          <w:rFonts w:ascii="Arial" w:hAnsi="Arial"/>
          <w:color w:val="333333"/>
          <w:sz w:val="21"/>
          <w:lang w:val="pt-BR"/>
        </w:rPr>
        <w:t xml:space="preserve"> </w:t>
      </w:r>
      <w:proofErr w:type="spellStart"/>
      <w:r w:rsidRPr="00863A09">
        <w:rPr>
          <w:rFonts w:ascii="Arial" w:hAnsi="Arial"/>
          <w:color w:val="333333"/>
          <w:sz w:val="21"/>
          <w:lang w:val="pt-BR"/>
        </w:rPr>
        <w:t>Kaew</w:t>
      </w:r>
      <w:proofErr w:type="spellEnd"/>
      <w:r w:rsidRPr="00863A09">
        <w:rPr>
          <w:rFonts w:ascii="Arial" w:hAnsi="Arial"/>
          <w:color w:val="333333"/>
          <w:sz w:val="21"/>
          <w:lang w:val="pt-BR"/>
        </w:rPr>
        <w:t xml:space="preserve"> (Templo do Buda Esmeralda). Jantar incluído. Nota: É obrigatório o uso de vestimentas adequadas cobrindo ombros e tornozelos. Hospedagem.</w:t>
      </w:r>
    </w:p>
    <w:p w:rsidR="00863A09" w:rsidRDefault="00863A09">
      <w:pPr>
        <w:keepNext/>
        <w:spacing w:before="200" w:after="40"/>
        <w:rPr>
          <w:rFonts w:ascii="Arial" w:hAnsi="Arial"/>
          <w:b/>
          <w:color w:val="104A89"/>
          <w:sz w:val="23"/>
        </w:rPr>
      </w:pPr>
      <w:r>
        <w:rPr>
          <w:rFonts w:ascii="Arial" w:hAnsi="Arial"/>
          <w:b/>
          <w:noProof/>
          <w:color w:val="969696"/>
          <w:sz w:val="19"/>
          <w:lang w:val="pt-BR" w:eastAsia="pt-BR"/>
        </w:rPr>
        <w:lastRenderedPageBreak/>
        <w:drawing>
          <wp:inline distT="0" distB="0" distL="0" distR="0">
            <wp:extent cx="5943600" cy="3790950"/>
            <wp:effectExtent l="0" t="0" r="0" b="0"/>
            <wp:docPr id="4" name="Imagem 4" descr="C:\Users\PC\Downloads\image (1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C\Downloads\image (13)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9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64C" w:rsidRPr="00863A09" w:rsidRDefault="00863A09">
      <w:pPr>
        <w:keepNext/>
        <w:spacing w:before="200" w:after="40"/>
        <w:rPr>
          <w:lang w:val="pt-BR"/>
        </w:rPr>
      </w:pPr>
      <w:r>
        <w:rPr>
          <w:rFonts w:ascii="Arial" w:hAnsi="Arial"/>
          <w:b/>
          <w:color w:val="104A89"/>
          <w:sz w:val="23"/>
        </w:rPr>
        <w:t>📌</w:t>
      </w:r>
      <w:r w:rsidRPr="00863A09">
        <w:rPr>
          <w:rFonts w:ascii="Arial" w:hAnsi="Arial"/>
          <w:b/>
          <w:color w:val="104A89"/>
          <w:sz w:val="23"/>
          <w:lang w:val="pt-BR"/>
        </w:rPr>
        <w:t xml:space="preserve"> Dia 7 (11/11) | Bangkok (Mercado do Trem &amp; Mercado Flutuante)</w:t>
      </w:r>
    </w:p>
    <w:p w:rsidR="008E764C" w:rsidRPr="00863A09" w:rsidRDefault="00863A09">
      <w:pPr>
        <w:spacing w:after="100"/>
        <w:rPr>
          <w:lang w:val="pt-BR"/>
        </w:rPr>
      </w:pPr>
      <w:r w:rsidRPr="00863A09">
        <w:rPr>
          <w:rFonts w:ascii="Arial" w:hAnsi="Arial"/>
          <w:color w:val="333333"/>
          <w:sz w:val="21"/>
          <w:lang w:val="pt-BR"/>
        </w:rPr>
        <w:t xml:space="preserve">Café da manhã no hotel. Saída em direção à cidade de Mae </w:t>
      </w:r>
      <w:proofErr w:type="spellStart"/>
      <w:r w:rsidRPr="00863A09">
        <w:rPr>
          <w:rFonts w:ascii="Arial" w:hAnsi="Arial"/>
          <w:color w:val="333333"/>
          <w:sz w:val="21"/>
          <w:lang w:val="pt-BR"/>
        </w:rPr>
        <w:t>Klong</w:t>
      </w:r>
      <w:proofErr w:type="spellEnd"/>
      <w:r w:rsidRPr="00863A09">
        <w:rPr>
          <w:rFonts w:ascii="Arial" w:hAnsi="Arial"/>
          <w:color w:val="333333"/>
          <w:sz w:val="21"/>
          <w:lang w:val="pt-BR"/>
        </w:rPr>
        <w:t xml:space="preserve">, onde veremos um curioso mercado instalado diretamente sobre os trilhos do trem ativo. Em seguida, iremos ao tradicional mercado flutuante </w:t>
      </w:r>
      <w:proofErr w:type="spellStart"/>
      <w:r w:rsidRPr="00863A09">
        <w:rPr>
          <w:rFonts w:ascii="Arial" w:hAnsi="Arial"/>
          <w:color w:val="333333"/>
          <w:sz w:val="21"/>
          <w:lang w:val="pt-BR"/>
        </w:rPr>
        <w:t>Damnoen</w:t>
      </w:r>
      <w:proofErr w:type="spellEnd"/>
      <w:r w:rsidRPr="00863A09">
        <w:rPr>
          <w:rFonts w:ascii="Arial" w:hAnsi="Arial"/>
          <w:color w:val="333333"/>
          <w:sz w:val="21"/>
          <w:lang w:val="pt-BR"/>
        </w:rPr>
        <w:t xml:space="preserve"> </w:t>
      </w:r>
      <w:proofErr w:type="spellStart"/>
      <w:r w:rsidRPr="00863A09">
        <w:rPr>
          <w:rFonts w:ascii="Arial" w:hAnsi="Arial"/>
          <w:color w:val="333333"/>
          <w:sz w:val="21"/>
          <w:lang w:val="pt-BR"/>
        </w:rPr>
        <w:t>Saduak</w:t>
      </w:r>
      <w:proofErr w:type="spellEnd"/>
      <w:r w:rsidRPr="00863A09">
        <w:rPr>
          <w:rFonts w:ascii="Arial" w:hAnsi="Arial"/>
          <w:color w:val="333333"/>
          <w:sz w:val="21"/>
          <w:lang w:val="pt-BR"/>
        </w:rPr>
        <w:t>, o mais importante do país. Faremos um belíssimo passeio de barco a motor pelos canais, aproveitando o comércio flutuante vibrante e colorido. Retorno a Bangkok e hospedagem.</w:t>
      </w:r>
    </w:p>
    <w:p w:rsidR="008E764C" w:rsidRPr="00863A09" w:rsidRDefault="00863A09">
      <w:pPr>
        <w:keepNext/>
        <w:spacing w:before="200" w:after="40"/>
        <w:rPr>
          <w:lang w:val="pt-BR"/>
        </w:rPr>
      </w:pPr>
      <w:r>
        <w:rPr>
          <w:rFonts w:ascii="Arial" w:hAnsi="Arial"/>
          <w:b/>
          <w:color w:val="104A89"/>
          <w:sz w:val="23"/>
        </w:rPr>
        <w:t>📌</w:t>
      </w:r>
      <w:r w:rsidRPr="00863A09">
        <w:rPr>
          <w:rFonts w:ascii="Arial" w:hAnsi="Arial"/>
          <w:b/>
          <w:color w:val="104A89"/>
          <w:sz w:val="23"/>
          <w:lang w:val="pt-BR"/>
        </w:rPr>
        <w:t xml:space="preserve"> Dia 8 (12/11) | Bangkok – </w:t>
      </w:r>
      <w:proofErr w:type="spellStart"/>
      <w:r w:rsidRPr="00863A09">
        <w:rPr>
          <w:rFonts w:ascii="Arial" w:hAnsi="Arial"/>
          <w:b/>
          <w:color w:val="104A89"/>
          <w:sz w:val="23"/>
          <w:lang w:val="pt-BR"/>
        </w:rPr>
        <w:t>Chiang</w:t>
      </w:r>
      <w:proofErr w:type="spellEnd"/>
      <w:r w:rsidRPr="00863A09">
        <w:rPr>
          <w:rFonts w:ascii="Arial" w:hAnsi="Arial"/>
          <w:b/>
          <w:color w:val="104A89"/>
          <w:sz w:val="23"/>
          <w:lang w:val="pt-BR"/>
        </w:rPr>
        <w:t xml:space="preserve"> </w:t>
      </w:r>
      <w:proofErr w:type="spellStart"/>
      <w:r w:rsidRPr="00863A09">
        <w:rPr>
          <w:rFonts w:ascii="Arial" w:hAnsi="Arial"/>
          <w:b/>
          <w:color w:val="104A89"/>
          <w:sz w:val="23"/>
          <w:lang w:val="pt-BR"/>
        </w:rPr>
        <w:t>Rai</w:t>
      </w:r>
      <w:proofErr w:type="spellEnd"/>
      <w:r w:rsidRPr="00863A09">
        <w:rPr>
          <w:rFonts w:ascii="Arial" w:hAnsi="Arial"/>
          <w:b/>
          <w:color w:val="104A89"/>
          <w:sz w:val="23"/>
          <w:lang w:val="pt-BR"/>
        </w:rPr>
        <w:t xml:space="preserve"> – </w:t>
      </w:r>
      <w:proofErr w:type="spellStart"/>
      <w:r w:rsidRPr="00863A09">
        <w:rPr>
          <w:rFonts w:ascii="Arial" w:hAnsi="Arial"/>
          <w:b/>
          <w:color w:val="104A89"/>
          <w:sz w:val="23"/>
          <w:lang w:val="pt-BR"/>
        </w:rPr>
        <w:t>Chiang</w:t>
      </w:r>
      <w:proofErr w:type="spellEnd"/>
      <w:r w:rsidRPr="00863A09">
        <w:rPr>
          <w:rFonts w:ascii="Arial" w:hAnsi="Arial"/>
          <w:b/>
          <w:color w:val="104A89"/>
          <w:sz w:val="23"/>
          <w:lang w:val="pt-BR"/>
        </w:rPr>
        <w:t xml:space="preserve"> Mai</w:t>
      </w:r>
    </w:p>
    <w:p w:rsidR="008E764C" w:rsidRPr="00863A09" w:rsidRDefault="00863A09">
      <w:pPr>
        <w:spacing w:after="100"/>
        <w:rPr>
          <w:lang w:val="pt-BR"/>
        </w:rPr>
      </w:pPr>
      <w:r w:rsidRPr="00863A09">
        <w:rPr>
          <w:rFonts w:ascii="Arial" w:hAnsi="Arial"/>
          <w:color w:val="333333"/>
          <w:sz w:val="21"/>
          <w:lang w:val="pt-BR"/>
        </w:rPr>
        <w:t xml:space="preserve">Café da manhã e embarque em voo interno com destino a </w:t>
      </w:r>
      <w:proofErr w:type="spellStart"/>
      <w:r w:rsidRPr="00863A09">
        <w:rPr>
          <w:rFonts w:ascii="Arial" w:hAnsi="Arial"/>
          <w:color w:val="333333"/>
          <w:sz w:val="21"/>
          <w:lang w:val="pt-BR"/>
        </w:rPr>
        <w:t>Chiang</w:t>
      </w:r>
      <w:proofErr w:type="spellEnd"/>
      <w:r w:rsidRPr="00863A09">
        <w:rPr>
          <w:rFonts w:ascii="Arial" w:hAnsi="Arial"/>
          <w:color w:val="333333"/>
          <w:sz w:val="21"/>
          <w:lang w:val="pt-BR"/>
        </w:rPr>
        <w:t xml:space="preserve"> </w:t>
      </w:r>
      <w:proofErr w:type="spellStart"/>
      <w:r w:rsidRPr="00863A09">
        <w:rPr>
          <w:rFonts w:ascii="Arial" w:hAnsi="Arial"/>
          <w:color w:val="333333"/>
          <w:sz w:val="21"/>
          <w:lang w:val="pt-BR"/>
        </w:rPr>
        <w:t>Rai</w:t>
      </w:r>
      <w:proofErr w:type="spellEnd"/>
      <w:r w:rsidRPr="00863A09">
        <w:rPr>
          <w:rFonts w:ascii="Arial" w:hAnsi="Arial"/>
          <w:color w:val="333333"/>
          <w:sz w:val="21"/>
          <w:lang w:val="pt-BR"/>
        </w:rPr>
        <w:t xml:space="preserve">. Na chegada, visitaremos o impressionante Templo Wat </w:t>
      </w:r>
      <w:proofErr w:type="spellStart"/>
      <w:r w:rsidRPr="00863A09">
        <w:rPr>
          <w:rFonts w:ascii="Arial" w:hAnsi="Arial"/>
          <w:color w:val="333333"/>
          <w:sz w:val="21"/>
          <w:lang w:val="pt-BR"/>
        </w:rPr>
        <w:t>Rong</w:t>
      </w:r>
      <w:proofErr w:type="spellEnd"/>
      <w:r w:rsidRPr="00863A09">
        <w:rPr>
          <w:rFonts w:ascii="Arial" w:hAnsi="Arial"/>
          <w:color w:val="333333"/>
          <w:sz w:val="21"/>
          <w:lang w:val="pt-BR"/>
        </w:rPr>
        <w:t xml:space="preserve"> </w:t>
      </w:r>
      <w:proofErr w:type="spellStart"/>
      <w:r w:rsidRPr="00863A09">
        <w:rPr>
          <w:rFonts w:ascii="Arial" w:hAnsi="Arial"/>
          <w:color w:val="333333"/>
          <w:sz w:val="21"/>
          <w:lang w:val="pt-BR"/>
        </w:rPr>
        <w:t>Suea</w:t>
      </w:r>
      <w:proofErr w:type="spellEnd"/>
      <w:r w:rsidRPr="00863A09">
        <w:rPr>
          <w:rFonts w:ascii="Arial" w:hAnsi="Arial"/>
          <w:color w:val="333333"/>
          <w:sz w:val="21"/>
          <w:lang w:val="pt-BR"/>
        </w:rPr>
        <w:t xml:space="preserve"> </w:t>
      </w:r>
      <w:proofErr w:type="spellStart"/>
      <w:r w:rsidRPr="00863A09">
        <w:rPr>
          <w:rFonts w:ascii="Arial" w:hAnsi="Arial"/>
          <w:color w:val="333333"/>
          <w:sz w:val="21"/>
          <w:lang w:val="pt-BR"/>
        </w:rPr>
        <w:t>Ten</w:t>
      </w:r>
      <w:proofErr w:type="spellEnd"/>
      <w:r w:rsidRPr="00863A09">
        <w:rPr>
          <w:rFonts w:ascii="Arial" w:hAnsi="Arial"/>
          <w:color w:val="333333"/>
          <w:sz w:val="21"/>
          <w:lang w:val="pt-BR"/>
        </w:rPr>
        <w:t xml:space="preserve"> (Templo Azul), famoso pela sua arquitetura única e tons vibrantes. Em seguida, partiremos em direção a </w:t>
      </w:r>
      <w:proofErr w:type="spellStart"/>
      <w:r w:rsidRPr="00863A09">
        <w:rPr>
          <w:rFonts w:ascii="Arial" w:hAnsi="Arial"/>
          <w:color w:val="333333"/>
          <w:sz w:val="21"/>
          <w:lang w:val="pt-BR"/>
        </w:rPr>
        <w:t>Chiang</w:t>
      </w:r>
      <w:proofErr w:type="spellEnd"/>
      <w:r w:rsidRPr="00863A09">
        <w:rPr>
          <w:rFonts w:ascii="Arial" w:hAnsi="Arial"/>
          <w:color w:val="333333"/>
          <w:sz w:val="21"/>
          <w:lang w:val="pt-BR"/>
        </w:rPr>
        <w:t xml:space="preserve"> Mai, parando no icônico Templo Branco (Wat </w:t>
      </w:r>
      <w:proofErr w:type="spellStart"/>
      <w:r w:rsidRPr="00863A09">
        <w:rPr>
          <w:rFonts w:ascii="Arial" w:hAnsi="Arial"/>
          <w:color w:val="333333"/>
          <w:sz w:val="21"/>
          <w:lang w:val="pt-BR"/>
        </w:rPr>
        <w:t>Rong</w:t>
      </w:r>
      <w:proofErr w:type="spellEnd"/>
      <w:r w:rsidRPr="00863A09">
        <w:rPr>
          <w:rFonts w:ascii="Arial" w:hAnsi="Arial"/>
          <w:color w:val="333333"/>
          <w:sz w:val="21"/>
          <w:lang w:val="pt-BR"/>
        </w:rPr>
        <w:t xml:space="preserve"> </w:t>
      </w:r>
      <w:proofErr w:type="spellStart"/>
      <w:r w:rsidRPr="00863A09">
        <w:rPr>
          <w:rFonts w:ascii="Arial" w:hAnsi="Arial"/>
          <w:color w:val="333333"/>
          <w:sz w:val="21"/>
          <w:lang w:val="pt-BR"/>
        </w:rPr>
        <w:t>Khun</w:t>
      </w:r>
      <w:proofErr w:type="spellEnd"/>
      <w:r w:rsidRPr="00863A09">
        <w:rPr>
          <w:rFonts w:ascii="Arial" w:hAnsi="Arial"/>
          <w:color w:val="333333"/>
          <w:sz w:val="21"/>
          <w:lang w:val="pt-BR"/>
        </w:rPr>
        <w:t xml:space="preserve">), uma obra de arte que representa a pureza budista. Almoço em restaurante local incluído. Hospedagem em </w:t>
      </w:r>
      <w:proofErr w:type="spellStart"/>
      <w:r w:rsidRPr="00863A09">
        <w:rPr>
          <w:rFonts w:ascii="Arial" w:hAnsi="Arial"/>
          <w:color w:val="333333"/>
          <w:sz w:val="21"/>
          <w:lang w:val="pt-BR"/>
        </w:rPr>
        <w:t>Chiang</w:t>
      </w:r>
      <w:proofErr w:type="spellEnd"/>
      <w:r w:rsidRPr="00863A09">
        <w:rPr>
          <w:rFonts w:ascii="Arial" w:hAnsi="Arial"/>
          <w:color w:val="333333"/>
          <w:sz w:val="21"/>
          <w:lang w:val="pt-BR"/>
        </w:rPr>
        <w:t xml:space="preserve"> </w:t>
      </w:r>
      <w:proofErr w:type="gramStart"/>
      <w:r w:rsidRPr="00863A09">
        <w:rPr>
          <w:rFonts w:ascii="Arial" w:hAnsi="Arial"/>
          <w:color w:val="333333"/>
          <w:sz w:val="21"/>
          <w:lang w:val="pt-BR"/>
        </w:rPr>
        <w:t>Mai.</w:t>
      </w:r>
      <w:proofErr w:type="gramEnd"/>
    </w:p>
    <w:p w:rsidR="008E764C" w:rsidRPr="00863A09" w:rsidRDefault="00863A09">
      <w:pPr>
        <w:keepNext/>
        <w:spacing w:before="200" w:after="40"/>
        <w:rPr>
          <w:lang w:val="pt-BR"/>
        </w:rPr>
      </w:pPr>
      <w:r>
        <w:rPr>
          <w:rFonts w:ascii="Arial" w:hAnsi="Arial"/>
          <w:b/>
          <w:noProof/>
          <w:color w:val="969696"/>
          <w:sz w:val="19"/>
          <w:lang w:val="pt-BR" w:eastAsia="pt-BR"/>
        </w:rPr>
        <w:lastRenderedPageBreak/>
        <w:drawing>
          <wp:inline distT="0" distB="0" distL="0" distR="0">
            <wp:extent cx="5943600" cy="4067175"/>
            <wp:effectExtent l="0" t="0" r="0" b="9525"/>
            <wp:docPr id="5" name="Imagem 5" descr="C:\Users\PC\Downloads\image (1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C\Downloads\image (14)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6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/>
          <w:b/>
          <w:color w:val="104A89"/>
          <w:sz w:val="23"/>
        </w:rPr>
        <w:t>📌</w:t>
      </w:r>
      <w:r w:rsidRPr="00863A09">
        <w:rPr>
          <w:rFonts w:ascii="Arial" w:hAnsi="Arial"/>
          <w:b/>
          <w:color w:val="104A89"/>
          <w:sz w:val="23"/>
          <w:lang w:val="pt-BR"/>
        </w:rPr>
        <w:t xml:space="preserve"> Dia 9 (13/11) | </w:t>
      </w:r>
      <w:proofErr w:type="spellStart"/>
      <w:r w:rsidRPr="00863A09">
        <w:rPr>
          <w:rFonts w:ascii="Arial" w:hAnsi="Arial"/>
          <w:b/>
          <w:color w:val="104A89"/>
          <w:sz w:val="23"/>
          <w:lang w:val="pt-BR"/>
        </w:rPr>
        <w:t>Chiang</w:t>
      </w:r>
      <w:proofErr w:type="spellEnd"/>
      <w:r w:rsidRPr="00863A09">
        <w:rPr>
          <w:rFonts w:ascii="Arial" w:hAnsi="Arial"/>
          <w:b/>
          <w:color w:val="104A89"/>
          <w:sz w:val="23"/>
          <w:lang w:val="pt-BR"/>
        </w:rPr>
        <w:t xml:space="preserve"> Mai (Santuário de Elefantes Baan Chang)</w:t>
      </w:r>
    </w:p>
    <w:p w:rsidR="008E764C" w:rsidRPr="00863A09" w:rsidRDefault="00863A09">
      <w:pPr>
        <w:spacing w:after="100"/>
        <w:rPr>
          <w:lang w:val="pt-BR"/>
        </w:rPr>
      </w:pPr>
      <w:r w:rsidRPr="00863A09">
        <w:rPr>
          <w:rFonts w:ascii="Arial" w:hAnsi="Arial"/>
          <w:color w:val="333333"/>
          <w:sz w:val="21"/>
          <w:lang w:val="pt-BR"/>
        </w:rPr>
        <w:t xml:space="preserve">Café da manhã no hotel. Saída rumo ao norte atravessando lindas paisagens agrícolas e florestas até o Baan Chang </w:t>
      </w:r>
      <w:proofErr w:type="spellStart"/>
      <w:r w:rsidRPr="00863A09">
        <w:rPr>
          <w:rFonts w:ascii="Arial" w:hAnsi="Arial"/>
          <w:color w:val="333333"/>
          <w:sz w:val="21"/>
          <w:lang w:val="pt-BR"/>
        </w:rPr>
        <w:t>Elephant</w:t>
      </w:r>
      <w:proofErr w:type="spellEnd"/>
      <w:r w:rsidRPr="00863A09">
        <w:rPr>
          <w:rFonts w:ascii="Arial" w:hAnsi="Arial"/>
          <w:color w:val="333333"/>
          <w:sz w:val="21"/>
          <w:lang w:val="pt-BR"/>
        </w:rPr>
        <w:t xml:space="preserve"> Park, um santuário focado no bem-estar dos elefantes. Vestiremos trajes tradicionais, alimentaremos os animais com frutas frescas e os observaremos em seu habitat natural. Almoço em restaurante local e retorno a </w:t>
      </w:r>
      <w:proofErr w:type="spellStart"/>
      <w:r w:rsidRPr="00863A09">
        <w:rPr>
          <w:rFonts w:ascii="Arial" w:hAnsi="Arial"/>
          <w:color w:val="333333"/>
          <w:sz w:val="21"/>
          <w:lang w:val="pt-BR"/>
        </w:rPr>
        <w:t>Chiang</w:t>
      </w:r>
      <w:proofErr w:type="spellEnd"/>
      <w:r w:rsidRPr="00863A09">
        <w:rPr>
          <w:rFonts w:ascii="Arial" w:hAnsi="Arial"/>
          <w:color w:val="333333"/>
          <w:sz w:val="21"/>
          <w:lang w:val="pt-BR"/>
        </w:rPr>
        <w:t xml:space="preserve"> </w:t>
      </w:r>
      <w:proofErr w:type="gramStart"/>
      <w:r w:rsidRPr="00863A09">
        <w:rPr>
          <w:rFonts w:ascii="Arial" w:hAnsi="Arial"/>
          <w:color w:val="333333"/>
          <w:sz w:val="21"/>
          <w:lang w:val="pt-BR"/>
        </w:rPr>
        <w:t>Mai.</w:t>
      </w:r>
      <w:proofErr w:type="gramEnd"/>
      <w:r w:rsidRPr="00863A09">
        <w:rPr>
          <w:rFonts w:ascii="Arial" w:hAnsi="Arial"/>
          <w:color w:val="333333"/>
          <w:sz w:val="21"/>
          <w:lang w:val="pt-BR"/>
        </w:rPr>
        <w:t xml:space="preserve"> Hospedagem.</w:t>
      </w:r>
    </w:p>
    <w:p w:rsidR="008E764C" w:rsidRPr="00863A09" w:rsidRDefault="00863A09">
      <w:pPr>
        <w:keepNext/>
        <w:spacing w:before="200" w:after="40"/>
        <w:rPr>
          <w:lang w:val="pt-BR"/>
        </w:rPr>
      </w:pPr>
      <w:r>
        <w:rPr>
          <w:rFonts w:ascii="Arial" w:hAnsi="Arial"/>
          <w:b/>
          <w:color w:val="104A89"/>
          <w:sz w:val="23"/>
        </w:rPr>
        <w:t>📌</w:t>
      </w:r>
      <w:r w:rsidRPr="00863A09">
        <w:rPr>
          <w:rFonts w:ascii="Arial" w:hAnsi="Arial"/>
          <w:b/>
          <w:color w:val="104A89"/>
          <w:sz w:val="23"/>
          <w:lang w:val="pt-BR"/>
        </w:rPr>
        <w:t xml:space="preserve"> Dia 10 (14/11) | </w:t>
      </w:r>
      <w:proofErr w:type="spellStart"/>
      <w:r w:rsidRPr="00863A09">
        <w:rPr>
          <w:rFonts w:ascii="Arial" w:hAnsi="Arial"/>
          <w:b/>
          <w:color w:val="104A89"/>
          <w:sz w:val="23"/>
          <w:lang w:val="pt-BR"/>
        </w:rPr>
        <w:t>Chiang</w:t>
      </w:r>
      <w:proofErr w:type="spellEnd"/>
      <w:r w:rsidRPr="00863A09">
        <w:rPr>
          <w:rFonts w:ascii="Arial" w:hAnsi="Arial"/>
          <w:b/>
          <w:color w:val="104A89"/>
          <w:sz w:val="23"/>
          <w:lang w:val="pt-BR"/>
        </w:rPr>
        <w:t xml:space="preserve"> Mai (Templos Históricos &amp; </w:t>
      </w:r>
      <w:proofErr w:type="spellStart"/>
      <w:r w:rsidRPr="00863A09">
        <w:rPr>
          <w:rFonts w:ascii="Arial" w:hAnsi="Arial"/>
          <w:b/>
          <w:color w:val="104A89"/>
          <w:sz w:val="23"/>
          <w:lang w:val="pt-BR"/>
        </w:rPr>
        <w:t>Doi</w:t>
      </w:r>
      <w:proofErr w:type="spellEnd"/>
      <w:r w:rsidRPr="00863A09">
        <w:rPr>
          <w:rFonts w:ascii="Arial" w:hAnsi="Arial"/>
          <w:b/>
          <w:color w:val="104A89"/>
          <w:sz w:val="23"/>
          <w:lang w:val="pt-BR"/>
        </w:rPr>
        <w:t xml:space="preserve"> </w:t>
      </w:r>
      <w:proofErr w:type="spellStart"/>
      <w:r w:rsidRPr="00863A09">
        <w:rPr>
          <w:rFonts w:ascii="Arial" w:hAnsi="Arial"/>
          <w:b/>
          <w:color w:val="104A89"/>
          <w:sz w:val="23"/>
          <w:lang w:val="pt-BR"/>
        </w:rPr>
        <w:t>Suthep</w:t>
      </w:r>
      <w:proofErr w:type="spellEnd"/>
      <w:r w:rsidRPr="00863A09">
        <w:rPr>
          <w:rFonts w:ascii="Arial" w:hAnsi="Arial"/>
          <w:b/>
          <w:color w:val="104A89"/>
          <w:sz w:val="23"/>
          <w:lang w:val="pt-BR"/>
        </w:rPr>
        <w:t>)</w:t>
      </w:r>
    </w:p>
    <w:p w:rsidR="008E764C" w:rsidRPr="00863A09" w:rsidRDefault="00863A09">
      <w:pPr>
        <w:spacing w:after="100"/>
        <w:rPr>
          <w:lang w:val="pt-BR"/>
        </w:rPr>
      </w:pPr>
      <w:r w:rsidRPr="00863A09">
        <w:rPr>
          <w:rFonts w:ascii="Arial" w:hAnsi="Arial"/>
          <w:color w:val="333333"/>
          <w:sz w:val="21"/>
          <w:lang w:val="pt-BR"/>
        </w:rPr>
        <w:t xml:space="preserve">Café da manhã. Passeio cultural completo pela cidade histórica de </w:t>
      </w:r>
      <w:proofErr w:type="spellStart"/>
      <w:r w:rsidRPr="00863A09">
        <w:rPr>
          <w:rFonts w:ascii="Arial" w:hAnsi="Arial"/>
          <w:color w:val="333333"/>
          <w:sz w:val="21"/>
          <w:lang w:val="pt-BR"/>
        </w:rPr>
        <w:t>Chiang</w:t>
      </w:r>
      <w:proofErr w:type="spellEnd"/>
      <w:r w:rsidRPr="00863A09">
        <w:rPr>
          <w:rFonts w:ascii="Arial" w:hAnsi="Arial"/>
          <w:color w:val="333333"/>
          <w:sz w:val="21"/>
          <w:lang w:val="pt-BR"/>
        </w:rPr>
        <w:t xml:space="preserve"> </w:t>
      </w:r>
      <w:proofErr w:type="gramStart"/>
      <w:r w:rsidRPr="00863A09">
        <w:rPr>
          <w:rFonts w:ascii="Arial" w:hAnsi="Arial"/>
          <w:color w:val="333333"/>
          <w:sz w:val="21"/>
          <w:lang w:val="pt-BR"/>
        </w:rPr>
        <w:t>Mai.</w:t>
      </w:r>
      <w:proofErr w:type="gramEnd"/>
      <w:r w:rsidRPr="00863A09">
        <w:rPr>
          <w:rFonts w:ascii="Arial" w:hAnsi="Arial"/>
          <w:color w:val="333333"/>
          <w:sz w:val="21"/>
          <w:lang w:val="pt-BR"/>
        </w:rPr>
        <w:t xml:space="preserve"> Visita ao Wat </w:t>
      </w:r>
      <w:proofErr w:type="spellStart"/>
      <w:r w:rsidRPr="00863A09">
        <w:rPr>
          <w:rFonts w:ascii="Arial" w:hAnsi="Arial"/>
          <w:color w:val="333333"/>
          <w:sz w:val="21"/>
          <w:lang w:val="pt-BR"/>
        </w:rPr>
        <w:t>Chedi</w:t>
      </w:r>
      <w:proofErr w:type="spellEnd"/>
      <w:r w:rsidRPr="00863A09">
        <w:rPr>
          <w:rFonts w:ascii="Arial" w:hAnsi="Arial"/>
          <w:color w:val="333333"/>
          <w:sz w:val="21"/>
          <w:lang w:val="pt-BR"/>
        </w:rPr>
        <w:t xml:space="preserve"> </w:t>
      </w:r>
      <w:proofErr w:type="spellStart"/>
      <w:r w:rsidRPr="00863A09">
        <w:rPr>
          <w:rFonts w:ascii="Arial" w:hAnsi="Arial"/>
          <w:color w:val="333333"/>
          <w:sz w:val="21"/>
          <w:lang w:val="pt-BR"/>
        </w:rPr>
        <w:t>Luang</w:t>
      </w:r>
      <w:proofErr w:type="spellEnd"/>
      <w:r w:rsidRPr="00863A09">
        <w:rPr>
          <w:rFonts w:ascii="Arial" w:hAnsi="Arial"/>
          <w:color w:val="333333"/>
          <w:sz w:val="21"/>
          <w:lang w:val="pt-BR"/>
        </w:rPr>
        <w:t xml:space="preserve">, cujo pagode histórico foi parcialmente danificado em 1545 por um sismo, e ao Wat </w:t>
      </w:r>
      <w:proofErr w:type="spellStart"/>
      <w:r w:rsidRPr="00863A09">
        <w:rPr>
          <w:rFonts w:ascii="Arial" w:hAnsi="Arial"/>
          <w:color w:val="333333"/>
          <w:sz w:val="21"/>
          <w:lang w:val="pt-BR"/>
        </w:rPr>
        <w:t>Phra</w:t>
      </w:r>
      <w:proofErr w:type="spellEnd"/>
      <w:r w:rsidRPr="00863A09">
        <w:rPr>
          <w:rFonts w:ascii="Arial" w:hAnsi="Arial"/>
          <w:color w:val="333333"/>
          <w:sz w:val="21"/>
          <w:lang w:val="pt-BR"/>
        </w:rPr>
        <w:t xml:space="preserve"> Singh com sua rica arte </w:t>
      </w:r>
      <w:proofErr w:type="spellStart"/>
      <w:r w:rsidRPr="00863A09">
        <w:rPr>
          <w:rFonts w:ascii="Arial" w:hAnsi="Arial"/>
          <w:color w:val="333333"/>
          <w:sz w:val="21"/>
          <w:lang w:val="pt-BR"/>
        </w:rPr>
        <w:t>Lai</w:t>
      </w:r>
      <w:proofErr w:type="spellEnd"/>
      <w:r w:rsidRPr="00863A09">
        <w:rPr>
          <w:rFonts w:ascii="Arial" w:hAnsi="Arial"/>
          <w:color w:val="333333"/>
          <w:sz w:val="21"/>
          <w:lang w:val="pt-BR"/>
        </w:rPr>
        <w:t xml:space="preserve"> </w:t>
      </w:r>
      <w:proofErr w:type="spellStart"/>
      <w:r w:rsidRPr="00863A09">
        <w:rPr>
          <w:rFonts w:ascii="Arial" w:hAnsi="Arial"/>
          <w:color w:val="333333"/>
          <w:sz w:val="21"/>
          <w:lang w:val="pt-BR"/>
        </w:rPr>
        <w:t>Kham</w:t>
      </w:r>
      <w:proofErr w:type="spellEnd"/>
      <w:r w:rsidRPr="00863A09">
        <w:rPr>
          <w:rFonts w:ascii="Arial" w:hAnsi="Arial"/>
          <w:color w:val="333333"/>
          <w:sz w:val="21"/>
          <w:lang w:val="pt-BR"/>
        </w:rPr>
        <w:t xml:space="preserve">. Terminaremos o dia no templo montanhoso </w:t>
      </w:r>
      <w:proofErr w:type="spellStart"/>
      <w:r w:rsidRPr="00863A09">
        <w:rPr>
          <w:rFonts w:ascii="Arial" w:hAnsi="Arial"/>
          <w:color w:val="333333"/>
          <w:sz w:val="21"/>
          <w:lang w:val="pt-BR"/>
        </w:rPr>
        <w:t>Doi</w:t>
      </w:r>
      <w:proofErr w:type="spellEnd"/>
      <w:r w:rsidRPr="00863A09">
        <w:rPr>
          <w:rFonts w:ascii="Arial" w:hAnsi="Arial"/>
          <w:color w:val="333333"/>
          <w:sz w:val="21"/>
          <w:lang w:val="pt-BR"/>
        </w:rPr>
        <w:t xml:space="preserve"> </w:t>
      </w:r>
      <w:proofErr w:type="spellStart"/>
      <w:r w:rsidRPr="00863A09">
        <w:rPr>
          <w:rFonts w:ascii="Arial" w:hAnsi="Arial"/>
          <w:color w:val="333333"/>
          <w:sz w:val="21"/>
          <w:lang w:val="pt-BR"/>
        </w:rPr>
        <w:t>Suthep</w:t>
      </w:r>
      <w:proofErr w:type="spellEnd"/>
      <w:r w:rsidRPr="00863A09">
        <w:rPr>
          <w:rFonts w:ascii="Arial" w:hAnsi="Arial"/>
          <w:color w:val="333333"/>
          <w:sz w:val="21"/>
          <w:lang w:val="pt-BR"/>
        </w:rPr>
        <w:t>, localizado a mais de 1.050 metros de altitude, proporcionando uma espetacular vista panorâmica. Hospedagem.</w:t>
      </w:r>
    </w:p>
    <w:p w:rsidR="008E764C" w:rsidRPr="00863A09" w:rsidRDefault="00863A09">
      <w:pPr>
        <w:keepNext/>
        <w:spacing w:before="200" w:after="40"/>
        <w:rPr>
          <w:lang w:val="pt-BR"/>
        </w:rPr>
      </w:pPr>
      <w:r>
        <w:rPr>
          <w:rFonts w:ascii="Arial" w:hAnsi="Arial"/>
          <w:b/>
          <w:color w:val="104A89"/>
          <w:sz w:val="23"/>
        </w:rPr>
        <w:t>📌</w:t>
      </w:r>
      <w:r w:rsidRPr="00863A09">
        <w:rPr>
          <w:rFonts w:ascii="Arial" w:hAnsi="Arial"/>
          <w:b/>
          <w:color w:val="104A89"/>
          <w:sz w:val="23"/>
          <w:lang w:val="pt-BR"/>
        </w:rPr>
        <w:t xml:space="preserve"> Dia 11 (15/11) | </w:t>
      </w:r>
      <w:proofErr w:type="spellStart"/>
      <w:r w:rsidRPr="00863A09">
        <w:rPr>
          <w:rFonts w:ascii="Arial" w:hAnsi="Arial"/>
          <w:b/>
          <w:color w:val="104A89"/>
          <w:sz w:val="23"/>
          <w:lang w:val="pt-BR"/>
        </w:rPr>
        <w:t>Chiang</w:t>
      </w:r>
      <w:proofErr w:type="spellEnd"/>
      <w:r w:rsidRPr="00863A09">
        <w:rPr>
          <w:rFonts w:ascii="Arial" w:hAnsi="Arial"/>
          <w:b/>
          <w:color w:val="104A89"/>
          <w:sz w:val="23"/>
          <w:lang w:val="pt-BR"/>
        </w:rPr>
        <w:t xml:space="preserve"> Mai – </w:t>
      </w:r>
      <w:proofErr w:type="spellStart"/>
      <w:r w:rsidRPr="00863A09">
        <w:rPr>
          <w:rFonts w:ascii="Arial" w:hAnsi="Arial"/>
          <w:b/>
          <w:color w:val="104A89"/>
          <w:sz w:val="23"/>
          <w:lang w:val="pt-BR"/>
        </w:rPr>
        <w:t>Phuket</w:t>
      </w:r>
      <w:proofErr w:type="spellEnd"/>
    </w:p>
    <w:p w:rsidR="008E764C" w:rsidRPr="00863A09" w:rsidRDefault="00863A09">
      <w:pPr>
        <w:spacing w:after="100"/>
        <w:rPr>
          <w:lang w:val="pt-BR"/>
        </w:rPr>
      </w:pPr>
      <w:r w:rsidRPr="00863A09">
        <w:rPr>
          <w:rFonts w:ascii="Arial" w:hAnsi="Arial"/>
          <w:color w:val="333333"/>
          <w:sz w:val="21"/>
          <w:lang w:val="pt-BR"/>
        </w:rPr>
        <w:t xml:space="preserve">Café da manhã. Em horário predeterminado, traslado ao aeroporto para embarque em voo doméstico com destino ao paradisíaco balneário de </w:t>
      </w:r>
      <w:proofErr w:type="spellStart"/>
      <w:r w:rsidRPr="00863A09">
        <w:rPr>
          <w:rFonts w:ascii="Arial" w:hAnsi="Arial"/>
          <w:color w:val="333333"/>
          <w:sz w:val="21"/>
          <w:lang w:val="pt-BR"/>
        </w:rPr>
        <w:t>Phuket</w:t>
      </w:r>
      <w:proofErr w:type="spellEnd"/>
      <w:r w:rsidRPr="00863A09">
        <w:rPr>
          <w:rFonts w:ascii="Arial" w:hAnsi="Arial"/>
          <w:color w:val="333333"/>
          <w:sz w:val="21"/>
          <w:lang w:val="pt-BR"/>
        </w:rPr>
        <w:t xml:space="preserve">, no Mar de </w:t>
      </w:r>
      <w:proofErr w:type="spellStart"/>
      <w:r w:rsidRPr="00863A09">
        <w:rPr>
          <w:rFonts w:ascii="Arial" w:hAnsi="Arial"/>
          <w:color w:val="333333"/>
          <w:sz w:val="21"/>
          <w:lang w:val="pt-BR"/>
        </w:rPr>
        <w:t>Andamão</w:t>
      </w:r>
      <w:proofErr w:type="spellEnd"/>
      <w:r w:rsidRPr="00863A09">
        <w:rPr>
          <w:rFonts w:ascii="Arial" w:hAnsi="Arial"/>
          <w:color w:val="333333"/>
          <w:sz w:val="21"/>
          <w:lang w:val="pt-BR"/>
        </w:rPr>
        <w:t>. Recepção, traslado ao resort e hospedagem.</w:t>
      </w:r>
    </w:p>
    <w:p w:rsidR="008E764C" w:rsidRPr="00863A09" w:rsidRDefault="00863A09">
      <w:pPr>
        <w:keepNext/>
        <w:spacing w:before="200" w:after="40"/>
        <w:rPr>
          <w:lang w:val="pt-BR"/>
        </w:rPr>
      </w:pPr>
      <w:r>
        <w:rPr>
          <w:rFonts w:ascii="Arial" w:hAnsi="Arial"/>
          <w:b/>
          <w:color w:val="104A89"/>
          <w:sz w:val="23"/>
        </w:rPr>
        <w:t>📌</w:t>
      </w:r>
      <w:r w:rsidRPr="00863A09">
        <w:rPr>
          <w:rFonts w:ascii="Arial" w:hAnsi="Arial"/>
          <w:b/>
          <w:color w:val="104A89"/>
          <w:sz w:val="23"/>
          <w:lang w:val="pt-BR"/>
        </w:rPr>
        <w:t xml:space="preserve"> Dia 12 (16/11) | </w:t>
      </w:r>
      <w:proofErr w:type="spellStart"/>
      <w:r w:rsidRPr="00863A09">
        <w:rPr>
          <w:rFonts w:ascii="Arial" w:hAnsi="Arial"/>
          <w:b/>
          <w:color w:val="104A89"/>
          <w:sz w:val="23"/>
          <w:lang w:val="pt-BR"/>
        </w:rPr>
        <w:t>Phuket</w:t>
      </w:r>
      <w:proofErr w:type="spellEnd"/>
      <w:r w:rsidRPr="00863A09">
        <w:rPr>
          <w:rFonts w:ascii="Arial" w:hAnsi="Arial"/>
          <w:b/>
          <w:color w:val="104A89"/>
          <w:sz w:val="23"/>
          <w:lang w:val="pt-BR"/>
        </w:rPr>
        <w:t xml:space="preserve"> – Ilhas </w:t>
      </w:r>
      <w:proofErr w:type="spellStart"/>
      <w:r w:rsidRPr="00863A09">
        <w:rPr>
          <w:rFonts w:ascii="Arial" w:hAnsi="Arial"/>
          <w:b/>
          <w:color w:val="104A89"/>
          <w:sz w:val="23"/>
          <w:lang w:val="pt-BR"/>
        </w:rPr>
        <w:t>Phi</w:t>
      </w:r>
      <w:proofErr w:type="spellEnd"/>
      <w:r w:rsidRPr="00863A09">
        <w:rPr>
          <w:rFonts w:ascii="Arial" w:hAnsi="Arial"/>
          <w:b/>
          <w:color w:val="104A89"/>
          <w:sz w:val="23"/>
          <w:lang w:val="pt-BR"/>
        </w:rPr>
        <w:t xml:space="preserve"> </w:t>
      </w:r>
      <w:proofErr w:type="spellStart"/>
      <w:r w:rsidRPr="00863A09">
        <w:rPr>
          <w:rFonts w:ascii="Arial" w:hAnsi="Arial"/>
          <w:b/>
          <w:color w:val="104A89"/>
          <w:sz w:val="23"/>
          <w:lang w:val="pt-BR"/>
        </w:rPr>
        <w:t>Phi</w:t>
      </w:r>
      <w:proofErr w:type="spellEnd"/>
      <w:r w:rsidRPr="00863A09">
        <w:rPr>
          <w:rFonts w:ascii="Arial" w:hAnsi="Arial"/>
          <w:b/>
          <w:color w:val="104A89"/>
          <w:sz w:val="23"/>
          <w:lang w:val="pt-BR"/>
        </w:rPr>
        <w:t xml:space="preserve"> – </w:t>
      </w:r>
      <w:proofErr w:type="spellStart"/>
      <w:r w:rsidRPr="00863A09">
        <w:rPr>
          <w:rFonts w:ascii="Arial" w:hAnsi="Arial"/>
          <w:b/>
          <w:color w:val="104A89"/>
          <w:sz w:val="23"/>
          <w:lang w:val="pt-BR"/>
        </w:rPr>
        <w:t>Phuket</w:t>
      </w:r>
      <w:proofErr w:type="spellEnd"/>
    </w:p>
    <w:p w:rsidR="008E764C" w:rsidRPr="00863A09" w:rsidRDefault="00863A09">
      <w:pPr>
        <w:spacing w:after="100"/>
        <w:rPr>
          <w:lang w:val="pt-BR"/>
        </w:rPr>
      </w:pPr>
      <w:r w:rsidRPr="00863A09">
        <w:rPr>
          <w:rFonts w:ascii="Arial" w:hAnsi="Arial"/>
          <w:color w:val="333333"/>
          <w:sz w:val="21"/>
          <w:lang w:val="pt-BR"/>
        </w:rPr>
        <w:t xml:space="preserve">Café da manhã. Saída para a Royal </w:t>
      </w:r>
      <w:proofErr w:type="spellStart"/>
      <w:r w:rsidRPr="00863A09">
        <w:rPr>
          <w:rFonts w:ascii="Arial" w:hAnsi="Arial"/>
          <w:color w:val="333333"/>
          <w:sz w:val="21"/>
          <w:lang w:val="pt-BR"/>
        </w:rPr>
        <w:t>Phuket</w:t>
      </w:r>
      <w:proofErr w:type="spellEnd"/>
      <w:r w:rsidRPr="00863A09">
        <w:rPr>
          <w:rFonts w:ascii="Arial" w:hAnsi="Arial"/>
          <w:color w:val="333333"/>
          <w:sz w:val="21"/>
          <w:lang w:val="pt-BR"/>
        </w:rPr>
        <w:t xml:space="preserve"> Marina e embarque em </w:t>
      </w:r>
      <w:proofErr w:type="spellStart"/>
      <w:r w:rsidRPr="00863A09">
        <w:rPr>
          <w:rFonts w:ascii="Arial" w:hAnsi="Arial"/>
          <w:color w:val="333333"/>
          <w:sz w:val="21"/>
          <w:lang w:val="pt-BR"/>
        </w:rPr>
        <w:t>Speedboat</w:t>
      </w:r>
      <w:proofErr w:type="spellEnd"/>
      <w:r w:rsidRPr="00863A09">
        <w:rPr>
          <w:rFonts w:ascii="Arial" w:hAnsi="Arial"/>
          <w:color w:val="333333"/>
          <w:sz w:val="21"/>
          <w:lang w:val="pt-BR"/>
        </w:rPr>
        <w:t xml:space="preserve"> exclusivo rumo às deslumbrantes Ilhas </w:t>
      </w:r>
      <w:proofErr w:type="spellStart"/>
      <w:r w:rsidRPr="00863A09">
        <w:rPr>
          <w:rFonts w:ascii="Arial" w:hAnsi="Arial"/>
          <w:color w:val="333333"/>
          <w:sz w:val="21"/>
          <w:lang w:val="pt-BR"/>
        </w:rPr>
        <w:t>Phi</w:t>
      </w:r>
      <w:proofErr w:type="spellEnd"/>
      <w:r w:rsidRPr="00863A09">
        <w:rPr>
          <w:rFonts w:ascii="Arial" w:hAnsi="Arial"/>
          <w:color w:val="333333"/>
          <w:sz w:val="21"/>
          <w:lang w:val="pt-BR"/>
        </w:rPr>
        <w:t xml:space="preserve"> </w:t>
      </w:r>
      <w:proofErr w:type="spellStart"/>
      <w:r w:rsidRPr="00863A09">
        <w:rPr>
          <w:rFonts w:ascii="Arial" w:hAnsi="Arial"/>
          <w:color w:val="333333"/>
          <w:sz w:val="21"/>
          <w:lang w:val="pt-BR"/>
        </w:rPr>
        <w:t>Phi</w:t>
      </w:r>
      <w:proofErr w:type="spellEnd"/>
      <w:r w:rsidRPr="00863A09">
        <w:rPr>
          <w:rFonts w:ascii="Arial" w:hAnsi="Arial"/>
          <w:color w:val="333333"/>
          <w:sz w:val="21"/>
          <w:lang w:val="pt-BR"/>
        </w:rPr>
        <w:t xml:space="preserve">. Visitaremos a mundialmente famosa Maya </w:t>
      </w:r>
      <w:proofErr w:type="spellStart"/>
      <w:r w:rsidRPr="00863A09">
        <w:rPr>
          <w:rFonts w:ascii="Arial" w:hAnsi="Arial"/>
          <w:color w:val="333333"/>
          <w:sz w:val="21"/>
          <w:lang w:val="pt-BR"/>
        </w:rPr>
        <w:t>Bay</w:t>
      </w:r>
      <w:proofErr w:type="spellEnd"/>
      <w:r w:rsidRPr="00863A09">
        <w:rPr>
          <w:rFonts w:ascii="Arial" w:hAnsi="Arial"/>
          <w:color w:val="333333"/>
          <w:sz w:val="21"/>
          <w:lang w:val="pt-BR"/>
        </w:rPr>
        <w:t xml:space="preserve">, </w:t>
      </w:r>
      <w:proofErr w:type="spellStart"/>
      <w:r w:rsidRPr="00863A09">
        <w:rPr>
          <w:rFonts w:ascii="Arial" w:hAnsi="Arial"/>
          <w:color w:val="333333"/>
          <w:sz w:val="21"/>
          <w:lang w:val="pt-BR"/>
        </w:rPr>
        <w:t>Loh</w:t>
      </w:r>
      <w:proofErr w:type="spellEnd"/>
      <w:r w:rsidRPr="00863A09">
        <w:rPr>
          <w:rFonts w:ascii="Arial" w:hAnsi="Arial"/>
          <w:color w:val="333333"/>
          <w:sz w:val="21"/>
          <w:lang w:val="pt-BR"/>
        </w:rPr>
        <w:t xml:space="preserve"> </w:t>
      </w:r>
      <w:proofErr w:type="spellStart"/>
      <w:r w:rsidRPr="00863A09">
        <w:rPr>
          <w:rFonts w:ascii="Arial" w:hAnsi="Arial"/>
          <w:color w:val="333333"/>
          <w:sz w:val="21"/>
          <w:lang w:val="pt-BR"/>
        </w:rPr>
        <w:t>Samah</w:t>
      </w:r>
      <w:proofErr w:type="spellEnd"/>
      <w:r w:rsidRPr="00863A09">
        <w:rPr>
          <w:rFonts w:ascii="Arial" w:hAnsi="Arial"/>
          <w:color w:val="333333"/>
          <w:sz w:val="21"/>
          <w:lang w:val="pt-BR"/>
        </w:rPr>
        <w:t xml:space="preserve"> </w:t>
      </w:r>
      <w:proofErr w:type="spellStart"/>
      <w:r w:rsidRPr="00863A09">
        <w:rPr>
          <w:rFonts w:ascii="Arial" w:hAnsi="Arial"/>
          <w:color w:val="333333"/>
          <w:sz w:val="21"/>
          <w:lang w:val="pt-BR"/>
        </w:rPr>
        <w:t>Bay</w:t>
      </w:r>
      <w:proofErr w:type="spellEnd"/>
      <w:r w:rsidRPr="00863A09">
        <w:rPr>
          <w:rFonts w:ascii="Arial" w:hAnsi="Arial"/>
          <w:color w:val="333333"/>
          <w:sz w:val="21"/>
          <w:lang w:val="pt-BR"/>
        </w:rPr>
        <w:t xml:space="preserve">, </w:t>
      </w:r>
      <w:proofErr w:type="spellStart"/>
      <w:r w:rsidRPr="00863A09">
        <w:rPr>
          <w:rFonts w:ascii="Arial" w:hAnsi="Arial"/>
          <w:color w:val="333333"/>
          <w:sz w:val="21"/>
          <w:lang w:val="pt-BR"/>
        </w:rPr>
        <w:t>Pileh</w:t>
      </w:r>
      <w:proofErr w:type="spellEnd"/>
      <w:r w:rsidRPr="00863A09">
        <w:rPr>
          <w:rFonts w:ascii="Arial" w:hAnsi="Arial"/>
          <w:color w:val="333333"/>
          <w:sz w:val="21"/>
          <w:lang w:val="pt-BR"/>
        </w:rPr>
        <w:t xml:space="preserve"> </w:t>
      </w:r>
      <w:proofErr w:type="spellStart"/>
      <w:r w:rsidRPr="00863A09">
        <w:rPr>
          <w:rFonts w:ascii="Arial" w:hAnsi="Arial"/>
          <w:color w:val="333333"/>
          <w:sz w:val="21"/>
          <w:lang w:val="pt-BR"/>
        </w:rPr>
        <w:t>Lagoon</w:t>
      </w:r>
      <w:proofErr w:type="spellEnd"/>
      <w:r w:rsidRPr="00863A09">
        <w:rPr>
          <w:rFonts w:ascii="Arial" w:hAnsi="Arial"/>
          <w:color w:val="333333"/>
          <w:sz w:val="21"/>
          <w:lang w:val="pt-BR"/>
        </w:rPr>
        <w:t xml:space="preserve">, a intrigante Caverna Viking e a Praia dos Macacos. Almoço servido na praia em </w:t>
      </w:r>
      <w:proofErr w:type="spellStart"/>
      <w:r w:rsidRPr="00863A09">
        <w:rPr>
          <w:rFonts w:ascii="Arial" w:hAnsi="Arial"/>
          <w:color w:val="333333"/>
          <w:sz w:val="21"/>
          <w:lang w:val="pt-BR"/>
        </w:rPr>
        <w:t>Phi</w:t>
      </w:r>
      <w:proofErr w:type="spellEnd"/>
      <w:r w:rsidRPr="00863A09">
        <w:rPr>
          <w:rFonts w:ascii="Arial" w:hAnsi="Arial"/>
          <w:color w:val="333333"/>
          <w:sz w:val="21"/>
          <w:lang w:val="pt-BR"/>
        </w:rPr>
        <w:t xml:space="preserve"> </w:t>
      </w:r>
      <w:proofErr w:type="spellStart"/>
      <w:r w:rsidRPr="00863A09">
        <w:rPr>
          <w:rFonts w:ascii="Arial" w:hAnsi="Arial"/>
          <w:color w:val="333333"/>
          <w:sz w:val="21"/>
          <w:lang w:val="pt-BR"/>
        </w:rPr>
        <w:t>Phi</w:t>
      </w:r>
      <w:proofErr w:type="spellEnd"/>
      <w:r w:rsidRPr="00863A09">
        <w:rPr>
          <w:rFonts w:ascii="Arial" w:hAnsi="Arial"/>
          <w:color w:val="333333"/>
          <w:sz w:val="21"/>
          <w:lang w:val="pt-BR"/>
        </w:rPr>
        <w:t xml:space="preserve"> Don e visita à paradisíaca Ilha do Bambu. Retorno a </w:t>
      </w:r>
      <w:proofErr w:type="spellStart"/>
      <w:r w:rsidRPr="00863A09">
        <w:rPr>
          <w:rFonts w:ascii="Arial" w:hAnsi="Arial"/>
          <w:color w:val="333333"/>
          <w:sz w:val="21"/>
          <w:lang w:val="pt-BR"/>
        </w:rPr>
        <w:t>Phuket</w:t>
      </w:r>
      <w:proofErr w:type="spellEnd"/>
      <w:r w:rsidRPr="00863A09">
        <w:rPr>
          <w:rFonts w:ascii="Arial" w:hAnsi="Arial"/>
          <w:color w:val="333333"/>
          <w:sz w:val="21"/>
          <w:lang w:val="pt-BR"/>
        </w:rPr>
        <w:t xml:space="preserve"> ao final da tarde. Nota: Recomendamos </w:t>
      </w:r>
      <w:r w:rsidRPr="00863A09">
        <w:rPr>
          <w:rFonts w:ascii="Arial" w:hAnsi="Arial"/>
          <w:color w:val="333333"/>
          <w:sz w:val="21"/>
          <w:lang w:val="pt-BR"/>
        </w:rPr>
        <w:lastRenderedPageBreak/>
        <w:t>levar traje de banho, protetor solar e toalha. O percurso marítimo depende das condições climáticas. Hospedagem.</w:t>
      </w:r>
    </w:p>
    <w:p w:rsidR="008E764C" w:rsidRPr="00863A09" w:rsidRDefault="00863A09">
      <w:pPr>
        <w:keepNext/>
        <w:spacing w:before="200" w:after="40"/>
        <w:rPr>
          <w:lang w:val="pt-BR"/>
        </w:rPr>
      </w:pPr>
      <w:r>
        <w:rPr>
          <w:rFonts w:ascii="Arial" w:hAnsi="Arial"/>
          <w:b/>
          <w:noProof/>
          <w:color w:val="969696"/>
          <w:sz w:val="19"/>
          <w:lang w:val="pt-BR" w:eastAsia="pt-BR"/>
        </w:rPr>
        <w:drawing>
          <wp:inline distT="0" distB="0" distL="0" distR="0">
            <wp:extent cx="5943600" cy="2371725"/>
            <wp:effectExtent l="0" t="0" r="0" b="9525"/>
            <wp:docPr id="6" name="Imagem 6" descr="C:\Users\PC\Downloads\image (1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C\Downloads\image (15)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/>
          <w:b/>
          <w:color w:val="104A89"/>
          <w:sz w:val="23"/>
        </w:rPr>
        <w:t>📌</w:t>
      </w:r>
      <w:r w:rsidRPr="00863A09">
        <w:rPr>
          <w:rFonts w:ascii="Arial" w:hAnsi="Arial"/>
          <w:b/>
          <w:color w:val="104A89"/>
          <w:sz w:val="23"/>
          <w:lang w:val="pt-BR"/>
        </w:rPr>
        <w:t xml:space="preserve"> Dia 13 (17/11) | </w:t>
      </w:r>
      <w:proofErr w:type="spellStart"/>
      <w:r w:rsidRPr="00863A09">
        <w:rPr>
          <w:rFonts w:ascii="Arial" w:hAnsi="Arial"/>
          <w:b/>
          <w:color w:val="104A89"/>
          <w:sz w:val="23"/>
          <w:lang w:val="pt-BR"/>
        </w:rPr>
        <w:t>Phuket</w:t>
      </w:r>
      <w:proofErr w:type="spellEnd"/>
    </w:p>
    <w:p w:rsidR="008E764C" w:rsidRPr="00863A09" w:rsidRDefault="00863A09">
      <w:pPr>
        <w:spacing w:after="100"/>
        <w:rPr>
          <w:lang w:val="pt-BR"/>
        </w:rPr>
      </w:pPr>
      <w:r w:rsidRPr="00863A09">
        <w:rPr>
          <w:rFonts w:ascii="Arial" w:hAnsi="Arial"/>
          <w:color w:val="333333"/>
          <w:sz w:val="21"/>
          <w:lang w:val="pt-BR"/>
        </w:rPr>
        <w:t>Café da manhã no resort. Dia inteiramente livre para desfrutar das instalações do hotel, relaxar nas praias de águas cristalinas, realizar passeios opcionais ou aproveitar para compras e massagens tradicionais. Hospedagem.</w:t>
      </w:r>
    </w:p>
    <w:p w:rsidR="008E764C" w:rsidRPr="00863A09" w:rsidRDefault="00863A09">
      <w:pPr>
        <w:keepNext/>
        <w:spacing w:before="200" w:after="40"/>
        <w:rPr>
          <w:lang w:val="pt-BR"/>
        </w:rPr>
      </w:pPr>
      <w:r>
        <w:rPr>
          <w:rFonts w:ascii="Arial" w:hAnsi="Arial"/>
          <w:b/>
          <w:color w:val="104A89"/>
          <w:sz w:val="23"/>
        </w:rPr>
        <w:t>📌</w:t>
      </w:r>
      <w:r w:rsidRPr="00863A09">
        <w:rPr>
          <w:rFonts w:ascii="Arial" w:hAnsi="Arial"/>
          <w:b/>
          <w:color w:val="104A89"/>
          <w:sz w:val="23"/>
          <w:lang w:val="pt-BR"/>
        </w:rPr>
        <w:t xml:space="preserve"> Dia 14 (18/11) | </w:t>
      </w:r>
      <w:proofErr w:type="spellStart"/>
      <w:r w:rsidRPr="00863A09">
        <w:rPr>
          <w:rFonts w:ascii="Arial" w:hAnsi="Arial"/>
          <w:b/>
          <w:color w:val="104A89"/>
          <w:sz w:val="23"/>
          <w:lang w:val="pt-BR"/>
        </w:rPr>
        <w:t>Phuket</w:t>
      </w:r>
      <w:proofErr w:type="spellEnd"/>
      <w:r w:rsidRPr="00863A09">
        <w:rPr>
          <w:rFonts w:ascii="Arial" w:hAnsi="Arial"/>
          <w:b/>
          <w:color w:val="104A89"/>
          <w:sz w:val="23"/>
          <w:lang w:val="pt-BR"/>
        </w:rPr>
        <w:t xml:space="preserve"> – Bangkok</w:t>
      </w:r>
    </w:p>
    <w:p w:rsidR="008E764C" w:rsidRPr="00863A09" w:rsidRDefault="00863A09">
      <w:pPr>
        <w:spacing w:after="100"/>
        <w:rPr>
          <w:lang w:val="pt-BR"/>
        </w:rPr>
      </w:pPr>
      <w:r w:rsidRPr="00863A09">
        <w:rPr>
          <w:rFonts w:ascii="Arial" w:hAnsi="Arial"/>
          <w:color w:val="333333"/>
          <w:sz w:val="21"/>
          <w:lang w:val="pt-BR"/>
        </w:rPr>
        <w:t>Café da manhã no resort. Em horário oportuno, traslado ao aeroporto para embarque em voo de retorno a Bangkok. Recepção no aeroporto e traslado ao hotel para a última noite na capital. Hospedagem.</w:t>
      </w:r>
    </w:p>
    <w:p w:rsidR="008E764C" w:rsidRPr="00863A09" w:rsidRDefault="00863A09">
      <w:pPr>
        <w:keepNext/>
        <w:spacing w:before="200" w:after="40"/>
        <w:rPr>
          <w:lang w:val="pt-BR"/>
        </w:rPr>
      </w:pPr>
      <w:r>
        <w:rPr>
          <w:rFonts w:ascii="Arial" w:hAnsi="Arial"/>
          <w:b/>
          <w:color w:val="104A89"/>
          <w:sz w:val="23"/>
        </w:rPr>
        <w:t>📌</w:t>
      </w:r>
      <w:r w:rsidRPr="00863A09">
        <w:rPr>
          <w:rFonts w:ascii="Arial" w:hAnsi="Arial"/>
          <w:b/>
          <w:color w:val="104A89"/>
          <w:sz w:val="23"/>
          <w:lang w:val="pt-BR"/>
        </w:rPr>
        <w:t xml:space="preserve"> Dia 15 (19/11) | Bangkok / Retorno ao Brasil</w:t>
      </w:r>
    </w:p>
    <w:p w:rsidR="008E764C" w:rsidRDefault="00863A09">
      <w:pPr>
        <w:spacing w:after="100"/>
      </w:pPr>
      <w:r w:rsidRPr="00863A09">
        <w:rPr>
          <w:rFonts w:ascii="Arial" w:hAnsi="Arial"/>
          <w:color w:val="333333"/>
          <w:sz w:val="21"/>
          <w:lang w:val="pt-BR"/>
        </w:rPr>
        <w:t xml:space="preserve">Café da manhã no hotel. Em horário adequado, traslado de luxo para o aeroporto internacional de Bangkok para embarque em voo de retorno de longo curso com destino ao Brasil (Rio de Janeiro ou São Paulo). </w:t>
      </w:r>
      <w:proofErr w:type="spellStart"/>
      <w:r>
        <w:rPr>
          <w:rFonts w:ascii="Arial" w:hAnsi="Arial"/>
          <w:color w:val="333333"/>
          <w:sz w:val="21"/>
        </w:rPr>
        <w:t>Fim</w:t>
      </w:r>
      <w:proofErr w:type="spellEnd"/>
      <w:r>
        <w:rPr>
          <w:rFonts w:ascii="Arial" w:hAnsi="Arial"/>
          <w:color w:val="333333"/>
          <w:sz w:val="21"/>
        </w:rPr>
        <w:t xml:space="preserve"> dos </w:t>
      </w:r>
      <w:proofErr w:type="spellStart"/>
      <w:r>
        <w:rPr>
          <w:rFonts w:ascii="Arial" w:hAnsi="Arial"/>
          <w:color w:val="333333"/>
          <w:sz w:val="21"/>
        </w:rPr>
        <w:t>nossos</w:t>
      </w:r>
      <w:proofErr w:type="spellEnd"/>
      <w:r>
        <w:rPr>
          <w:rFonts w:ascii="Arial" w:hAnsi="Arial"/>
          <w:color w:val="333333"/>
          <w:sz w:val="21"/>
        </w:rPr>
        <w:t xml:space="preserve"> </w:t>
      </w:r>
      <w:proofErr w:type="spellStart"/>
      <w:r>
        <w:rPr>
          <w:rFonts w:ascii="Arial" w:hAnsi="Arial"/>
          <w:color w:val="333333"/>
          <w:sz w:val="21"/>
        </w:rPr>
        <w:t>serviços</w:t>
      </w:r>
      <w:proofErr w:type="spellEnd"/>
      <w:r>
        <w:rPr>
          <w:rFonts w:ascii="Arial" w:hAnsi="Arial"/>
          <w:color w:val="333333"/>
          <w:sz w:val="21"/>
        </w:rPr>
        <w:t xml:space="preserve"> exclusivos Transmundi.</w:t>
      </w:r>
    </w:p>
    <w:p w:rsidR="008E764C" w:rsidRDefault="00863A09">
      <w:pPr>
        <w:keepNext/>
        <w:spacing w:before="360" w:after="120"/>
      </w:pPr>
      <w:r>
        <w:rPr>
          <w:rFonts w:ascii="Arial" w:hAnsi="Arial"/>
          <w:b/>
          <w:color w:val="104A89"/>
          <w:sz w:val="32"/>
        </w:rPr>
        <w:t>✅ O roteiro inclui</w:t>
      </w:r>
    </w:p>
    <w:p w:rsidR="008E764C" w:rsidRPr="00863A09" w:rsidRDefault="00863A09">
      <w:pPr>
        <w:pStyle w:val="Commarcadores"/>
        <w:spacing w:after="80"/>
        <w:rPr>
          <w:lang w:val="pt-BR"/>
        </w:rPr>
      </w:pPr>
      <w:r w:rsidRPr="00863A09">
        <w:rPr>
          <w:rFonts w:ascii="Arial" w:hAnsi="Arial"/>
          <w:color w:val="333333"/>
          <w:sz w:val="21"/>
          <w:lang w:val="pt-BR"/>
        </w:rPr>
        <w:t>Passagens aéreas internacionais em classe econômica com a conceituada ITA Airways (consulte upgrades para Executiva).</w:t>
      </w:r>
    </w:p>
    <w:p w:rsidR="008E764C" w:rsidRPr="00863A09" w:rsidRDefault="00863A09">
      <w:pPr>
        <w:pStyle w:val="Commarcadores"/>
        <w:spacing w:after="80"/>
        <w:rPr>
          <w:lang w:val="pt-BR"/>
        </w:rPr>
      </w:pPr>
      <w:r w:rsidRPr="00863A09">
        <w:rPr>
          <w:rFonts w:ascii="Arial" w:hAnsi="Arial"/>
          <w:color w:val="333333"/>
          <w:sz w:val="21"/>
          <w:lang w:val="pt-BR"/>
        </w:rPr>
        <w:t>Todos os voos internos/domésticos na Tailândia necessários para o cumprimento do itinerário.</w:t>
      </w:r>
    </w:p>
    <w:p w:rsidR="008E764C" w:rsidRPr="00863A09" w:rsidRDefault="00863A09">
      <w:pPr>
        <w:pStyle w:val="Commarcadores"/>
        <w:spacing w:after="80"/>
        <w:rPr>
          <w:lang w:val="pt-BR"/>
        </w:rPr>
      </w:pPr>
      <w:r w:rsidRPr="00863A09">
        <w:rPr>
          <w:rFonts w:ascii="Arial" w:hAnsi="Arial"/>
          <w:color w:val="333333"/>
          <w:sz w:val="21"/>
          <w:lang w:val="pt-BR"/>
        </w:rPr>
        <w:t xml:space="preserve">10 noites de hospedagem </w:t>
      </w:r>
      <w:proofErr w:type="spellStart"/>
      <w:r w:rsidRPr="00863A09">
        <w:rPr>
          <w:rFonts w:ascii="Arial" w:hAnsi="Arial"/>
          <w:color w:val="333333"/>
          <w:sz w:val="21"/>
          <w:lang w:val="pt-BR"/>
        </w:rPr>
        <w:t>premium</w:t>
      </w:r>
      <w:proofErr w:type="spellEnd"/>
      <w:r w:rsidRPr="00863A09">
        <w:rPr>
          <w:rFonts w:ascii="Arial" w:hAnsi="Arial"/>
          <w:color w:val="333333"/>
          <w:sz w:val="21"/>
          <w:lang w:val="pt-BR"/>
        </w:rPr>
        <w:t xml:space="preserve"> na Tailândia em hotéis selecionados de categoria superior com café da manhã incluído.</w:t>
      </w:r>
    </w:p>
    <w:p w:rsidR="008E764C" w:rsidRPr="00863A09" w:rsidRDefault="00863A09">
      <w:pPr>
        <w:pStyle w:val="Commarcadores"/>
        <w:spacing w:after="80"/>
        <w:rPr>
          <w:lang w:val="pt-BR"/>
        </w:rPr>
      </w:pPr>
      <w:r w:rsidRPr="00863A09">
        <w:rPr>
          <w:rFonts w:ascii="Arial" w:hAnsi="Arial"/>
          <w:color w:val="333333"/>
          <w:sz w:val="21"/>
          <w:lang w:val="pt-BR"/>
        </w:rPr>
        <w:t xml:space="preserve">02 noites de hospedagem em Roma no sofisticado hotel Diana </w:t>
      </w:r>
      <w:proofErr w:type="spellStart"/>
      <w:r w:rsidRPr="00863A09">
        <w:rPr>
          <w:rFonts w:ascii="Arial" w:hAnsi="Arial"/>
          <w:color w:val="333333"/>
          <w:sz w:val="21"/>
          <w:lang w:val="pt-BR"/>
        </w:rPr>
        <w:t>Roof</w:t>
      </w:r>
      <w:proofErr w:type="spellEnd"/>
      <w:r w:rsidRPr="00863A09">
        <w:rPr>
          <w:rFonts w:ascii="Arial" w:hAnsi="Arial"/>
          <w:color w:val="333333"/>
          <w:sz w:val="21"/>
          <w:lang w:val="pt-BR"/>
        </w:rPr>
        <w:t xml:space="preserve"> Garden (ou similar) com café da manhã incluído.</w:t>
      </w:r>
    </w:p>
    <w:p w:rsidR="008E764C" w:rsidRPr="00863A09" w:rsidRDefault="00863A09">
      <w:pPr>
        <w:pStyle w:val="Commarcadores"/>
        <w:spacing w:after="80"/>
        <w:rPr>
          <w:lang w:val="pt-BR"/>
        </w:rPr>
      </w:pPr>
      <w:r w:rsidRPr="00863A09">
        <w:rPr>
          <w:rFonts w:ascii="Arial" w:hAnsi="Arial"/>
          <w:color w:val="333333"/>
          <w:sz w:val="21"/>
          <w:lang w:val="pt-BR"/>
        </w:rPr>
        <w:t>Todos os traslados aeroporto / hotel / aeroporto descritos no itinerário em modernos veículos privados de luxo.</w:t>
      </w:r>
    </w:p>
    <w:p w:rsidR="008E764C" w:rsidRPr="00863A09" w:rsidRDefault="00863A09">
      <w:pPr>
        <w:pStyle w:val="Commarcadores"/>
        <w:spacing w:after="80"/>
        <w:rPr>
          <w:lang w:val="pt-BR"/>
        </w:rPr>
      </w:pPr>
      <w:r w:rsidRPr="00863A09">
        <w:rPr>
          <w:rFonts w:ascii="Arial" w:hAnsi="Arial"/>
          <w:color w:val="333333"/>
          <w:sz w:val="21"/>
          <w:lang w:val="pt-BR"/>
        </w:rPr>
        <w:t>Passeios, entradas e bilhetes para todos os templos, santuários e parques nacionais mencionados no roteiro.</w:t>
      </w:r>
    </w:p>
    <w:p w:rsidR="008E764C" w:rsidRPr="00863A09" w:rsidRDefault="00863A09">
      <w:pPr>
        <w:pStyle w:val="Commarcadores"/>
        <w:spacing w:after="80"/>
        <w:rPr>
          <w:lang w:val="pt-BR"/>
        </w:rPr>
      </w:pPr>
      <w:r w:rsidRPr="00863A09">
        <w:rPr>
          <w:rFonts w:ascii="Arial" w:hAnsi="Arial"/>
          <w:color w:val="333333"/>
          <w:sz w:val="21"/>
          <w:lang w:val="pt-BR"/>
        </w:rPr>
        <w:lastRenderedPageBreak/>
        <w:t xml:space="preserve">Exclusivo passeio de </w:t>
      </w:r>
      <w:proofErr w:type="spellStart"/>
      <w:r w:rsidRPr="00863A09">
        <w:rPr>
          <w:rFonts w:ascii="Arial" w:hAnsi="Arial"/>
          <w:color w:val="333333"/>
          <w:sz w:val="21"/>
          <w:lang w:val="pt-BR"/>
        </w:rPr>
        <w:t>Speedboat</w:t>
      </w:r>
      <w:proofErr w:type="spellEnd"/>
      <w:r w:rsidRPr="00863A09">
        <w:rPr>
          <w:rFonts w:ascii="Arial" w:hAnsi="Arial"/>
          <w:color w:val="333333"/>
          <w:sz w:val="21"/>
          <w:lang w:val="pt-BR"/>
        </w:rPr>
        <w:t xml:space="preserve"> privativo para as Ilhas </w:t>
      </w:r>
      <w:proofErr w:type="spellStart"/>
      <w:r w:rsidRPr="00863A09">
        <w:rPr>
          <w:rFonts w:ascii="Arial" w:hAnsi="Arial"/>
          <w:color w:val="333333"/>
          <w:sz w:val="21"/>
          <w:lang w:val="pt-BR"/>
        </w:rPr>
        <w:t>Phi</w:t>
      </w:r>
      <w:proofErr w:type="spellEnd"/>
      <w:r w:rsidRPr="00863A09">
        <w:rPr>
          <w:rFonts w:ascii="Arial" w:hAnsi="Arial"/>
          <w:color w:val="333333"/>
          <w:sz w:val="21"/>
          <w:lang w:val="pt-BR"/>
        </w:rPr>
        <w:t xml:space="preserve"> </w:t>
      </w:r>
      <w:proofErr w:type="spellStart"/>
      <w:r w:rsidRPr="00863A09">
        <w:rPr>
          <w:rFonts w:ascii="Arial" w:hAnsi="Arial"/>
          <w:color w:val="333333"/>
          <w:sz w:val="21"/>
          <w:lang w:val="pt-BR"/>
        </w:rPr>
        <w:t>Phi</w:t>
      </w:r>
      <w:proofErr w:type="spellEnd"/>
      <w:r w:rsidRPr="00863A09">
        <w:rPr>
          <w:rFonts w:ascii="Arial" w:hAnsi="Arial"/>
          <w:color w:val="333333"/>
          <w:sz w:val="21"/>
          <w:lang w:val="pt-BR"/>
        </w:rPr>
        <w:t xml:space="preserve"> com almoço incluído em </w:t>
      </w:r>
      <w:proofErr w:type="spellStart"/>
      <w:r w:rsidRPr="00863A09">
        <w:rPr>
          <w:rFonts w:ascii="Arial" w:hAnsi="Arial"/>
          <w:color w:val="333333"/>
          <w:sz w:val="21"/>
          <w:lang w:val="pt-BR"/>
        </w:rPr>
        <w:t>Phi</w:t>
      </w:r>
      <w:proofErr w:type="spellEnd"/>
      <w:r w:rsidRPr="00863A09">
        <w:rPr>
          <w:rFonts w:ascii="Arial" w:hAnsi="Arial"/>
          <w:color w:val="333333"/>
          <w:sz w:val="21"/>
          <w:lang w:val="pt-BR"/>
        </w:rPr>
        <w:t xml:space="preserve"> </w:t>
      </w:r>
      <w:proofErr w:type="spellStart"/>
      <w:r w:rsidRPr="00863A09">
        <w:rPr>
          <w:rFonts w:ascii="Arial" w:hAnsi="Arial"/>
          <w:color w:val="333333"/>
          <w:sz w:val="21"/>
          <w:lang w:val="pt-BR"/>
        </w:rPr>
        <w:t>Phi</w:t>
      </w:r>
      <w:proofErr w:type="spellEnd"/>
      <w:r w:rsidRPr="00863A09">
        <w:rPr>
          <w:rFonts w:ascii="Arial" w:hAnsi="Arial"/>
          <w:color w:val="333333"/>
          <w:sz w:val="21"/>
          <w:lang w:val="pt-BR"/>
        </w:rPr>
        <w:t xml:space="preserve"> Don.</w:t>
      </w:r>
    </w:p>
    <w:p w:rsidR="008E764C" w:rsidRPr="00863A09" w:rsidRDefault="00863A09">
      <w:pPr>
        <w:pStyle w:val="Commarcadores"/>
        <w:spacing w:after="80"/>
        <w:rPr>
          <w:lang w:val="pt-BR"/>
        </w:rPr>
      </w:pPr>
      <w:r w:rsidRPr="00863A09">
        <w:rPr>
          <w:rFonts w:ascii="Arial" w:hAnsi="Arial"/>
          <w:color w:val="333333"/>
          <w:sz w:val="21"/>
          <w:lang w:val="pt-BR"/>
        </w:rPr>
        <w:t>Acompanhamento e coordenação de Guia Profissional Brasileiro desde a saída do Brasil (para grupos a partir de 15 passageiros).</w:t>
      </w:r>
    </w:p>
    <w:p w:rsidR="008E764C" w:rsidRPr="00863A09" w:rsidRDefault="00863A09">
      <w:pPr>
        <w:pStyle w:val="Commarcadores"/>
        <w:spacing w:after="80"/>
        <w:rPr>
          <w:lang w:val="pt-BR"/>
        </w:rPr>
      </w:pPr>
      <w:r w:rsidRPr="00863A09">
        <w:rPr>
          <w:rFonts w:ascii="Arial" w:hAnsi="Arial"/>
          <w:color w:val="333333"/>
          <w:sz w:val="21"/>
          <w:lang w:val="pt-BR"/>
        </w:rPr>
        <w:t>Seguro-viagem internacional de alto padrão com ampla cobertura médica de US$ 80.000.</w:t>
      </w:r>
    </w:p>
    <w:p w:rsidR="008E764C" w:rsidRPr="00863A09" w:rsidRDefault="00863A09">
      <w:pPr>
        <w:pStyle w:val="Commarcadores"/>
        <w:spacing w:after="80"/>
        <w:rPr>
          <w:lang w:val="pt-BR"/>
        </w:rPr>
      </w:pPr>
      <w:r w:rsidRPr="00863A09">
        <w:rPr>
          <w:rFonts w:ascii="Arial" w:hAnsi="Arial"/>
          <w:color w:val="333333"/>
          <w:sz w:val="21"/>
          <w:lang w:val="pt-BR"/>
        </w:rPr>
        <w:t>Seguro de cancelamento de viagem incluso com cobertura de até US$ 4.000 (consulte upgrades de cobertura).</w:t>
      </w:r>
    </w:p>
    <w:p w:rsidR="008E764C" w:rsidRPr="00863A09" w:rsidRDefault="00863A09">
      <w:pPr>
        <w:pStyle w:val="Commarcadores"/>
        <w:spacing w:after="80"/>
        <w:rPr>
          <w:lang w:val="pt-BR"/>
        </w:rPr>
      </w:pPr>
      <w:r w:rsidRPr="00863A09">
        <w:rPr>
          <w:rFonts w:ascii="Arial" w:hAnsi="Arial"/>
          <w:color w:val="333333"/>
          <w:sz w:val="21"/>
          <w:lang w:val="pt-BR"/>
        </w:rPr>
        <w:t xml:space="preserve">Kit de viagem personalizado </w:t>
      </w:r>
      <w:proofErr w:type="spellStart"/>
      <w:r w:rsidRPr="00863A09">
        <w:rPr>
          <w:rFonts w:ascii="Arial" w:hAnsi="Arial"/>
          <w:color w:val="333333"/>
          <w:sz w:val="21"/>
          <w:lang w:val="pt-BR"/>
        </w:rPr>
        <w:t>Transmundi</w:t>
      </w:r>
      <w:proofErr w:type="spellEnd"/>
      <w:r w:rsidRPr="00863A09">
        <w:rPr>
          <w:rFonts w:ascii="Arial" w:hAnsi="Arial"/>
          <w:color w:val="333333"/>
          <w:sz w:val="21"/>
          <w:lang w:val="pt-BR"/>
        </w:rPr>
        <w:t>.</w:t>
      </w:r>
    </w:p>
    <w:p w:rsidR="008E764C" w:rsidRPr="00863A09" w:rsidRDefault="00863A09">
      <w:pPr>
        <w:keepNext/>
        <w:spacing w:before="360" w:after="120"/>
        <w:rPr>
          <w:lang w:val="pt-BR"/>
        </w:rPr>
      </w:pPr>
      <w:r w:rsidRPr="00863A09">
        <w:rPr>
          <w:rFonts w:ascii="Arial" w:hAnsi="Arial"/>
          <w:b/>
          <w:color w:val="104A89"/>
          <w:sz w:val="32"/>
          <w:lang w:val="pt-BR"/>
        </w:rPr>
        <w:t>✈</w:t>
      </w:r>
      <w:r>
        <w:rPr>
          <w:rFonts w:ascii="Arial" w:hAnsi="Arial"/>
          <w:b/>
          <w:color w:val="104A89"/>
          <w:sz w:val="32"/>
        </w:rPr>
        <w:t>️</w:t>
      </w:r>
      <w:r w:rsidRPr="00863A09">
        <w:rPr>
          <w:rFonts w:ascii="Arial" w:hAnsi="Arial"/>
          <w:b/>
          <w:color w:val="104A89"/>
          <w:sz w:val="32"/>
          <w:lang w:val="pt-BR"/>
        </w:rPr>
        <w:t xml:space="preserve"> Voos previstos</w:t>
      </w:r>
    </w:p>
    <w:p w:rsidR="008E764C" w:rsidRPr="00863A09" w:rsidRDefault="00863A09">
      <w:pPr>
        <w:keepNext/>
        <w:spacing w:before="160" w:after="80"/>
        <w:rPr>
          <w:lang w:val="pt-BR"/>
        </w:rPr>
      </w:pPr>
      <w:r w:rsidRPr="00863A09">
        <w:rPr>
          <w:rFonts w:ascii="Arial" w:hAnsi="Arial"/>
          <w:b/>
          <w:color w:val="104A89"/>
          <w:lang w:val="pt-BR"/>
        </w:rPr>
        <w:t>Saindo do Rio de Janeiro (GIG) — Conexões via ITA Airways</w:t>
      </w:r>
    </w:p>
    <w:tbl>
      <w:tblPr>
        <w:tblW w:w="0" w:type="auto"/>
        <w:tblBorders>
          <w:top w:val="single" w:sz="4" w:space="0" w:color="D0D7DE"/>
          <w:bottom w:val="single" w:sz="4" w:space="0" w:color="D0D7DE"/>
          <w:insideH w:val="single" w:sz="4" w:space="0" w:color="D0D7DE"/>
        </w:tblBorders>
        <w:tblLayout w:type="fixed"/>
        <w:tblLook w:val="04A0" w:firstRow="1" w:lastRow="0" w:firstColumn="1" w:lastColumn="0" w:noHBand="0" w:noVBand="1"/>
      </w:tblPr>
      <w:tblGrid>
        <w:gridCol w:w="1728"/>
        <w:gridCol w:w="1728"/>
        <w:gridCol w:w="1560"/>
        <w:gridCol w:w="1560"/>
        <w:gridCol w:w="1584"/>
        <w:gridCol w:w="1584"/>
      </w:tblGrid>
      <w:tr w:rsidR="008E764C">
        <w:tc>
          <w:tcPr>
            <w:tcW w:w="1560" w:type="dxa"/>
            <w:shd w:val="clear" w:color="auto" w:fill="104A8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764C" w:rsidRDefault="00863A09">
            <w:proofErr w:type="spellStart"/>
            <w:r>
              <w:rPr>
                <w:rFonts w:ascii="Arial" w:hAnsi="Arial"/>
                <w:b/>
                <w:color w:val="FFFFFF"/>
                <w:sz w:val="20"/>
              </w:rPr>
              <w:t>Origem</w:t>
            </w:r>
            <w:proofErr w:type="spellEnd"/>
          </w:p>
        </w:tc>
        <w:tc>
          <w:tcPr>
            <w:tcW w:w="1560" w:type="dxa"/>
            <w:shd w:val="clear" w:color="auto" w:fill="104A8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764C" w:rsidRDefault="00863A09">
            <w:r>
              <w:rPr>
                <w:rFonts w:ascii="Arial" w:hAnsi="Arial"/>
                <w:b/>
                <w:color w:val="FFFFFF"/>
                <w:sz w:val="20"/>
              </w:rPr>
              <w:t>Destino</w:t>
            </w:r>
          </w:p>
        </w:tc>
        <w:tc>
          <w:tcPr>
            <w:tcW w:w="1560" w:type="dxa"/>
            <w:shd w:val="clear" w:color="auto" w:fill="104A8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764C" w:rsidRDefault="00863A09">
            <w:r>
              <w:rPr>
                <w:rFonts w:ascii="Arial" w:hAnsi="Arial"/>
                <w:b/>
                <w:color w:val="FFFFFF"/>
                <w:sz w:val="20"/>
              </w:rPr>
              <w:t>Data</w:t>
            </w:r>
          </w:p>
        </w:tc>
        <w:tc>
          <w:tcPr>
            <w:tcW w:w="1560" w:type="dxa"/>
            <w:shd w:val="clear" w:color="auto" w:fill="104A8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764C" w:rsidRDefault="00863A09">
            <w:r>
              <w:rPr>
                <w:rFonts w:ascii="Arial" w:hAnsi="Arial"/>
                <w:b/>
                <w:color w:val="FFFFFF"/>
                <w:sz w:val="20"/>
              </w:rPr>
              <w:t>Nº Voo</w:t>
            </w:r>
          </w:p>
        </w:tc>
        <w:tc>
          <w:tcPr>
            <w:tcW w:w="1560" w:type="dxa"/>
            <w:shd w:val="clear" w:color="auto" w:fill="104A8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764C" w:rsidRDefault="00863A09">
            <w:r>
              <w:rPr>
                <w:rFonts w:ascii="Arial" w:hAnsi="Arial"/>
                <w:b/>
                <w:color w:val="FFFFFF"/>
                <w:sz w:val="20"/>
              </w:rPr>
              <w:t>Decolagem</w:t>
            </w:r>
          </w:p>
        </w:tc>
        <w:tc>
          <w:tcPr>
            <w:tcW w:w="1560" w:type="dxa"/>
            <w:shd w:val="clear" w:color="auto" w:fill="104A8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764C" w:rsidRDefault="00863A09">
            <w:r>
              <w:rPr>
                <w:rFonts w:ascii="Arial" w:hAnsi="Arial"/>
                <w:b/>
                <w:color w:val="FFFFFF"/>
                <w:sz w:val="20"/>
              </w:rPr>
              <w:t>Pouso</w:t>
            </w:r>
          </w:p>
        </w:tc>
      </w:tr>
      <w:tr w:rsidR="008E764C">
        <w:tc>
          <w:tcPr>
            <w:tcW w:w="1728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764C" w:rsidRDefault="00863A09">
            <w:r>
              <w:rPr>
                <w:rFonts w:ascii="Arial" w:hAnsi="Arial"/>
                <w:color w:val="333333"/>
                <w:sz w:val="19"/>
              </w:rPr>
              <w:t>Rio de Janeiro (GIG)</w:t>
            </w:r>
          </w:p>
        </w:tc>
        <w:tc>
          <w:tcPr>
            <w:tcW w:w="1728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764C" w:rsidRDefault="00863A09">
            <w:r>
              <w:rPr>
                <w:rFonts w:ascii="Arial" w:hAnsi="Arial"/>
                <w:color w:val="333333"/>
                <w:sz w:val="19"/>
              </w:rPr>
              <w:t>Roma (FCO)</w:t>
            </w:r>
          </w:p>
        </w:tc>
        <w:tc>
          <w:tcPr>
            <w:tcW w:w="144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764C" w:rsidRDefault="00863A09">
            <w:r>
              <w:rPr>
                <w:rFonts w:ascii="Arial" w:hAnsi="Arial"/>
                <w:color w:val="333333"/>
                <w:sz w:val="19"/>
              </w:rPr>
              <w:t>05/11/2026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764C" w:rsidRDefault="00863A09">
            <w:r>
              <w:rPr>
                <w:rFonts w:ascii="Arial" w:hAnsi="Arial"/>
                <w:color w:val="333333"/>
                <w:sz w:val="19"/>
              </w:rPr>
              <w:t>AZ 673</w:t>
            </w:r>
          </w:p>
        </w:tc>
        <w:tc>
          <w:tcPr>
            <w:tcW w:w="158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764C" w:rsidRDefault="00863A09">
            <w:r>
              <w:rPr>
                <w:rFonts w:ascii="Arial" w:hAnsi="Arial"/>
                <w:color w:val="333333"/>
                <w:sz w:val="19"/>
              </w:rPr>
              <w:t>15:35</w:t>
            </w:r>
          </w:p>
        </w:tc>
        <w:tc>
          <w:tcPr>
            <w:tcW w:w="158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764C" w:rsidRDefault="00863A09">
            <w:r>
              <w:rPr>
                <w:rFonts w:ascii="Arial" w:hAnsi="Arial"/>
                <w:color w:val="333333"/>
                <w:sz w:val="19"/>
              </w:rPr>
              <w:t>#06:40</w:t>
            </w:r>
          </w:p>
        </w:tc>
      </w:tr>
      <w:tr w:rsidR="008E764C">
        <w:tc>
          <w:tcPr>
            <w:tcW w:w="1728" w:type="dxa"/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764C" w:rsidRDefault="00863A09">
            <w:r>
              <w:rPr>
                <w:rFonts w:ascii="Arial" w:hAnsi="Arial"/>
                <w:color w:val="333333"/>
                <w:sz w:val="19"/>
              </w:rPr>
              <w:t>Roma (FCO)</w:t>
            </w:r>
          </w:p>
        </w:tc>
        <w:tc>
          <w:tcPr>
            <w:tcW w:w="1728" w:type="dxa"/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764C" w:rsidRDefault="00863A09">
            <w:r>
              <w:rPr>
                <w:rFonts w:ascii="Arial" w:hAnsi="Arial"/>
                <w:color w:val="333333"/>
                <w:sz w:val="19"/>
              </w:rPr>
              <w:t>Bangkok (BKK)</w:t>
            </w:r>
          </w:p>
        </w:tc>
        <w:tc>
          <w:tcPr>
            <w:tcW w:w="1440" w:type="dxa"/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764C" w:rsidRDefault="00863A09">
            <w:r>
              <w:rPr>
                <w:rFonts w:ascii="Arial" w:hAnsi="Arial"/>
                <w:color w:val="333333"/>
                <w:sz w:val="19"/>
              </w:rPr>
              <w:t>08/11/2026</w:t>
            </w:r>
          </w:p>
        </w:tc>
        <w:tc>
          <w:tcPr>
            <w:tcW w:w="1296" w:type="dxa"/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764C" w:rsidRDefault="00863A09">
            <w:r>
              <w:rPr>
                <w:rFonts w:ascii="Arial" w:hAnsi="Arial"/>
                <w:color w:val="333333"/>
                <w:sz w:val="19"/>
              </w:rPr>
              <w:t>AZ 758</w:t>
            </w:r>
          </w:p>
        </w:tc>
        <w:tc>
          <w:tcPr>
            <w:tcW w:w="1584" w:type="dxa"/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764C" w:rsidRDefault="00863A09">
            <w:r>
              <w:rPr>
                <w:rFonts w:ascii="Arial" w:hAnsi="Arial"/>
                <w:color w:val="333333"/>
                <w:sz w:val="19"/>
              </w:rPr>
              <w:t>15:10</w:t>
            </w:r>
          </w:p>
        </w:tc>
        <w:tc>
          <w:tcPr>
            <w:tcW w:w="1584" w:type="dxa"/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764C" w:rsidRDefault="00863A09">
            <w:r>
              <w:rPr>
                <w:rFonts w:ascii="Arial" w:hAnsi="Arial"/>
                <w:color w:val="333333"/>
                <w:sz w:val="19"/>
              </w:rPr>
              <w:t>#08:10</w:t>
            </w:r>
          </w:p>
        </w:tc>
      </w:tr>
      <w:tr w:rsidR="008E764C">
        <w:tc>
          <w:tcPr>
            <w:tcW w:w="1728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764C" w:rsidRDefault="00863A09">
            <w:r>
              <w:rPr>
                <w:rFonts w:ascii="Arial" w:hAnsi="Arial"/>
                <w:color w:val="333333"/>
                <w:sz w:val="19"/>
              </w:rPr>
              <w:t>Bangkok (BKK)</w:t>
            </w:r>
          </w:p>
        </w:tc>
        <w:tc>
          <w:tcPr>
            <w:tcW w:w="1728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764C" w:rsidRDefault="00863A09">
            <w:r>
              <w:rPr>
                <w:rFonts w:ascii="Arial" w:hAnsi="Arial"/>
                <w:color w:val="333333"/>
                <w:sz w:val="19"/>
              </w:rPr>
              <w:t>Roma (FCO)</w:t>
            </w:r>
          </w:p>
        </w:tc>
        <w:tc>
          <w:tcPr>
            <w:tcW w:w="144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764C" w:rsidRDefault="00863A09">
            <w:r>
              <w:rPr>
                <w:rFonts w:ascii="Arial" w:hAnsi="Arial"/>
                <w:color w:val="333333"/>
                <w:sz w:val="19"/>
              </w:rPr>
              <w:t>19/11/2026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764C" w:rsidRDefault="00863A09">
            <w:r>
              <w:rPr>
                <w:rFonts w:ascii="Arial" w:hAnsi="Arial"/>
                <w:color w:val="333333"/>
                <w:sz w:val="19"/>
              </w:rPr>
              <w:t>AZ 759</w:t>
            </w:r>
          </w:p>
        </w:tc>
        <w:tc>
          <w:tcPr>
            <w:tcW w:w="158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764C" w:rsidRDefault="00863A09">
            <w:r>
              <w:rPr>
                <w:rFonts w:ascii="Arial" w:hAnsi="Arial"/>
                <w:color w:val="333333"/>
                <w:sz w:val="19"/>
              </w:rPr>
              <w:t>12:15</w:t>
            </w:r>
          </w:p>
        </w:tc>
        <w:tc>
          <w:tcPr>
            <w:tcW w:w="158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764C" w:rsidRDefault="00863A09">
            <w:r>
              <w:rPr>
                <w:rFonts w:ascii="Arial" w:hAnsi="Arial"/>
                <w:color w:val="333333"/>
                <w:sz w:val="19"/>
              </w:rPr>
              <w:t>18:55</w:t>
            </w:r>
          </w:p>
        </w:tc>
      </w:tr>
      <w:tr w:rsidR="008E764C">
        <w:tc>
          <w:tcPr>
            <w:tcW w:w="1728" w:type="dxa"/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764C" w:rsidRDefault="00863A09">
            <w:r>
              <w:rPr>
                <w:rFonts w:ascii="Arial" w:hAnsi="Arial"/>
                <w:color w:val="333333"/>
                <w:sz w:val="19"/>
              </w:rPr>
              <w:t>Roma (FCO)</w:t>
            </w:r>
          </w:p>
        </w:tc>
        <w:tc>
          <w:tcPr>
            <w:tcW w:w="1728" w:type="dxa"/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764C" w:rsidRDefault="00863A09">
            <w:r>
              <w:rPr>
                <w:rFonts w:ascii="Arial" w:hAnsi="Arial"/>
                <w:color w:val="333333"/>
                <w:sz w:val="19"/>
              </w:rPr>
              <w:t>Rio de Janeiro (GIG)</w:t>
            </w:r>
          </w:p>
        </w:tc>
        <w:tc>
          <w:tcPr>
            <w:tcW w:w="1440" w:type="dxa"/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764C" w:rsidRDefault="00863A09">
            <w:r>
              <w:rPr>
                <w:rFonts w:ascii="Arial" w:hAnsi="Arial"/>
                <w:color w:val="333333"/>
                <w:sz w:val="19"/>
              </w:rPr>
              <w:t>19/11/2026</w:t>
            </w:r>
          </w:p>
        </w:tc>
        <w:tc>
          <w:tcPr>
            <w:tcW w:w="1296" w:type="dxa"/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764C" w:rsidRDefault="00863A09">
            <w:r>
              <w:rPr>
                <w:rFonts w:ascii="Arial" w:hAnsi="Arial"/>
                <w:color w:val="333333"/>
                <w:sz w:val="19"/>
              </w:rPr>
              <w:t>AZ 672</w:t>
            </w:r>
          </w:p>
        </w:tc>
        <w:tc>
          <w:tcPr>
            <w:tcW w:w="1584" w:type="dxa"/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764C" w:rsidRDefault="00863A09">
            <w:r>
              <w:rPr>
                <w:rFonts w:ascii="Arial" w:hAnsi="Arial"/>
                <w:color w:val="333333"/>
                <w:sz w:val="19"/>
              </w:rPr>
              <w:t>22:30</w:t>
            </w:r>
          </w:p>
        </w:tc>
        <w:tc>
          <w:tcPr>
            <w:tcW w:w="1584" w:type="dxa"/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764C" w:rsidRDefault="00863A09">
            <w:r>
              <w:rPr>
                <w:rFonts w:ascii="Arial" w:hAnsi="Arial"/>
                <w:color w:val="333333"/>
                <w:sz w:val="19"/>
              </w:rPr>
              <w:t>#06:40</w:t>
            </w:r>
          </w:p>
        </w:tc>
      </w:tr>
    </w:tbl>
    <w:p w:rsidR="008E764C" w:rsidRDefault="008E764C"/>
    <w:p w:rsidR="008E764C" w:rsidRPr="00863A09" w:rsidRDefault="00863A09">
      <w:pPr>
        <w:keepNext/>
        <w:spacing w:before="160" w:after="80"/>
        <w:rPr>
          <w:lang w:val="pt-BR"/>
        </w:rPr>
      </w:pPr>
      <w:r w:rsidRPr="00863A09">
        <w:rPr>
          <w:rFonts w:ascii="Arial" w:hAnsi="Arial"/>
          <w:b/>
          <w:color w:val="104A89"/>
          <w:lang w:val="pt-BR"/>
        </w:rPr>
        <w:t>Saindo de São Paulo (GRU) — Conexões via ITA Airways</w:t>
      </w:r>
    </w:p>
    <w:tbl>
      <w:tblPr>
        <w:tblW w:w="0" w:type="auto"/>
        <w:tblBorders>
          <w:top w:val="single" w:sz="4" w:space="0" w:color="D0D7DE"/>
          <w:bottom w:val="single" w:sz="4" w:space="0" w:color="D0D7DE"/>
          <w:insideH w:val="single" w:sz="4" w:space="0" w:color="D0D7DE"/>
        </w:tblBorders>
        <w:tblLayout w:type="fixed"/>
        <w:tblLook w:val="04A0" w:firstRow="1" w:lastRow="0" w:firstColumn="1" w:lastColumn="0" w:noHBand="0" w:noVBand="1"/>
      </w:tblPr>
      <w:tblGrid>
        <w:gridCol w:w="1728"/>
        <w:gridCol w:w="1728"/>
        <w:gridCol w:w="1560"/>
        <w:gridCol w:w="1560"/>
        <w:gridCol w:w="1584"/>
        <w:gridCol w:w="1584"/>
      </w:tblGrid>
      <w:tr w:rsidR="008E764C">
        <w:tc>
          <w:tcPr>
            <w:tcW w:w="1560" w:type="dxa"/>
            <w:shd w:val="clear" w:color="auto" w:fill="104A8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764C" w:rsidRDefault="00863A09">
            <w:proofErr w:type="spellStart"/>
            <w:r>
              <w:rPr>
                <w:rFonts w:ascii="Arial" w:hAnsi="Arial"/>
                <w:b/>
                <w:color w:val="FFFFFF"/>
                <w:sz w:val="20"/>
              </w:rPr>
              <w:t>Origem</w:t>
            </w:r>
            <w:proofErr w:type="spellEnd"/>
          </w:p>
        </w:tc>
        <w:tc>
          <w:tcPr>
            <w:tcW w:w="1560" w:type="dxa"/>
            <w:shd w:val="clear" w:color="auto" w:fill="104A8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764C" w:rsidRDefault="00863A09">
            <w:r>
              <w:rPr>
                <w:rFonts w:ascii="Arial" w:hAnsi="Arial"/>
                <w:b/>
                <w:color w:val="FFFFFF"/>
                <w:sz w:val="20"/>
              </w:rPr>
              <w:t>Destino</w:t>
            </w:r>
          </w:p>
        </w:tc>
        <w:tc>
          <w:tcPr>
            <w:tcW w:w="1560" w:type="dxa"/>
            <w:shd w:val="clear" w:color="auto" w:fill="104A8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764C" w:rsidRDefault="00863A09">
            <w:r>
              <w:rPr>
                <w:rFonts w:ascii="Arial" w:hAnsi="Arial"/>
                <w:b/>
                <w:color w:val="FFFFFF"/>
                <w:sz w:val="20"/>
              </w:rPr>
              <w:t>Data</w:t>
            </w:r>
          </w:p>
        </w:tc>
        <w:tc>
          <w:tcPr>
            <w:tcW w:w="1560" w:type="dxa"/>
            <w:shd w:val="clear" w:color="auto" w:fill="104A8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764C" w:rsidRDefault="00863A09">
            <w:r>
              <w:rPr>
                <w:rFonts w:ascii="Arial" w:hAnsi="Arial"/>
                <w:b/>
                <w:color w:val="FFFFFF"/>
                <w:sz w:val="20"/>
              </w:rPr>
              <w:t>Nº Voo</w:t>
            </w:r>
          </w:p>
        </w:tc>
        <w:tc>
          <w:tcPr>
            <w:tcW w:w="1560" w:type="dxa"/>
            <w:shd w:val="clear" w:color="auto" w:fill="104A8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764C" w:rsidRDefault="00863A09">
            <w:r>
              <w:rPr>
                <w:rFonts w:ascii="Arial" w:hAnsi="Arial"/>
                <w:b/>
                <w:color w:val="FFFFFF"/>
                <w:sz w:val="20"/>
              </w:rPr>
              <w:t>Decolagem</w:t>
            </w:r>
          </w:p>
        </w:tc>
        <w:tc>
          <w:tcPr>
            <w:tcW w:w="1560" w:type="dxa"/>
            <w:shd w:val="clear" w:color="auto" w:fill="104A8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764C" w:rsidRDefault="00863A09">
            <w:r>
              <w:rPr>
                <w:rFonts w:ascii="Arial" w:hAnsi="Arial"/>
                <w:b/>
                <w:color w:val="FFFFFF"/>
                <w:sz w:val="20"/>
              </w:rPr>
              <w:t>Pouso</w:t>
            </w:r>
          </w:p>
        </w:tc>
      </w:tr>
      <w:tr w:rsidR="008E764C">
        <w:tc>
          <w:tcPr>
            <w:tcW w:w="1728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764C" w:rsidRDefault="00863A09">
            <w:r>
              <w:rPr>
                <w:rFonts w:ascii="Arial" w:hAnsi="Arial"/>
                <w:color w:val="333333"/>
                <w:sz w:val="19"/>
              </w:rPr>
              <w:t>São Paulo (GRU)</w:t>
            </w:r>
          </w:p>
        </w:tc>
        <w:tc>
          <w:tcPr>
            <w:tcW w:w="1728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764C" w:rsidRDefault="00863A09">
            <w:r>
              <w:rPr>
                <w:rFonts w:ascii="Arial" w:hAnsi="Arial"/>
                <w:color w:val="333333"/>
                <w:sz w:val="19"/>
              </w:rPr>
              <w:t>Roma (FCO)</w:t>
            </w:r>
          </w:p>
        </w:tc>
        <w:tc>
          <w:tcPr>
            <w:tcW w:w="144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764C" w:rsidRDefault="00863A09">
            <w:r>
              <w:rPr>
                <w:rFonts w:ascii="Arial" w:hAnsi="Arial"/>
                <w:color w:val="333333"/>
                <w:sz w:val="19"/>
              </w:rPr>
              <w:t>05/11/2026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764C" w:rsidRDefault="00863A09">
            <w:r>
              <w:rPr>
                <w:rFonts w:ascii="Arial" w:hAnsi="Arial"/>
                <w:color w:val="333333"/>
                <w:sz w:val="19"/>
              </w:rPr>
              <w:t>AZ 675</w:t>
            </w:r>
          </w:p>
        </w:tc>
        <w:tc>
          <w:tcPr>
            <w:tcW w:w="158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764C" w:rsidRDefault="00863A09">
            <w:r>
              <w:rPr>
                <w:rFonts w:ascii="Arial" w:hAnsi="Arial"/>
                <w:color w:val="333333"/>
                <w:sz w:val="19"/>
              </w:rPr>
              <w:t>15:45</w:t>
            </w:r>
          </w:p>
        </w:tc>
        <w:tc>
          <w:tcPr>
            <w:tcW w:w="158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764C" w:rsidRDefault="00863A09">
            <w:r>
              <w:rPr>
                <w:rFonts w:ascii="Arial" w:hAnsi="Arial"/>
                <w:color w:val="333333"/>
                <w:sz w:val="19"/>
              </w:rPr>
              <w:t>#06:40</w:t>
            </w:r>
          </w:p>
        </w:tc>
      </w:tr>
      <w:tr w:rsidR="008E764C">
        <w:tc>
          <w:tcPr>
            <w:tcW w:w="1728" w:type="dxa"/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764C" w:rsidRDefault="00863A09">
            <w:r>
              <w:rPr>
                <w:rFonts w:ascii="Arial" w:hAnsi="Arial"/>
                <w:color w:val="333333"/>
                <w:sz w:val="19"/>
              </w:rPr>
              <w:t>Roma (FCO)</w:t>
            </w:r>
          </w:p>
        </w:tc>
        <w:tc>
          <w:tcPr>
            <w:tcW w:w="1728" w:type="dxa"/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764C" w:rsidRDefault="00863A09">
            <w:r>
              <w:rPr>
                <w:rFonts w:ascii="Arial" w:hAnsi="Arial"/>
                <w:color w:val="333333"/>
                <w:sz w:val="19"/>
              </w:rPr>
              <w:t>Bangkok (BKK)</w:t>
            </w:r>
          </w:p>
        </w:tc>
        <w:tc>
          <w:tcPr>
            <w:tcW w:w="1440" w:type="dxa"/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764C" w:rsidRDefault="00863A09">
            <w:r>
              <w:rPr>
                <w:rFonts w:ascii="Arial" w:hAnsi="Arial"/>
                <w:color w:val="333333"/>
                <w:sz w:val="19"/>
              </w:rPr>
              <w:t>08/11/2026</w:t>
            </w:r>
          </w:p>
        </w:tc>
        <w:tc>
          <w:tcPr>
            <w:tcW w:w="1296" w:type="dxa"/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764C" w:rsidRDefault="00863A09">
            <w:r>
              <w:rPr>
                <w:rFonts w:ascii="Arial" w:hAnsi="Arial"/>
                <w:color w:val="333333"/>
                <w:sz w:val="19"/>
              </w:rPr>
              <w:t>AZ 758</w:t>
            </w:r>
          </w:p>
        </w:tc>
        <w:tc>
          <w:tcPr>
            <w:tcW w:w="1584" w:type="dxa"/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764C" w:rsidRDefault="00863A09">
            <w:r>
              <w:rPr>
                <w:rFonts w:ascii="Arial" w:hAnsi="Arial"/>
                <w:color w:val="333333"/>
                <w:sz w:val="19"/>
              </w:rPr>
              <w:t>15:10</w:t>
            </w:r>
          </w:p>
        </w:tc>
        <w:tc>
          <w:tcPr>
            <w:tcW w:w="1584" w:type="dxa"/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764C" w:rsidRDefault="00863A09">
            <w:r>
              <w:rPr>
                <w:rFonts w:ascii="Arial" w:hAnsi="Arial"/>
                <w:color w:val="333333"/>
                <w:sz w:val="19"/>
              </w:rPr>
              <w:t>#08:10</w:t>
            </w:r>
          </w:p>
        </w:tc>
      </w:tr>
      <w:tr w:rsidR="008E764C">
        <w:tc>
          <w:tcPr>
            <w:tcW w:w="1728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764C" w:rsidRDefault="00863A09">
            <w:r>
              <w:rPr>
                <w:rFonts w:ascii="Arial" w:hAnsi="Arial"/>
                <w:color w:val="333333"/>
                <w:sz w:val="19"/>
              </w:rPr>
              <w:t>Bangkok (BKK)</w:t>
            </w:r>
          </w:p>
        </w:tc>
        <w:tc>
          <w:tcPr>
            <w:tcW w:w="1728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764C" w:rsidRDefault="00863A09">
            <w:r>
              <w:rPr>
                <w:rFonts w:ascii="Arial" w:hAnsi="Arial"/>
                <w:color w:val="333333"/>
                <w:sz w:val="19"/>
              </w:rPr>
              <w:t>Roma (FCO)</w:t>
            </w:r>
          </w:p>
        </w:tc>
        <w:tc>
          <w:tcPr>
            <w:tcW w:w="144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764C" w:rsidRDefault="00863A09">
            <w:r>
              <w:rPr>
                <w:rFonts w:ascii="Arial" w:hAnsi="Arial"/>
                <w:color w:val="333333"/>
                <w:sz w:val="19"/>
              </w:rPr>
              <w:t>19/11/2026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764C" w:rsidRDefault="00863A09">
            <w:r>
              <w:rPr>
                <w:rFonts w:ascii="Arial" w:hAnsi="Arial"/>
                <w:color w:val="333333"/>
                <w:sz w:val="19"/>
              </w:rPr>
              <w:t>AZ 759</w:t>
            </w:r>
          </w:p>
        </w:tc>
        <w:tc>
          <w:tcPr>
            <w:tcW w:w="158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764C" w:rsidRDefault="00863A09">
            <w:r>
              <w:rPr>
                <w:rFonts w:ascii="Arial" w:hAnsi="Arial"/>
                <w:color w:val="333333"/>
                <w:sz w:val="19"/>
              </w:rPr>
              <w:t>12:15</w:t>
            </w:r>
          </w:p>
        </w:tc>
        <w:tc>
          <w:tcPr>
            <w:tcW w:w="158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764C" w:rsidRDefault="00863A09">
            <w:r>
              <w:rPr>
                <w:rFonts w:ascii="Arial" w:hAnsi="Arial"/>
                <w:color w:val="333333"/>
                <w:sz w:val="19"/>
              </w:rPr>
              <w:t>18:55</w:t>
            </w:r>
          </w:p>
        </w:tc>
      </w:tr>
      <w:tr w:rsidR="008E764C">
        <w:tc>
          <w:tcPr>
            <w:tcW w:w="1728" w:type="dxa"/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764C" w:rsidRDefault="00863A09">
            <w:r>
              <w:rPr>
                <w:rFonts w:ascii="Arial" w:hAnsi="Arial"/>
                <w:color w:val="333333"/>
                <w:sz w:val="19"/>
              </w:rPr>
              <w:t>Roma (FCO)</w:t>
            </w:r>
          </w:p>
        </w:tc>
        <w:tc>
          <w:tcPr>
            <w:tcW w:w="1728" w:type="dxa"/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764C" w:rsidRDefault="00863A09">
            <w:r>
              <w:rPr>
                <w:rFonts w:ascii="Arial" w:hAnsi="Arial"/>
                <w:color w:val="333333"/>
                <w:sz w:val="19"/>
              </w:rPr>
              <w:t>São Paulo (GRU)</w:t>
            </w:r>
          </w:p>
        </w:tc>
        <w:tc>
          <w:tcPr>
            <w:tcW w:w="1440" w:type="dxa"/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764C" w:rsidRDefault="00863A09">
            <w:r>
              <w:rPr>
                <w:rFonts w:ascii="Arial" w:hAnsi="Arial"/>
                <w:color w:val="333333"/>
                <w:sz w:val="19"/>
              </w:rPr>
              <w:t>19/11/2026</w:t>
            </w:r>
          </w:p>
        </w:tc>
        <w:tc>
          <w:tcPr>
            <w:tcW w:w="1296" w:type="dxa"/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764C" w:rsidRDefault="00863A09">
            <w:r>
              <w:rPr>
                <w:rFonts w:ascii="Arial" w:hAnsi="Arial"/>
                <w:color w:val="333333"/>
                <w:sz w:val="19"/>
              </w:rPr>
              <w:t>AZ 674</w:t>
            </w:r>
          </w:p>
        </w:tc>
        <w:tc>
          <w:tcPr>
            <w:tcW w:w="1584" w:type="dxa"/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764C" w:rsidRDefault="00863A09">
            <w:r>
              <w:rPr>
                <w:rFonts w:ascii="Arial" w:hAnsi="Arial"/>
                <w:color w:val="333333"/>
                <w:sz w:val="19"/>
              </w:rPr>
              <w:t>21:50</w:t>
            </w:r>
          </w:p>
        </w:tc>
        <w:tc>
          <w:tcPr>
            <w:tcW w:w="1584" w:type="dxa"/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764C" w:rsidRDefault="00863A09">
            <w:r>
              <w:rPr>
                <w:rFonts w:ascii="Arial" w:hAnsi="Arial"/>
                <w:color w:val="333333"/>
                <w:sz w:val="19"/>
              </w:rPr>
              <w:t>#06:25</w:t>
            </w:r>
          </w:p>
        </w:tc>
      </w:tr>
    </w:tbl>
    <w:p w:rsidR="008E764C" w:rsidRPr="00863A09" w:rsidRDefault="00863A09">
      <w:pPr>
        <w:keepNext/>
        <w:spacing w:before="360" w:after="120"/>
        <w:rPr>
          <w:lang w:val="pt-BR"/>
        </w:rPr>
      </w:pPr>
      <w:r>
        <w:rPr>
          <w:rFonts w:ascii="Arial" w:hAnsi="Arial"/>
          <w:b/>
          <w:color w:val="104A89"/>
          <w:sz w:val="32"/>
        </w:rPr>
        <w:t>🏨</w:t>
      </w:r>
      <w:r w:rsidRPr="00863A09">
        <w:rPr>
          <w:rFonts w:ascii="Arial" w:hAnsi="Arial"/>
          <w:b/>
          <w:color w:val="104A89"/>
          <w:sz w:val="32"/>
          <w:lang w:val="pt-BR"/>
        </w:rPr>
        <w:t xml:space="preserve"> Hotéis previstos (ou similares)</w:t>
      </w:r>
    </w:p>
    <w:tbl>
      <w:tblPr>
        <w:tblW w:w="0" w:type="auto"/>
        <w:tblBorders>
          <w:top w:val="single" w:sz="4" w:space="0" w:color="D0D7DE"/>
          <w:bottom w:val="single" w:sz="4" w:space="0" w:color="D0D7DE"/>
          <w:insideH w:val="single" w:sz="4" w:space="0" w:color="D0D7DE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6192"/>
      </w:tblGrid>
      <w:tr w:rsidR="008E764C">
        <w:tc>
          <w:tcPr>
            <w:tcW w:w="4680" w:type="dxa"/>
            <w:shd w:val="clear" w:color="auto" w:fill="104A8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764C" w:rsidRDefault="00863A09">
            <w:proofErr w:type="spellStart"/>
            <w:r>
              <w:rPr>
                <w:rFonts w:ascii="Arial" w:hAnsi="Arial"/>
                <w:b/>
                <w:color w:val="FFFFFF"/>
                <w:sz w:val="20"/>
              </w:rPr>
              <w:t>Cidade</w:t>
            </w:r>
            <w:proofErr w:type="spellEnd"/>
            <w:r>
              <w:rPr>
                <w:rFonts w:ascii="Arial" w:hAnsi="Arial"/>
                <w:b/>
                <w:color w:val="FFFFFF"/>
                <w:sz w:val="20"/>
              </w:rPr>
              <w:t xml:space="preserve"> / </w:t>
            </w:r>
            <w:proofErr w:type="spellStart"/>
            <w:r>
              <w:rPr>
                <w:rFonts w:ascii="Arial" w:hAnsi="Arial"/>
                <w:b/>
                <w:color w:val="FFFFFF"/>
                <w:sz w:val="20"/>
              </w:rPr>
              <w:t>Região</w:t>
            </w:r>
            <w:proofErr w:type="spellEnd"/>
          </w:p>
        </w:tc>
        <w:tc>
          <w:tcPr>
            <w:tcW w:w="4680" w:type="dxa"/>
            <w:shd w:val="clear" w:color="auto" w:fill="104A8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764C" w:rsidRDefault="00863A09">
            <w:r>
              <w:rPr>
                <w:rFonts w:ascii="Arial" w:hAnsi="Arial"/>
                <w:b/>
                <w:color w:val="FFFFFF"/>
                <w:sz w:val="20"/>
              </w:rPr>
              <w:t>Hotel Selecionado / Previsto</w:t>
            </w:r>
          </w:p>
        </w:tc>
      </w:tr>
      <w:tr w:rsidR="008E764C">
        <w:tc>
          <w:tcPr>
            <w:tcW w:w="3168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764C" w:rsidRDefault="00863A09">
            <w:r>
              <w:rPr>
                <w:rFonts w:ascii="Arial" w:hAnsi="Arial"/>
                <w:color w:val="333333"/>
                <w:sz w:val="20"/>
              </w:rPr>
              <w:lastRenderedPageBreak/>
              <w:t>Roma (Itália)</w:t>
            </w:r>
          </w:p>
        </w:tc>
        <w:tc>
          <w:tcPr>
            <w:tcW w:w="619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764C" w:rsidRDefault="00863A09">
            <w:r>
              <w:rPr>
                <w:rFonts w:ascii="Arial" w:hAnsi="Arial"/>
                <w:color w:val="333333"/>
                <w:sz w:val="20"/>
              </w:rPr>
              <w:t>Hotel Diana Roof Garden (Boutique Histórico)</w:t>
            </w:r>
          </w:p>
        </w:tc>
      </w:tr>
      <w:tr w:rsidR="008E764C" w:rsidRPr="007778EF">
        <w:tc>
          <w:tcPr>
            <w:tcW w:w="3168" w:type="dxa"/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764C" w:rsidRDefault="00863A09">
            <w:r>
              <w:rPr>
                <w:rFonts w:ascii="Arial" w:hAnsi="Arial"/>
                <w:color w:val="333333"/>
                <w:sz w:val="20"/>
              </w:rPr>
              <w:t>Bangkok (Tailândia)</w:t>
            </w:r>
          </w:p>
        </w:tc>
        <w:tc>
          <w:tcPr>
            <w:tcW w:w="6192" w:type="dxa"/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764C" w:rsidRPr="00863A09" w:rsidRDefault="00863A09">
            <w:pPr>
              <w:rPr>
                <w:lang w:val="pt-BR"/>
              </w:rPr>
            </w:pPr>
            <w:r w:rsidRPr="00863A09">
              <w:rPr>
                <w:rFonts w:ascii="Arial" w:hAnsi="Arial"/>
                <w:color w:val="333333"/>
                <w:sz w:val="20"/>
                <w:lang w:val="pt-BR"/>
              </w:rPr>
              <w:t xml:space="preserve">Ramada Plaza </w:t>
            </w:r>
            <w:proofErr w:type="spellStart"/>
            <w:r w:rsidRPr="00863A09">
              <w:rPr>
                <w:rFonts w:ascii="Arial" w:hAnsi="Arial"/>
                <w:color w:val="333333"/>
                <w:sz w:val="20"/>
                <w:lang w:val="pt-BR"/>
              </w:rPr>
              <w:t>By</w:t>
            </w:r>
            <w:proofErr w:type="spellEnd"/>
            <w:r w:rsidRPr="00863A09">
              <w:rPr>
                <w:rFonts w:ascii="Arial" w:hAnsi="Arial"/>
                <w:color w:val="333333"/>
                <w:sz w:val="20"/>
                <w:lang w:val="pt-BR"/>
              </w:rPr>
              <w:t xml:space="preserve"> </w:t>
            </w:r>
            <w:proofErr w:type="spellStart"/>
            <w:r w:rsidRPr="00863A09">
              <w:rPr>
                <w:rFonts w:ascii="Arial" w:hAnsi="Arial"/>
                <w:color w:val="333333"/>
                <w:sz w:val="20"/>
                <w:lang w:val="pt-BR"/>
              </w:rPr>
              <w:t>Wyndham</w:t>
            </w:r>
            <w:proofErr w:type="spellEnd"/>
            <w:r w:rsidRPr="00863A09">
              <w:rPr>
                <w:rFonts w:ascii="Arial" w:hAnsi="Arial"/>
                <w:color w:val="333333"/>
                <w:sz w:val="20"/>
                <w:lang w:val="pt-BR"/>
              </w:rPr>
              <w:t xml:space="preserve"> Bangkok </w:t>
            </w:r>
            <w:proofErr w:type="spellStart"/>
            <w:r w:rsidRPr="00863A09">
              <w:rPr>
                <w:rFonts w:ascii="Arial" w:hAnsi="Arial"/>
                <w:color w:val="333333"/>
                <w:sz w:val="20"/>
                <w:lang w:val="pt-BR"/>
              </w:rPr>
              <w:t>Menam</w:t>
            </w:r>
            <w:proofErr w:type="spellEnd"/>
            <w:r w:rsidRPr="00863A09">
              <w:rPr>
                <w:rFonts w:ascii="Arial" w:hAnsi="Arial"/>
                <w:color w:val="333333"/>
                <w:sz w:val="20"/>
                <w:lang w:val="pt-BR"/>
              </w:rPr>
              <w:t xml:space="preserve"> Riverside (Vista Rio)</w:t>
            </w:r>
          </w:p>
        </w:tc>
      </w:tr>
      <w:tr w:rsidR="008E764C">
        <w:tc>
          <w:tcPr>
            <w:tcW w:w="3168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764C" w:rsidRDefault="00863A09">
            <w:r>
              <w:rPr>
                <w:rFonts w:ascii="Arial" w:hAnsi="Arial"/>
                <w:color w:val="333333"/>
                <w:sz w:val="20"/>
              </w:rPr>
              <w:t>Chiang Mai (</w:t>
            </w:r>
            <w:proofErr w:type="spellStart"/>
            <w:r>
              <w:rPr>
                <w:rFonts w:ascii="Arial" w:hAnsi="Arial"/>
                <w:color w:val="333333"/>
                <w:sz w:val="20"/>
              </w:rPr>
              <w:t>Tailândia</w:t>
            </w:r>
            <w:proofErr w:type="spellEnd"/>
            <w:r>
              <w:rPr>
                <w:rFonts w:ascii="Arial" w:hAnsi="Arial"/>
                <w:color w:val="333333"/>
                <w:sz w:val="20"/>
              </w:rPr>
              <w:t>)</w:t>
            </w:r>
          </w:p>
        </w:tc>
        <w:tc>
          <w:tcPr>
            <w:tcW w:w="619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764C" w:rsidRDefault="00863A09">
            <w:r>
              <w:rPr>
                <w:rFonts w:ascii="Arial" w:hAnsi="Arial"/>
                <w:color w:val="333333"/>
                <w:sz w:val="20"/>
              </w:rPr>
              <w:t>Novotel Chiang Mai Nimman Journeyhub (Excelente Localização)</w:t>
            </w:r>
          </w:p>
        </w:tc>
      </w:tr>
      <w:tr w:rsidR="008E764C" w:rsidRPr="007778EF">
        <w:tc>
          <w:tcPr>
            <w:tcW w:w="3168" w:type="dxa"/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764C" w:rsidRDefault="00863A09">
            <w:r>
              <w:rPr>
                <w:rFonts w:ascii="Arial" w:hAnsi="Arial"/>
                <w:color w:val="333333"/>
                <w:sz w:val="20"/>
              </w:rPr>
              <w:t>Phuket (Tailândia)</w:t>
            </w:r>
          </w:p>
        </w:tc>
        <w:tc>
          <w:tcPr>
            <w:tcW w:w="6192" w:type="dxa"/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764C" w:rsidRPr="00863A09" w:rsidRDefault="00863A09">
            <w:pPr>
              <w:rPr>
                <w:lang w:val="pt-BR"/>
              </w:rPr>
            </w:pPr>
            <w:proofErr w:type="spellStart"/>
            <w:r w:rsidRPr="00863A09">
              <w:rPr>
                <w:rFonts w:ascii="Arial" w:hAnsi="Arial"/>
                <w:color w:val="333333"/>
                <w:sz w:val="20"/>
                <w:lang w:val="pt-BR"/>
              </w:rPr>
              <w:t>Beyond</w:t>
            </w:r>
            <w:proofErr w:type="spellEnd"/>
            <w:r w:rsidRPr="00863A09">
              <w:rPr>
                <w:rFonts w:ascii="Arial" w:hAnsi="Arial"/>
                <w:color w:val="333333"/>
                <w:sz w:val="20"/>
                <w:lang w:val="pt-BR"/>
              </w:rPr>
              <w:t xml:space="preserve"> </w:t>
            </w:r>
            <w:proofErr w:type="spellStart"/>
            <w:r w:rsidRPr="00863A09">
              <w:rPr>
                <w:rFonts w:ascii="Arial" w:hAnsi="Arial"/>
                <w:color w:val="333333"/>
                <w:sz w:val="20"/>
                <w:lang w:val="pt-BR"/>
              </w:rPr>
              <w:t>Kata</w:t>
            </w:r>
            <w:proofErr w:type="spellEnd"/>
            <w:r w:rsidRPr="00863A09">
              <w:rPr>
                <w:rFonts w:ascii="Arial" w:hAnsi="Arial"/>
                <w:color w:val="333333"/>
                <w:sz w:val="20"/>
                <w:lang w:val="pt-BR"/>
              </w:rPr>
              <w:t xml:space="preserve"> (Resort Design à Beira-Mar)</w:t>
            </w:r>
          </w:p>
        </w:tc>
      </w:tr>
    </w:tbl>
    <w:p w:rsidR="008E764C" w:rsidRDefault="00863A09">
      <w:pPr>
        <w:keepNext/>
        <w:spacing w:before="360" w:after="120"/>
      </w:pPr>
      <w:r>
        <w:rPr>
          <w:rFonts w:ascii="Arial" w:hAnsi="Arial"/>
          <w:b/>
          <w:color w:val="104A89"/>
          <w:sz w:val="32"/>
        </w:rPr>
        <w:t xml:space="preserve">💰 </w:t>
      </w:r>
      <w:proofErr w:type="spellStart"/>
      <w:r>
        <w:rPr>
          <w:rFonts w:ascii="Arial" w:hAnsi="Arial"/>
          <w:b/>
          <w:color w:val="104A89"/>
          <w:sz w:val="32"/>
        </w:rPr>
        <w:t>Investimento</w:t>
      </w:r>
      <w:proofErr w:type="spellEnd"/>
      <w:r>
        <w:rPr>
          <w:rFonts w:ascii="Arial" w:hAnsi="Arial"/>
          <w:b/>
          <w:color w:val="104A89"/>
          <w:sz w:val="32"/>
        </w:rPr>
        <w:t xml:space="preserve"> </w:t>
      </w:r>
      <w:proofErr w:type="spellStart"/>
      <w:r>
        <w:rPr>
          <w:rFonts w:ascii="Arial" w:hAnsi="Arial"/>
          <w:b/>
          <w:color w:val="104A89"/>
          <w:sz w:val="32"/>
        </w:rPr>
        <w:t>por</w:t>
      </w:r>
      <w:proofErr w:type="spellEnd"/>
      <w:r>
        <w:rPr>
          <w:rFonts w:ascii="Arial" w:hAnsi="Arial"/>
          <w:b/>
          <w:color w:val="104A89"/>
          <w:sz w:val="32"/>
        </w:rPr>
        <w:t xml:space="preserve"> </w:t>
      </w:r>
      <w:proofErr w:type="spellStart"/>
      <w:r>
        <w:rPr>
          <w:rFonts w:ascii="Arial" w:hAnsi="Arial"/>
          <w:b/>
          <w:color w:val="104A89"/>
          <w:sz w:val="32"/>
        </w:rPr>
        <w:t>pessoa</w:t>
      </w:r>
      <w:proofErr w:type="spellEnd"/>
    </w:p>
    <w:tbl>
      <w:tblPr>
        <w:tblW w:w="0" w:type="auto"/>
        <w:tblBorders>
          <w:top w:val="single" w:sz="6" w:space="0" w:color="104A89"/>
          <w:bottom w:val="single" w:sz="6" w:space="0" w:color="104A89"/>
          <w:insideH w:val="single" w:sz="6" w:space="0" w:color="104A89"/>
        </w:tblBorders>
        <w:tblLayout w:type="fixed"/>
        <w:tblLook w:val="04A0" w:firstRow="1" w:lastRow="0" w:firstColumn="1" w:lastColumn="0" w:noHBand="0" w:noVBand="1"/>
      </w:tblPr>
      <w:tblGrid>
        <w:gridCol w:w="4032"/>
        <w:gridCol w:w="5328"/>
      </w:tblGrid>
      <w:tr w:rsidR="008E764C">
        <w:tc>
          <w:tcPr>
            <w:tcW w:w="403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8E764C" w:rsidRPr="00863A09" w:rsidRDefault="00863A09">
            <w:pPr>
              <w:rPr>
                <w:lang w:val="pt-BR"/>
              </w:rPr>
            </w:pPr>
            <w:r w:rsidRPr="00863A09">
              <w:rPr>
                <w:rFonts w:ascii="Arial" w:hAnsi="Arial"/>
                <w:b/>
                <w:color w:val="333333"/>
                <w:sz w:val="20"/>
                <w:lang w:val="pt-BR"/>
              </w:rPr>
              <w:t>Em Acomodação Dupla (por pessoa)</w:t>
            </w:r>
          </w:p>
        </w:tc>
        <w:tc>
          <w:tcPr>
            <w:tcW w:w="532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8E764C" w:rsidRDefault="00863A09">
            <w:r>
              <w:rPr>
                <w:rFonts w:ascii="Arial" w:hAnsi="Arial"/>
                <w:b/>
                <w:color w:val="104A89"/>
                <w:sz w:val="21"/>
              </w:rPr>
              <w:t>€ 5.489</w:t>
            </w:r>
          </w:p>
        </w:tc>
      </w:tr>
      <w:tr w:rsidR="008E764C">
        <w:tc>
          <w:tcPr>
            <w:tcW w:w="4032" w:type="dxa"/>
            <w:shd w:val="clear" w:color="auto" w:fill="F2F6FA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8E764C" w:rsidRDefault="00863A09">
            <w:r>
              <w:rPr>
                <w:rFonts w:ascii="Arial" w:hAnsi="Arial"/>
                <w:b/>
                <w:color w:val="333333"/>
                <w:sz w:val="20"/>
              </w:rPr>
              <w:t>Suplemento para Acomodação Individual</w:t>
            </w:r>
          </w:p>
        </w:tc>
        <w:tc>
          <w:tcPr>
            <w:tcW w:w="5328" w:type="dxa"/>
            <w:shd w:val="clear" w:color="auto" w:fill="F2F6FA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8E764C" w:rsidRDefault="00863A09">
            <w:r>
              <w:rPr>
                <w:rFonts w:ascii="Arial" w:hAnsi="Arial"/>
                <w:b/>
                <w:color w:val="104A89"/>
                <w:sz w:val="21"/>
              </w:rPr>
              <w:t>10x € 147 (Total Suplemento € 1.470)</w:t>
            </w:r>
          </w:p>
        </w:tc>
      </w:tr>
      <w:tr w:rsidR="008E764C">
        <w:tc>
          <w:tcPr>
            <w:tcW w:w="403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8E764C" w:rsidRDefault="00863A09">
            <w:r>
              <w:rPr>
                <w:rFonts w:ascii="Arial" w:hAnsi="Arial"/>
                <w:b/>
                <w:color w:val="333333"/>
                <w:sz w:val="20"/>
              </w:rPr>
              <w:t>Taxa de Embarque Internacional</w:t>
            </w:r>
          </w:p>
        </w:tc>
        <w:tc>
          <w:tcPr>
            <w:tcW w:w="532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8E764C" w:rsidRDefault="00863A09">
            <w:r>
              <w:rPr>
                <w:rFonts w:ascii="Arial" w:hAnsi="Arial"/>
                <w:b/>
                <w:color w:val="104A89"/>
                <w:sz w:val="21"/>
              </w:rPr>
              <w:t>€ 227</w:t>
            </w:r>
          </w:p>
        </w:tc>
      </w:tr>
      <w:tr w:rsidR="008E764C" w:rsidRPr="007778EF">
        <w:tc>
          <w:tcPr>
            <w:tcW w:w="4032" w:type="dxa"/>
            <w:shd w:val="clear" w:color="auto" w:fill="F2F6FA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8E764C" w:rsidRDefault="00863A09">
            <w:r>
              <w:rPr>
                <w:rFonts w:ascii="Arial" w:hAnsi="Arial"/>
                <w:b/>
                <w:color w:val="333333"/>
                <w:sz w:val="20"/>
              </w:rPr>
              <w:t>Plano de Parcelamento Exclusivo</w:t>
            </w:r>
          </w:p>
        </w:tc>
        <w:tc>
          <w:tcPr>
            <w:tcW w:w="5328" w:type="dxa"/>
            <w:shd w:val="clear" w:color="auto" w:fill="F2F6FA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8E764C" w:rsidRPr="00863A09" w:rsidRDefault="00863A09">
            <w:pPr>
              <w:rPr>
                <w:lang w:val="pt-BR"/>
              </w:rPr>
            </w:pPr>
            <w:r w:rsidRPr="00863A09">
              <w:rPr>
                <w:rFonts w:ascii="Arial" w:hAnsi="Arial"/>
                <w:b/>
                <w:color w:val="104A89"/>
                <w:sz w:val="21"/>
                <w:lang w:val="pt-BR"/>
              </w:rPr>
              <w:t xml:space="preserve">Entrada à vista de € 1.646 </w:t>
            </w:r>
            <w:proofErr w:type="gramStart"/>
            <w:r w:rsidRPr="00863A09">
              <w:rPr>
                <w:rFonts w:ascii="Arial" w:hAnsi="Arial"/>
                <w:b/>
                <w:color w:val="104A89"/>
                <w:sz w:val="21"/>
                <w:lang w:val="pt-BR"/>
              </w:rPr>
              <w:t>+</w:t>
            </w:r>
            <w:proofErr w:type="gramEnd"/>
            <w:r w:rsidRPr="00863A09">
              <w:rPr>
                <w:rFonts w:ascii="Arial" w:hAnsi="Arial"/>
                <w:b/>
                <w:color w:val="104A89"/>
                <w:sz w:val="21"/>
                <w:lang w:val="pt-BR"/>
              </w:rPr>
              <w:t xml:space="preserve"> taxas aeroportuárias, e o saldo integral facilitado em até 9 parcelas fixas de € 427 sem juros nos cartões de crédito Visa, Mastercard, </w:t>
            </w:r>
            <w:proofErr w:type="spellStart"/>
            <w:r w:rsidRPr="00863A09">
              <w:rPr>
                <w:rFonts w:ascii="Arial" w:hAnsi="Arial"/>
                <w:b/>
                <w:color w:val="104A89"/>
                <w:sz w:val="21"/>
                <w:lang w:val="pt-BR"/>
              </w:rPr>
              <w:t>Diners</w:t>
            </w:r>
            <w:proofErr w:type="spellEnd"/>
            <w:r w:rsidRPr="00863A09">
              <w:rPr>
                <w:rFonts w:ascii="Arial" w:hAnsi="Arial"/>
                <w:b/>
                <w:color w:val="104A89"/>
                <w:sz w:val="21"/>
                <w:lang w:val="pt-BR"/>
              </w:rPr>
              <w:t xml:space="preserve"> Club e Elo.</w:t>
            </w:r>
          </w:p>
        </w:tc>
      </w:tr>
    </w:tbl>
    <w:p w:rsidR="008E764C" w:rsidRDefault="00863A09">
      <w:pPr>
        <w:spacing w:before="120" w:after="280"/>
      </w:pPr>
      <w:r w:rsidRPr="00863A09">
        <w:rPr>
          <w:rFonts w:ascii="Arial" w:hAnsi="Arial"/>
          <w:i/>
          <w:color w:val="787878"/>
          <w:sz w:val="18"/>
          <w:lang w:val="pt-BR"/>
        </w:rPr>
        <w:t xml:space="preserve">* Valores expressos em Euros (€), convertidos para Reais no câmbio comercial do dia do pagamento. </w:t>
      </w:r>
      <w:proofErr w:type="spellStart"/>
      <w:r>
        <w:rPr>
          <w:rFonts w:ascii="Arial" w:hAnsi="Arial"/>
          <w:i/>
          <w:color w:val="787878"/>
          <w:sz w:val="18"/>
        </w:rPr>
        <w:t>Tarifas</w:t>
      </w:r>
      <w:proofErr w:type="spellEnd"/>
      <w:r>
        <w:rPr>
          <w:rFonts w:ascii="Arial" w:hAnsi="Arial"/>
          <w:i/>
          <w:color w:val="787878"/>
          <w:sz w:val="18"/>
        </w:rPr>
        <w:t xml:space="preserve"> </w:t>
      </w:r>
      <w:proofErr w:type="spellStart"/>
      <w:r>
        <w:rPr>
          <w:rFonts w:ascii="Arial" w:hAnsi="Arial"/>
          <w:i/>
          <w:color w:val="787878"/>
          <w:sz w:val="18"/>
        </w:rPr>
        <w:t>sujeitas</w:t>
      </w:r>
      <w:proofErr w:type="spellEnd"/>
      <w:r>
        <w:rPr>
          <w:rFonts w:ascii="Arial" w:hAnsi="Arial"/>
          <w:i/>
          <w:color w:val="787878"/>
          <w:sz w:val="18"/>
        </w:rPr>
        <w:t xml:space="preserve"> a </w:t>
      </w:r>
      <w:proofErr w:type="spellStart"/>
      <w:r>
        <w:rPr>
          <w:rFonts w:ascii="Arial" w:hAnsi="Arial"/>
          <w:i/>
          <w:color w:val="787878"/>
          <w:sz w:val="18"/>
        </w:rPr>
        <w:t>alteração</w:t>
      </w:r>
      <w:proofErr w:type="spellEnd"/>
      <w:r>
        <w:rPr>
          <w:rFonts w:ascii="Arial" w:hAnsi="Arial"/>
          <w:i/>
          <w:color w:val="787878"/>
          <w:sz w:val="18"/>
        </w:rPr>
        <w:t xml:space="preserve"> cambial e disponibilidade.</w:t>
      </w:r>
    </w:p>
    <w:p w:rsidR="008E764C" w:rsidRDefault="00863A09">
      <w:pPr>
        <w:keepNext/>
        <w:spacing w:before="360" w:after="120"/>
      </w:pPr>
      <w:r>
        <w:rPr>
          <w:rFonts w:ascii="Arial" w:hAnsi="Arial"/>
          <w:b/>
          <w:color w:val="104A89"/>
          <w:sz w:val="32"/>
        </w:rPr>
        <w:t>📄 Documentação necessária</w:t>
      </w:r>
    </w:p>
    <w:p w:rsidR="008E764C" w:rsidRPr="00863A09" w:rsidRDefault="00863A09">
      <w:pPr>
        <w:pStyle w:val="Commarcadores"/>
        <w:spacing w:after="80"/>
        <w:rPr>
          <w:lang w:val="pt-BR"/>
        </w:rPr>
      </w:pPr>
      <w:r w:rsidRPr="00863A09">
        <w:rPr>
          <w:rFonts w:ascii="Arial" w:hAnsi="Arial"/>
          <w:color w:val="333333"/>
          <w:sz w:val="21"/>
          <w:lang w:val="pt-BR"/>
        </w:rPr>
        <w:t>Passaporte original com validade mínima de 06 meses a partir da data de entrada na Tailândia e pelo menos 03 páginas completamente vazias.</w:t>
      </w:r>
    </w:p>
    <w:p w:rsidR="008E764C" w:rsidRPr="00863A09" w:rsidRDefault="00863A09">
      <w:pPr>
        <w:pStyle w:val="Commarcadores"/>
        <w:spacing w:after="80"/>
        <w:rPr>
          <w:lang w:val="pt-BR"/>
        </w:rPr>
      </w:pPr>
      <w:r w:rsidRPr="00863A09">
        <w:rPr>
          <w:rFonts w:ascii="Arial" w:hAnsi="Arial"/>
          <w:color w:val="333333"/>
          <w:sz w:val="21"/>
          <w:lang w:val="pt-BR"/>
        </w:rPr>
        <w:t>Cópia nítida e simples da página de identificação do passaporte.</w:t>
      </w:r>
    </w:p>
    <w:p w:rsidR="008E764C" w:rsidRPr="00863A09" w:rsidRDefault="00863A09">
      <w:pPr>
        <w:pStyle w:val="Commarcadores"/>
        <w:spacing w:after="80"/>
        <w:rPr>
          <w:lang w:val="pt-BR"/>
        </w:rPr>
      </w:pPr>
      <w:r w:rsidRPr="00863A09">
        <w:rPr>
          <w:rFonts w:ascii="Arial" w:hAnsi="Arial"/>
          <w:color w:val="333333"/>
          <w:sz w:val="21"/>
          <w:lang w:val="pt-BR"/>
        </w:rPr>
        <w:t>Certificado Internacional de Vacinação contra a Febre Amarela original e válido (aplicado no mínimo 10 dias antes do embarque).</w:t>
      </w:r>
    </w:p>
    <w:p w:rsidR="008E764C" w:rsidRPr="00863A09" w:rsidRDefault="00863A09">
      <w:pPr>
        <w:pStyle w:val="Commarcadores"/>
        <w:spacing w:after="80"/>
        <w:rPr>
          <w:lang w:val="pt-BR"/>
        </w:rPr>
      </w:pPr>
      <w:r w:rsidRPr="00863A09">
        <w:rPr>
          <w:rFonts w:ascii="Arial" w:hAnsi="Arial"/>
          <w:color w:val="333333"/>
          <w:sz w:val="21"/>
          <w:lang w:val="pt-BR"/>
        </w:rPr>
        <w:t>Cartão Digital de Chegada à Tailândia devidamente preenchido e processado conforme regras migratórias vigentes.</w:t>
      </w:r>
    </w:p>
    <w:p w:rsidR="008E764C" w:rsidRPr="00863A09" w:rsidRDefault="00863A09">
      <w:pPr>
        <w:pStyle w:val="Commarcadores"/>
        <w:spacing w:after="80"/>
        <w:rPr>
          <w:lang w:val="pt-BR"/>
        </w:rPr>
      </w:pPr>
      <w:r w:rsidRPr="00863A09">
        <w:rPr>
          <w:rFonts w:ascii="Arial" w:hAnsi="Arial"/>
          <w:color w:val="333333"/>
          <w:sz w:val="21"/>
          <w:lang w:val="pt-BR"/>
        </w:rPr>
        <w:t xml:space="preserve">Contrato de prestação de serviços turísticos </w:t>
      </w:r>
      <w:proofErr w:type="spellStart"/>
      <w:r w:rsidRPr="00863A09">
        <w:rPr>
          <w:rFonts w:ascii="Arial" w:hAnsi="Arial"/>
          <w:color w:val="333333"/>
          <w:sz w:val="21"/>
          <w:lang w:val="pt-BR"/>
        </w:rPr>
        <w:t>Transmundi</w:t>
      </w:r>
      <w:proofErr w:type="spellEnd"/>
      <w:r w:rsidRPr="00863A09">
        <w:rPr>
          <w:rFonts w:ascii="Arial" w:hAnsi="Arial"/>
          <w:color w:val="333333"/>
          <w:sz w:val="21"/>
          <w:lang w:val="pt-BR"/>
        </w:rPr>
        <w:t xml:space="preserve"> devidamente assinado.</w:t>
      </w:r>
    </w:p>
    <w:p w:rsidR="008E764C" w:rsidRDefault="00863A09">
      <w:pPr>
        <w:keepNext/>
        <w:spacing w:before="360" w:after="120"/>
      </w:pPr>
      <w:r>
        <w:rPr>
          <w:rFonts w:ascii="Arial" w:hAnsi="Arial"/>
          <w:b/>
          <w:color w:val="104A89"/>
          <w:sz w:val="32"/>
        </w:rPr>
        <w:t xml:space="preserve">ℹ️ </w:t>
      </w:r>
      <w:proofErr w:type="spellStart"/>
      <w:r>
        <w:rPr>
          <w:rFonts w:ascii="Arial" w:hAnsi="Arial"/>
          <w:b/>
          <w:color w:val="104A89"/>
          <w:sz w:val="32"/>
        </w:rPr>
        <w:t>Informações</w:t>
      </w:r>
      <w:proofErr w:type="spellEnd"/>
      <w:r>
        <w:rPr>
          <w:rFonts w:ascii="Arial" w:hAnsi="Arial"/>
          <w:b/>
          <w:color w:val="104A89"/>
          <w:sz w:val="32"/>
        </w:rPr>
        <w:t xml:space="preserve"> </w:t>
      </w:r>
      <w:proofErr w:type="spellStart"/>
      <w:r>
        <w:rPr>
          <w:rFonts w:ascii="Arial" w:hAnsi="Arial"/>
          <w:b/>
          <w:color w:val="104A89"/>
          <w:sz w:val="32"/>
        </w:rPr>
        <w:t>importantes</w:t>
      </w:r>
      <w:proofErr w:type="spellEnd"/>
    </w:p>
    <w:p w:rsidR="008E764C" w:rsidRPr="00863A09" w:rsidRDefault="00863A09">
      <w:pPr>
        <w:pStyle w:val="Commarcadores"/>
        <w:spacing w:after="80"/>
        <w:rPr>
          <w:lang w:val="pt-BR"/>
        </w:rPr>
      </w:pPr>
      <w:r w:rsidRPr="00863A09">
        <w:rPr>
          <w:rFonts w:ascii="Arial" w:hAnsi="Arial"/>
          <w:color w:val="333333"/>
          <w:sz w:val="21"/>
          <w:lang w:val="pt-BR"/>
        </w:rPr>
        <w:t>Preços expressos por pessoa em Euros (€), calculados com base na acomodação selecionada.</w:t>
      </w:r>
    </w:p>
    <w:p w:rsidR="008E764C" w:rsidRPr="00863A09" w:rsidRDefault="00863A09">
      <w:pPr>
        <w:pStyle w:val="Commarcadores"/>
        <w:spacing w:after="80"/>
        <w:rPr>
          <w:lang w:val="pt-BR"/>
        </w:rPr>
      </w:pPr>
      <w:r w:rsidRPr="00863A09">
        <w:rPr>
          <w:rFonts w:ascii="Arial" w:hAnsi="Arial"/>
          <w:color w:val="333333"/>
          <w:sz w:val="21"/>
          <w:lang w:val="pt-BR"/>
        </w:rPr>
        <w:t>Ofertas com lugares estritamente limitados, sujeitas a total confirmação no ato da reserva formal.</w:t>
      </w:r>
    </w:p>
    <w:p w:rsidR="008E764C" w:rsidRPr="00863A09" w:rsidRDefault="00863A09">
      <w:pPr>
        <w:pStyle w:val="Commarcadores"/>
        <w:spacing w:after="80"/>
        <w:rPr>
          <w:lang w:val="pt-BR"/>
        </w:rPr>
      </w:pPr>
      <w:r w:rsidRPr="00863A09">
        <w:rPr>
          <w:rFonts w:ascii="Arial" w:hAnsi="Arial"/>
          <w:color w:val="333333"/>
          <w:sz w:val="21"/>
          <w:lang w:val="pt-BR"/>
        </w:rPr>
        <w:lastRenderedPageBreak/>
        <w:t>Preços, datas e condições comerciais de pagamento estão sujeitos a reajustes sem qualquer aviso prévio.</w:t>
      </w:r>
    </w:p>
    <w:p w:rsidR="008E764C" w:rsidRPr="00863A09" w:rsidRDefault="00863A09">
      <w:pPr>
        <w:pStyle w:val="Commarcadores"/>
        <w:spacing w:after="80"/>
        <w:rPr>
          <w:lang w:val="pt-BR"/>
        </w:rPr>
      </w:pPr>
      <w:r w:rsidRPr="00863A09">
        <w:rPr>
          <w:rFonts w:ascii="Arial" w:hAnsi="Arial"/>
          <w:color w:val="333333"/>
          <w:sz w:val="21"/>
          <w:lang w:val="pt-BR"/>
        </w:rPr>
        <w:t xml:space="preserve">Horários de check-in e </w:t>
      </w:r>
      <w:proofErr w:type="spellStart"/>
      <w:r w:rsidRPr="00863A09">
        <w:rPr>
          <w:rFonts w:ascii="Arial" w:hAnsi="Arial"/>
          <w:color w:val="333333"/>
          <w:sz w:val="21"/>
          <w:lang w:val="pt-BR"/>
        </w:rPr>
        <w:t>check</w:t>
      </w:r>
      <w:proofErr w:type="spellEnd"/>
      <w:r w:rsidRPr="00863A09">
        <w:rPr>
          <w:rFonts w:ascii="Arial" w:hAnsi="Arial"/>
          <w:color w:val="333333"/>
          <w:sz w:val="21"/>
          <w:lang w:val="pt-BR"/>
        </w:rPr>
        <w:t>-out hoteleiros padronizados internacionalmente de acordo com a política interna de cada estabelecimento.</w:t>
      </w:r>
    </w:p>
    <w:p w:rsidR="008E764C" w:rsidRPr="00863A09" w:rsidRDefault="00863A09">
      <w:pPr>
        <w:pStyle w:val="Commarcadores"/>
        <w:spacing w:after="80"/>
        <w:rPr>
          <w:lang w:val="pt-BR"/>
        </w:rPr>
      </w:pPr>
      <w:r w:rsidRPr="00863A09">
        <w:rPr>
          <w:rFonts w:ascii="Arial" w:hAnsi="Arial"/>
          <w:color w:val="333333"/>
          <w:sz w:val="21"/>
          <w:lang w:val="pt-BR"/>
        </w:rPr>
        <w:t>Eventuais taxas locais, hoteleiras de resort ou de turismo municipais não inclusas deverão ser pagas localmente pelos passageiros.</w:t>
      </w:r>
    </w:p>
    <w:p w:rsidR="008E764C" w:rsidRPr="00863A09" w:rsidRDefault="00863A09">
      <w:pPr>
        <w:pStyle w:val="Commarcadores"/>
        <w:spacing w:after="80"/>
        <w:rPr>
          <w:lang w:val="pt-BR"/>
        </w:rPr>
      </w:pPr>
      <w:r w:rsidRPr="00863A09">
        <w:rPr>
          <w:rFonts w:ascii="Arial" w:hAnsi="Arial"/>
          <w:color w:val="333333"/>
          <w:sz w:val="21"/>
          <w:lang w:val="pt-BR"/>
        </w:rPr>
        <w:t>A ordem cronológica do itinerário e visitas de campo poderá sofrer alterações pontuais devido a imprevistos climáticos ou operacionais.</w:t>
      </w:r>
    </w:p>
    <w:p w:rsidR="008E764C" w:rsidRPr="00863A09" w:rsidRDefault="00863A09">
      <w:pPr>
        <w:spacing w:before="440"/>
        <w:jc w:val="center"/>
        <w:rPr>
          <w:lang w:val="pt-BR"/>
        </w:rPr>
      </w:pPr>
      <w:proofErr w:type="spellStart"/>
      <w:r w:rsidRPr="00863A09">
        <w:rPr>
          <w:rFonts w:ascii="Arial" w:hAnsi="Arial"/>
          <w:b/>
          <w:i/>
          <w:color w:val="104A89"/>
          <w:lang w:val="pt-BR"/>
        </w:rPr>
        <w:t>Transmundi</w:t>
      </w:r>
      <w:proofErr w:type="spellEnd"/>
      <w:r w:rsidRPr="00863A09">
        <w:rPr>
          <w:rFonts w:ascii="Arial" w:hAnsi="Arial"/>
          <w:b/>
          <w:i/>
          <w:color w:val="104A89"/>
          <w:lang w:val="pt-BR"/>
        </w:rPr>
        <w:t xml:space="preserve"> 20 Anos — Conectando destinos com exclusividade e elegância.</w:t>
      </w:r>
    </w:p>
    <w:sectPr w:rsidR="008E764C" w:rsidRPr="00863A09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1604C"/>
    <w:rsid w:val="007778EF"/>
    <w:rsid w:val="00863A09"/>
    <w:rsid w:val="008E764C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EC1F6864-4333-4524-8BA7-12EF641FC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7ECF3CA-0E69-47F0-B782-4597BAFE2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1612</Words>
  <Characters>8708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10300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4</cp:revision>
  <dcterms:created xsi:type="dcterms:W3CDTF">2013-12-23T23:15:00Z</dcterms:created>
  <dcterms:modified xsi:type="dcterms:W3CDTF">2026-05-22T18:23:00Z</dcterms:modified>
  <cp:category/>
</cp:coreProperties>
</file>