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9EBF" w14:textId="2EC6FD1A" w:rsidR="00B569A9" w:rsidRDefault="00B569A9" w:rsidP="003A5BC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569A9" w14:paraId="27ADA6D2" w14:textId="77777777">
        <w:trPr>
          <w:jc w:val="center"/>
        </w:trPr>
        <w:tc>
          <w:tcPr>
            <w:tcW w:w="10656" w:type="dxa"/>
            <w:shd w:val="clear" w:color="auto" w:fill="123C6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E0EF9AE" w14:textId="768F44AF" w:rsidR="00B569A9" w:rsidRDefault="00000000">
            <w:pPr>
              <w:jc w:val="center"/>
            </w:pPr>
            <w:r>
              <w:rPr>
                <w:b/>
                <w:color w:val="FFFFFF"/>
                <w:sz w:val="52"/>
              </w:rPr>
              <w:t xml:space="preserve">DESCUBRA </w:t>
            </w:r>
            <w:r w:rsidR="003419B7">
              <w:rPr>
                <w:b/>
                <w:color w:val="FFFFFF"/>
                <w:sz w:val="52"/>
              </w:rPr>
              <w:t>A TAILÂNDIA</w:t>
            </w:r>
          </w:p>
          <w:p w14:paraId="3F8D3817" w14:textId="11885F51" w:rsidR="00B569A9" w:rsidRDefault="00000000">
            <w:pPr>
              <w:jc w:val="center"/>
            </w:pPr>
            <w:r>
              <w:rPr>
                <w:color w:val="FFFFFF"/>
                <w:sz w:val="24"/>
              </w:rPr>
              <w:t xml:space="preserve">2026 • </w:t>
            </w:r>
            <w:proofErr w:type="spellStart"/>
            <w:r>
              <w:rPr>
                <w:color w:val="FFFFFF"/>
                <w:sz w:val="24"/>
              </w:rPr>
              <w:t>Roteiros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proofErr w:type="spellStart"/>
            <w:r>
              <w:rPr>
                <w:color w:val="FFFFFF"/>
                <w:sz w:val="24"/>
              </w:rPr>
              <w:t>hotéis</w:t>
            </w:r>
            <w:proofErr w:type="spellEnd"/>
            <w:r>
              <w:rPr>
                <w:color w:val="FFFFFF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previstos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proofErr w:type="spellStart"/>
            <w:r>
              <w:rPr>
                <w:color w:val="FFFFFF"/>
                <w:sz w:val="24"/>
              </w:rPr>
              <w:t>inclusões</w:t>
            </w:r>
            <w:proofErr w:type="spellEnd"/>
            <w:r>
              <w:rPr>
                <w:color w:val="FFFFFF"/>
                <w:sz w:val="24"/>
              </w:rPr>
              <w:t xml:space="preserve"> e </w:t>
            </w:r>
            <w:proofErr w:type="spellStart"/>
            <w:r>
              <w:rPr>
                <w:color w:val="FFFFFF"/>
                <w:sz w:val="24"/>
              </w:rPr>
              <w:t>tarifas</w:t>
            </w:r>
            <w:proofErr w:type="spellEnd"/>
            <w:r>
              <w:rPr>
                <w:color w:val="FFFFFF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originais</w:t>
            </w:r>
            <w:proofErr w:type="spellEnd"/>
          </w:p>
        </w:tc>
      </w:tr>
    </w:tbl>
    <w:p w14:paraId="4BE57F4F" w14:textId="77777777" w:rsidR="00B569A9" w:rsidRDefault="00000000">
      <w:pPr>
        <w:jc w:val="center"/>
      </w:pPr>
      <w:r>
        <w:rPr>
          <w:i/>
        </w:rPr>
        <w:t xml:space="preserve">Material </w:t>
      </w:r>
      <w:proofErr w:type="spellStart"/>
      <w:r>
        <w:rPr>
          <w:i/>
        </w:rPr>
        <w:t>diagramado</w:t>
      </w:r>
      <w:proofErr w:type="spellEnd"/>
      <w:r>
        <w:rPr>
          <w:i/>
        </w:rPr>
        <w:t xml:space="preserve"> com imagens </w:t>
      </w:r>
      <w:proofErr w:type="spellStart"/>
      <w:r>
        <w:rPr>
          <w:i/>
        </w:rPr>
        <w:t>realistas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títulos</w:t>
      </w:r>
      <w:proofErr w:type="spellEnd"/>
      <w:r>
        <w:rPr>
          <w:i/>
        </w:rPr>
        <w:t xml:space="preserve"> com emojis. Valores </w:t>
      </w:r>
      <w:proofErr w:type="spellStart"/>
      <w:r>
        <w:rPr>
          <w:i/>
        </w:rPr>
        <w:t>mantidos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conforme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arquivo</w:t>
      </w:r>
      <w:proofErr w:type="spellEnd"/>
      <w:r>
        <w:rPr>
          <w:i/>
        </w:rPr>
        <w:t xml:space="preserve"> original.</w:t>
      </w:r>
    </w:p>
    <w:p w14:paraId="3E51DC4E" w14:textId="77777777" w:rsidR="00B569A9" w:rsidRDefault="00B569A9">
      <w:pPr>
        <w:pBdr>
          <w:bottom w:val="single" w:sz="12" w:space="1" w:color="E6B35A"/>
        </w:pBdr>
        <w:spacing w:after="120"/>
      </w:pPr>
    </w:p>
    <w:p w14:paraId="6531DD07" w14:textId="016D1B1E" w:rsidR="003419B7" w:rsidRDefault="00000000" w:rsidP="003419B7">
      <w:pPr>
        <w:pStyle w:val="HeadingViagem"/>
        <w:spacing w:before="80" w:after="80"/>
        <w:jc w:val="center"/>
      </w:pPr>
      <w:r>
        <w:rPr>
          <w:rFonts w:ascii="Segoe UI Emoji" w:hAnsi="Segoe UI Emoji" w:cs="Segoe UI Emoji"/>
        </w:rPr>
        <w:t>🏺</w:t>
      </w:r>
      <w:r>
        <w:t xml:space="preserve"> </w:t>
      </w:r>
      <w:r w:rsidR="003419B7" w:rsidRPr="003419B7">
        <w:t>DESCUBRA A TAILÂNDIA &amp; O FESTIVAL DAS LANTERNAS 2026</w:t>
      </w:r>
      <w:r>
        <w:t xml:space="preserve"> (</w:t>
      </w:r>
      <w:r w:rsidR="003419B7">
        <w:t>8</w:t>
      </w:r>
      <w:r>
        <w:t xml:space="preserve"> DIAS / </w:t>
      </w:r>
      <w:r w:rsidR="003419B7">
        <w:t>7</w:t>
      </w:r>
      <w:r>
        <w:t xml:space="preserve"> NOITES)</w:t>
      </w:r>
    </w:p>
    <w:p w14:paraId="44F949FC" w14:textId="77777777" w:rsidR="003419B7" w:rsidRDefault="003419B7" w:rsidP="003419B7">
      <w:pPr>
        <w:pBdr>
          <w:bottom w:val="single" w:sz="12" w:space="1" w:color="E6B35A"/>
        </w:pBdr>
        <w:spacing w:after="120"/>
      </w:pPr>
    </w:p>
    <w:p w14:paraId="2A981D5E" w14:textId="09B19E9E" w:rsidR="003419B7" w:rsidRDefault="003419B7" w:rsidP="003419B7">
      <w:pPr>
        <w:pStyle w:val="Subheading"/>
        <w:spacing w:after="100"/>
        <w:jc w:val="center"/>
      </w:pPr>
      <w:r>
        <w:rPr>
          <w:rFonts w:ascii="Segoe UI Emoji" w:hAnsi="Segoe UI Emoji" w:cs="Segoe UI Emoji"/>
        </w:rPr>
        <w:t>📅</w:t>
      </w:r>
      <w:r>
        <w:t xml:space="preserve"> </w:t>
      </w:r>
      <w:r w:rsidRPr="003419B7">
        <w:t>SAÍDA REGULAR EM ESPANHOL</w:t>
      </w:r>
    </w:p>
    <w:p w14:paraId="0EFEB7D2" w14:textId="7AA33884" w:rsidR="00B569A9" w:rsidRDefault="00000000">
      <w:pPr>
        <w:pStyle w:val="Dia"/>
        <w:spacing w:before="120" w:after="20"/>
      </w:pPr>
      <w:r>
        <w:t xml:space="preserve">📍 1º </w:t>
      </w:r>
      <w:proofErr w:type="spellStart"/>
      <w:r>
        <w:t>dia</w:t>
      </w:r>
      <w:proofErr w:type="spellEnd"/>
      <w:r w:rsidR="003419B7">
        <w:t xml:space="preserve"> (19 NOV):</w:t>
      </w:r>
      <w:r>
        <w:t xml:space="preserve"> </w:t>
      </w:r>
      <w:r w:rsidR="003419B7" w:rsidRPr="003419B7">
        <w:t xml:space="preserve">Bangkok – </w:t>
      </w:r>
      <w:proofErr w:type="spellStart"/>
      <w:r w:rsidR="003419B7" w:rsidRPr="003419B7">
        <w:t>Chegada</w:t>
      </w:r>
      <w:proofErr w:type="spellEnd"/>
    </w:p>
    <w:p w14:paraId="2F3E3DA0" w14:textId="77777777" w:rsidR="003419B7" w:rsidRPr="003419B7" w:rsidRDefault="003419B7" w:rsidP="003419B7">
      <w:pPr>
        <w:spacing w:after="40" w:line="252" w:lineRule="auto"/>
        <w:jc w:val="both"/>
      </w:pPr>
      <w:r w:rsidRPr="003419B7">
        <w:t>Bem-</w:t>
      </w:r>
      <w:proofErr w:type="spellStart"/>
      <w:r w:rsidRPr="003419B7">
        <w:t>vindo</w:t>
      </w:r>
      <w:proofErr w:type="spellEnd"/>
      <w:r w:rsidRPr="003419B7">
        <w:t xml:space="preserve"> a Bangkok!</w:t>
      </w:r>
    </w:p>
    <w:p w14:paraId="01CEF853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Na </w:t>
      </w:r>
      <w:proofErr w:type="spellStart"/>
      <w:r w:rsidRPr="003419B7">
        <w:t>chegada</w:t>
      </w:r>
      <w:proofErr w:type="spellEnd"/>
      <w:r w:rsidRPr="003419B7">
        <w:t xml:space="preserve">, </w:t>
      </w:r>
      <w:proofErr w:type="spellStart"/>
      <w:r w:rsidRPr="003419B7">
        <w:t>você</w:t>
      </w:r>
      <w:proofErr w:type="spellEnd"/>
      <w:r w:rsidRPr="003419B7">
        <w:t xml:space="preserve"> </w:t>
      </w:r>
      <w:proofErr w:type="spellStart"/>
      <w:r w:rsidRPr="003419B7">
        <w:t>encontrará</w:t>
      </w:r>
      <w:proofErr w:type="spellEnd"/>
      <w:r w:rsidRPr="003419B7">
        <w:t xml:space="preserve"> o </w:t>
      </w:r>
      <w:proofErr w:type="spellStart"/>
      <w:r w:rsidRPr="003419B7">
        <w:t>representante</w:t>
      </w:r>
      <w:proofErr w:type="spellEnd"/>
      <w:r w:rsidRPr="003419B7">
        <w:t xml:space="preserve"> local no </w:t>
      </w:r>
      <w:proofErr w:type="spellStart"/>
      <w:r w:rsidRPr="003419B7">
        <w:t>aeroporto</w:t>
      </w:r>
      <w:proofErr w:type="spellEnd"/>
      <w:r w:rsidRPr="003419B7">
        <w:t xml:space="preserve"> e </w:t>
      </w:r>
      <w:proofErr w:type="spellStart"/>
      <w:r w:rsidRPr="003419B7">
        <w:t>seguirá</w:t>
      </w:r>
      <w:proofErr w:type="spellEnd"/>
      <w:r w:rsidRPr="003419B7">
        <w:t xml:space="preserve"> para o hotel para </w:t>
      </w:r>
      <w:proofErr w:type="spellStart"/>
      <w:r w:rsidRPr="003419B7">
        <w:t>realizar</w:t>
      </w:r>
      <w:proofErr w:type="spellEnd"/>
      <w:r w:rsidRPr="003419B7">
        <w:t xml:space="preserve"> o check-in. Tempo livre para </w:t>
      </w:r>
      <w:proofErr w:type="spellStart"/>
      <w:r w:rsidRPr="003419B7">
        <w:t>descansar</w:t>
      </w:r>
      <w:proofErr w:type="spellEnd"/>
      <w:r w:rsidRPr="003419B7">
        <w:t xml:space="preserve"> </w:t>
      </w:r>
      <w:proofErr w:type="spellStart"/>
      <w:r w:rsidRPr="003419B7">
        <w:t>após</w:t>
      </w:r>
      <w:proofErr w:type="spellEnd"/>
      <w:r w:rsidRPr="003419B7">
        <w:t xml:space="preserve"> o </w:t>
      </w:r>
      <w:proofErr w:type="spellStart"/>
      <w:r w:rsidRPr="003419B7">
        <w:t>longo</w:t>
      </w:r>
      <w:proofErr w:type="spellEnd"/>
      <w:r w:rsidRPr="003419B7">
        <w:t xml:space="preserve"> </w:t>
      </w:r>
      <w:proofErr w:type="spellStart"/>
      <w:r w:rsidRPr="003419B7">
        <w:t>voo</w:t>
      </w:r>
      <w:proofErr w:type="spellEnd"/>
      <w:r w:rsidRPr="003419B7">
        <w:t>.</w:t>
      </w:r>
    </w:p>
    <w:p w14:paraId="7C19296B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Pernoite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Bangkok.</w:t>
      </w:r>
    </w:p>
    <w:p w14:paraId="6C56E096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Observações</w:t>
      </w:r>
      <w:proofErr w:type="spellEnd"/>
      <w:r w:rsidRPr="003419B7">
        <w:t xml:space="preserve">: O check-in </w:t>
      </w:r>
      <w:proofErr w:type="spellStart"/>
      <w:r w:rsidRPr="003419B7">
        <w:t>está</w:t>
      </w:r>
      <w:proofErr w:type="spellEnd"/>
      <w:r w:rsidRPr="003419B7">
        <w:t xml:space="preserve"> </w:t>
      </w:r>
      <w:proofErr w:type="spellStart"/>
      <w:r w:rsidRPr="003419B7">
        <w:t>disponível</w:t>
      </w:r>
      <w:proofErr w:type="spellEnd"/>
      <w:r w:rsidRPr="003419B7">
        <w:t xml:space="preserve"> a </w:t>
      </w:r>
      <w:proofErr w:type="spellStart"/>
      <w:r w:rsidRPr="003419B7">
        <w:t>partir</w:t>
      </w:r>
      <w:proofErr w:type="spellEnd"/>
      <w:r w:rsidRPr="003419B7">
        <w:t xml:space="preserve"> das 14h00.</w:t>
      </w:r>
    </w:p>
    <w:p w14:paraId="685331C7" w14:textId="77777777" w:rsidR="003419B7" w:rsidRDefault="003419B7" w:rsidP="003419B7">
      <w:pPr>
        <w:spacing w:after="40" w:line="252" w:lineRule="auto"/>
        <w:jc w:val="both"/>
      </w:pPr>
      <w:r w:rsidRPr="003419B7">
        <w:rPr>
          <w:b/>
          <w:bCs/>
        </w:rPr>
        <w:t>Guia</w:t>
      </w:r>
      <w:r w:rsidRPr="003419B7">
        <w:t xml:space="preserve">: </w:t>
      </w:r>
      <w:proofErr w:type="spellStart"/>
      <w:r w:rsidRPr="003419B7">
        <w:t>Espanhol</w:t>
      </w:r>
      <w:proofErr w:type="spellEnd"/>
    </w:p>
    <w:p w14:paraId="43449A74" w14:textId="77777777" w:rsidR="003536C8" w:rsidRPr="003419B7" w:rsidRDefault="003536C8" w:rsidP="003419B7">
      <w:pPr>
        <w:spacing w:after="40" w:line="252" w:lineRule="auto"/>
        <w:jc w:val="both"/>
      </w:pPr>
    </w:p>
    <w:p w14:paraId="0D8F02AF" w14:textId="526BB0DB" w:rsidR="00B569A9" w:rsidRDefault="00000000" w:rsidP="003419B7">
      <w:pPr>
        <w:pStyle w:val="Dia"/>
        <w:spacing w:before="120" w:after="20"/>
      </w:pPr>
      <w:r>
        <w:t xml:space="preserve">📍 2º </w:t>
      </w:r>
      <w:proofErr w:type="spellStart"/>
      <w:r>
        <w:t>dia</w:t>
      </w:r>
      <w:proofErr w:type="spellEnd"/>
      <w:r w:rsidR="003419B7">
        <w:t xml:space="preserve"> (20 NOV)</w:t>
      </w:r>
      <w:r>
        <w:t xml:space="preserve">: </w:t>
      </w:r>
      <w:r w:rsidR="003419B7" w:rsidRPr="003419B7">
        <w:t>Bangkok</w:t>
      </w:r>
    </w:p>
    <w:p w14:paraId="25A6575E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Café da </w:t>
      </w:r>
      <w:proofErr w:type="spellStart"/>
      <w:r w:rsidRPr="003419B7">
        <w:t>manhã</w:t>
      </w:r>
      <w:proofErr w:type="spellEnd"/>
      <w:r w:rsidRPr="003419B7">
        <w:t>.</w:t>
      </w:r>
    </w:p>
    <w:p w14:paraId="79726BD0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Passeio</w:t>
      </w:r>
      <w:proofErr w:type="spellEnd"/>
      <w:r w:rsidRPr="003419B7">
        <w:t xml:space="preserve"> matinal pela </w:t>
      </w:r>
      <w:proofErr w:type="spellStart"/>
      <w:r w:rsidRPr="003419B7">
        <w:t>cidade</w:t>
      </w:r>
      <w:proofErr w:type="spellEnd"/>
      <w:r w:rsidRPr="003419B7">
        <w:t xml:space="preserve"> com visita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templo</w:t>
      </w:r>
      <w:proofErr w:type="spellEnd"/>
      <w:r w:rsidRPr="003419B7">
        <w:t xml:space="preserve"> Wat </w:t>
      </w:r>
      <w:proofErr w:type="spellStart"/>
      <w:r w:rsidRPr="003419B7">
        <w:t>Traimit</w:t>
      </w:r>
      <w:proofErr w:type="spellEnd"/>
      <w:r w:rsidRPr="003419B7">
        <w:t xml:space="preserve"> (Buda de Ouro), </w:t>
      </w:r>
      <w:proofErr w:type="spellStart"/>
      <w:r w:rsidRPr="003419B7">
        <w:t>onde</w:t>
      </w:r>
      <w:proofErr w:type="spellEnd"/>
      <w:r w:rsidRPr="003419B7">
        <w:t xml:space="preserve"> se </w:t>
      </w:r>
      <w:proofErr w:type="spellStart"/>
      <w:r w:rsidRPr="003419B7">
        <w:t>encontra</w:t>
      </w:r>
      <w:proofErr w:type="spellEnd"/>
      <w:r w:rsidRPr="003419B7">
        <w:t xml:space="preserve"> um </w:t>
      </w:r>
      <w:proofErr w:type="spellStart"/>
      <w:r w:rsidRPr="003419B7">
        <w:t>resplandecente</w:t>
      </w:r>
      <w:proofErr w:type="spellEnd"/>
      <w:r w:rsidRPr="003419B7">
        <w:t xml:space="preserve"> Buda </w:t>
      </w:r>
      <w:proofErr w:type="spellStart"/>
      <w:r w:rsidRPr="003419B7">
        <w:t>em</w:t>
      </w:r>
      <w:proofErr w:type="spellEnd"/>
      <w:r w:rsidRPr="003419B7">
        <w:t xml:space="preserve"> </w:t>
      </w:r>
      <w:proofErr w:type="spellStart"/>
      <w:r w:rsidRPr="003419B7">
        <w:t>posição</w:t>
      </w:r>
      <w:proofErr w:type="spellEnd"/>
      <w:r w:rsidRPr="003419B7">
        <w:t xml:space="preserve"> de </w:t>
      </w:r>
      <w:proofErr w:type="spellStart"/>
      <w:r w:rsidRPr="003419B7">
        <w:t>lótus</w:t>
      </w:r>
      <w:proofErr w:type="spellEnd"/>
      <w:r w:rsidRPr="003419B7">
        <w:t xml:space="preserve"> </w:t>
      </w:r>
      <w:proofErr w:type="spellStart"/>
      <w:r w:rsidRPr="003419B7">
        <w:t>recoberto</w:t>
      </w:r>
      <w:proofErr w:type="spellEnd"/>
      <w:r w:rsidRPr="003419B7">
        <w:t xml:space="preserve"> com 5,5 </w:t>
      </w:r>
      <w:proofErr w:type="spellStart"/>
      <w:r w:rsidRPr="003419B7">
        <w:t>toneladas</w:t>
      </w:r>
      <w:proofErr w:type="spellEnd"/>
      <w:r w:rsidRPr="003419B7">
        <w:t xml:space="preserve"> de </w:t>
      </w:r>
      <w:proofErr w:type="spellStart"/>
      <w:r w:rsidRPr="003419B7">
        <w:t>ouro</w:t>
      </w:r>
      <w:proofErr w:type="spellEnd"/>
      <w:r w:rsidRPr="003419B7">
        <w:t xml:space="preserve"> </w:t>
      </w:r>
      <w:proofErr w:type="spellStart"/>
      <w:r w:rsidRPr="003419B7">
        <w:t>maciço</w:t>
      </w:r>
      <w:proofErr w:type="spellEnd"/>
      <w:r w:rsidRPr="003419B7">
        <w:t xml:space="preserve">, e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templo</w:t>
      </w:r>
      <w:proofErr w:type="spellEnd"/>
      <w:r w:rsidRPr="003419B7">
        <w:t xml:space="preserve"> Wat Pho (Buda </w:t>
      </w:r>
      <w:proofErr w:type="spellStart"/>
      <w:r w:rsidRPr="003419B7">
        <w:t>Reclinado</w:t>
      </w:r>
      <w:proofErr w:type="spellEnd"/>
      <w:r w:rsidRPr="003419B7">
        <w:t xml:space="preserve">). </w:t>
      </w:r>
      <w:proofErr w:type="spellStart"/>
      <w:r w:rsidRPr="003419B7">
        <w:t>Acenda</w:t>
      </w:r>
      <w:proofErr w:type="spellEnd"/>
      <w:r w:rsidRPr="003419B7">
        <w:t xml:space="preserve"> </w:t>
      </w:r>
      <w:proofErr w:type="spellStart"/>
      <w:r w:rsidRPr="003419B7">
        <w:t>uma</w:t>
      </w:r>
      <w:proofErr w:type="spellEnd"/>
      <w:r w:rsidRPr="003419B7">
        <w:t xml:space="preserve"> vela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lado</w:t>
      </w:r>
      <w:proofErr w:type="spellEnd"/>
      <w:r w:rsidRPr="003419B7">
        <w:t xml:space="preserve"> do </w:t>
      </w:r>
      <w:proofErr w:type="spellStart"/>
      <w:r w:rsidRPr="003419B7">
        <w:t>enorme</w:t>
      </w:r>
      <w:proofErr w:type="spellEnd"/>
      <w:r w:rsidRPr="003419B7">
        <w:t xml:space="preserve"> Buda </w:t>
      </w:r>
      <w:proofErr w:type="spellStart"/>
      <w:r w:rsidRPr="003419B7">
        <w:t>reclinado</w:t>
      </w:r>
      <w:proofErr w:type="spellEnd"/>
      <w:r w:rsidRPr="003419B7">
        <w:t xml:space="preserve">. </w:t>
      </w:r>
      <w:proofErr w:type="spellStart"/>
      <w:r w:rsidRPr="003419B7">
        <w:t>Retorno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meio</w:t>
      </w:r>
      <w:proofErr w:type="spellEnd"/>
      <w:r w:rsidRPr="003419B7">
        <w:t>-dia.</w:t>
      </w:r>
    </w:p>
    <w:p w14:paraId="359F1362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O restante do </w:t>
      </w:r>
      <w:proofErr w:type="spellStart"/>
      <w:r w:rsidRPr="003419B7">
        <w:t>dia</w:t>
      </w:r>
      <w:proofErr w:type="spellEnd"/>
      <w:r w:rsidRPr="003419B7">
        <w:t xml:space="preserve"> é livre para </w:t>
      </w:r>
      <w:proofErr w:type="spellStart"/>
      <w:r w:rsidRPr="003419B7">
        <w:t>explorar</w:t>
      </w:r>
      <w:proofErr w:type="spellEnd"/>
      <w:r w:rsidRPr="003419B7">
        <w:t xml:space="preserve"> a </w:t>
      </w:r>
      <w:proofErr w:type="spellStart"/>
      <w:r w:rsidRPr="003419B7">
        <w:t>cidade</w:t>
      </w:r>
      <w:proofErr w:type="spellEnd"/>
      <w:r w:rsidRPr="003419B7">
        <w:t xml:space="preserve"> </w:t>
      </w:r>
      <w:proofErr w:type="spellStart"/>
      <w:r w:rsidRPr="003419B7">
        <w:t>por</w:t>
      </w:r>
      <w:proofErr w:type="spellEnd"/>
      <w:r w:rsidRPr="003419B7">
        <w:t xml:space="preserve"> </w:t>
      </w:r>
      <w:proofErr w:type="spellStart"/>
      <w:r w:rsidRPr="003419B7">
        <w:t>conta</w:t>
      </w:r>
      <w:proofErr w:type="spellEnd"/>
      <w:r w:rsidRPr="003419B7">
        <w:t xml:space="preserve"> </w:t>
      </w:r>
      <w:proofErr w:type="spellStart"/>
      <w:r w:rsidRPr="003419B7">
        <w:t>própria</w:t>
      </w:r>
      <w:proofErr w:type="spellEnd"/>
      <w:r w:rsidRPr="003419B7">
        <w:t xml:space="preserve"> e </w:t>
      </w:r>
      <w:proofErr w:type="spellStart"/>
      <w:r w:rsidRPr="003419B7">
        <w:t>aproveitar</w:t>
      </w:r>
      <w:proofErr w:type="spellEnd"/>
      <w:r w:rsidRPr="003419B7">
        <w:t xml:space="preserve"> um dos </w:t>
      </w:r>
      <w:proofErr w:type="spellStart"/>
      <w:r w:rsidRPr="003419B7">
        <w:t>muitos</w:t>
      </w:r>
      <w:proofErr w:type="spellEnd"/>
      <w:r w:rsidRPr="003419B7">
        <w:t xml:space="preserve"> mercados.</w:t>
      </w:r>
    </w:p>
    <w:p w14:paraId="32B76427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Pernoite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Bangkok.</w:t>
      </w:r>
    </w:p>
    <w:p w14:paraId="408A05EF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Refeições</w:t>
      </w:r>
      <w:proofErr w:type="spellEnd"/>
      <w:r w:rsidRPr="003419B7">
        <w:t xml:space="preserve">: Café da </w:t>
      </w:r>
      <w:proofErr w:type="spellStart"/>
      <w:r w:rsidRPr="003419B7">
        <w:t>manhã</w:t>
      </w:r>
      <w:proofErr w:type="spellEnd"/>
      <w:r w:rsidRPr="003419B7">
        <w:t xml:space="preserve"> no hotel.</w:t>
      </w:r>
    </w:p>
    <w:p w14:paraId="75EA996F" w14:textId="77777777" w:rsidR="003419B7" w:rsidRDefault="003419B7" w:rsidP="003419B7">
      <w:pPr>
        <w:spacing w:after="40" w:line="252" w:lineRule="auto"/>
        <w:jc w:val="both"/>
      </w:pPr>
      <w:r w:rsidRPr="003419B7">
        <w:rPr>
          <w:b/>
          <w:bCs/>
        </w:rPr>
        <w:t>Guia</w:t>
      </w:r>
      <w:r w:rsidRPr="003419B7">
        <w:t xml:space="preserve">: </w:t>
      </w:r>
      <w:proofErr w:type="spellStart"/>
      <w:r w:rsidRPr="003419B7">
        <w:t>Espanhol</w:t>
      </w:r>
      <w:proofErr w:type="spellEnd"/>
      <w:r w:rsidRPr="003419B7">
        <w:t>.</w:t>
      </w:r>
    </w:p>
    <w:p w14:paraId="25F400DE" w14:textId="77777777" w:rsidR="003536C8" w:rsidRDefault="003536C8" w:rsidP="003419B7">
      <w:pPr>
        <w:spacing w:after="40" w:line="252" w:lineRule="auto"/>
        <w:jc w:val="both"/>
      </w:pPr>
    </w:p>
    <w:p w14:paraId="4BD4D9EE" w14:textId="372AF32D" w:rsidR="003419B7" w:rsidRDefault="003419B7" w:rsidP="003419B7">
      <w:pPr>
        <w:pStyle w:val="Dia"/>
        <w:spacing w:before="120" w:after="20"/>
      </w:pPr>
      <w:r>
        <w:t xml:space="preserve">📍 </w:t>
      </w:r>
      <w:r>
        <w:t>3</w:t>
      </w:r>
      <w:r>
        <w:t xml:space="preserve">º </w:t>
      </w:r>
      <w:proofErr w:type="spellStart"/>
      <w:r>
        <w:t>dia</w:t>
      </w:r>
      <w:proofErr w:type="spellEnd"/>
      <w:r>
        <w:t xml:space="preserve"> (2</w:t>
      </w:r>
      <w:r>
        <w:t>1</w:t>
      </w:r>
      <w:r>
        <w:t xml:space="preserve"> NOV): </w:t>
      </w:r>
      <w:r w:rsidRPr="003419B7">
        <w:t>Bangkok</w:t>
      </w:r>
    </w:p>
    <w:p w14:paraId="29EF411D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Café da </w:t>
      </w:r>
      <w:proofErr w:type="spellStart"/>
      <w:r w:rsidRPr="003419B7">
        <w:t>manhã</w:t>
      </w:r>
      <w:proofErr w:type="spellEnd"/>
      <w:r w:rsidRPr="003419B7">
        <w:t>.</w:t>
      </w:r>
    </w:p>
    <w:p w14:paraId="5AA1C8DB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Tempo livre para </w:t>
      </w:r>
      <w:proofErr w:type="spellStart"/>
      <w:r w:rsidRPr="003419B7">
        <w:t>explorar</w:t>
      </w:r>
      <w:proofErr w:type="spellEnd"/>
      <w:r w:rsidRPr="003419B7">
        <w:t xml:space="preserve"> a </w:t>
      </w:r>
      <w:proofErr w:type="spellStart"/>
      <w:r w:rsidRPr="003419B7">
        <w:t>cidade</w:t>
      </w:r>
      <w:proofErr w:type="spellEnd"/>
      <w:r w:rsidRPr="003419B7">
        <w:t xml:space="preserve"> </w:t>
      </w:r>
      <w:proofErr w:type="spellStart"/>
      <w:r w:rsidRPr="003419B7">
        <w:t>por</w:t>
      </w:r>
      <w:proofErr w:type="spellEnd"/>
      <w:r w:rsidRPr="003419B7">
        <w:t xml:space="preserve"> </w:t>
      </w:r>
      <w:proofErr w:type="spellStart"/>
      <w:r w:rsidRPr="003419B7">
        <w:t>conta</w:t>
      </w:r>
      <w:proofErr w:type="spellEnd"/>
      <w:r w:rsidRPr="003419B7">
        <w:t xml:space="preserve"> </w:t>
      </w:r>
      <w:proofErr w:type="spellStart"/>
      <w:r w:rsidRPr="003419B7">
        <w:t>própria</w:t>
      </w:r>
      <w:proofErr w:type="spellEnd"/>
      <w:r w:rsidRPr="003419B7">
        <w:t>.</w:t>
      </w:r>
    </w:p>
    <w:p w14:paraId="0BA352CD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Pernoite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Bangkok.</w:t>
      </w:r>
    </w:p>
    <w:p w14:paraId="13AC42C4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Refeições</w:t>
      </w:r>
      <w:proofErr w:type="spellEnd"/>
      <w:r w:rsidRPr="003419B7">
        <w:t xml:space="preserve">: Café da </w:t>
      </w:r>
      <w:proofErr w:type="spellStart"/>
      <w:r w:rsidRPr="003419B7">
        <w:t>manhã</w:t>
      </w:r>
      <w:proofErr w:type="spellEnd"/>
      <w:r w:rsidRPr="003419B7">
        <w:t xml:space="preserve"> no hotel.</w:t>
      </w:r>
    </w:p>
    <w:p w14:paraId="528A06D5" w14:textId="77777777" w:rsidR="003419B7" w:rsidRPr="003419B7" w:rsidRDefault="003419B7" w:rsidP="003419B7">
      <w:pPr>
        <w:spacing w:after="40" w:line="252" w:lineRule="auto"/>
        <w:jc w:val="both"/>
      </w:pPr>
    </w:p>
    <w:p w14:paraId="14350AF9" w14:textId="77777777" w:rsidR="003419B7" w:rsidRPr="003419B7" w:rsidRDefault="003419B7" w:rsidP="003419B7">
      <w:pPr>
        <w:spacing w:after="40" w:line="252" w:lineRule="auto"/>
        <w:jc w:val="both"/>
        <w:rPr>
          <w:b/>
          <w:bCs/>
        </w:rPr>
      </w:pPr>
      <w:r w:rsidRPr="003419B7">
        <w:rPr>
          <w:b/>
          <w:bCs/>
        </w:rPr>
        <w:t>OPCIONAL MERCADO FLUTUANTE DAMNOEN SADUAK – BANGKOK</w:t>
      </w:r>
    </w:p>
    <w:p w14:paraId="51F2B405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PREÇO POR PESSOA: USD 168,000 </w:t>
      </w:r>
    </w:p>
    <w:p w14:paraId="66F0FB2E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Encante</w:t>
      </w:r>
      <w:proofErr w:type="spellEnd"/>
      <w:r w:rsidRPr="003419B7">
        <w:t xml:space="preserve">-se com o </w:t>
      </w:r>
      <w:proofErr w:type="spellStart"/>
      <w:r w:rsidRPr="003419B7">
        <w:t>colorido</w:t>
      </w:r>
      <w:proofErr w:type="spellEnd"/>
      <w:r w:rsidRPr="003419B7">
        <w:t xml:space="preserve"> </w:t>
      </w:r>
      <w:proofErr w:type="spellStart"/>
      <w:r w:rsidRPr="003419B7">
        <w:t>espetáculo</w:t>
      </w:r>
      <w:proofErr w:type="spellEnd"/>
      <w:r w:rsidRPr="003419B7">
        <w:t xml:space="preserve"> dos </w:t>
      </w:r>
      <w:proofErr w:type="spellStart"/>
      <w:r w:rsidRPr="003419B7">
        <w:t>vendedores</w:t>
      </w:r>
      <w:proofErr w:type="spellEnd"/>
      <w:r w:rsidRPr="003419B7">
        <w:t xml:space="preserve"> </w:t>
      </w:r>
      <w:proofErr w:type="spellStart"/>
      <w:r w:rsidRPr="003419B7">
        <w:t>exibindo</w:t>
      </w:r>
      <w:proofErr w:type="spellEnd"/>
      <w:r w:rsidRPr="003419B7">
        <w:t xml:space="preserve"> </w:t>
      </w:r>
      <w:proofErr w:type="spellStart"/>
      <w:r w:rsidRPr="003419B7">
        <w:t>seus</w:t>
      </w:r>
      <w:proofErr w:type="spellEnd"/>
      <w:r w:rsidRPr="003419B7">
        <w:t xml:space="preserve"> </w:t>
      </w:r>
      <w:proofErr w:type="spellStart"/>
      <w:r w:rsidRPr="003419B7">
        <w:t>produtos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</w:t>
      </w:r>
      <w:proofErr w:type="spellStart"/>
      <w:r w:rsidRPr="003419B7">
        <w:t>barcos</w:t>
      </w:r>
      <w:proofErr w:type="spellEnd"/>
      <w:r w:rsidRPr="003419B7">
        <w:t xml:space="preserve">. </w:t>
      </w:r>
      <w:proofErr w:type="spellStart"/>
      <w:r w:rsidRPr="003419B7">
        <w:t>Desfrute</w:t>
      </w:r>
      <w:proofErr w:type="spellEnd"/>
      <w:r w:rsidRPr="003419B7">
        <w:t xml:space="preserve"> de um </w:t>
      </w:r>
      <w:proofErr w:type="spellStart"/>
      <w:r w:rsidRPr="003419B7">
        <w:t>passeio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</w:t>
      </w:r>
      <w:proofErr w:type="spellStart"/>
      <w:r w:rsidRPr="003419B7">
        <w:t>barco</w:t>
      </w:r>
      <w:proofErr w:type="spellEnd"/>
      <w:r w:rsidRPr="003419B7">
        <w:t xml:space="preserve"> a </w:t>
      </w:r>
      <w:proofErr w:type="spellStart"/>
      <w:r w:rsidRPr="003419B7">
        <w:t>remo</w:t>
      </w:r>
      <w:proofErr w:type="spellEnd"/>
      <w:r w:rsidRPr="003419B7">
        <w:t>.</w:t>
      </w:r>
    </w:p>
    <w:p w14:paraId="45E10BF9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Saída</w:t>
      </w:r>
      <w:proofErr w:type="spellEnd"/>
      <w:r w:rsidRPr="003419B7">
        <w:t xml:space="preserve"> de Bangkok </w:t>
      </w:r>
      <w:proofErr w:type="spellStart"/>
      <w:r w:rsidRPr="003419B7">
        <w:t>às</w:t>
      </w:r>
      <w:proofErr w:type="spellEnd"/>
      <w:r w:rsidRPr="003419B7">
        <w:t xml:space="preserve"> 7h30 com </w:t>
      </w:r>
      <w:proofErr w:type="spellStart"/>
      <w:r w:rsidRPr="003419B7">
        <w:t>traslado</w:t>
      </w:r>
      <w:proofErr w:type="spellEnd"/>
      <w:r w:rsidRPr="003419B7">
        <w:t xml:space="preserve"> </w:t>
      </w:r>
      <w:proofErr w:type="spellStart"/>
      <w:r w:rsidRPr="003419B7">
        <w:t>até</w:t>
      </w:r>
      <w:proofErr w:type="spellEnd"/>
      <w:r w:rsidRPr="003419B7">
        <w:t xml:space="preserve"> a </w:t>
      </w:r>
      <w:proofErr w:type="spellStart"/>
      <w:r w:rsidRPr="003419B7">
        <w:t>província</w:t>
      </w:r>
      <w:proofErr w:type="spellEnd"/>
      <w:r w:rsidRPr="003419B7">
        <w:t xml:space="preserve"> de Ratchaburi, </w:t>
      </w:r>
      <w:proofErr w:type="spellStart"/>
      <w:r w:rsidRPr="003419B7">
        <w:t>conhecida</w:t>
      </w:r>
      <w:proofErr w:type="spellEnd"/>
      <w:r w:rsidRPr="003419B7">
        <w:t xml:space="preserve"> </w:t>
      </w:r>
      <w:proofErr w:type="spellStart"/>
      <w:r w:rsidRPr="003419B7">
        <w:t>por</w:t>
      </w:r>
      <w:proofErr w:type="spellEnd"/>
      <w:r w:rsidRPr="003419B7">
        <w:t xml:space="preserve"> </w:t>
      </w:r>
      <w:proofErr w:type="spellStart"/>
      <w:r w:rsidRPr="003419B7">
        <w:t>abrigar</w:t>
      </w:r>
      <w:proofErr w:type="spellEnd"/>
      <w:r w:rsidRPr="003419B7">
        <w:t xml:space="preserve"> o </w:t>
      </w:r>
      <w:proofErr w:type="spellStart"/>
      <w:r w:rsidRPr="003419B7">
        <w:t>famoso</w:t>
      </w:r>
      <w:proofErr w:type="spellEnd"/>
      <w:r w:rsidRPr="003419B7">
        <w:t xml:space="preserve"> mercado </w:t>
      </w:r>
      <w:proofErr w:type="spellStart"/>
      <w:r w:rsidRPr="003419B7">
        <w:t>flutuante</w:t>
      </w:r>
      <w:proofErr w:type="spellEnd"/>
      <w:r w:rsidRPr="003419B7">
        <w:t xml:space="preserve"> de </w:t>
      </w:r>
      <w:proofErr w:type="spellStart"/>
      <w:r w:rsidRPr="003419B7">
        <w:t>Damnoen</w:t>
      </w:r>
      <w:proofErr w:type="spellEnd"/>
      <w:r w:rsidRPr="003419B7">
        <w:t xml:space="preserve"> Saduak. No </w:t>
      </w:r>
      <w:proofErr w:type="spellStart"/>
      <w:r w:rsidRPr="003419B7">
        <w:t>caminho</w:t>
      </w:r>
      <w:proofErr w:type="spellEnd"/>
      <w:r w:rsidRPr="003419B7">
        <w:t xml:space="preserve">, </w:t>
      </w:r>
      <w:proofErr w:type="spellStart"/>
      <w:r w:rsidRPr="003419B7">
        <w:t>haverá</w:t>
      </w:r>
      <w:proofErr w:type="spellEnd"/>
      <w:r w:rsidRPr="003419B7">
        <w:t xml:space="preserve"> </w:t>
      </w:r>
      <w:proofErr w:type="spellStart"/>
      <w:r w:rsidRPr="003419B7">
        <w:t>uma</w:t>
      </w:r>
      <w:proofErr w:type="spellEnd"/>
      <w:r w:rsidRPr="003419B7">
        <w:t xml:space="preserve"> breve </w:t>
      </w:r>
      <w:proofErr w:type="spellStart"/>
      <w:r w:rsidRPr="003419B7">
        <w:t>parada</w:t>
      </w:r>
      <w:proofErr w:type="spellEnd"/>
      <w:r w:rsidRPr="003419B7">
        <w:t xml:space="preserve"> para </w:t>
      </w:r>
      <w:proofErr w:type="spellStart"/>
      <w:r w:rsidRPr="003419B7">
        <w:t>visitar</w:t>
      </w:r>
      <w:proofErr w:type="spellEnd"/>
      <w:r w:rsidRPr="003419B7">
        <w:t xml:space="preserve"> </w:t>
      </w:r>
      <w:proofErr w:type="spellStart"/>
      <w:r w:rsidRPr="003419B7">
        <w:t>uma</w:t>
      </w:r>
      <w:proofErr w:type="spellEnd"/>
      <w:r w:rsidRPr="003419B7">
        <w:t xml:space="preserve"> casa </w:t>
      </w:r>
      <w:proofErr w:type="spellStart"/>
      <w:r w:rsidRPr="003419B7">
        <w:t>tradicional</w:t>
      </w:r>
      <w:proofErr w:type="spellEnd"/>
      <w:r w:rsidRPr="003419B7">
        <w:t xml:space="preserve"> </w:t>
      </w:r>
      <w:proofErr w:type="spellStart"/>
      <w:r w:rsidRPr="003419B7">
        <w:t>tailandesa</w:t>
      </w:r>
      <w:proofErr w:type="spellEnd"/>
      <w:r w:rsidRPr="003419B7">
        <w:t xml:space="preserve">, </w:t>
      </w:r>
      <w:proofErr w:type="spellStart"/>
      <w:r w:rsidRPr="003419B7">
        <w:t>onde</w:t>
      </w:r>
      <w:proofErr w:type="spellEnd"/>
      <w:r w:rsidRPr="003419B7">
        <w:t xml:space="preserve"> </w:t>
      </w:r>
      <w:proofErr w:type="spellStart"/>
      <w:r w:rsidRPr="003419B7">
        <w:t>será</w:t>
      </w:r>
      <w:proofErr w:type="spellEnd"/>
      <w:r w:rsidRPr="003419B7">
        <w:t xml:space="preserve"> </w:t>
      </w:r>
      <w:proofErr w:type="spellStart"/>
      <w:r w:rsidRPr="003419B7">
        <w:t>possível</w:t>
      </w:r>
      <w:proofErr w:type="spellEnd"/>
      <w:r w:rsidRPr="003419B7">
        <w:t xml:space="preserve"> </w:t>
      </w:r>
      <w:proofErr w:type="spellStart"/>
      <w:r w:rsidRPr="003419B7">
        <w:t>observar</w:t>
      </w:r>
      <w:proofErr w:type="spellEnd"/>
      <w:r w:rsidRPr="003419B7">
        <w:t xml:space="preserve"> </w:t>
      </w:r>
      <w:proofErr w:type="spellStart"/>
      <w:r w:rsidRPr="003419B7">
        <w:t>os</w:t>
      </w:r>
      <w:proofErr w:type="spellEnd"/>
      <w:r w:rsidRPr="003419B7">
        <w:t xml:space="preserve"> </w:t>
      </w:r>
      <w:proofErr w:type="spellStart"/>
      <w:r w:rsidRPr="003419B7">
        <w:t>moradores</w:t>
      </w:r>
      <w:proofErr w:type="spellEnd"/>
      <w:r w:rsidRPr="003419B7">
        <w:t xml:space="preserve"> </w:t>
      </w:r>
      <w:proofErr w:type="spellStart"/>
      <w:r w:rsidRPr="003419B7">
        <w:t>locais</w:t>
      </w:r>
      <w:proofErr w:type="spellEnd"/>
      <w:r w:rsidRPr="003419B7">
        <w:t xml:space="preserve"> </w:t>
      </w:r>
      <w:proofErr w:type="spellStart"/>
      <w:r w:rsidRPr="003419B7">
        <w:t>produzindo</w:t>
      </w:r>
      <w:proofErr w:type="spellEnd"/>
      <w:r w:rsidRPr="003419B7">
        <w:t xml:space="preserve"> </w:t>
      </w:r>
      <w:proofErr w:type="spellStart"/>
      <w:r w:rsidRPr="003419B7">
        <w:t>açúcar</w:t>
      </w:r>
      <w:proofErr w:type="spellEnd"/>
      <w:r w:rsidRPr="003419B7">
        <w:t xml:space="preserve"> </w:t>
      </w:r>
      <w:proofErr w:type="spellStart"/>
      <w:r w:rsidRPr="003419B7">
        <w:t>mascavo</w:t>
      </w:r>
      <w:proofErr w:type="spellEnd"/>
      <w:r w:rsidRPr="003419B7">
        <w:t xml:space="preserve"> de coco. Explore </w:t>
      </w:r>
      <w:proofErr w:type="spellStart"/>
      <w:r w:rsidRPr="003419B7">
        <w:t>os</w:t>
      </w:r>
      <w:proofErr w:type="spellEnd"/>
      <w:r w:rsidRPr="003419B7">
        <w:t xml:space="preserve"> </w:t>
      </w:r>
      <w:proofErr w:type="spellStart"/>
      <w:r w:rsidRPr="003419B7">
        <w:t>arredores</w:t>
      </w:r>
      <w:proofErr w:type="spellEnd"/>
      <w:r w:rsidRPr="003419B7">
        <w:t xml:space="preserve"> e </w:t>
      </w:r>
      <w:proofErr w:type="spellStart"/>
      <w:r w:rsidRPr="003419B7">
        <w:t>descubra</w:t>
      </w:r>
      <w:proofErr w:type="spellEnd"/>
      <w:r w:rsidRPr="003419B7">
        <w:t xml:space="preserve"> </w:t>
      </w:r>
      <w:proofErr w:type="spellStart"/>
      <w:r w:rsidRPr="003419B7">
        <w:t>que</w:t>
      </w:r>
      <w:proofErr w:type="spellEnd"/>
      <w:r w:rsidRPr="003419B7">
        <w:t xml:space="preserve"> a </w:t>
      </w:r>
      <w:proofErr w:type="spellStart"/>
      <w:r w:rsidRPr="003419B7">
        <w:t>plantação</w:t>
      </w:r>
      <w:proofErr w:type="spellEnd"/>
      <w:r w:rsidRPr="003419B7">
        <w:t xml:space="preserve"> </w:t>
      </w:r>
      <w:proofErr w:type="spellStart"/>
      <w:r w:rsidRPr="003419B7">
        <w:t>também</w:t>
      </w:r>
      <w:proofErr w:type="spellEnd"/>
      <w:r w:rsidRPr="003419B7">
        <w:t xml:space="preserve"> </w:t>
      </w:r>
      <w:proofErr w:type="spellStart"/>
      <w:r w:rsidRPr="003419B7">
        <w:t>abriga</w:t>
      </w:r>
      <w:proofErr w:type="spellEnd"/>
      <w:r w:rsidRPr="003419B7">
        <w:t xml:space="preserve"> </w:t>
      </w:r>
      <w:proofErr w:type="spellStart"/>
      <w:r w:rsidRPr="003419B7">
        <w:t>diversos</w:t>
      </w:r>
      <w:proofErr w:type="spellEnd"/>
      <w:r w:rsidRPr="003419B7">
        <w:t xml:space="preserve"> </w:t>
      </w:r>
      <w:proofErr w:type="spellStart"/>
      <w:r w:rsidRPr="003419B7">
        <w:t>animais</w:t>
      </w:r>
      <w:proofErr w:type="spellEnd"/>
      <w:r w:rsidRPr="003419B7">
        <w:t>.</w:t>
      </w:r>
    </w:p>
    <w:p w14:paraId="65951763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Continuação</w:t>
      </w:r>
      <w:proofErr w:type="spellEnd"/>
      <w:r w:rsidRPr="003419B7">
        <w:t xml:space="preserve"> da </w:t>
      </w:r>
      <w:proofErr w:type="spellStart"/>
      <w:r w:rsidRPr="003419B7">
        <w:t>viagem</w:t>
      </w:r>
      <w:proofErr w:type="spellEnd"/>
      <w:r w:rsidRPr="003419B7">
        <w:t xml:space="preserve"> com </w:t>
      </w:r>
      <w:proofErr w:type="spellStart"/>
      <w:r w:rsidRPr="003419B7">
        <w:t>embarque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um </w:t>
      </w:r>
      <w:proofErr w:type="spellStart"/>
      <w:r w:rsidRPr="003419B7">
        <w:t>barco</w:t>
      </w:r>
      <w:proofErr w:type="spellEnd"/>
      <w:r w:rsidRPr="003419B7">
        <w:t xml:space="preserve"> a </w:t>
      </w:r>
      <w:proofErr w:type="spellStart"/>
      <w:r w:rsidRPr="003419B7">
        <w:t>remo</w:t>
      </w:r>
      <w:proofErr w:type="spellEnd"/>
      <w:r w:rsidRPr="003419B7">
        <w:t xml:space="preserve"> para </w:t>
      </w:r>
      <w:proofErr w:type="spellStart"/>
      <w:r w:rsidRPr="003419B7">
        <w:t>navegar</w:t>
      </w:r>
      <w:proofErr w:type="spellEnd"/>
      <w:r w:rsidRPr="003419B7">
        <w:t xml:space="preserve"> </w:t>
      </w:r>
      <w:proofErr w:type="spellStart"/>
      <w:r w:rsidRPr="003419B7">
        <w:t>pelos</w:t>
      </w:r>
      <w:proofErr w:type="spellEnd"/>
      <w:r w:rsidRPr="003419B7">
        <w:t xml:space="preserve"> </w:t>
      </w:r>
      <w:proofErr w:type="spellStart"/>
      <w:r w:rsidRPr="003419B7">
        <w:t>estreitos</w:t>
      </w:r>
      <w:proofErr w:type="spellEnd"/>
      <w:r w:rsidRPr="003419B7">
        <w:t xml:space="preserve"> </w:t>
      </w:r>
      <w:proofErr w:type="spellStart"/>
      <w:r w:rsidRPr="003419B7">
        <w:t>canais</w:t>
      </w:r>
      <w:proofErr w:type="spellEnd"/>
      <w:r w:rsidRPr="003419B7">
        <w:t xml:space="preserve"> </w:t>
      </w:r>
      <w:proofErr w:type="spellStart"/>
      <w:r w:rsidRPr="003419B7">
        <w:t>até</w:t>
      </w:r>
      <w:proofErr w:type="spellEnd"/>
      <w:r w:rsidRPr="003419B7">
        <w:t xml:space="preserve"> o mercado </w:t>
      </w:r>
      <w:proofErr w:type="spellStart"/>
      <w:r w:rsidRPr="003419B7">
        <w:t>flutuante</w:t>
      </w:r>
      <w:proofErr w:type="spellEnd"/>
      <w:r w:rsidRPr="003419B7">
        <w:t xml:space="preserve">. Observe as casas </w:t>
      </w:r>
      <w:proofErr w:type="spellStart"/>
      <w:r w:rsidRPr="003419B7">
        <w:t>locais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redor</w:t>
      </w:r>
      <w:proofErr w:type="spellEnd"/>
      <w:r w:rsidRPr="003419B7">
        <w:t xml:space="preserve"> e </w:t>
      </w:r>
      <w:proofErr w:type="spellStart"/>
      <w:r w:rsidRPr="003419B7">
        <w:t>tenha</w:t>
      </w:r>
      <w:proofErr w:type="spellEnd"/>
      <w:r w:rsidRPr="003419B7">
        <w:t xml:space="preserve"> </w:t>
      </w:r>
      <w:proofErr w:type="spellStart"/>
      <w:r w:rsidRPr="003419B7">
        <w:t>uma</w:t>
      </w:r>
      <w:proofErr w:type="spellEnd"/>
      <w:r w:rsidRPr="003419B7">
        <w:t xml:space="preserve"> </w:t>
      </w:r>
      <w:proofErr w:type="spellStart"/>
      <w:r w:rsidRPr="003419B7">
        <w:t>rápida</w:t>
      </w:r>
      <w:proofErr w:type="spellEnd"/>
      <w:r w:rsidRPr="003419B7">
        <w:t xml:space="preserve"> </w:t>
      </w:r>
      <w:proofErr w:type="spellStart"/>
      <w:r w:rsidRPr="003419B7">
        <w:t>visão</w:t>
      </w:r>
      <w:proofErr w:type="spellEnd"/>
      <w:r w:rsidRPr="003419B7">
        <w:t xml:space="preserve"> de </w:t>
      </w:r>
      <w:proofErr w:type="spellStart"/>
      <w:r w:rsidRPr="003419B7">
        <w:t>como</w:t>
      </w:r>
      <w:proofErr w:type="spellEnd"/>
      <w:r w:rsidRPr="003419B7">
        <w:t xml:space="preserve"> </w:t>
      </w:r>
      <w:proofErr w:type="spellStart"/>
      <w:r w:rsidRPr="003419B7">
        <w:t>vive</w:t>
      </w:r>
      <w:proofErr w:type="spellEnd"/>
      <w:r w:rsidRPr="003419B7">
        <w:t xml:space="preserve"> a </w:t>
      </w:r>
      <w:proofErr w:type="spellStart"/>
      <w:r w:rsidRPr="003419B7">
        <w:t>população</w:t>
      </w:r>
      <w:proofErr w:type="spellEnd"/>
      <w:r w:rsidRPr="003419B7">
        <w:t xml:space="preserve"> local. Ao </w:t>
      </w:r>
      <w:proofErr w:type="spellStart"/>
      <w:r w:rsidRPr="003419B7">
        <w:t>chegar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mercado, admire </w:t>
      </w:r>
      <w:proofErr w:type="gramStart"/>
      <w:r w:rsidRPr="003419B7">
        <w:t>a</w:t>
      </w:r>
      <w:proofErr w:type="gramEnd"/>
      <w:r w:rsidRPr="003419B7">
        <w:t xml:space="preserve"> </w:t>
      </w:r>
      <w:proofErr w:type="spellStart"/>
      <w:r w:rsidRPr="003419B7">
        <w:t>impressionante</w:t>
      </w:r>
      <w:proofErr w:type="spellEnd"/>
      <w:r w:rsidRPr="003419B7">
        <w:t xml:space="preserve"> </w:t>
      </w:r>
      <w:proofErr w:type="spellStart"/>
      <w:r w:rsidRPr="003419B7">
        <w:t>variedade</w:t>
      </w:r>
      <w:proofErr w:type="spellEnd"/>
      <w:r w:rsidRPr="003419B7">
        <w:t xml:space="preserve"> de </w:t>
      </w:r>
      <w:proofErr w:type="spellStart"/>
      <w:r w:rsidRPr="003419B7">
        <w:t>produtos</w:t>
      </w:r>
      <w:proofErr w:type="spellEnd"/>
      <w:r w:rsidRPr="003419B7">
        <w:t xml:space="preserve"> </w:t>
      </w:r>
      <w:proofErr w:type="spellStart"/>
      <w:r w:rsidRPr="003419B7">
        <w:t>oferecidos</w:t>
      </w:r>
      <w:proofErr w:type="spellEnd"/>
      <w:r w:rsidRPr="003419B7">
        <w:t xml:space="preserve"> </w:t>
      </w:r>
      <w:proofErr w:type="spellStart"/>
      <w:r w:rsidRPr="003419B7">
        <w:t>pelos</w:t>
      </w:r>
      <w:proofErr w:type="spellEnd"/>
      <w:r w:rsidRPr="003419B7">
        <w:t xml:space="preserve"> </w:t>
      </w:r>
      <w:proofErr w:type="spellStart"/>
      <w:r w:rsidRPr="003419B7">
        <w:t>vendedores</w:t>
      </w:r>
      <w:proofErr w:type="spellEnd"/>
      <w:r w:rsidRPr="003419B7">
        <w:t xml:space="preserve">, </w:t>
      </w:r>
      <w:proofErr w:type="spellStart"/>
      <w:r w:rsidRPr="003419B7">
        <w:t>desde</w:t>
      </w:r>
      <w:proofErr w:type="spellEnd"/>
      <w:r w:rsidRPr="003419B7">
        <w:t xml:space="preserve"> </w:t>
      </w:r>
      <w:proofErr w:type="spellStart"/>
      <w:r w:rsidRPr="003419B7">
        <w:t>frutas</w:t>
      </w:r>
      <w:proofErr w:type="spellEnd"/>
      <w:r w:rsidRPr="003419B7">
        <w:t xml:space="preserve"> e </w:t>
      </w:r>
      <w:proofErr w:type="spellStart"/>
      <w:r w:rsidRPr="003419B7">
        <w:t>vegetais</w:t>
      </w:r>
      <w:proofErr w:type="spellEnd"/>
      <w:r w:rsidRPr="003419B7">
        <w:t xml:space="preserve"> frescos </w:t>
      </w:r>
      <w:proofErr w:type="spellStart"/>
      <w:r w:rsidRPr="003419B7">
        <w:t>até</w:t>
      </w:r>
      <w:proofErr w:type="spellEnd"/>
      <w:r w:rsidRPr="003419B7">
        <w:t xml:space="preserve"> </w:t>
      </w:r>
      <w:proofErr w:type="spellStart"/>
      <w:r w:rsidRPr="003419B7">
        <w:t>pratos</w:t>
      </w:r>
      <w:proofErr w:type="spellEnd"/>
      <w:r w:rsidRPr="003419B7">
        <w:t xml:space="preserve"> </w:t>
      </w:r>
      <w:proofErr w:type="spellStart"/>
      <w:r w:rsidRPr="003419B7">
        <w:t>prontos</w:t>
      </w:r>
      <w:proofErr w:type="spellEnd"/>
      <w:r w:rsidRPr="003419B7">
        <w:t>.</w:t>
      </w:r>
    </w:p>
    <w:p w14:paraId="23AF1931" w14:textId="77777777" w:rsidR="003419B7" w:rsidRPr="003419B7" w:rsidRDefault="003419B7" w:rsidP="003419B7">
      <w:pPr>
        <w:spacing w:after="40" w:line="252" w:lineRule="auto"/>
        <w:jc w:val="both"/>
      </w:pPr>
      <w:r w:rsidRPr="003419B7">
        <w:lastRenderedPageBreak/>
        <w:t xml:space="preserve">Explore o mercado no </w:t>
      </w:r>
      <w:proofErr w:type="spellStart"/>
      <w:r w:rsidRPr="003419B7">
        <w:t>seu</w:t>
      </w:r>
      <w:proofErr w:type="spellEnd"/>
      <w:r w:rsidRPr="003419B7">
        <w:t xml:space="preserve"> </w:t>
      </w:r>
      <w:proofErr w:type="spellStart"/>
      <w:r w:rsidRPr="003419B7">
        <w:t>próprio</w:t>
      </w:r>
      <w:proofErr w:type="spellEnd"/>
      <w:r w:rsidRPr="003419B7">
        <w:t xml:space="preserve"> </w:t>
      </w:r>
      <w:proofErr w:type="spellStart"/>
      <w:r w:rsidRPr="003419B7">
        <w:t>ritmo</w:t>
      </w:r>
      <w:proofErr w:type="spellEnd"/>
      <w:r w:rsidRPr="003419B7">
        <w:t xml:space="preserve"> </w:t>
      </w:r>
      <w:proofErr w:type="spellStart"/>
      <w:r w:rsidRPr="003419B7">
        <w:t>por</w:t>
      </w:r>
      <w:proofErr w:type="spellEnd"/>
      <w:r w:rsidRPr="003419B7">
        <w:t xml:space="preserve"> </w:t>
      </w:r>
      <w:proofErr w:type="spellStart"/>
      <w:r w:rsidRPr="003419B7">
        <w:t>aproximadamente</w:t>
      </w:r>
      <w:proofErr w:type="spellEnd"/>
      <w:r w:rsidRPr="003419B7">
        <w:t xml:space="preserve"> 1 hora, </w:t>
      </w:r>
      <w:proofErr w:type="spellStart"/>
      <w:r w:rsidRPr="003419B7">
        <w:t>aproveitando</w:t>
      </w:r>
      <w:proofErr w:type="spellEnd"/>
      <w:r w:rsidRPr="003419B7">
        <w:t xml:space="preserve"> para </w:t>
      </w:r>
      <w:proofErr w:type="spellStart"/>
      <w:r w:rsidRPr="003419B7">
        <w:t>experimentar</w:t>
      </w:r>
      <w:proofErr w:type="spellEnd"/>
      <w:r w:rsidRPr="003419B7">
        <w:t xml:space="preserve"> </w:t>
      </w:r>
      <w:proofErr w:type="spellStart"/>
      <w:r w:rsidRPr="003419B7">
        <w:t>pratos</w:t>
      </w:r>
      <w:proofErr w:type="spellEnd"/>
      <w:r w:rsidRPr="003419B7">
        <w:t xml:space="preserve"> </w:t>
      </w:r>
      <w:proofErr w:type="spellStart"/>
      <w:r w:rsidRPr="003419B7">
        <w:t>típicos</w:t>
      </w:r>
      <w:proofErr w:type="spellEnd"/>
      <w:r w:rsidRPr="003419B7">
        <w:t xml:space="preserve"> </w:t>
      </w:r>
      <w:proofErr w:type="spellStart"/>
      <w:r w:rsidRPr="003419B7">
        <w:t>tailandeses</w:t>
      </w:r>
      <w:proofErr w:type="spellEnd"/>
      <w:r w:rsidRPr="003419B7">
        <w:t xml:space="preserve">, </w:t>
      </w:r>
      <w:proofErr w:type="spellStart"/>
      <w:r w:rsidRPr="003419B7">
        <w:t>como</w:t>
      </w:r>
      <w:proofErr w:type="spellEnd"/>
      <w:r w:rsidRPr="003419B7">
        <w:t xml:space="preserve"> phat </w:t>
      </w:r>
      <w:proofErr w:type="spellStart"/>
      <w:r w:rsidRPr="003419B7">
        <w:t>thai</w:t>
      </w:r>
      <w:proofErr w:type="spellEnd"/>
      <w:r w:rsidRPr="003419B7">
        <w:t xml:space="preserve">, arroz </w:t>
      </w:r>
      <w:proofErr w:type="spellStart"/>
      <w:r w:rsidRPr="003419B7">
        <w:t>glutinoso</w:t>
      </w:r>
      <w:proofErr w:type="spellEnd"/>
      <w:r w:rsidRPr="003419B7">
        <w:t xml:space="preserve"> com manga, noodles </w:t>
      </w:r>
      <w:proofErr w:type="spellStart"/>
      <w:r w:rsidRPr="003419B7">
        <w:t>flutuantes</w:t>
      </w:r>
      <w:proofErr w:type="spellEnd"/>
      <w:r w:rsidRPr="003419B7">
        <w:t xml:space="preserve"> </w:t>
      </w:r>
      <w:proofErr w:type="spellStart"/>
      <w:r w:rsidRPr="003419B7">
        <w:t>ou</w:t>
      </w:r>
      <w:proofErr w:type="spellEnd"/>
      <w:r w:rsidRPr="003419B7">
        <w:t xml:space="preserve"> </w:t>
      </w:r>
      <w:proofErr w:type="spellStart"/>
      <w:r w:rsidRPr="003419B7">
        <w:t>sorvete</w:t>
      </w:r>
      <w:proofErr w:type="spellEnd"/>
      <w:r w:rsidRPr="003419B7">
        <w:t xml:space="preserve"> de coco, </w:t>
      </w:r>
      <w:proofErr w:type="spellStart"/>
      <w:r w:rsidRPr="003419B7">
        <w:t>vendidos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longo</w:t>
      </w:r>
      <w:proofErr w:type="spellEnd"/>
      <w:r w:rsidRPr="003419B7">
        <w:t xml:space="preserve"> do canal (</w:t>
      </w:r>
      <w:proofErr w:type="spellStart"/>
      <w:r w:rsidRPr="003419B7">
        <w:t>por</w:t>
      </w:r>
      <w:proofErr w:type="spellEnd"/>
      <w:r w:rsidRPr="003419B7">
        <w:t xml:space="preserve"> </w:t>
      </w:r>
      <w:proofErr w:type="spellStart"/>
      <w:r w:rsidRPr="003419B7">
        <w:t>conta</w:t>
      </w:r>
      <w:proofErr w:type="spellEnd"/>
      <w:r w:rsidRPr="003419B7">
        <w:t xml:space="preserve"> do </w:t>
      </w:r>
      <w:proofErr w:type="spellStart"/>
      <w:r w:rsidRPr="003419B7">
        <w:t>visitante</w:t>
      </w:r>
      <w:proofErr w:type="spellEnd"/>
      <w:r w:rsidRPr="003419B7">
        <w:t>).</w:t>
      </w:r>
    </w:p>
    <w:p w14:paraId="0F6639AE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Por </w:t>
      </w:r>
      <w:proofErr w:type="spellStart"/>
      <w:r w:rsidRPr="003419B7">
        <w:t>fim</w:t>
      </w:r>
      <w:proofErr w:type="spellEnd"/>
      <w:r w:rsidRPr="003419B7">
        <w:t xml:space="preserve">, </w:t>
      </w:r>
      <w:proofErr w:type="spellStart"/>
      <w:r w:rsidRPr="003419B7">
        <w:t>encontro</w:t>
      </w:r>
      <w:proofErr w:type="spellEnd"/>
      <w:r w:rsidRPr="003419B7">
        <w:t xml:space="preserve"> com o </w:t>
      </w:r>
      <w:proofErr w:type="spellStart"/>
      <w:r w:rsidRPr="003419B7">
        <w:t>guia</w:t>
      </w:r>
      <w:proofErr w:type="spellEnd"/>
      <w:r w:rsidRPr="003419B7">
        <w:t xml:space="preserve"> no </w:t>
      </w:r>
      <w:proofErr w:type="spellStart"/>
      <w:r w:rsidRPr="003419B7">
        <w:t>ponto</w:t>
      </w:r>
      <w:proofErr w:type="spellEnd"/>
      <w:r w:rsidRPr="003419B7">
        <w:t xml:space="preserve"> de </w:t>
      </w:r>
      <w:proofErr w:type="spellStart"/>
      <w:r w:rsidRPr="003419B7">
        <w:t>partida</w:t>
      </w:r>
      <w:proofErr w:type="spellEnd"/>
      <w:r w:rsidRPr="003419B7">
        <w:t xml:space="preserve"> </w:t>
      </w:r>
      <w:proofErr w:type="gramStart"/>
      <w:r w:rsidRPr="003419B7">
        <w:t>para Bangkok</w:t>
      </w:r>
      <w:proofErr w:type="gramEnd"/>
      <w:r w:rsidRPr="003419B7">
        <w:t xml:space="preserve">, com </w:t>
      </w:r>
      <w:proofErr w:type="spellStart"/>
      <w:r w:rsidRPr="003419B7">
        <w:t>chegada</w:t>
      </w:r>
      <w:proofErr w:type="spellEnd"/>
      <w:r w:rsidRPr="003419B7">
        <w:t xml:space="preserve"> </w:t>
      </w:r>
      <w:proofErr w:type="spellStart"/>
      <w:r w:rsidRPr="003419B7">
        <w:t>prevista</w:t>
      </w:r>
      <w:proofErr w:type="spellEnd"/>
      <w:r w:rsidRPr="003419B7">
        <w:t xml:space="preserve"> entre 13h30 e 14h00.</w:t>
      </w:r>
    </w:p>
    <w:p w14:paraId="5FBF899F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rPr>
          <w:b/>
          <w:bCs/>
        </w:rPr>
        <w:t>Refeições</w:t>
      </w:r>
      <w:proofErr w:type="spellEnd"/>
      <w:r w:rsidRPr="003419B7">
        <w:t xml:space="preserve">: </w:t>
      </w:r>
      <w:proofErr w:type="spellStart"/>
      <w:r w:rsidRPr="003419B7">
        <w:t>Não</w:t>
      </w:r>
      <w:proofErr w:type="spellEnd"/>
    </w:p>
    <w:p w14:paraId="520F888E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rPr>
          <w:b/>
          <w:bCs/>
        </w:rPr>
        <w:t>Inclui</w:t>
      </w:r>
      <w:proofErr w:type="spellEnd"/>
      <w:r w:rsidRPr="003419B7">
        <w:t xml:space="preserve">: </w:t>
      </w:r>
      <w:proofErr w:type="spellStart"/>
      <w:r w:rsidRPr="003419B7">
        <w:t>Traslados</w:t>
      </w:r>
      <w:proofErr w:type="spellEnd"/>
      <w:r w:rsidRPr="003419B7">
        <w:t xml:space="preserve"> </w:t>
      </w:r>
      <w:proofErr w:type="spellStart"/>
      <w:r w:rsidRPr="003419B7">
        <w:t>privativos</w:t>
      </w:r>
      <w:proofErr w:type="spellEnd"/>
      <w:r w:rsidRPr="003419B7">
        <w:t xml:space="preserve">, </w:t>
      </w:r>
      <w:proofErr w:type="spellStart"/>
      <w:r w:rsidRPr="003419B7">
        <w:t>guia</w:t>
      </w:r>
      <w:proofErr w:type="spellEnd"/>
      <w:r w:rsidRPr="003419B7">
        <w:t xml:space="preserve"> </w:t>
      </w:r>
      <w:proofErr w:type="spellStart"/>
      <w:r w:rsidRPr="003419B7">
        <w:t>falando</w:t>
      </w:r>
      <w:proofErr w:type="spellEnd"/>
      <w:r w:rsidRPr="003419B7">
        <w:t xml:space="preserve"> </w:t>
      </w:r>
      <w:proofErr w:type="spellStart"/>
      <w:r w:rsidRPr="003419B7">
        <w:t>espanhol</w:t>
      </w:r>
      <w:proofErr w:type="spellEnd"/>
      <w:r w:rsidRPr="003419B7">
        <w:t xml:space="preserve">, </w:t>
      </w:r>
      <w:proofErr w:type="spellStart"/>
      <w:r w:rsidRPr="003419B7">
        <w:t>refeições</w:t>
      </w:r>
      <w:proofErr w:type="spellEnd"/>
      <w:r w:rsidRPr="003419B7">
        <w:t xml:space="preserve"> </w:t>
      </w:r>
      <w:proofErr w:type="spellStart"/>
      <w:r w:rsidRPr="003419B7">
        <w:t>mencionadas</w:t>
      </w:r>
      <w:proofErr w:type="spellEnd"/>
      <w:r w:rsidRPr="003419B7">
        <w:t xml:space="preserve"> no </w:t>
      </w:r>
      <w:proofErr w:type="spellStart"/>
      <w:r w:rsidRPr="003419B7">
        <w:t>programa</w:t>
      </w:r>
      <w:proofErr w:type="spellEnd"/>
      <w:r w:rsidRPr="003419B7">
        <w:t xml:space="preserve"> (</w:t>
      </w:r>
      <w:proofErr w:type="spellStart"/>
      <w:r w:rsidRPr="003419B7">
        <w:t>sem</w:t>
      </w:r>
      <w:proofErr w:type="spellEnd"/>
      <w:r w:rsidRPr="003419B7">
        <w:t xml:space="preserve"> </w:t>
      </w:r>
      <w:proofErr w:type="spellStart"/>
      <w:r w:rsidRPr="003419B7">
        <w:t>bebidas</w:t>
      </w:r>
      <w:proofErr w:type="spellEnd"/>
      <w:r w:rsidRPr="003419B7">
        <w:t xml:space="preserve">), </w:t>
      </w:r>
      <w:proofErr w:type="spellStart"/>
      <w:r w:rsidRPr="003419B7">
        <w:t>passeio</w:t>
      </w:r>
      <w:proofErr w:type="spellEnd"/>
      <w:r w:rsidRPr="003419B7">
        <w:t xml:space="preserve"> de </w:t>
      </w:r>
      <w:proofErr w:type="spellStart"/>
      <w:r w:rsidRPr="003419B7">
        <w:t>barco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</w:t>
      </w:r>
      <w:proofErr w:type="spellStart"/>
      <w:r w:rsidRPr="003419B7">
        <w:t>Damnoen</w:t>
      </w:r>
      <w:proofErr w:type="spellEnd"/>
      <w:r w:rsidRPr="003419B7">
        <w:t xml:space="preserve"> Saduak, 2 </w:t>
      </w:r>
      <w:proofErr w:type="spellStart"/>
      <w:r w:rsidRPr="003419B7">
        <w:t>garrafas</w:t>
      </w:r>
      <w:proofErr w:type="spellEnd"/>
      <w:r w:rsidRPr="003419B7">
        <w:t xml:space="preserve"> de </w:t>
      </w:r>
      <w:proofErr w:type="spellStart"/>
      <w:r w:rsidRPr="003419B7">
        <w:t>água</w:t>
      </w:r>
      <w:proofErr w:type="spellEnd"/>
      <w:r w:rsidRPr="003419B7">
        <w:t xml:space="preserve"> </w:t>
      </w:r>
      <w:proofErr w:type="spellStart"/>
      <w:r w:rsidRPr="003419B7">
        <w:t>por</w:t>
      </w:r>
      <w:proofErr w:type="spellEnd"/>
      <w:r w:rsidRPr="003419B7">
        <w:t xml:space="preserve"> </w:t>
      </w:r>
      <w:proofErr w:type="spellStart"/>
      <w:r w:rsidRPr="003419B7">
        <w:t>pessoa</w:t>
      </w:r>
      <w:proofErr w:type="spellEnd"/>
      <w:r w:rsidRPr="003419B7">
        <w:t>/</w:t>
      </w:r>
      <w:proofErr w:type="spellStart"/>
      <w:r w:rsidRPr="003419B7">
        <w:t>dia</w:t>
      </w:r>
      <w:proofErr w:type="spellEnd"/>
      <w:r w:rsidRPr="003419B7">
        <w:t xml:space="preserve"> de </w:t>
      </w:r>
      <w:proofErr w:type="spellStart"/>
      <w:r w:rsidRPr="003419B7">
        <w:t>excursão</w:t>
      </w:r>
      <w:proofErr w:type="spellEnd"/>
      <w:r w:rsidRPr="003419B7">
        <w:t xml:space="preserve"> e </w:t>
      </w:r>
      <w:proofErr w:type="spellStart"/>
      <w:r w:rsidRPr="003419B7">
        <w:t>serviços</w:t>
      </w:r>
      <w:proofErr w:type="spellEnd"/>
      <w:r w:rsidRPr="003419B7">
        <w:t xml:space="preserve"> </w:t>
      </w:r>
      <w:proofErr w:type="spellStart"/>
      <w:r w:rsidRPr="003419B7">
        <w:t>mencionados</w:t>
      </w:r>
      <w:proofErr w:type="spellEnd"/>
      <w:r w:rsidRPr="003419B7">
        <w:t xml:space="preserve"> no </w:t>
      </w:r>
      <w:proofErr w:type="spellStart"/>
      <w:r w:rsidRPr="003419B7">
        <w:t>programa</w:t>
      </w:r>
      <w:proofErr w:type="spellEnd"/>
      <w:r w:rsidRPr="003419B7">
        <w:t>.</w:t>
      </w:r>
    </w:p>
    <w:p w14:paraId="38F689BA" w14:textId="77777777" w:rsidR="003419B7" w:rsidRDefault="003419B7" w:rsidP="003419B7">
      <w:pPr>
        <w:spacing w:after="40" w:line="252" w:lineRule="auto"/>
        <w:jc w:val="both"/>
      </w:pPr>
      <w:proofErr w:type="spellStart"/>
      <w:proofErr w:type="gramStart"/>
      <w:r w:rsidRPr="003419B7">
        <w:rPr>
          <w:b/>
          <w:bCs/>
        </w:rPr>
        <w:t>Não</w:t>
      </w:r>
      <w:proofErr w:type="spellEnd"/>
      <w:proofErr w:type="gramEnd"/>
      <w:r w:rsidRPr="003419B7">
        <w:rPr>
          <w:b/>
          <w:bCs/>
        </w:rPr>
        <w:t xml:space="preserve"> </w:t>
      </w:r>
      <w:proofErr w:type="spellStart"/>
      <w:r w:rsidRPr="003419B7">
        <w:rPr>
          <w:b/>
          <w:bCs/>
        </w:rPr>
        <w:t>inclui</w:t>
      </w:r>
      <w:proofErr w:type="spellEnd"/>
      <w:r w:rsidRPr="003419B7">
        <w:t xml:space="preserve">: </w:t>
      </w:r>
      <w:proofErr w:type="spellStart"/>
      <w:r w:rsidRPr="003419B7">
        <w:t>Gorjetas</w:t>
      </w:r>
      <w:proofErr w:type="spellEnd"/>
      <w:r w:rsidRPr="003419B7">
        <w:t xml:space="preserve">, </w:t>
      </w:r>
      <w:proofErr w:type="spellStart"/>
      <w:r w:rsidRPr="003419B7">
        <w:t>despesas</w:t>
      </w:r>
      <w:proofErr w:type="spellEnd"/>
      <w:r w:rsidRPr="003419B7">
        <w:t xml:space="preserve"> </w:t>
      </w:r>
      <w:proofErr w:type="spellStart"/>
      <w:r w:rsidRPr="003419B7">
        <w:t>pessoais</w:t>
      </w:r>
      <w:proofErr w:type="spellEnd"/>
      <w:r w:rsidRPr="003419B7">
        <w:t xml:space="preserve"> e outros </w:t>
      </w:r>
      <w:proofErr w:type="spellStart"/>
      <w:r w:rsidRPr="003419B7">
        <w:t>gastos</w:t>
      </w:r>
      <w:proofErr w:type="spellEnd"/>
      <w:r w:rsidRPr="003419B7">
        <w:t xml:space="preserve"> </w:t>
      </w:r>
      <w:proofErr w:type="spellStart"/>
      <w:proofErr w:type="gramStart"/>
      <w:r w:rsidRPr="003419B7">
        <w:t>não</w:t>
      </w:r>
      <w:proofErr w:type="spellEnd"/>
      <w:proofErr w:type="gramEnd"/>
      <w:r w:rsidRPr="003419B7">
        <w:t xml:space="preserve"> </w:t>
      </w:r>
      <w:proofErr w:type="spellStart"/>
      <w:r w:rsidRPr="003419B7">
        <w:t>mencionados</w:t>
      </w:r>
      <w:proofErr w:type="spellEnd"/>
      <w:r w:rsidRPr="003419B7">
        <w:t xml:space="preserve"> no </w:t>
      </w:r>
      <w:proofErr w:type="spellStart"/>
      <w:r w:rsidRPr="003419B7">
        <w:t>programa</w:t>
      </w:r>
      <w:proofErr w:type="spellEnd"/>
      <w:r w:rsidRPr="003419B7">
        <w:t>.</w:t>
      </w:r>
    </w:p>
    <w:p w14:paraId="6DB42250" w14:textId="77777777" w:rsidR="003536C8" w:rsidRDefault="003536C8" w:rsidP="003419B7">
      <w:pPr>
        <w:spacing w:after="40" w:line="252" w:lineRule="auto"/>
        <w:jc w:val="both"/>
      </w:pPr>
    </w:p>
    <w:p w14:paraId="75489404" w14:textId="3F55D4DE" w:rsidR="003419B7" w:rsidRPr="003419B7" w:rsidRDefault="003419B7" w:rsidP="003419B7">
      <w:pPr>
        <w:pStyle w:val="Dia"/>
        <w:spacing w:before="120" w:after="20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4</w:t>
      </w:r>
      <w:r>
        <w:t xml:space="preserve">º </w:t>
      </w:r>
      <w:proofErr w:type="spellStart"/>
      <w:r>
        <w:t>dia</w:t>
      </w:r>
      <w:proofErr w:type="spellEnd"/>
      <w:r>
        <w:t xml:space="preserve"> (2</w:t>
      </w:r>
      <w:r>
        <w:t>2</w:t>
      </w:r>
      <w:r>
        <w:t xml:space="preserve"> NOV): </w:t>
      </w:r>
      <w:r w:rsidRPr="003419B7">
        <w:t xml:space="preserve">Bangkok – Chiang Rai </w:t>
      </w:r>
    </w:p>
    <w:p w14:paraId="7C635389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Saída</w:t>
      </w:r>
      <w:proofErr w:type="spellEnd"/>
      <w:r w:rsidRPr="003419B7">
        <w:t xml:space="preserve"> do hotel e </w:t>
      </w:r>
      <w:proofErr w:type="spellStart"/>
      <w:r w:rsidRPr="003419B7">
        <w:t>traslado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aeroporto</w:t>
      </w:r>
      <w:proofErr w:type="spellEnd"/>
      <w:r w:rsidRPr="003419B7">
        <w:t xml:space="preserve"> de Bangkok para </w:t>
      </w:r>
      <w:proofErr w:type="spellStart"/>
      <w:r w:rsidRPr="003419B7">
        <w:t>embarque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</w:t>
      </w:r>
      <w:proofErr w:type="spellStart"/>
      <w:r w:rsidRPr="003419B7">
        <w:t>voo</w:t>
      </w:r>
      <w:proofErr w:type="spellEnd"/>
      <w:r w:rsidRPr="003419B7">
        <w:t xml:space="preserve"> com </w:t>
      </w:r>
      <w:proofErr w:type="spellStart"/>
      <w:r w:rsidRPr="003419B7">
        <w:t>destino</w:t>
      </w:r>
      <w:proofErr w:type="spellEnd"/>
      <w:r w:rsidRPr="003419B7">
        <w:t xml:space="preserve"> a Chiang Rai. </w:t>
      </w:r>
      <w:r w:rsidRPr="003419B7">
        <w:rPr>
          <w:b/>
          <w:bCs/>
        </w:rPr>
        <w:t>(VOO NÃO INCLUÍDO)</w:t>
      </w:r>
    </w:p>
    <w:p w14:paraId="0988B92A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Chegada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aeroporto</w:t>
      </w:r>
      <w:proofErr w:type="spellEnd"/>
      <w:r w:rsidRPr="003419B7">
        <w:t xml:space="preserve"> de Chiang Rai e </w:t>
      </w:r>
      <w:proofErr w:type="spellStart"/>
      <w:r w:rsidRPr="003419B7">
        <w:t>encontro</w:t>
      </w:r>
      <w:proofErr w:type="spellEnd"/>
      <w:r w:rsidRPr="003419B7">
        <w:t xml:space="preserve"> com o </w:t>
      </w:r>
      <w:proofErr w:type="spellStart"/>
      <w:r w:rsidRPr="003419B7">
        <w:t>guia</w:t>
      </w:r>
      <w:proofErr w:type="spellEnd"/>
      <w:r w:rsidRPr="003419B7">
        <w:t xml:space="preserve"> local. Em </w:t>
      </w:r>
      <w:proofErr w:type="spellStart"/>
      <w:r w:rsidRPr="003419B7">
        <w:t>seguida</w:t>
      </w:r>
      <w:proofErr w:type="spellEnd"/>
      <w:r w:rsidRPr="003419B7">
        <w:t xml:space="preserve">, </w:t>
      </w:r>
      <w:proofErr w:type="spellStart"/>
      <w:r w:rsidRPr="003419B7">
        <w:t>viagem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Triângulo</w:t>
      </w:r>
      <w:proofErr w:type="spellEnd"/>
      <w:r w:rsidRPr="003419B7">
        <w:t xml:space="preserve"> Dourado para </w:t>
      </w:r>
      <w:proofErr w:type="spellStart"/>
      <w:r w:rsidRPr="003419B7">
        <w:t>visitar</w:t>
      </w:r>
      <w:proofErr w:type="spellEnd"/>
      <w:r w:rsidRPr="003419B7">
        <w:t xml:space="preserve"> </w:t>
      </w:r>
      <w:proofErr w:type="gramStart"/>
      <w:r w:rsidRPr="003419B7">
        <w:t>a</w:t>
      </w:r>
      <w:proofErr w:type="gramEnd"/>
      <w:r w:rsidRPr="003419B7">
        <w:t xml:space="preserve"> </w:t>
      </w:r>
      <w:proofErr w:type="spellStart"/>
      <w:r w:rsidRPr="003419B7">
        <w:t>antiga</w:t>
      </w:r>
      <w:proofErr w:type="spellEnd"/>
      <w:r w:rsidRPr="003419B7">
        <w:t xml:space="preserve"> </w:t>
      </w:r>
      <w:proofErr w:type="spellStart"/>
      <w:r w:rsidRPr="003419B7">
        <w:t>cidade</w:t>
      </w:r>
      <w:proofErr w:type="spellEnd"/>
      <w:r w:rsidRPr="003419B7">
        <w:t xml:space="preserve"> de Chiang Saen e o Wat Chedi Luang. </w:t>
      </w:r>
      <w:proofErr w:type="spellStart"/>
      <w:r w:rsidRPr="003419B7">
        <w:t>Depois</w:t>
      </w:r>
      <w:proofErr w:type="spellEnd"/>
      <w:r w:rsidRPr="003419B7">
        <w:t xml:space="preserve">, visita à Casa do </w:t>
      </w:r>
      <w:proofErr w:type="spellStart"/>
      <w:r w:rsidRPr="003419B7">
        <w:t>Ópio</w:t>
      </w:r>
      <w:proofErr w:type="spellEnd"/>
      <w:r w:rsidRPr="003419B7">
        <w:t xml:space="preserve">, um dos </w:t>
      </w:r>
      <w:proofErr w:type="spellStart"/>
      <w:r w:rsidRPr="003419B7">
        <w:t>museus</w:t>
      </w:r>
      <w:proofErr w:type="spellEnd"/>
      <w:r w:rsidRPr="003419B7">
        <w:t xml:space="preserve"> privados. </w:t>
      </w:r>
      <w:proofErr w:type="spellStart"/>
      <w:r w:rsidRPr="003419B7">
        <w:t>Passeio</w:t>
      </w:r>
      <w:proofErr w:type="spellEnd"/>
      <w:r w:rsidRPr="003419B7">
        <w:t xml:space="preserve"> de </w:t>
      </w:r>
      <w:proofErr w:type="spellStart"/>
      <w:r w:rsidRPr="003419B7">
        <w:t>barco</w:t>
      </w:r>
      <w:proofErr w:type="spellEnd"/>
      <w:r w:rsidRPr="003419B7">
        <w:t xml:space="preserve"> </w:t>
      </w:r>
      <w:proofErr w:type="spellStart"/>
      <w:r w:rsidRPr="003419B7">
        <w:t>pelo</w:t>
      </w:r>
      <w:proofErr w:type="spellEnd"/>
      <w:r w:rsidRPr="003419B7">
        <w:t xml:space="preserve"> </w:t>
      </w:r>
      <w:proofErr w:type="spellStart"/>
      <w:r w:rsidRPr="003419B7">
        <w:t>famoso</w:t>
      </w:r>
      <w:proofErr w:type="spellEnd"/>
      <w:r w:rsidRPr="003419B7">
        <w:t xml:space="preserve"> Rio Khong, com vista para </w:t>
      </w:r>
      <w:proofErr w:type="spellStart"/>
      <w:r w:rsidRPr="003419B7">
        <w:t>três</w:t>
      </w:r>
      <w:proofErr w:type="spellEnd"/>
      <w:r w:rsidRPr="003419B7">
        <w:t xml:space="preserve"> </w:t>
      </w:r>
      <w:proofErr w:type="spellStart"/>
      <w:r w:rsidRPr="003419B7">
        <w:t>países</w:t>
      </w:r>
      <w:proofErr w:type="spellEnd"/>
      <w:r w:rsidRPr="003419B7">
        <w:t xml:space="preserve">: </w:t>
      </w:r>
      <w:proofErr w:type="spellStart"/>
      <w:r w:rsidRPr="003419B7">
        <w:t>Tailândia</w:t>
      </w:r>
      <w:proofErr w:type="spellEnd"/>
      <w:r w:rsidRPr="003419B7">
        <w:t>, Laos e Myanmar.</w:t>
      </w:r>
    </w:p>
    <w:p w14:paraId="5D34469D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Traslado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hotel para check-in e restante da </w:t>
      </w:r>
      <w:proofErr w:type="spellStart"/>
      <w:r w:rsidRPr="003419B7">
        <w:t>noite</w:t>
      </w:r>
      <w:proofErr w:type="spellEnd"/>
      <w:r w:rsidRPr="003419B7">
        <w:t xml:space="preserve"> livre.</w:t>
      </w:r>
    </w:p>
    <w:p w14:paraId="3985E461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Pernoite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Chiang Rai.</w:t>
      </w:r>
    </w:p>
    <w:p w14:paraId="609733EE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rPr>
          <w:b/>
          <w:bCs/>
        </w:rPr>
        <w:t>Refeições</w:t>
      </w:r>
      <w:proofErr w:type="spellEnd"/>
      <w:r w:rsidRPr="003419B7">
        <w:t xml:space="preserve">: Café da </w:t>
      </w:r>
      <w:proofErr w:type="spellStart"/>
      <w:r w:rsidRPr="003419B7">
        <w:t>manhã</w:t>
      </w:r>
      <w:proofErr w:type="spellEnd"/>
      <w:r w:rsidRPr="003419B7">
        <w:t xml:space="preserve"> no hotel.</w:t>
      </w:r>
    </w:p>
    <w:p w14:paraId="23B0115F" w14:textId="77777777" w:rsidR="003419B7" w:rsidRDefault="003419B7" w:rsidP="003419B7">
      <w:pPr>
        <w:spacing w:after="40" w:line="252" w:lineRule="auto"/>
        <w:jc w:val="both"/>
      </w:pPr>
      <w:r w:rsidRPr="003419B7">
        <w:rPr>
          <w:b/>
          <w:bCs/>
        </w:rPr>
        <w:t>Guia</w:t>
      </w:r>
      <w:r w:rsidRPr="003419B7">
        <w:t xml:space="preserve">: </w:t>
      </w:r>
      <w:proofErr w:type="spellStart"/>
      <w:r w:rsidRPr="003419B7">
        <w:t>Espanhol</w:t>
      </w:r>
      <w:proofErr w:type="spellEnd"/>
      <w:r w:rsidRPr="003419B7">
        <w:t>.</w:t>
      </w:r>
    </w:p>
    <w:p w14:paraId="79889897" w14:textId="77777777" w:rsidR="003536C8" w:rsidRDefault="003536C8" w:rsidP="003419B7">
      <w:pPr>
        <w:spacing w:after="40" w:line="252" w:lineRule="auto"/>
        <w:jc w:val="both"/>
      </w:pPr>
    </w:p>
    <w:p w14:paraId="271FC67A" w14:textId="1A8B4DF7" w:rsidR="003419B7" w:rsidRPr="003419B7" w:rsidRDefault="003419B7" w:rsidP="003419B7">
      <w:pPr>
        <w:pStyle w:val="Dia"/>
        <w:spacing w:before="120" w:after="20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5</w:t>
      </w:r>
      <w:r>
        <w:t xml:space="preserve">º </w:t>
      </w:r>
      <w:proofErr w:type="spellStart"/>
      <w:r>
        <w:t>dia</w:t>
      </w:r>
      <w:proofErr w:type="spellEnd"/>
      <w:r>
        <w:t xml:space="preserve"> (2</w:t>
      </w:r>
      <w:r>
        <w:t>3</w:t>
      </w:r>
      <w:r>
        <w:t xml:space="preserve"> NOV): </w:t>
      </w:r>
      <w:r w:rsidRPr="003419B7">
        <w:t xml:space="preserve">Chiang Rai – Chiang Mai </w:t>
      </w:r>
    </w:p>
    <w:p w14:paraId="090DFC88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Após</w:t>
      </w:r>
      <w:proofErr w:type="spellEnd"/>
      <w:r w:rsidRPr="003419B7">
        <w:t xml:space="preserve"> o café da </w:t>
      </w:r>
      <w:proofErr w:type="spellStart"/>
      <w:r w:rsidRPr="003419B7">
        <w:t>manhã</w:t>
      </w:r>
      <w:proofErr w:type="spellEnd"/>
      <w:r w:rsidRPr="003419B7">
        <w:t xml:space="preserve">, visita </w:t>
      </w:r>
      <w:proofErr w:type="spellStart"/>
      <w:r w:rsidRPr="003419B7">
        <w:t>ao</w:t>
      </w:r>
      <w:proofErr w:type="spellEnd"/>
      <w:r w:rsidRPr="003419B7">
        <w:t xml:space="preserve"> Wat Rong Suea Ten, </w:t>
      </w:r>
      <w:proofErr w:type="spellStart"/>
      <w:r w:rsidRPr="003419B7">
        <w:t>conhecido</w:t>
      </w:r>
      <w:proofErr w:type="spellEnd"/>
      <w:r w:rsidRPr="003419B7">
        <w:t xml:space="preserve"> </w:t>
      </w:r>
      <w:proofErr w:type="spellStart"/>
      <w:r w:rsidRPr="003419B7">
        <w:t>simplesmente</w:t>
      </w:r>
      <w:proofErr w:type="spellEnd"/>
      <w:r w:rsidRPr="003419B7">
        <w:t xml:space="preserve"> </w:t>
      </w:r>
      <w:proofErr w:type="spellStart"/>
      <w:r w:rsidRPr="003419B7">
        <w:t>como</w:t>
      </w:r>
      <w:proofErr w:type="spellEnd"/>
      <w:r w:rsidRPr="003419B7">
        <w:t xml:space="preserve"> o Templo Azul. A </w:t>
      </w:r>
      <w:proofErr w:type="spellStart"/>
      <w:r w:rsidRPr="003419B7">
        <w:t>cor</w:t>
      </w:r>
      <w:proofErr w:type="spellEnd"/>
      <w:r w:rsidRPr="003419B7">
        <w:t xml:space="preserve"> </w:t>
      </w:r>
      <w:proofErr w:type="spellStart"/>
      <w:r w:rsidRPr="003419B7">
        <w:t>azul</w:t>
      </w:r>
      <w:proofErr w:type="spellEnd"/>
      <w:r w:rsidRPr="003419B7">
        <w:t xml:space="preserve"> </w:t>
      </w:r>
      <w:proofErr w:type="spellStart"/>
      <w:r w:rsidRPr="003419B7">
        <w:t>representa</w:t>
      </w:r>
      <w:proofErr w:type="spellEnd"/>
      <w:r w:rsidRPr="003419B7">
        <w:t xml:space="preserve"> o Dharma, o </w:t>
      </w:r>
      <w:proofErr w:type="spellStart"/>
      <w:r w:rsidRPr="003419B7">
        <w:t>código</w:t>
      </w:r>
      <w:proofErr w:type="spellEnd"/>
      <w:r w:rsidRPr="003419B7">
        <w:t xml:space="preserve"> moral de </w:t>
      </w:r>
      <w:proofErr w:type="spellStart"/>
      <w:r w:rsidRPr="003419B7">
        <w:t>virtude</w:t>
      </w:r>
      <w:proofErr w:type="spellEnd"/>
      <w:r w:rsidRPr="003419B7">
        <w:t xml:space="preserve"> de Buda, </w:t>
      </w:r>
      <w:proofErr w:type="spellStart"/>
      <w:r w:rsidRPr="003419B7">
        <w:t>que</w:t>
      </w:r>
      <w:proofErr w:type="spellEnd"/>
      <w:r w:rsidRPr="003419B7">
        <w:t xml:space="preserve"> se </w:t>
      </w:r>
      <w:proofErr w:type="spellStart"/>
      <w:r w:rsidRPr="003419B7">
        <w:t>difundiu</w:t>
      </w:r>
      <w:proofErr w:type="spellEnd"/>
      <w:r w:rsidRPr="003419B7">
        <w:t xml:space="preserve"> </w:t>
      </w:r>
      <w:proofErr w:type="spellStart"/>
      <w:r w:rsidRPr="003419B7">
        <w:t>pelo</w:t>
      </w:r>
      <w:proofErr w:type="spellEnd"/>
      <w:r w:rsidRPr="003419B7">
        <w:t xml:space="preserve"> </w:t>
      </w:r>
      <w:proofErr w:type="spellStart"/>
      <w:r w:rsidRPr="003419B7">
        <w:t>mundo</w:t>
      </w:r>
      <w:proofErr w:type="spellEnd"/>
      <w:r w:rsidRPr="003419B7">
        <w:t xml:space="preserve"> e </w:t>
      </w:r>
      <w:proofErr w:type="spellStart"/>
      <w:r w:rsidRPr="003419B7">
        <w:t>está</w:t>
      </w:r>
      <w:proofErr w:type="spellEnd"/>
      <w:r w:rsidRPr="003419B7">
        <w:t xml:space="preserve"> </w:t>
      </w:r>
      <w:proofErr w:type="spellStart"/>
      <w:r w:rsidRPr="003419B7">
        <w:t>incorporado</w:t>
      </w:r>
      <w:proofErr w:type="spellEnd"/>
      <w:r w:rsidRPr="003419B7">
        <w:t xml:space="preserve"> à </w:t>
      </w:r>
      <w:proofErr w:type="spellStart"/>
      <w:r w:rsidRPr="003419B7">
        <w:t>doutrina</w:t>
      </w:r>
      <w:proofErr w:type="spellEnd"/>
      <w:r w:rsidRPr="003419B7">
        <w:t xml:space="preserve"> da </w:t>
      </w:r>
      <w:proofErr w:type="spellStart"/>
      <w:r w:rsidRPr="003419B7">
        <w:t>lógica</w:t>
      </w:r>
      <w:proofErr w:type="spellEnd"/>
      <w:r w:rsidRPr="003419B7">
        <w:t xml:space="preserve"> </w:t>
      </w:r>
      <w:proofErr w:type="spellStart"/>
      <w:r w:rsidRPr="003419B7">
        <w:t>naturalista</w:t>
      </w:r>
      <w:proofErr w:type="spellEnd"/>
      <w:r w:rsidRPr="003419B7">
        <w:t xml:space="preserve">, </w:t>
      </w:r>
      <w:proofErr w:type="spellStart"/>
      <w:r w:rsidRPr="003419B7">
        <w:t>como</w:t>
      </w:r>
      <w:proofErr w:type="spellEnd"/>
      <w:r w:rsidRPr="003419B7">
        <w:t xml:space="preserve"> o </w:t>
      </w:r>
      <w:proofErr w:type="spellStart"/>
      <w:r w:rsidRPr="003419B7">
        <w:t>brilhante</w:t>
      </w:r>
      <w:proofErr w:type="spellEnd"/>
      <w:r w:rsidRPr="003419B7">
        <w:t xml:space="preserve"> </w:t>
      </w:r>
      <w:proofErr w:type="spellStart"/>
      <w:r w:rsidRPr="003419B7">
        <w:t>céu</w:t>
      </w:r>
      <w:proofErr w:type="spellEnd"/>
      <w:r w:rsidRPr="003419B7">
        <w:t xml:space="preserve"> </w:t>
      </w:r>
      <w:proofErr w:type="spellStart"/>
      <w:r w:rsidRPr="003419B7">
        <w:t>azul</w:t>
      </w:r>
      <w:proofErr w:type="spellEnd"/>
      <w:r w:rsidRPr="003419B7">
        <w:t xml:space="preserve">. Este </w:t>
      </w:r>
      <w:proofErr w:type="spellStart"/>
      <w:r w:rsidRPr="003419B7">
        <w:t>templo</w:t>
      </w:r>
      <w:proofErr w:type="spellEnd"/>
      <w:r w:rsidRPr="003419B7">
        <w:t xml:space="preserve"> </w:t>
      </w:r>
      <w:proofErr w:type="spellStart"/>
      <w:r w:rsidRPr="003419B7">
        <w:t>exibe</w:t>
      </w:r>
      <w:proofErr w:type="spellEnd"/>
      <w:r w:rsidRPr="003419B7">
        <w:t xml:space="preserve"> </w:t>
      </w:r>
      <w:proofErr w:type="spellStart"/>
      <w:r w:rsidRPr="003419B7">
        <w:t>arte</w:t>
      </w:r>
      <w:proofErr w:type="spellEnd"/>
      <w:r w:rsidRPr="003419B7">
        <w:t xml:space="preserve"> </w:t>
      </w:r>
      <w:proofErr w:type="spellStart"/>
      <w:r w:rsidRPr="003419B7">
        <w:t>budista</w:t>
      </w:r>
      <w:proofErr w:type="spellEnd"/>
      <w:r w:rsidRPr="003419B7">
        <w:t xml:space="preserve"> </w:t>
      </w:r>
      <w:proofErr w:type="spellStart"/>
      <w:r w:rsidRPr="003419B7">
        <w:t>contemporânea</w:t>
      </w:r>
      <w:proofErr w:type="spellEnd"/>
      <w:r w:rsidRPr="003419B7">
        <w:t xml:space="preserve"> </w:t>
      </w:r>
      <w:proofErr w:type="spellStart"/>
      <w:r w:rsidRPr="003419B7">
        <w:t>que</w:t>
      </w:r>
      <w:proofErr w:type="spellEnd"/>
      <w:r w:rsidRPr="003419B7">
        <w:t xml:space="preserve"> </w:t>
      </w:r>
      <w:proofErr w:type="spellStart"/>
      <w:r w:rsidRPr="003419B7">
        <w:t>incorpora</w:t>
      </w:r>
      <w:proofErr w:type="spellEnd"/>
      <w:r w:rsidRPr="003419B7">
        <w:t xml:space="preserve"> a </w:t>
      </w:r>
      <w:proofErr w:type="spellStart"/>
      <w:r w:rsidRPr="003419B7">
        <w:t>doutrina</w:t>
      </w:r>
      <w:proofErr w:type="spellEnd"/>
      <w:r w:rsidRPr="003419B7">
        <w:t xml:space="preserve"> de Buda.</w:t>
      </w:r>
    </w:p>
    <w:p w14:paraId="789DA872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O Wat Rong Khun, </w:t>
      </w:r>
      <w:proofErr w:type="spellStart"/>
      <w:r w:rsidRPr="003419B7">
        <w:t>mais</w:t>
      </w:r>
      <w:proofErr w:type="spellEnd"/>
      <w:r w:rsidRPr="003419B7">
        <w:t xml:space="preserve"> </w:t>
      </w:r>
      <w:proofErr w:type="spellStart"/>
      <w:r w:rsidRPr="003419B7">
        <w:t>conhecido</w:t>
      </w:r>
      <w:proofErr w:type="spellEnd"/>
      <w:r w:rsidRPr="003419B7">
        <w:t xml:space="preserve"> </w:t>
      </w:r>
      <w:proofErr w:type="spellStart"/>
      <w:r w:rsidRPr="003419B7">
        <w:t>pelos</w:t>
      </w:r>
      <w:proofErr w:type="spellEnd"/>
      <w:r w:rsidRPr="003419B7">
        <w:t xml:space="preserve"> </w:t>
      </w:r>
      <w:proofErr w:type="spellStart"/>
      <w:r w:rsidRPr="003419B7">
        <w:t>estrangeiros</w:t>
      </w:r>
      <w:proofErr w:type="spellEnd"/>
      <w:r w:rsidRPr="003419B7">
        <w:t xml:space="preserve"> </w:t>
      </w:r>
      <w:proofErr w:type="spellStart"/>
      <w:r w:rsidRPr="003419B7">
        <w:t>como</w:t>
      </w:r>
      <w:proofErr w:type="spellEnd"/>
      <w:r w:rsidRPr="003419B7">
        <w:t xml:space="preserve"> o Templo Branco, é </w:t>
      </w:r>
      <w:proofErr w:type="spellStart"/>
      <w:r w:rsidRPr="003419B7">
        <w:t>uma</w:t>
      </w:r>
      <w:proofErr w:type="spellEnd"/>
      <w:r w:rsidRPr="003419B7">
        <w:t xml:space="preserve"> </w:t>
      </w:r>
      <w:proofErr w:type="spellStart"/>
      <w:r w:rsidRPr="003419B7">
        <w:t>exposição</w:t>
      </w:r>
      <w:proofErr w:type="spellEnd"/>
      <w:r w:rsidRPr="003419B7">
        <w:t xml:space="preserve"> de </w:t>
      </w:r>
      <w:proofErr w:type="spellStart"/>
      <w:r w:rsidRPr="003419B7">
        <w:t>arte</w:t>
      </w:r>
      <w:proofErr w:type="spellEnd"/>
      <w:r w:rsidRPr="003419B7">
        <w:t xml:space="preserve"> </w:t>
      </w:r>
      <w:proofErr w:type="spellStart"/>
      <w:r w:rsidRPr="003419B7">
        <w:t>contemporânea</w:t>
      </w:r>
      <w:proofErr w:type="spellEnd"/>
      <w:r w:rsidRPr="003419B7">
        <w:t xml:space="preserve"> </w:t>
      </w:r>
      <w:proofErr w:type="spellStart"/>
      <w:r w:rsidRPr="003419B7">
        <w:t>não</w:t>
      </w:r>
      <w:proofErr w:type="spellEnd"/>
      <w:r w:rsidRPr="003419B7">
        <w:t xml:space="preserve"> </w:t>
      </w:r>
      <w:proofErr w:type="spellStart"/>
      <w:r w:rsidRPr="003419B7">
        <w:t>convencional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</w:t>
      </w:r>
      <w:proofErr w:type="spellStart"/>
      <w:r w:rsidRPr="003419B7">
        <w:t>estilo</w:t>
      </w:r>
      <w:proofErr w:type="spellEnd"/>
      <w:r w:rsidRPr="003419B7">
        <w:t xml:space="preserve"> de </w:t>
      </w:r>
      <w:proofErr w:type="spellStart"/>
      <w:r w:rsidRPr="003419B7">
        <w:t>templo</w:t>
      </w:r>
      <w:proofErr w:type="spellEnd"/>
      <w:r w:rsidRPr="003419B7">
        <w:t xml:space="preserve"> </w:t>
      </w:r>
      <w:proofErr w:type="spellStart"/>
      <w:r w:rsidRPr="003419B7">
        <w:t>budista</w:t>
      </w:r>
      <w:proofErr w:type="spellEnd"/>
      <w:r w:rsidRPr="003419B7">
        <w:t xml:space="preserve">, de </w:t>
      </w:r>
      <w:proofErr w:type="spellStart"/>
      <w:r w:rsidRPr="003419B7">
        <w:t>propriedade</w:t>
      </w:r>
      <w:proofErr w:type="spellEnd"/>
      <w:r w:rsidRPr="003419B7">
        <w:t xml:space="preserve"> </w:t>
      </w:r>
      <w:proofErr w:type="spellStart"/>
      <w:r w:rsidRPr="003419B7">
        <w:t>privada</w:t>
      </w:r>
      <w:proofErr w:type="spellEnd"/>
      <w:r w:rsidRPr="003419B7">
        <w:t xml:space="preserve">. </w:t>
      </w:r>
      <w:proofErr w:type="spellStart"/>
      <w:r w:rsidRPr="003419B7">
        <w:t>Pertence</w:t>
      </w:r>
      <w:proofErr w:type="spellEnd"/>
      <w:r w:rsidRPr="003419B7">
        <w:t xml:space="preserve"> a Chalermchai </w:t>
      </w:r>
      <w:proofErr w:type="spellStart"/>
      <w:r w:rsidRPr="003419B7">
        <w:t>Kositpipat</w:t>
      </w:r>
      <w:proofErr w:type="spellEnd"/>
      <w:r w:rsidRPr="003419B7">
        <w:t xml:space="preserve">, </w:t>
      </w:r>
      <w:proofErr w:type="spellStart"/>
      <w:r w:rsidRPr="003419B7">
        <w:t>que</w:t>
      </w:r>
      <w:proofErr w:type="spellEnd"/>
      <w:r w:rsidRPr="003419B7">
        <w:t xml:space="preserve"> </w:t>
      </w:r>
      <w:proofErr w:type="spellStart"/>
      <w:r w:rsidRPr="003419B7">
        <w:t>o</w:t>
      </w:r>
      <w:proofErr w:type="spellEnd"/>
      <w:r w:rsidRPr="003419B7">
        <w:t xml:space="preserve"> </w:t>
      </w:r>
      <w:proofErr w:type="spellStart"/>
      <w:r w:rsidRPr="003419B7">
        <w:t>projetou</w:t>
      </w:r>
      <w:proofErr w:type="spellEnd"/>
      <w:r w:rsidRPr="003419B7">
        <w:t xml:space="preserve">, </w:t>
      </w:r>
      <w:proofErr w:type="spellStart"/>
      <w:r w:rsidRPr="003419B7">
        <w:t>construiu</w:t>
      </w:r>
      <w:proofErr w:type="spellEnd"/>
      <w:r w:rsidRPr="003419B7">
        <w:t xml:space="preserve"> e </w:t>
      </w:r>
      <w:proofErr w:type="spellStart"/>
      <w:r w:rsidRPr="003419B7">
        <w:t>abriu</w:t>
      </w:r>
      <w:proofErr w:type="spellEnd"/>
      <w:r w:rsidRPr="003419B7">
        <w:t xml:space="preserve"> </w:t>
      </w:r>
      <w:proofErr w:type="spellStart"/>
      <w:r w:rsidRPr="003419B7">
        <w:t>ao</w:t>
      </w:r>
      <w:proofErr w:type="spellEnd"/>
      <w:r w:rsidRPr="003419B7">
        <w:t xml:space="preserve"> </w:t>
      </w:r>
      <w:proofErr w:type="spellStart"/>
      <w:r w:rsidRPr="003419B7">
        <w:t>público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1997.</w:t>
      </w:r>
    </w:p>
    <w:p w14:paraId="535422B6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Traslado</w:t>
      </w:r>
      <w:proofErr w:type="spellEnd"/>
      <w:r w:rsidRPr="003419B7">
        <w:t xml:space="preserve"> </w:t>
      </w:r>
      <w:proofErr w:type="spellStart"/>
      <w:r w:rsidRPr="003419B7">
        <w:t>terrestre</w:t>
      </w:r>
      <w:proofErr w:type="spellEnd"/>
      <w:r w:rsidRPr="003419B7">
        <w:t xml:space="preserve"> </w:t>
      </w:r>
      <w:proofErr w:type="gramStart"/>
      <w:r w:rsidRPr="003419B7">
        <w:t>para Chiang Mai</w:t>
      </w:r>
      <w:proofErr w:type="gramEnd"/>
      <w:r w:rsidRPr="003419B7">
        <w:t xml:space="preserve">, com </w:t>
      </w:r>
      <w:proofErr w:type="spellStart"/>
      <w:r w:rsidRPr="003419B7">
        <w:t>duração</w:t>
      </w:r>
      <w:proofErr w:type="spellEnd"/>
      <w:r w:rsidRPr="003419B7">
        <w:t xml:space="preserve"> </w:t>
      </w:r>
      <w:proofErr w:type="spellStart"/>
      <w:r w:rsidRPr="003419B7">
        <w:t>aproximada</w:t>
      </w:r>
      <w:proofErr w:type="spellEnd"/>
      <w:r w:rsidRPr="003419B7">
        <w:t xml:space="preserve"> de 3 horas.</w:t>
      </w:r>
    </w:p>
    <w:p w14:paraId="5DC47F59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Na </w:t>
      </w:r>
      <w:proofErr w:type="spellStart"/>
      <w:r w:rsidRPr="003419B7">
        <w:t>chegada</w:t>
      </w:r>
      <w:proofErr w:type="spellEnd"/>
      <w:r w:rsidRPr="003419B7">
        <w:t>, check-in no hotel e tempo livre.</w:t>
      </w:r>
    </w:p>
    <w:p w14:paraId="5656745D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Pernoite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Chiang Mai.</w:t>
      </w:r>
    </w:p>
    <w:p w14:paraId="4DBAF75D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rPr>
          <w:b/>
          <w:bCs/>
        </w:rPr>
        <w:t>Refeições</w:t>
      </w:r>
      <w:proofErr w:type="spellEnd"/>
      <w:r w:rsidRPr="003419B7">
        <w:t xml:space="preserve">: Café da </w:t>
      </w:r>
      <w:proofErr w:type="spellStart"/>
      <w:r w:rsidRPr="003419B7">
        <w:t>manhã</w:t>
      </w:r>
      <w:proofErr w:type="spellEnd"/>
      <w:r w:rsidRPr="003419B7">
        <w:t xml:space="preserve"> no hotel.</w:t>
      </w:r>
    </w:p>
    <w:p w14:paraId="18B093FD" w14:textId="77777777" w:rsidR="003419B7" w:rsidRDefault="003419B7" w:rsidP="003419B7">
      <w:pPr>
        <w:spacing w:after="40" w:line="252" w:lineRule="auto"/>
        <w:jc w:val="both"/>
      </w:pPr>
      <w:r w:rsidRPr="003419B7">
        <w:rPr>
          <w:b/>
          <w:bCs/>
        </w:rPr>
        <w:t>Guia</w:t>
      </w:r>
      <w:r w:rsidRPr="003419B7">
        <w:t xml:space="preserve">: </w:t>
      </w:r>
      <w:proofErr w:type="spellStart"/>
      <w:r w:rsidRPr="003419B7">
        <w:t>Espanhol</w:t>
      </w:r>
      <w:proofErr w:type="spellEnd"/>
      <w:r w:rsidRPr="003419B7">
        <w:t>.</w:t>
      </w:r>
    </w:p>
    <w:p w14:paraId="1B24D6F4" w14:textId="77777777" w:rsidR="003536C8" w:rsidRDefault="003536C8" w:rsidP="003419B7">
      <w:pPr>
        <w:spacing w:after="40" w:line="252" w:lineRule="auto"/>
        <w:jc w:val="both"/>
      </w:pPr>
    </w:p>
    <w:p w14:paraId="2D390C4B" w14:textId="215769E0" w:rsidR="003419B7" w:rsidRPr="003419B7" w:rsidRDefault="003419B7" w:rsidP="003419B7">
      <w:pPr>
        <w:pStyle w:val="Dia"/>
        <w:spacing w:before="120" w:after="20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6</w:t>
      </w:r>
      <w:r>
        <w:t xml:space="preserve">º </w:t>
      </w:r>
      <w:proofErr w:type="spellStart"/>
      <w:r>
        <w:t>dia</w:t>
      </w:r>
      <w:proofErr w:type="spellEnd"/>
      <w:r>
        <w:t xml:space="preserve"> (2</w:t>
      </w:r>
      <w:r>
        <w:t>4</w:t>
      </w:r>
      <w:r>
        <w:t xml:space="preserve"> NOV): </w:t>
      </w:r>
      <w:r w:rsidRPr="003419B7">
        <w:t xml:space="preserve">Chiang Mai – Festival das </w:t>
      </w:r>
      <w:proofErr w:type="spellStart"/>
      <w:r w:rsidRPr="003419B7">
        <w:t>Lanternas</w:t>
      </w:r>
      <w:proofErr w:type="spellEnd"/>
      <w:r w:rsidRPr="003419B7">
        <w:t xml:space="preserve"> com </w:t>
      </w:r>
      <w:proofErr w:type="spellStart"/>
      <w:r w:rsidRPr="003419B7">
        <w:t>ingresso</w:t>
      </w:r>
      <w:proofErr w:type="spellEnd"/>
      <w:r w:rsidRPr="003419B7">
        <w:t xml:space="preserve"> VIP </w:t>
      </w:r>
    </w:p>
    <w:p w14:paraId="00996C0C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Café da </w:t>
      </w:r>
      <w:proofErr w:type="spellStart"/>
      <w:r w:rsidRPr="003419B7">
        <w:t>manhã</w:t>
      </w:r>
      <w:proofErr w:type="spellEnd"/>
      <w:r w:rsidRPr="003419B7">
        <w:t xml:space="preserve">. </w:t>
      </w:r>
    </w:p>
    <w:p w14:paraId="18D2B0D3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À </w:t>
      </w:r>
      <w:proofErr w:type="spellStart"/>
      <w:r w:rsidRPr="003419B7">
        <w:t>tarde</w:t>
      </w:r>
      <w:proofErr w:type="spellEnd"/>
      <w:r w:rsidRPr="003419B7">
        <w:t>:</w:t>
      </w:r>
    </w:p>
    <w:p w14:paraId="65D6456D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13h00 – Ponto de </w:t>
      </w:r>
      <w:proofErr w:type="spellStart"/>
      <w:r w:rsidRPr="003419B7">
        <w:t>encontro</w:t>
      </w:r>
      <w:proofErr w:type="spellEnd"/>
      <w:r w:rsidRPr="003419B7">
        <w:t xml:space="preserve"> para </w:t>
      </w:r>
      <w:proofErr w:type="spellStart"/>
      <w:r w:rsidRPr="003419B7">
        <w:t>saída</w:t>
      </w:r>
      <w:proofErr w:type="spellEnd"/>
      <w:r w:rsidRPr="003419B7">
        <w:t xml:space="preserve"> para o Festival</w:t>
      </w:r>
    </w:p>
    <w:p w14:paraId="68324378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Tipo de </w:t>
      </w:r>
      <w:proofErr w:type="spellStart"/>
      <w:r w:rsidRPr="003419B7">
        <w:t>ingresso</w:t>
      </w:r>
      <w:proofErr w:type="spellEnd"/>
      <w:r w:rsidRPr="003419B7">
        <w:t>: VIP</w:t>
      </w:r>
    </w:p>
    <w:p w14:paraId="6B534515" w14:textId="77777777" w:rsidR="003419B7" w:rsidRPr="003419B7" w:rsidRDefault="003419B7" w:rsidP="003419B7">
      <w:pPr>
        <w:spacing w:after="40" w:line="252" w:lineRule="auto"/>
        <w:jc w:val="both"/>
      </w:pPr>
    </w:p>
    <w:p w14:paraId="748E2572" w14:textId="77777777" w:rsidR="003419B7" w:rsidRPr="003419B7" w:rsidRDefault="003419B7" w:rsidP="003419B7">
      <w:pPr>
        <w:spacing w:after="40" w:line="252" w:lineRule="auto"/>
        <w:jc w:val="both"/>
      </w:pPr>
      <w:r w:rsidRPr="003419B7">
        <w:rPr>
          <w:b/>
          <w:bCs/>
        </w:rPr>
        <w:t xml:space="preserve">Ponto de </w:t>
      </w:r>
      <w:proofErr w:type="spellStart"/>
      <w:r w:rsidRPr="003419B7">
        <w:rPr>
          <w:b/>
          <w:bCs/>
        </w:rPr>
        <w:t>encontro</w:t>
      </w:r>
      <w:proofErr w:type="spellEnd"/>
      <w:r w:rsidRPr="003419B7">
        <w:rPr>
          <w:b/>
          <w:bCs/>
        </w:rPr>
        <w:t>:</w:t>
      </w:r>
      <w:r w:rsidRPr="003419B7">
        <w:t xml:space="preserve"> Centro Internacional de </w:t>
      </w:r>
      <w:proofErr w:type="spellStart"/>
      <w:r w:rsidRPr="003419B7">
        <w:t>Exposições</w:t>
      </w:r>
      <w:proofErr w:type="spellEnd"/>
      <w:r w:rsidRPr="003419B7">
        <w:t xml:space="preserve"> e </w:t>
      </w:r>
      <w:proofErr w:type="spellStart"/>
      <w:r w:rsidRPr="003419B7">
        <w:t>Convenções</w:t>
      </w:r>
      <w:proofErr w:type="spellEnd"/>
      <w:r w:rsidRPr="003419B7">
        <w:t xml:space="preserve"> de Chiang Mai</w:t>
      </w:r>
    </w:p>
    <w:p w14:paraId="0C3F7922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Os</w:t>
      </w:r>
      <w:proofErr w:type="spellEnd"/>
      <w:r w:rsidRPr="003419B7">
        <w:t xml:space="preserve"> </w:t>
      </w:r>
      <w:proofErr w:type="spellStart"/>
      <w:r w:rsidRPr="003419B7">
        <w:t>participantes</w:t>
      </w:r>
      <w:proofErr w:type="spellEnd"/>
      <w:r w:rsidRPr="003419B7">
        <w:t xml:space="preserve"> </w:t>
      </w:r>
      <w:proofErr w:type="spellStart"/>
      <w:r w:rsidRPr="003419B7">
        <w:t>devem</w:t>
      </w:r>
      <w:proofErr w:type="spellEnd"/>
      <w:r w:rsidRPr="003419B7">
        <w:t xml:space="preserve"> </w:t>
      </w:r>
      <w:proofErr w:type="spellStart"/>
      <w:r w:rsidRPr="003419B7">
        <w:t>providenciar</w:t>
      </w:r>
      <w:proofErr w:type="spellEnd"/>
      <w:r w:rsidRPr="003419B7">
        <w:t xml:space="preserve"> </w:t>
      </w:r>
      <w:proofErr w:type="spellStart"/>
      <w:r w:rsidRPr="003419B7">
        <w:t>seu</w:t>
      </w:r>
      <w:proofErr w:type="spellEnd"/>
      <w:r w:rsidRPr="003419B7">
        <w:t xml:space="preserve"> </w:t>
      </w:r>
      <w:proofErr w:type="spellStart"/>
      <w:r w:rsidRPr="003419B7">
        <w:t>próprio</w:t>
      </w:r>
      <w:proofErr w:type="spellEnd"/>
      <w:r w:rsidRPr="003419B7">
        <w:t xml:space="preserve"> </w:t>
      </w:r>
      <w:proofErr w:type="spellStart"/>
      <w:r w:rsidRPr="003419B7">
        <w:t>transporte</w:t>
      </w:r>
      <w:proofErr w:type="spellEnd"/>
      <w:r w:rsidRPr="003419B7">
        <w:t xml:space="preserve"> </w:t>
      </w:r>
      <w:proofErr w:type="spellStart"/>
      <w:r w:rsidRPr="003419B7">
        <w:t>até</w:t>
      </w:r>
      <w:proofErr w:type="spellEnd"/>
      <w:r w:rsidRPr="003419B7">
        <w:t xml:space="preserve"> o </w:t>
      </w:r>
      <w:proofErr w:type="spellStart"/>
      <w:r w:rsidRPr="003419B7">
        <w:t>ponto</w:t>
      </w:r>
      <w:proofErr w:type="spellEnd"/>
      <w:r w:rsidRPr="003419B7">
        <w:t xml:space="preserve"> de </w:t>
      </w:r>
      <w:proofErr w:type="spellStart"/>
      <w:r w:rsidRPr="003419B7">
        <w:t>encontro</w:t>
      </w:r>
      <w:proofErr w:type="spellEnd"/>
      <w:r w:rsidRPr="003419B7">
        <w:t>.</w:t>
      </w:r>
    </w:p>
    <w:p w14:paraId="7A16C46C" w14:textId="77777777" w:rsidR="003419B7" w:rsidRPr="003419B7" w:rsidRDefault="003419B7" w:rsidP="003419B7">
      <w:pPr>
        <w:spacing w:after="40" w:line="252" w:lineRule="auto"/>
        <w:jc w:val="both"/>
      </w:pPr>
    </w:p>
    <w:p w14:paraId="567A507B" w14:textId="77777777" w:rsidR="003419B7" w:rsidRPr="003419B7" w:rsidRDefault="003419B7" w:rsidP="003419B7">
      <w:pPr>
        <w:spacing w:after="40" w:line="252" w:lineRule="auto"/>
        <w:jc w:val="both"/>
        <w:rPr>
          <w:b/>
          <w:bCs/>
        </w:rPr>
      </w:pPr>
      <w:proofErr w:type="spellStart"/>
      <w:r w:rsidRPr="003419B7">
        <w:rPr>
          <w:b/>
          <w:bCs/>
        </w:rPr>
        <w:t>Suplemento</w:t>
      </w:r>
      <w:proofErr w:type="spellEnd"/>
      <w:r w:rsidRPr="003419B7">
        <w:rPr>
          <w:b/>
          <w:bCs/>
        </w:rPr>
        <w:t xml:space="preserve"> transfer </w:t>
      </w:r>
      <w:proofErr w:type="spellStart"/>
      <w:r w:rsidRPr="003419B7">
        <w:rPr>
          <w:b/>
          <w:bCs/>
        </w:rPr>
        <w:t>ao</w:t>
      </w:r>
      <w:proofErr w:type="spellEnd"/>
      <w:r w:rsidRPr="003419B7">
        <w:rPr>
          <w:b/>
          <w:bCs/>
        </w:rPr>
        <w:t xml:space="preserve"> </w:t>
      </w:r>
      <w:proofErr w:type="spellStart"/>
      <w:r w:rsidRPr="003419B7">
        <w:rPr>
          <w:b/>
          <w:bCs/>
        </w:rPr>
        <w:t>ponto</w:t>
      </w:r>
      <w:proofErr w:type="spellEnd"/>
      <w:r w:rsidRPr="003419B7">
        <w:rPr>
          <w:b/>
          <w:bCs/>
        </w:rPr>
        <w:t xml:space="preserve"> de </w:t>
      </w:r>
      <w:proofErr w:type="spellStart"/>
      <w:r w:rsidRPr="003419B7">
        <w:rPr>
          <w:b/>
          <w:bCs/>
        </w:rPr>
        <w:t>encontro</w:t>
      </w:r>
      <w:proofErr w:type="spellEnd"/>
      <w:r w:rsidRPr="003419B7">
        <w:rPr>
          <w:b/>
          <w:bCs/>
        </w:rPr>
        <w:t xml:space="preserve">: USD 58,00 </w:t>
      </w:r>
      <w:proofErr w:type="spellStart"/>
      <w:r w:rsidRPr="003419B7">
        <w:rPr>
          <w:b/>
          <w:bCs/>
        </w:rPr>
        <w:t>ida</w:t>
      </w:r>
      <w:proofErr w:type="spellEnd"/>
      <w:r w:rsidRPr="003419B7">
        <w:rPr>
          <w:b/>
          <w:bCs/>
        </w:rPr>
        <w:t xml:space="preserve"> e volta </w:t>
      </w:r>
      <w:proofErr w:type="spellStart"/>
      <w:r w:rsidRPr="003419B7">
        <w:rPr>
          <w:b/>
          <w:bCs/>
        </w:rPr>
        <w:t>por</w:t>
      </w:r>
      <w:proofErr w:type="spellEnd"/>
      <w:r w:rsidRPr="003419B7">
        <w:rPr>
          <w:b/>
          <w:bCs/>
        </w:rPr>
        <w:t xml:space="preserve"> </w:t>
      </w:r>
      <w:proofErr w:type="spellStart"/>
      <w:r w:rsidRPr="003419B7">
        <w:rPr>
          <w:b/>
          <w:bCs/>
        </w:rPr>
        <w:t>pessoa</w:t>
      </w:r>
      <w:proofErr w:type="spellEnd"/>
    </w:p>
    <w:p w14:paraId="2D6E523B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Das 13h00 as 16h00 – </w:t>
      </w:r>
      <w:proofErr w:type="spellStart"/>
      <w:r w:rsidRPr="003419B7">
        <w:t>Traslado</w:t>
      </w:r>
      <w:proofErr w:type="spellEnd"/>
      <w:r w:rsidRPr="003419B7">
        <w:t xml:space="preserve"> </w:t>
      </w:r>
      <w:proofErr w:type="spellStart"/>
      <w:r w:rsidRPr="003419B7">
        <w:t>em</w:t>
      </w:r>
      <w:proofErr w:type="spellEnd"/>
      <w:r w:rsidRPr="003419B7">
        <w:t xml:space="preserve"> </w:t>
      </w:r>
      <w:proofErr w:type="spellStart"/>
      <w:r w:rsidRPr="003419B7">
        <w:t>ônibus</w:t>
      </w:r>
      <w:proofErr w:type="spellEnd"/>
      <w:r w:rsidRPr="003419B7">
        <w:t xml:space="preserve"> </w:t>
      </w:r>
      <w:proofErr w:type="spellStart"/>
      <w:r w:rsidRPr="003419B7">
        <w:t>até</w:t>
      </w:r>
      <w:proofErr w:type="spellEnd"/>
      <w:r w:rsidRPr="003419B7">
        <w:t xml:space="preserve"> o local do </w:t>
      </w:r>
      <w:proofErr w:type="spellStart"/>
      <w:r w:rsidRPr="003419B7">
        <w:t>evento</w:t>
      </w:r>
      <w:proofErr w:type="spellEnd"/>
    </w:p>
    <w:p w14:paraId="7C556936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Serviço</w:t>
      </w:r>
      <w:proofErr w:type="spellEnd"/>
      <w:r w:rsidRPr="003419B7">
        <w:t xml:space="preserve"> </w:t>
      </w:r>
      <w:proofErr w:type="spellStart"/>
      <w:r w:rsidRPr="003419B7">
        <w:t>contínuo</w:t>
      </w:r>
      <w:proofErr w:type="spellEnd"/>
      <w:r w:rsidRPr="003419B7">
        <w:t xml:space="preserve"> de </w:t>
      </w:r>
      <w:proofErr w:type="spellStart"/>
      <w:r w:rsidRPr="003419B7">
        <w:t>ônibus</w:t>
      </w:r>
      <w:proofErr w:type="spellEnd"/>
      <w:r w:rsidRPr="003419B7">
        <w:t xml:space="preserve"> a </w:t>
      </w:r>
      <w:proofErr w:type="spellStart"/>
      <w:r w:rsidRPr="003419B7">
        <w:t>cada</w:t>
      </w:r>
      <w:proofErr w:type="spellEnd"/>
      <w:r w:rsidRPr="003419B7">
        <w:t xml:space="preserve"> 5 </w:t>
      </w:r>
      <w:proofErr w:type="spellStart"/>
      <w:r w:rsidRPr="003419B7">
        <w:t>minutos</w:t>
      </w:r>
      <w:proofErr w:type="spellEnd"/>
    </w:p>
    <w:p w14:paraId="73B23D44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O </w:t>
      </w:r>
      <w:proofErr w:type="spellStart"/>
      <w:r w:rsidRPr="003419B7">
        <w:t>último</w:t>
      </w:r>
      <w:proofErr w:type="spellEnd"/>
      <w:r w:rsidRPr="003419B7">
        <w:t xml:space="preserve"> </w:t>
      </w:r>
      <w:proofErr w:type="spellStart"/>
      <w:r w:rsidRPr="003419B7">
        <w:t>ônibus</w:t>
      </w:r>
      <w:proofErr w:type="spellEnd"/>
      <w:r w:rsidRPr="003419B7">
        <w:t xml:space="preserve"> </w:t>
      </w:r>
      <w:proofErr w:type="spellStart"/>
      <w:r w:rsidRPr="003419B7">
        <w:t>sai</w:t>
      </w:r>
      <w:proofErr w:type="spellEnd"/>
      <w:r w:rsidRPr="003419B7">
        <w:t xml:space="preserve"> </w:t>
      </w:r>
      <w:proofErr w:type="spellStart"/>
      <w:r w:rsidRPr="003419B7">
        <w:t>às</w:t>
      </w:r>
      <w:proofErr w:type="spellEnd"/>
      <w:r w:rsidRPr="003419B7">
        <w:t xml:space="preserve"> 16h00</w:t>
      </w:r>
    </w:p>
    <w:p w14:paraId="17E55543" w14:textId="77777777" w:rsidR="003419B7" w:rsidRPr="003419B7" w:rsidRDefault="003419B7" w:rsidP="003419B7">
      <w:pPr>
        <w:spacing w:after="40" w:line="252" w:lineRule="auto"/>
        <w:jc w:val="both"/>
      </w:pPr>
      <w:r w:rsidRPr="003419B7">
        <w:rPr>
          <w:b/>
          <w:bCs/>
        </w:rPr>
        <w:t xml:space="preserve">Local do </w:t>
      </w:r>
      <w:proofErr w:type="spellStart"/>
      <w:r w:rsidRPr="003419B7">
        <w:rPr>
          <w:b/>
          <w:bCs/>
        </w:rPr>
        <w:t>evento</w:t>
      </w:r>
      <w:proofErr w:type="spellEnd"/>
      <w:r w:rsidRPr="003419B7">
        <w:rPr>
          <w:b/>
          <w:bCs/>
        </w:rPr>
        <w:t>:</w:t>
      </w:r>
      <w:r w:rsidRPr="003419B7">
        <w:t xml:space="preserve"> Centro Cultural CAD Lanna</w:t>
      </w:r>
    </w:p>
    <w:p w14:paraId="5404B30C" w14:textId="77777777" w:rsidR="003419B7" w:rsidRPr="003419B7" w:rsidRDefault="003419B7" w:rsidP="003419B7">
      <w:pPr>
        <w:spacing w:after="40" w:line="252" w:lineRule="auto"/>
        <w:jc w:val="both"/>
      </w:pPr>
    </w:p>
    <w:p w14:paraId="5355A6AE" w14:textId="77777777" w:rsidR="003419B7" w:rsidRPr="003419B7" w:rsidRDefault="003419B7" w:rsidP="003419B7">
      <w:pPr>
        <w:spacing w:after="40" w:line="252" w:lineRule="auto"/>
        <w:jc w:val="both"/>
        <w:rPr>
          <w:b/>
          <w:bCs/>
        </w:rPr>
      </w:pPr>
      <w:r w:rsidRPr="003419B7">
        <w:rPr>
          <w:b/>
          <w:bCs/>
        </w:rPr>
        <w:t xml:space="preserve">14h30 – 17h30 – </w:t>
      </w:r>
      <w:proofErr w:type="spellStart"/>
      <w:r w:rsidRPr="003419B7">
        <w:rPr>
          <w:b/>
          <w:bCs/>
        </w:rPr>
        <w:t>Chegada</w:t>
      </w:r>
      <w:proofErr w:type="spellEnd"/>
      <w:r w:rsidRPr="003419B7">
        <w:rPr>
          <w:b/>
          <w:bCs/>
        </w:rPr>
        <w:t xml:space="preserve"> e </w:t>
      </w:r>
      <w:proofErr w:type="spellStart"/>
      <w:r w:rsidRPr="003419B7">
        <w:rPr>
          <w:b/>
          <w:bCs/>
        </w:rPr>
        <w:t>registro</w:t>
      </w:r>
      <w:proofErr w:type="spellEnd"/>
    </w:p>
    <w:p w14:paraId="17E83A74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Apresentar</w:t>
      </w:r>
      <w:proofErr w:type="spellEnd"/>
      <w:r w:rsidRPr="003419B7">
        <w:t xml:space="preserve"> o </w:t>
      </w:r>
      <w:proofErr w:type="spellStart"/>
      <w:r w:rsidRPr="003419B7">
        <w:t>bilhete</w:t>
      </w:r>
      <w:proofErr w:type="spellEnd"/>
      <w:r w:rsidRPr="003419B7">
        <w:t xml:space="preserve"> </w:t>
      </w:r>
      <w:proofErr w:type="spellStart"/>
      <w:r w:rsidRPr="003419B7">
        <w:t>eletrônico</w:t>
      </w:r>
      <w:proofErr w:type="spellEnd"/>
      <w:r w:rsidRPr="003419B7">
        <w:t xml:space="preserve"> </w:t>
      </w:r>
      <w:proofErr w:type="spellStart"/>
      <w:r w:rsidRPr="003419B7">
        <w:t>na</w:t>
      </w:r>
      <w:proofErr w:type="spellEnd"/>
      <w:r w:rsidRPr="003419B7">
        <w:t xml:space="preserve"> entrada principal</w:t>
      </w:r>
    </w:p>
    <w:p w14:paraId="4317346E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Trocar o </w:t>
      </w:r>
      <w:proofErr w:type="spellStart"/>
      <w:r w:rsidRPr="003419B7">
        <w:t>bilhete</w:t>
      </w:r>
      <w:proofErr w:type="spellEnd"/>
      <w:r w:rsidRPr="003419B7">
        <w:t xml:space="preserve"> </w:t>
      </w:r>
      <w:proofErr w:type="spellStart"/>
      <w:r w:rsidRPr="003419B7">
        <w:t>eletrônico</w:t>
      </w:r>
      <w:proofErr w:type="spellEnd"/>
      <w:r w:rsidRPr="003419B7">
        <w:t xml:space="preserve"> </w:t>
      </w:r>
      <w:proofErr w:type="spellStart"/>
      <w:r w:rsidRPr="003419B7">
        <w:t>por</w:t>
      </w:r>
      <w:proofErr w:type="spellEnd"/>
      <w:r w:rsidRPr="003419B7">
        <w:t xml:space="preserve"> um </w:t>
      </w:r>
      <w:proofErr w:type="spellStart"/>
      <w:r w:rsidRPr="003419B7">
        <w:t>crachá</w:t>
      </w:r>
      <w:proofErr w:type="spellEnd"/>
      <w:r w:rsidRPr="003419B7">
        <w:t xml:space="preserve"> pendente + </w:t>
      </w:r>
      <w:proofErr w:type="spellStart"/>
      <w:r w:rsidRPr="003419B7">
        <w:t>lembrança</w:t>
      </w:r>
      <w:proofErr w:type="spellEnd"/>
    </w:p>
    <w:p w14:paraId="6C4333F4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Aproveitar</w:t>
      </w:r>
      <w:proofErr w:type="spellEnd"/>
      <w:r w:rsidRPr="003419B7">
        <w:t xml:space="preserve"> as </w:t>
      </w:r>
      <w:proofErr w:type="spellStart"/>
      <w:r w:rsidRPr="003419B7">
        <w:t>atividades</w:t>
      </w:r>
      <w:proofErr w:type="spellEnd"/>
      <w:r w:rsidRPr="003419B7">
        <w:t>:</w:t>
      </w:r>
    </w:p>
    <w:p w14:paraId="692D093B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Área</w:t>
      </w:r>
      <w:proofErr w:type="spellEnd"/>
      <w:r w:rsidRPr="003419B7">
        <w:t xml:space="preserve"> de </w:t>
      </w:r>
      <w:proofErr w:type="spellStart"/>
      <w:r w:rsidRPr="003419B7">
        <w:t>artesanato</w:t>
      </w:r>
      <w:proofErr w:type="spellEnd"/>
      <w:r w:rsidRPr="003419B7">
        <w:t xml:space="preserve"> e </w:t>
      </w:r>
      <w:proofErr w:type="spellStart"/>
      <w:r w:rsidRPr="003419B7">
        <w:t>arte</w:t>
      </w:r>
      <w:proofErr w:type="spellEnd"/>
    </w:p>
    <w:p w14:paraId="7FC8045B" w14:textId="77777777" w:rsidR="003419B7" w:rsidRPr="003419B7" w:rsidRDefault="003419B7" w:rsidP="003419B7">
      <w:pPr>
        <w:spacing w:after="40" w:line="252" w:lineRule="auto"/>
        <w:jc w:val="both"/>
      </w:pPr>
      <w:r w:rsidRPr="003419B7">
        <w:t>Vila cultural</w:t>
      </w:r>
    </w:p>
    <w:p w14:paraId="375C14CA" w14:textId="77777777" w:rsidR="003419B7" w:rsidRPr="003419B7" w:rsidRDefault="003419B7" w:rsidP="003419B7">
      <w:pPr>
        <w:spacing w:after="40" w:line="252" w:lineRule="auto"/>
        <w:jc w:val="both"/>
      </w:pPr>
      <w:r w:rsidRPr="003419B7">
        <w:lastRenderedPageBreak/>
        <w:t>Loy Krathong</w:t>
      </w:r>
    </w:p>
    <w:p w14:paraId="62965B6D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Lanches</w:t>
      </w:r>
      <w:proofErr w:type="spellEnd"/>
      <w:r w:rsidRPr="003419B7">
        <w:t xml:space="preserve"> </w:t>
      </w:r>
      <w:proofErr w:type="spellStart"/>
      <w:r w:rsidRPr="003419B7">
        <w:t>disponíveis</w:t>
      </w:r>
      <w:proofErr w:type="spellEnd"/>
      <w:r w:rsidRPr="003419B7">
        <w:t xml:space="preserve"> no </w:t>
      </w:r>
      <w:proofErr w:type="spellStart"/>
      <w:r w:rsidRPr="003419B7">
        <w:t>recinto</w:t>
      </w:r>
      <w:proofErr w:type="spellEnd"/>
    </w:p>
    <w:p w14:paraId="3D3E60D4" w14:textId="77777777" w:rsidR="003419B7" w:rsidRPr="003419B7" w:rsidRDefault="003419B7" w:rsidP="003419B7">
      <w:pPr>
        <w:spacing w:after="40" w:line="252" w:lineRule="auto"/>
        <w:jc w:val="both"/>
      </w:pPr>
    </w:p>
    <w:p w14:paraId="1D158500" w14:textId="77777777" w:rsidR="003419B7" w:rsidRPr="003419B7" w:rsidRDefault="003419B7" w:rsidP="003419B7">
      <w:pPr>
        <w:spacing w:after="40" w:line="252" w:lineRule="auto"/>
        <w:jc w:val="both"/>
        <w:rPr>
          <w:b/>
          <w:bCs/>
        </w:rPr>
      </w:pPr>
      <w:r w:rsidRPr="003419B7">
        <w:rPr>
          <w:b/>
          <w:bCs/>
        </w:rPr>
        <w:t>17h30 – 19h00 – Jantar</w:t>
      </w:r>
    </w:p>
    <w:p w14:paraId="5D9C1EA0" w14:textId="77777777" w:rsidR="003419B7" w:rsidRPr="003419B7" w:rsidRDefault="003419B7" w:rsidP="003419B7">
      <w:pPr>
        <w:spacing w:after="40" w:line="252" w:lineRule="auto"/>
        <w:jc w:val="both"/>
      </w:pPr>
      <w:r w:rsidRPr="003419B7">
        <w:t>Buffet Thai Lanna</w:t>
      </w:r>
    </w:p>
    <w:p w14:paraId="494FC0DB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Petiscos</w:t>
      </w:r>
      <w:proofErr w:type="spellEnd"/>
      <w:r w:rsidRPr="003419B7">
        <w:t xml:space="preserve">, </w:t>
      </w:r>
      <w:proofErr w:type="spellStart"/>
      <w:r w:rsidRPr="003419B7">
        <w:t>sobremesas</w:t>
      </w:r>
      <w:proofErr w:type="spellEnd"/>
      <w:r w:rsidRPr="003419B7">
        <w:t xml:space="preserve"> e </w:t>
      </w:r>
      <w:proofErr w:type="spellStart"/>
      <w:r w:rsidRPr="003419B7">
        <w:t>bebidas</w:t>
      </w:r>
      <w:proofErr w:type="spellEnd"/>
      <w:r w:rsidRPr="003419B7">
        <w:t xml:space="preserve"> </w:t>
      </w:r>
      <w:proofErr w:type="spellStart"/>
      <w:r w:rsidRPr="003419B7">
        <w:t>não</w:t>
      </w:r>
      <w:proofErr w:type="spellEnd"/>
      <w:r w:rsidRPr="003419B7">
        <w:t xml:space="preserve"> </w:t>
      </w:r>
      <w:proofErr w:type="spellStart"/>
      <w:r w:rsidRPr="003419B7">
        <w:t>alcoólicas</w:t>
      </w:r>
      <w:proofErr w:type="spellEnd"/>
    </w:p>
    <w:p w14:paraId="13A67E82" w14:textId="77777777" w:rsidR="003419B7" w:rsidRPr="003419B7" w:rsidRDefault="003419B7" w:rsidP="003419B7">
      <w:pPr>
        <w:spacing w:after="40" w:line="252" w:lineRule="auto"/>
        <w:jc w:val="both"/>
      </w:pPr>
    </w:p>
    <w:p w14:paraId="754FF8BF" w14:textId="77777777" w:rsidR="003419B7" w:rsidRPr="003419B7" w:rsidRDefault="003419B7" w:rsidP="003419B7">
      <w:pPr>
        <w:spacing w:after="40" w:line="252" w:lineRule="auto"/>
        <w:jc w:val="both"/>
        <w:rPr>
          <w:b/>
          <w:bCs/>
        </w:rPr>
      </w:pPr>
      <w:r w:rsidRPr="003419B7">
        <w:rPr>
          <w:b/>
          <w:bCs/>
        </w:rPr>
        <w:t xml:space="preserve">19h00 – Entrada </w:t>
      </w:r>
      <w:proofErr w:type="spellStart"/>
      <w:r w:rsidRPr="003419B7">
        <w:rPr>
          <w:b/>
          <w:bCs/>
        </w:rPr>
        <w:t>na</w:t>
      </w:r>
      <w:proofErr w:type="spellEnd"/>
      <w:r w:rsidRPr="003419B7">
        <w:rPr>
          <w:b/>
          <w:bCs/>
        </w:rPr>
        <w:t xml:space="preserve"> </w:t>
      </w:r>
      <w:proofErr w:type="spellStart"/>
      <w:r w:rsidRPr="003419B7">
        <w:rPr>
          <w:b/>
          <w:bCs/>
        </w:rPr>
        <w:t>área</w:t>
      </w:r>
      <w:proofErr w:type="spellEnd"/>
      <w:r w:rsidRPr="003419B7">
        <w:rPr>
          <w:b/>
          <w:bCs/>
        </w:rPr>
        <w:t xml:space="preserve"> ritual</w:t>
      </w:r>
    </w:p>
    <w:p w14:paraId="1806A815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Reunir</w:t>
      </w:r>
      <w:proofErr w:type="spellEnd"/>
      <w:r w:rsidRPr="003419B7">
        <w:t xml:space="preserve">-se </w:t>
      </w:r>
      <w:proofErr w:type="spellStart"/>
      <w:r w:rsidRPr="003419B7">
        <w:t>em</w:t>
      </w:r>
      <w:proofErr w:type="spellEnd"/>
      <w:r w:rsidRPr="003419B7">
        <w:t xml:space="preserve"> </w:t>
      </w:r>
      <w:proofErr w:type="spellStart"/>
      <w:r w:rsidRPr="003419B7">
        <w:t>frente</w:t>
      </w:r>
      <w:proofErr w:type="spellEnd"/>
      <w:r w:rsidRPr="003419B7">
        <w:t xml:space="preserve"> à Grande Pagoda</w:t>
      </w:r>
    </w:p>
    <w:p w14:paraId="526AE84C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Sentar</w:t>
      </w:r>
      <w:proofErr w:type="spellEnd"/>
      <w:r w:rsidRPr="003419B7">
        <w:t>-</w:t>
      </w:r>
      <w:proofErr w:type="spellStart"/>
      <w:r w:rsidRPr="003419B7">
        <w:t>se</w:t>
      </w:r>
      <w:proofErr w:type="spellEnd"/>
      <w:r w:rsidRPr="003419B7">
        <w:t xml:space="preserve"> no </w:t>
      </w:r>
      <w:proofErr w:type="spellStart"/>
      <w:r w:rsidRPr="003419B7">
        <w:t>assento</w:t>
      </w:r>
      <w:proofErr w:type="spellEnd"/>
      <w:r w:rsidRPr="003419B7">
        <w:t xml:space="preserve"> </w:t>
      </w:r>
      <w:proofErr w:type="spellStart"/>
      <w:r w:rsidRPr="003419B7">
        <w:t>designado</w:t>
      </w:r>
      <w:proofErr w:type="spellEnd"/>
    </w:p>
    <w:p w14:paraId="6A5E8E10" w14:textId="77777777" w:rsidR="003419B7" w:rsidRPr="003419B7" w:rsidRDefault="003419B7" w:rsidP="003419B7">
      <w:pPr>
        <w:spacing w:after="40" w:line="252" w:lineRule="auto"/>
        <w:jc w:val="both"/>
      </w:pPr>
    </w:p>
    <w:p w14:paraId="487CEF94" w14:textId="77777777" w:rsidR="003419B7" w:rsidRPr="003419B7" w:rsidRDefault="003419B7" w:rsidP="003419B7">
      <w:pPr>
        <w:spacing w:after="40" w:line="252" w:lineRule="auto"/>
        <w:jc w:val="both"/>
        <w:rPr>
          <w:b/>
          <w:bCs/>
        </w:rPr>
      </w:pPr>
      <w:r w:rsidRPr="003419B7">
        <w:rPr>
          <w:b/>
          <w:bCs/>
        </w:rPr>
        <w:t xml:space="preserve">19h40 – </w:t>
      </w:r>
      <w:proofErr w:type="spellStart"/>
      <w:r w:rsidRPr="003419B7">
        <w:rPr>
          <w:b/>
          <w:bCs/>
        </w:rPr>
        <w:t>Cerimônia</w:t>
      </w:r>
      <w:proofErr w:type="spellEnd"/>
    </w:p>
    <w:p w14:paraId="7BFFCC97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Apresentação</w:t>
      </w:r>
      <w:proofErr w:type="spellEnd"/>
      <w:r w:rsidRPr="003419B7">
        <w:t xml:space="preserve"> de </w:t>
      </w:r>
      <w:proofErr w:type="spellStart"/>
      <w:r w:rsidRPr="003419B7">
        <w:t>tambores</w:t>
      </w:r>
      <w:proofErr w:type="spellEnd"/>
      <w:r w:rsidRPr="003419B7">
        <w:t xml:space="preserve"> e </w:t>
      </w:r>
      <w:proofErr w:type="spellStart"/>
      <w:r w:rsidRPr="003419B7">
        <w:t>velas</w:t>
      </w:r>
      <w:proofErr w:type="spellEnd"/>
    </w:p>
    <w:p w14:paraId="1F58B62B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Cerimônia</w:t>
      </w:r>
      <w:proofErr w:type="spellEnd"/>
      <w:r w:rsidRPr="003419B7">
        <w:t xml:space="preserve"> religiosa</w:t>
      </w:r>
    </w:p>
    <w:p w14:paraId="29514618" w14:textId="77777777" w:rsidR="003419B7" w:rsidRPr="003419B7" w:rsidRDefault="003419B7" w:rsidP="003419B7">
      <w:pPr>
        <w:spacing w:after="40" w:line="252" w:lineRule="auto"/>
        <w:jc w:val="both"/>
      </w:pPr>
    </w:p>
    <w:p w14:paraId="2DFAE295" w14:textId="77777777" w:rsidR="003419B7" w:rsidRPr="003419B7" w:rsidRDefault="003419B7" w:rsidP="003419B7">
      <w:pPr>
        <w:spacing w:after="40" w:line="252" w:lineRule="auto"/>
        <w:jc w:val="both"/>
        <w:rPr>
          <w:b/>
          <w:bCs/>
        </w:rPr>
      </w:pPr>
      <w:r w:rsidRPr="003419B7">
        <w:rPr>
          <w:b/>
          <w:bCs/>
        </w:rPr>
        <w:t xml:space="preserve">20h15 – </w:t>
      </w:r>
      <w:proofErr w:type="spellStart"/>
      <w:r w:rsidRPr="003419B7">
        <w:rPr>
          <w:b/>
          <w:bCs/>
        </w:rPr>
        <w:t>Lançamento</w:t>
      </w:r>
      <w:proofErr w:type="spellEnd"/>
      <w:r w:rsidRPr="003419B7">
        <w:rPr>
          <w:b/>
          <w:bCs/>
        </w:rPr>
        <w:t xml:space="preserve"> das </w:t>
      </w:r>
      <w:proofErr w:type="spellStart"/>
      <w:r w:rsidRPr="003419B7">
        <w:rPr>
          <w:b/>
          <w:bCs/>
        </w:rPr>
        <w:t>lanternas</w:t>
      </w:r>
      <w:proofErr w:type="spellEnd"/>
      <w:r w:rsidRPr="003419B7">
        <w:rPr>
          <w:b/>
          <w:bCs/>
        </w:rPr>
        <w:t xml:space="preserve"> e </w:t>
      </w:r>
      <w:proofErr w:type="spellStart"/>
      <w:r w:rsidRPr="003419B7">
        <w:rPr>
          <w:b/>
          <w:bCs/>
        </w:rPr>
        <w:t>fogos</w:t>
      </w:r>
      <w:proofErr w:type="spellEnd"/>
      <w:r w:rsidRPr="003419B7">
        <w:rPr>
          <w:b/>
          <w:bCs/>
        </w:rPr>
        <w:t xml:space="preserve"> de </w:t>
      </w:r>
      <w:proofErr w:type="spellStart"/>
      <w:r w:rsidRPr="003419B7">
        <w:rPr>
          <w:b/>
          <w:bCs/>
        </w:rPr>
        <w:t>artifício</w:t>
      </w:r>
      <w:proofErr w:type="spellEnd"/>
    </w:p>
    <w:p w14:paraId="0CD33C22" w14:textId="77777777" w:rsidR="003419B7" w:rsidRPr="003419B7" w:rsidRDefault="003419B7" w:rsidP="003419B7">
      <w:pPr>
        <w:spacing w:after="40" w:line="252" w:lineRule="auto"/>
        <w:jc w:val="both"/>
      </w:pPr>
      <w:r w:rsidRPr="003419B7">
        <w:t xml:space="preserve">Cada </w:t>
      </w:r>
      <w:proofErr w:type="spellStart"/>
      <w:r w:rsidRPr="003419B7">
        <w:t>participante</w:t>
      </w:r>
      <w:proofErr w:type="spellEnd"/>
      <w:r w:rsidRPr="003419B7">
        <w:t xml:space="preserve"> </w:t>
      </w:r>
      <w:proofErr w:type="spellStart"/>
      <w:r w:rsidRPr="003419B7">
        <w:t>receberá</w:t>
      </w:r>
      <w:proofErr w:type="spellEnd"/>
      <w:r w:rsidRPr="003419B7">
        <w:t xml:space="preserve"> 2 </w:t>
      </w:r>
      <w:proofErr w:type="spellStart"/>
      <w:r w:rsidRPr="003419B7">
        <w:t>lanternas</w:t>
      </w:r>
      <w:proofErr w:type="spellEnd"/>
      <w:r w:rsidRPr="003419B7">
        <w:t xml:space="preserve"> (</w:t>
      </w:r>
      <w:proofErr w:type="spellStart"/>
      <w:r w:rsidRPr="003419B7">
        <w:t>colocadas</w:t>
      </w:r>
      <w:proofErr w:type="spellEnd"/>
      <w:r w:rsidRPr="003419B7">
        <w:t xml:space="preserve"> no </w:t>
      </w:r>
      <w:proofErr w:type="spellStart"/>
      <w:r w:rsidRPr="003419B7">
        <w:t>assento</w:t>
      </w:r>
      <w:proofErr w:type="spellEnd"/>
      <w:r w:rsidRPr="003419B7">
        <w:t>)</w:t>
      </w:r>
    </w:p>
    <w:p w14:paraId="1EB69B34" w14:textId="77777777" w:rsidR="003419B7" w:rsidRPr="003419B7" w:rsidRDefault="003419B7" w:rsidP="003419B7">
      <w:pPr>
        <w:spacing w:after="40" w:line="252" w:lineRule="auto"/>
        <w:jc w:val="both"/>
      </w:pPr>
    </w:p>
    <w:p w14:paraId="5E6CCBDE" w14:textId="77777777" w:rsidR="003419B7" w:rsidRPr="003419B7" w:rsidRDefault="003419B7" w:rsidP="003419B7">
      <w:pPr>
        <w:spacing w:after="40" w:line="252" w:lineRule="auto"/>
        <w:jc w:val="both"/>
        <w:rPr>
          <w:b/>
          <w:bCs/>
        </w:rPr>
      </w:pPr>
      <w:r w:rsidRPr="003419B7">
        <w:rPr>
          <w:b/>
          <w:bCs/>
        </w:rPr>
        <w:t xml:space="preserve">20h45 – </w:t>
      </w:r>
      <w:proofErr w:type="spellStart"/>
      <w:r w:rsidRPr="003419B7">
        <w:rPr>
          <w:b/>
          <w:bCs/>
        </w:rPr>
        <w:t>Encerramento</w:t>
      </w:r>
      <w:proofErr w:type="spellEnd"/>
      <w:r w:rsidRPr="003419B7">
        <w:rPr>
          <w:b/>
          <w:bCs/>
        </w:rPr>
        <w:t xml:space="preserve"> e </w:t>
      </w:r>
      <w:proofErr w:type="spellStart"/>
      <w:r w:rsidRPr="003419B7">
        <w:rPr>
          <w:b/>
          <w:bCs/>
        </w:rPr>
        <w:t>retorno</w:t>
      </w:r>
      <w:proofErr w:type="spellEnd"/>
      <w:r w:rsidRPr="003419B7">
        <w:rPr>
          <w:b/>
          <w:bCs/>
        </w:rPr>
        <w:t xml:space="preserve"> à </w:t>
      </w:r>
      <w:proofErr w:type="spellStart"/>
      <w:r w:rsidRPr="003419B7">
        <w:rPr>
          <w:b/>
          <w:bCs/>
        </w:rPr>
        <w:t>cidade</w:t>
      </w:r>
      <w:proofErr w:type="spellEnd"/>
    </w:p>
    <w:p w14:paraId="0ED5E369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Serviço</w:t>
      </w:r>
      <w:proofErr w:type="spellEnd"/>
      <w:r w:rsidRPr="003419B7">
        <w:t xml:space="preserve"> de </w:t>
      </w:r>
      <w:proofErr w:type="spellStart"/>
      <w:r w:rsidRPr="003419B7">
        <w:t>transporte</w:t>
      </w:r>
      <w:proofErr w:type="spellEnd"/>
      <w:r w:rsidRPr="003419B7">
        <w:t xml:space="preserve"> de </w:t>
      </w:r>
      <w:proofErr w:type="spellStart"/>
      <w:r w:rsidRPr="003419B7">
        <w:t>retorno</w:t>
      </w:r>
      <w:proofErr w:type="spellEnd"/>
    </w:p>
    <w:p w14:paraId="3E81EBDE" w14:textId="77777777" w:rsidR="003419B7" w:rsidRPr="003419B7" w:rsidRDefault="003419B7" w:rsidP="003419B7">
      <w:pPr>
        <w:spacing w:after="40" w:line="252" w:lineRule="auto"/>
        <w:jc w:val="both"/>
      </w:pPr>
      <w:proofErr w:type="spellStart"/>
      <w:r w:rsidRPr="003419B7">
        <w:t>Escolher</w:t>
      </w:r>
      <w:proofErr w:type="spellEnd"/>
      <w:r w:rsidRPr="003419B7">
        <w:t xml:space="preserve"> o </w:t>
      </w:r>
      <w:proofErr w:type="spellStart"/>
      <w:r w:rsidRPr="003419B7">
        <w:t>ponto</w:t>
      </w:r>
      <w:proofErr w:type="spellEnd"/>
      <w:r w:rsidRPr="003419B7">
        <w:t xml:space="preserve"> de </w:t>
      </w:r>
      <w:proofErr w:type="spellStart"/>
      <w:r w:rsidRPr="003419B7">
        <w:t>desembarque</w:t>
      </w:r>
      <w:proofErr w:type="spellEnd"/>
      <w:r w:rsidRPr="003419B7">
        <w:t xml:space="preserve"> antes do </w:t>
      </w:r>
      <w:proofErr w:type="spellStart"/>
      <w:r w:rsidRPr="003419B7">
        <w:t>embarque</w:t>
      </w:r>
      <w:proofErr w:type="spellEnd"/>
      <w:r w:rsidRPr="003419B7">
        <w:t>:</w:t>
      </w:r>
    </w:p>
    <w:p w14:paraId="19426A62" w14:textId="77777777" w:rsidR="003419B7" w:rsidRPr="003419B7" w:rsidRDefault="003419B7" w:rsidP="003419B7">
      <w:pPr>
        <w:spacing w:after="40" w:line="252" w:lineRule="auto"/>
        <w:jc w:val="both"/>
      </w:pPr>
      <w:r w:rsidRPr="003419B7">
        <w:t>Shopping Maya</w:t>
      </w:r>
    </w:p>
    <w:p w14:paraId="23F7F710" w14:textId="77777777" w:rsidR="003419B7" w:rsidRPr="003419B7" w:rsidRDefault="003419B7" w:rsidP="003419B7">
      <w:pPr>
        <w:spacing w:after="40" w:line="252" w:lineRule="auto"/>
        <w:jc w:val="both"/>
      </w:pPr>
      <w:r w:rsidRPr="003419B7">
        <w:t>Night Bazaar de Chiang Mai (</w:t>
      </w:r>
      <w:proofErr w:type="spellStart"/>
      <w:r w:rsidRPr="003419B7">
        <w:t>cruzamento</w:t>
      </w:r>
      <w:proofErr w:type="spellEnd"/>
      <w:r w:rsidRPr="003419B7">
        <w:t xml:space="preserve"> Pantip)</w:t>
      </w:r>
    </w:p>
    <w:p w14:paraId="7ACDE2E5" w14:textId="77777777" w:rsidR="003419B7" w:rsidRDefault="003419B7" w:rsidP="003419B7">
      <w:pPr>
        <w:spacing w:after="40" w:line="252" w:lineRule="auto"/>
        <w:jc w:val="both"/>
      </w:pPr>
      <w:r w:rsidRPr="003419B7">
        <w:t xml:space="preserve">O </w:t>
      </w:r>
      <w:proofErr w:type="spellStart"/>
      <w:r w:rsidRPr="003419B7">
        <w:t>horário</w:t>
      </w:r>
      <w:proofErr w:type="spellEnd"/>
      <w:r w:rsidRPr="003419B7">
        <w:t xml:space="preserve"> </w:t>
      </w:r>
      <w:proofErr w:type="spellStart"/>
      <w:r w:rsidRPr="003419B7">
        <w:t>pode</w:t>
      </w:r>
      <w:proofErr w:type="spellEnd"/>
      <w:r w:rsidRPr="003419B7">
        <w:t xml:space="preserve"> </w:t>
      </w:r>
      <w:proofErr w:type="spellStart"/>
      <w:r w:rsidRPr="003419B7">
        <w:t>sofrer</w:t>
      </w:r>
      <w:proofErr w:type="spellEnd"/>
      <w:r w:rsidRPr="003419B7">
        <w:t xml:space="preserve"> </w:t>
      </w:r>
      <w:proofErr w:type="spellStart"/>
      <w:r w:rsidRPr="003419B7">
        <w:t>ajustes</w:t>
      </w:r>
      <w:proofErr w:type="spellEnd"/>
      <w:r w:rsidRPr="003419B7">
        <w:t xml:space="preserve"> </w:t>
      </w:r>
      <w:proofErr w:type="spellStart"/>
      <w:r w:rsidRPr="003419B7">
        <w:t>conforme</w:t>
      </w:r>
      <w:proofErr w:type="spellEnd"/>
      <w:r w:rsidRPr="003419B7">
        <w:t xml:space="preserve"> as </w:t>
      </w:r>
      <w:proofErr w:type="spellStart"/>
      <w:r w:rsidRPr="003419B7">
        <w:t>condições</w:t>
      </w:r>
      <w:proofErr w:type="spellEnd"/>
      <w:r w:rsidRPr="003419B7">
        <w:t xml:space="preserve"> do </w:t>
      </w:r>
      <w:proofErr w:type="spellStart"/>
      <w:r w:rsidRPr="003419B7">
        <w:t>trânsito</w:t>
      </w:r>
      <w:proofErr w:type="spellEnd"/>
      <w:r w:rsidRPr="003419B7">
        <w:t>.</w:t>
      </w:r>
    </w:p>
    <w:p w14:paraId="4F9CEFDD" w14:textId="77777777" w:rsidR="003536C8" w:rsidRDefault="003536C8" w:rsidP="003419B7">
      <w:pPr>
        <w:spacing w:after="40" w:line="252" w:lineRule="auto"/>
        <w:jc w:val="both"/>
      </w:pPr>
    </w:p>
    <w:p w14:paraId="0C0385BC" w14:textId="3EC0B1D0" w:rsidR="003419B7" w:rsidRPr="003419B7" w:rsidRDefault="003536C8" w:rsidP="003536C8">
      <w:pPr>
        <w:spacing w:after="40" w:line="252" w:lineRule="auto"/>
        <w:jc w:val="both"/>
        <w:rPr>
          <w:b/>
          <w:color w:val="0F5D7F"/>
          <w:sz w:val="21"/>
        </w:rPr>
      </w:pPr>
      <w:r w:rsidRPr="003536C8">
        <w:rPr>
          <w:rFonts w:ascii="Segoe UI Emoji" w:hAnsi="Segoe UI Emoji" w:cs="Segoe UI Emoji"/>
          <w:b/>
          <w:color w:val="0F5D7F"/>
          <w:sz w:val="21"/>
        </w:rPr>
        <w:t>📍</w:t>
      </w:r>
      <w:r w:rsidRPr="003536C8">
        <w:rPr>
          <w:b/>
          <w:color w:val="0F5D7F"/>
          <w:sz w:val="21"/>
        </w:rPr>
        <w:t xml:space="preserve"> </w:t>
      </w:r>
      <w:r>
        <w:rPr>
          <w:b/>
          <w:color w:val="0F5D7F"/>
          <w:sz w:val="21"/>
        </w:rPr>
        <w:t>7</w:t>
      </w:r>
      <w:r w:rsidRPr="003536C8">
        <w:rPr>
          <w:b/>
          <w:color w:val="0F5D7F"/>
          <w:sz w:val="21"/>
        </w:rPr>
        <w:t xml:space="preserve">º </w:t>
      </w:r>
      <w:proofErr w:type="spellStart"/>
      <w:r w:rsidRPr="003536C8">
        <w:rPr>
          <w:b/>
          <w:color w:val="0F5D7F"/>
          <w:sz w:val="21"/>
        </w:rPr>
        <w:t>dia</w:t>
      </w:r>
      <w:proofErr w:type="spellEnd"/>
      <w:r w:rsidRPr="003536C8">
        <w:rPr>
          <w:b/>
          <w:color w:val="0F5D7F"/>
          <w:sz w:val="21"/>
        </w:rPr>
        <w:t xml:space="preserve"> (2</w:t>
      </w:r>
      <w:r>
        <w:rPr>
          <w:b/>
          <w:color w:val="0F5D7F"/>
          <w:sz w:val="21"/>
        </w:rPr>
        <w:t>5</w:t>
      </w:r>
      <w:r w:rsidRPr="003536C8">
        <w:rPr>
          <w:b/>
          <w:color w:val="0F5D7F"/>
          <w:sz w:val="21"/>
        </w:rPr>
        <w:t xml:space="preserve"> NOV): </w:t>
      </w:r>
      <w:r w:rsidRPr="003419B7">
        <w:rPr>
          <w:b/>
          <w:color w:val="0F5D7F"/>
          <w:sz w:val="21"/>
        </w:rPr>
        <w:t>Chiang Mai</w:t>
      </w:r>
      <w:r w:rsidR="003419B7" w:rsidRPr="003419B7">
        <w:rPr>
          <w:b/>
          <w:color w:val="0F5D7F"/>
          <w:sz w:val="21"/>
        </w:rPr>
        <w:t xml:space="preserve"> </w:t>
      </w:r>
    </w:p>
    <w:p w14:paraId="7E2E2874" w14:textId="77777777" w:rsidR="003419B7" w:rsidRPr="003536C8" w:rsidRDefault="003419B7" w:rsidP="003419B7">
      <w:pPr>
        <w:spacing w:after="40" w:line="252" w:lineRule="auto"/>
        <w:jc w:val="both"/>
      </w:pPr>
      <w:r w:rsidRPr="003536C8">
        <w:t xml:space="preserve">Café da </w:t>
      </w:r>
      <w:proofErr w:type="spellStart"/>
      <w:r w:rsidRPr="003536C8">
        <w:t>manhã</w:t>
      </w:r>
      <w:proofErr w:type="spellEnd"/>
      <w:r w:rsidRPr="003536C8">
        <w:t xml:space="preserve">. Dia livre </w:t>
      </w:r>
      <w:proofErr w:type="spellStart"/>
      <w:r w:rsidRPr="003536C8">
        <w:t>em</w:t>
      </w:r>
      <w:proofErr w:type="spellEnd"/>
      <w:r w:rsidRPr="003536C8">
        <w:t xml:space="preserve"> Chiang Mai.</w:t>
      </w:r>
    </w:p>
    <w:p w14:paraId="4BD2DBF5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Refeições</w:t>
      </w:r>
      <w:proofErr w:type="spellEnd"/>
      <w:r w:rsidRPr="003536C8">
        <w:t xml:space="preserve">: Café da </w:t>
      </w:r>
      <w:proofErr w:type="spellStart"/>
      <w:r w:rsidRPr="003536C8">
        <w:t>manhã</w:t>
      </w:r>
      <w:proofErr w:type="spellEnd"/>
      <w:r w:rsidRPr="003536C8">
        <w:t xml:space="preserve"> no hotel.</w:t>
      </w:r>
    </w:p>
    <w:p w14:paraId="734D1C8B" w14:textId="77777777" w:rsidR="003419B7" w:rsidRPr="003536C8" w:rsidRDefault="003419B7" w:rsidP="003419B7">
      <w:pPr>
        <w:spacing w:after="40" w:line="252" w:lineRule="auto"/>
        <w:jc w:val="both"/>
      </w:pPr>
    </w:p>
    <w:p w14:paraId="704CF8D4" w14:textId="77777777" w:rsidR="003419B7" w:rsidRPr="003536C8" w:rsidRDefault="003419B7" w:rsidP="003419B7">
      <w:pPr>
        <w:spacing w:after="40" w:line="252" w:lineRule="auto"/>
        <w:jc w:val="both"/>
        <w:rPr>
          <w:b/>
          <w:bCs/>
        </w:rPr>
      </w:pPr>
      <w:r w:rsidRPr="003536C8">
        <w:rPr>
          <w:b/>
          <w:bCs/>
        </w:rPr>
        <w:t xml:space="preserve">OPCIONAL ENCONTRO COM ELEFANTES – MEIO DIA NO LOWER ECO VALLEY </w:t>
      </w:r>
    </w:p>
    <w:p w14:paraId="53F2D26D" w14:textId="77777777" w:rsidR="003419B7" w:rsidRPr="003536C8" w:rsidRDefault="003419B7" w:rsidP="003419B7">
      <w:pPr>
        <w:spacing w:after="40" w:line="252" w:lineRule="auto"/>
        <w:jc w:val="both"/>
      </w:pPr>
      <w:r w:rsidRPr="003536C8">
        <w:t xml:space="preserve">VALOR POR PESSOA: USD 52 </w:t>
      </w:r>
    </w:p>
    <w:p w14:paraId="257F91B7" w14:textId="77777777" w:rsidR="003419B7" w:rsidRPr="003536C8" w:rsidRDefault="003419B7" w:rsidP="003419B7">
      <w:pPr>
        <w:spacing w:after="40" w:line="252" w:lineRule="auto"/>
        <w:jc w:val="both"/>
      </w:pPr>
      <w:r w:rsidRPr="003536C8">
        <w:t>(</w:t>
      </w:r>
      <w:proofErr w:type="spellStart"/>
      <w:r w:rsidRPr="003536C8">
        <w:t>Programa</w:t>
      </w:r>
      <w:proofErr w:type="spellEnd"/>
      <w:r w:rsidRPr="003536C8">
        <w:t xml:space="preserve"> de 2 horas – </w:t>
      </w:r>
      <w:proofErr w:type="spellStart"/>
      <w:r w:rsidRPr="003536C8">
        <w:t>manhã</w:t>
      </w:r>
      <w:proofErr w:type="spellEnd"/>
      <w:r w:rsidRPr="003536C8">
        <w:t xml:space="preserve"> </w:t>
      </w:r>
      <w:proofErr w:type="spellStart"/>
      <w:r w:rsidRPr="003536C8">
        <w:t>ou</w:t>
      </w:r>
      <w:proofErr w:type="spellEnd"/>
      <w:r w:rsidRPr="003536C8">
        <w:t xml:space="preserve"> </w:t>
      </w:r>
      <w:proofErr w:type="spellStart"/>
      <w:r w:rsidRPr="003536C8">
        <w:t>tarde</w:t>
      </w:r>
      <w:proofErr w:type="spellEnd"/>
      <w:r w:rsidRPr="003536C8">
        <w:t>)</w:t>
      </w:r>
    </w:p>
    <w:p w14:paraId="2A05E576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Atividades</w:t>
      </w:r>
      <w:proofErr w:type="spellEnd"/>
      <w:r w:rsidRPr="003536C8">
        <w:t xml:space="preserve"> </w:t>
      </w:r>
      <w:proofErr w:type="spellStart"/>
      <w:r w:rsidRPr="003536C8">
        <w:t>incluídas</w:t>
      </w:r>
      <w:proofErr w:type="spellEnd"/>
      <w:r w:rsidRPr="003536C8">
        <w:t>:</w:t>
      </w:r>
    </w:p>
    <w:p w14:paraId="3F409A63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Anatomia</w:t>
      </w:r>
      <w:proofErr w:type="spellEnd"/>
      <w:r w:rsidRPr="003536C8">
        <w:t xml:space="preserve"> do </w:t>
      </w:r>
      <w:proofErr w:type="spellStart"/>
      <w:r w:rsidRPr="003536C8">
        <w:t>elefante</w:t>
      </w:r>
      <w:proofErr w:type="spellEnd"/>
    </w:p>
    <w:p w14:paraId="2C6F9C7C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Museu</w:t>
      </w:r>
      <w:proofErr w:type="spellEnd"/>
      <w:r w:rsidRPr="003536C8">
        <w:t xml:space="preserve"> da Cultura do Elefante</w:t>
      </w:r>
    </w:p>
    <w:p w14:paraId="50D316B0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Fabricação</w:t>
      </w:r>
      <w:proofErr w:type="spellEnd"/>
      <w:r w:rsidRPr="003536C8">
        <w:t xml:space="preserve"> de </w:t>
      </w:r>
      <w:proofErr w:type="spellStart"/>
      <w:r w:rsidRPr="003536C8">
        <w:t>papel</w:t>
      </w:r>
      <w:proofErr w:type="spellEnd"/>
      <w:r w:rsidRPr="003536C8">
        <w:t xml:space="preserve"> a </w:t>
      </w:r>
      <w:proofErr w:type="spellStart"/>
      <w:r w:rsidRPr="003536C8">
        <w:t>partir</w:t>
      </w:r>
      <w:proofErr w:type="spellEnd"/>
      <w:r w:rsidRPr="003536C8">
        <w:t xml:space="preserve"> de </w:t>
      </w:r>
      <w:proofErr w:type="spellStart"/>
      <w:r w:rsidRPr="003536C8">
        <w:t>esterco</w:t>
      </w:r>
      <w:proofErr w:type="spellEnd"/>
      <w:r w:rsidRPr="003536C8">
        <w:t xml:space="preserve"> de </w:t>
      </w:r>
      <w:proofErr w:type="spellStart"/>
      <w:r w:rsidRPr="003536C8">
        <w:t>elefante</w:t>
      </w:r>
      <w:proofErr w:type="spellEnd"/>
    </w:p>
    <w:p w14:paraId="4D1A4F61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Tratamentos</w:t>
      </w:r>
      <w:proofErr w:type="spellEnd"/>
      <w:r w:rsidRPr="003536C8">
        <w:t xml:space="preserve"> </w:t>
      </w:r>
      <w:proofErr w:type="spellStart"/>
      <w:r w:rsidRPr="003536C8">
        <w:t>herbais</w:t>
      </w:r>
      <w:proofErr w:type="spellEnd"/>
      <w:r w:rsidRPr="003536C8">
        <w:t xml:space="preserve"> para </w:t>
      </w:r>
      <w:proofErr w:type="spellStart"/>
      <w:r w:rsidRPr="003536C8">
        <w:t>elefantes</w:t>
      </w:r>
      <w:proofErr w:type="spellEnd"/>
      <w:r w:rsidRPr="003536C8">
        <w:t xml:space="preserve"> e </w:t>
      </w:r>
      <w:proofErr w:type="spellStart"/>
      <w:r w:rsidRPr="003536C8">
        <w:t>preparação</w:t>
      </w:r>
      <w:proofErr w:type="spellEnd"/>
      <w:r w:rsidRPr="003536C8">
        <w:t xml:space="preserve"> de </w:t>
      </w:r>
      <w:proofErr w:type="spellStart"/>
      <w:r w:rsidRPr="003536C8">
        <w:t>bolinhas</w:t>
      </w:r>
      <w:proofErr w:type="spellEnd"/>
      <w:r w:rsidRPr="003536C8">
        <w:t xml:space="preserve"> de </w:t>
      </w:r>
      <w:proofErr w:type="spellStart"/>
      <w:r w:rsidRPr="003536C8">
        <w:t>vitaminas</w:t>
      </w:r>
      <w:proofErr w:type="spellEnd"/>
    </w:p>
    <w:p w14:paraId="0564163B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Alimentação</w:t>
      </w:r>
      <w:proofErr w:type="spellEnd"/>
      <w:r w:rsidRPr="003536C8">
        <w:t xml:space="preserve"> dos </w:t>
      </w:r>
      <w:proofErr w:type="spellStart"/>
      <w:r w:rsidRPr="003536C8">
        <w:t>elefantes</w:t>
      </w:r>
      <w:proofErr w:type="spellEnd"/>
    </w:p>
    <w:p w14:paraId="6BB58EAD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Banho</w:t>
      </w:r>
      <w:proofErr w:type="spellEnd"/>
      <w:r w:rsidRPr="003536C8">
        <w:t xml:space="preserve"> </w:t>
      </w:r>
      <w:proofErr w:type="spellStart"/>
      <w:r w:rsidRPr="003536C8">
        <w:t>aquático</w:t>
      </w:r>
      <w:proofErr w:type="spellEnd"/>
      <w:r w:rsidRPr="003536C8">
        <w:t xml:space="preserve"> com </w:t>
      </w:r>
      <w:proofErr w:type="spellStart"/>
      <w:r w:rsidRPr="003536C8">
        <w:t>os</w:t>
      </w:r>
      <w:proofErr w:type="spellEnd"/>
      <w:r w:rsidRPr="003536C8">
        <w:t xml:space="preserve"> </w:t>
      </w:r>
      <w:proofErr w:type="spellStart"/>
      <w:r w:rsidRPr="003536C8">
        <w:t>elefantes</w:t>
      </w:r>
      <w:proofErr w:type="spellEnd"/>
    </w:p>
    <w:p w14:paraId="2F2F7A5C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rPr>
          <w:b/>
          <w:bCs/>
        </w:rPr>
        <w:t>Inclui</w:t>
      </w:r>
      <w:proofErr w:type="spellEnd"/>
      <w:r w:rsidRPr="003536C8">
        <w:t xml:space="preserve">: </w:t>
      </w:r>
      <w:proofErr w:type="spellStart"/>
      <w:r w:rsidRPr="003536C8">
        <w:t>Traslados</w:t>
      </w:r>
      <w:proofErr w:type="spellEnd"/>
      <w:r w:rsidRPr="003536C8">
        <w:t xml:space="preserve"> </w:t>
      </w:r>
      <w:proofErr w:type="spellStart"/>
      <w:r w:rsidRPr="003536C8">
        <w:t>regulares</w:t>
      </w:r>
      <w:proofErr w:type="spellEnd"/>
      <w:r w:rsidRPr="003536C8">
        <w:t xml:space="preserve">, </w:t>
      </w:r>
      <w:proofErr w:type="spellStart"/>
      <w:r w:rsidRPr="003536C8">
        <w:t>guia</w:t>
      </w:r>
      <w:proofErr w:type="spellEnd"/>
      <w:r w:rsidRPr="003536C8">
        <w:t xml:space="preserve"> </w:t>
      </w:r>
      <w:proofErr w:type="spellStart"/>
      <w:r w:rsidRPr="003536C8">
        <w:t>falando</w:t>
      </w:r>
      <w:proofErr w:type="spellEnd"/>
      <w:r w:rsidRPr="003536C8">
        <w:t xml:space="preserve"> </w:t>
      </w:r>
      <w:proofErr w:type="spellStart"/>
      <w:r w:rsidRPr="003536C8">
        <w:t>inglês</w:t>
      </w:r>
      <w:proofErr w:type="spellEnd"/>
      <w:r w:rsidRPr="003536C8">
        <w:t xml:space="preserve">, </w:t>
      </w:r>
      <w:proofErr w:type="spellStart"/>
      <w:r w:rsidRPr="003536C8">
        <w:t>refeições</w:t>
      </w:r>
      <w:proofErr w:type="spellEnd"/>
      <w:r w:rsidRPr="003536C8">
        <w:t xml:space="preserve"> </w:t>
      </w:r>
      <w:proofErr w:type="spellStart"/>
      <w:r w:rsidRPr="003536C8">
        <w:t>mencionadas</w:t>
      </w:r>
      <w:proofErr w:type="spellEnd"/>
      <w:r w:rsidRPr="003536C8">
        <w:t xml:space="preserve"> no </w:t>
      </w:r>
      <w:proofErr w:type="spellStart"/>
      <w:r w:rsidRPr="003536C8">
        <w:t>programa</w:t>
      </w:r>
      <w:proofErr w:type="spellEnd"/>
      <w:r w:rsidRPr="003536C8">
        <w:t xml:space="preserve"> (</w:t>
      </w:r>
      <w:proofErr w:type="spellStart"/>
      <w:r w:rsidRPr="003536C8">
        <w:t>sem</w:t>
      </w:r>
      <w:proofErr w:type="spellEnd"/>
      <w:r w:rsidRPr="003536C8">
        <w:t xml:space="preserve"> </w:t>
      </w:r>
      <w:proofErr w:type="spellStart"/>
      <w:r w:rsidRPr="003536C8">
        <w:t>bebidas</w:t>
      </w:r>
      <w:proofErr w:type="spellEnd"/>
      <w:r w:rsidRPr="003536C8">
        <w:t xml:space="preserve">), 2 </w:t>
      </w:r>
      <w:proofErr w:type="spellStart"/>
      <w:r w:rsidRPr="003536C8">
        <w:t>garrafas</w:t>
      </w:r>
      <w:proofErr w:type="spellEnd"/>
      <w:r w:rsidRPr="003536C8">
        <w:t xml:space="preserve"> de </w:t>
      </w:r>
      <w:proofErr w:type="spellStart"/>
      <w:r w:rsidRPr="003536C8">
        <w:t>água</w:t>
      </w:r>
      <w:proofErr w:type="spellEnd"/>
      <w:r w:rsidRPr="003536C8">
        <w:t xml:space="preserve"> </w:t>
      </w:r>
      <w:proofErr w:type="spellStart"/>
      <w:r w:rsidRPr="003536C8">
        <w:t>por</w:t>
      </w:r>
      <w:proofErr w:type="spellEnd"/>
      <w:r w:rsidRPr="003536C8">
        <w:t xml:space="preserve"> </w:t>
      </w:r>
      <w:proofErr w:type="spellStart"/>
      <w:r w:rsidRPr="003536C8">
        <w:t>pessoa</w:t>
      </w:r>
      <w:proofErr w:type="spellEnd"/>
      <w:r w:rsidRPr="003536C8">
        <w:t xml:space="preserve"> </w:t>
      </w:r>
      <w:proofErr w:type="spellStart"/>
      <w:r w:rsidRPr="003536C8">
        <w:t>por</w:t>
      </w:r>
      <w:proofErr w:type="spellEnd"/>
      <w:r w:rsidRPr="003536C8">
        <w:t xml:space="preserve"> </w:t>
      </w:r>
      <w:proofErr w:type="spellStart"/>
      <w:r w:rsidRPr="003536C8">
        <w:t>dia</w:t>
      </w:r>
      <w:proofErr w:type="spellEnd"/>
      <w:r w:rsidRPr="003536C8">
        <w:t xml:space="preserve"> de </w:t>
      </w:r>
      <w:proofErr w:type="spellStart"/>
      <w:r w:rsidRPr="003536C8">
        <w:t>excursão</w:t>
      </w:r>
      <w:proofErr w:type="spellEnd"/>
      <w:r w:rsidRPr="003536C8">
        <w:t xml:space="preserve"> e </w:t>
      </w:r>
      <w:proofErr w:type="spellStart"/>
      <w:r w:rsidRPr="003536C8">
        <w:t>os</w:t>
      </w:r>
      <w:proofErr w:type="spellEnd"/>
      <w:r w:rsidRPr="003536C8">
        <w:t xml:space="preserve"> </w:t>
      </w:r>
      <w:proofErr w:type="spellStart"/>
      <w:r w:rsidRPr="003536C8">
        <w:t>serviços</w:t>
      </w:r>
      <w:proofErr w:type="spellEnd"/>
      <w:r w:rsidRPr="003536C8">
        <w:t xml:space="preserve"> </w:t>
      </w:r>
      <w:proofErr w:type="spellStart"/>
      <w:r w:rsidRPr="003536C8">
        <w:t>mencionados</w:t>
      </w:r>
      <w:proofErr w:type="spellEnd"/>
      <w:r w:rsidRPr="003536C8">
        <w:t xml:space="preserve"> no </w:t>
      </w:r>
      <w:proofErr w:type="spellStart"/>
      <w:r w:rsidRPr="003536C8">
        <w:t>programa</w:t>
      </w:r>
      <w:proofErr w:type="spellEnd"/>
      <w:r w:rsidRPr="003536C8">
        <w:t>.</w:t>
      </w:r>
    </w:p>
    <w:p w14:paraId="4B75EA79" w14:textId="77777777" w:rsidR="003419B7" w:rsidRDefault="003419B7" w:rsidP="003419B7">
      <w:pPr>
        <w:spacing w:after="40" w:line="252" w:lineRule="auto"/>
        <w:jc w:val="both"/>
      </w:pPr>
      <w:proofErr w:type="spellStart"/>
      <w:proofErr w:type="gramStart"/>
      <w:r w:rsidRPr="003536C8">
        <w:rPr>
          <w:b/>
          <w:bCs/>
        </w:rPr>
        <w:t>Não</w:t>
      </w:r>
      <w:proofErr w:type="spellEnd"/>
      <w:proofErr w:type="gramEnd"/>
      <w:r w:rsidRPr="003536C8">
        <w:rPr>
          <w:b/>
          <w:bCs/>
        </w:rPr>
        <w:t xml:space="preserve"> </w:t>
      </w:r>
      <w:proofErr w:type="spellStart"/>
      <w:r w:rsidRPr="003536C8">
        <w:rPr>
          <w:b/>
          <w:bCs/>
        </w:rPr>
        <w:t>inclui</w:t>
      </w:r>
      <w:proofErr w:type="spellEnd"/>
      <w:r w:rsidRPr="003536C8">
        <w:t xml:space="preserve">: </w:t>
      </w:r>
      <w:proofErr w:type="spellStart"/>
      <w:r w:rsidRPr="003536C8">
        <w:t>Gorjetas</w:t>
      </w:r>
      <w:proofErr w:type="spellEnd"/>
      <w:r w:rsidRPr="003536C8">
        <w:t xml:space="preserve">, </w:t>
      </w:r>
      <w:proofErr w:type="spellStart"/>
      <w:r w:rsidRPr="003536C8">
        <w:t>despesas</w:t>
      </w:r>
      <w:proofErr w:type="spellEnd"/>
      <w:r w:rsidRPr="003536C8">
        <w:t xml:space="preserve"> </w:t>
      </w:r>
      <w:proofErr w:type="spellStart"/>
      <w:r w:rsidRPr="003536C8">
        <w:t>pessoais</w:t>
      </w:r>
      <w:proofErr w:type="spellEnd"/>
      <w:r w:rsidRPr="003536C8">
        <w:t xml:space="preserve"> e outros </w:t>
      </w:r>
      <w:proofErr w:type="spellStart"/>
      <w:r w:rsidRPr="003536C8">
        <w:t>gastos</w:t>
      </w:r>
      <w:proofErr w:type="spellEnd"/>
      <w:r w:rsidRPr="003536C8">
        <w:t xml:space="preserve"> </w:t>
      </w:r>
      <w:proofErr w:type="spellStart"/>
      <w:proofErr w:type="gramStart"/>
      <w:r w:rsidRPr="003536C8">
        <w:t>não</w:t>
      </w:r>
      <w:proofErr w:type="spellEnd"/>
      <w:proofErr w:type="gramEnd"/>
      <w:r w:rsidRPr="003536C8">
        <w:t xml:space="preserve"> </w:t>
      </w:r>
      <w:proofErr w:type="spellStart"/>
      <w:r w:rsidRPr="003536C8">
        <w:t>mencionados</w:t>
      </w:r>
      <w:proofErr w:type="spellEnd"/>
      <w:r w:rsidRPr="003536C8">
        <w:t xml:space="preserve"> no </w:t>
      </w:r>
      <w:proofErr w:type="spellStart"/>
      <w:r w:rsidRPr="003536C8">
        <w:t>programa</w:t>
      </w:r>
      <w:proofErr w:type="spellEnd"/>
      <w:r w:rsidRPr="003536C8">
        <w:t>.</w:t>
      </w:r>
    </w:p>
    <w:p w14:paraId="00FF711B" w14:textId="77777777" w:rsidR="003536C8" w:rsidRDefault="003536C8" w:rsidP="003419B7">
      <w:pPr>
        <w:spacing w:after="40" w:line="252" w:lineRule="auto"/>
        <w:jc w:val="both"/>
      </w:pPr>
    </w:p>
    <w:p w14:paraId="6FE60539" w14:textId="0F0E9EC1" w:rsidR="003419B7" w:rsidRPr="003419B7" w:rsidRDefault="003536C8" w:rsidP="003419B7">
      <w:pPr>
        <w:spacing w:after="40" w:line="252" w:lineRule="auto"/>
        <w:jc w:val="both"/>
        <w:rPr>
          <w:b/>
          <w:color w:val="0F5D7F"/>
          <w:sz w:val="21"/>
        </w:rPr>
      </w:pPr>
      <w:r w:rsidRPr="003536C8">
        <w:rPr>
          <w:rFonts w:ascii="Segoe UI Emoji" w:hAnsi="Segoe UI Emoji" w:cs="Segoe UI Emoji"/>
          <w:b/>
          <w:color w:val="0F5D7F"/>
          <w:sz w:val="21"/>
        </w:rPr>
        <w:t>📍</w:t>
      </w:r>
      <w:r w:rsidRPr="003536C8">
        <w:rPr>
          <w:b/>
          <w:color w:val="0F5D7F"/>
          <w:sz w:val="21"/>
        </w:rPr>
        <w:t xml:space="preserve"> </w:t>
      </w:r>
      <w:r>
        <w:rPr>
          <w:b/>
          <w:color w:val="0F5D7F"/>
          <w:sz w:val="21"/>
        </w:rPr>
        <w:t>8</w:t>
      </w:r>
      <w:r w:rsidRPr="003536C8">
        <w:rPr>
          <w:b/>
          <w:color w:val="0F5D7F"/>
          <w:sz w:val="21"/>
        </w:rPr>
        <w:t xml:space="preserve">º </w:t>
      </w:r>
      <w:proofErr w:type="spellStart"/>
      <w:r w:rsidRPr="003536C8">
        <w:rPr>
          <w:b/>
          <w:color w:val="0F5D7F"/>
          <w:sz w:val="21"/>
        </w:rPr>
        <w:t>dia</w:t>
      </w:r>
      <w:proofErr w:type="spellEnd"/>
      <w:r w:rsidRPr="003536C8">
        <w:rPr>
          <w:b/>
          <w:color w:val="0F5D7F"/>
          <w:sz w:val="21"/>
        </w:rPr>
        <w:t xml:space="preserve"> (2</w:t>
      </w:r>
      <w:r>
        <w:rPr>
          <w:b/>
          <w:color w:val="0F5D7F"/>
          <w:sz w:val="21"/>
        </w:rPr>
        <w:t>6</w:t>
      </w:r>
      <w:r w:rsidRPr="003536C8">
        <w:rPr>
          <w:b/>
          <w:color w:val="0F5D7F"/>
          <w:sz w:val="21"/>
        </w:rPr>
        <w:t xml:space="preserve"> NOV): </w:t>
      </w:r>
      <w:r w:rsidRPr="003419B7">
        <w:rPr>
          <w:b/>
          <w:color w:val="0F5D7F"/>
          <w:sz w:val="21"/>
        </w:rPr>
        <w:t xml:space="preserve">Chiang Mai </w:t>
      </w:r>
      <w:r w:rsidR="003419B7" w:rsidRPr="003419B7">
        <w:rPr>
          <w:b/>
          <w:color w:val="0F5D7F"/>
          <w:sz w:val="21"/>
        </w:rPr>
        <w:t xml:space="preserve">– </w:t>
      </w:r>
      <w:proofErr w:type="spellStart"/>
      <w:r w:rsidR="003419B7" w:rsidRPr="003419B7">
        <w:rPr>
          <w:b/>
          <w:color w:val="0F5D7F"/>
          <w:sz w:val="21"/>
        </w:rPr>
        <w:t>Saída</w:t>
      </w:r>
      <w:proofErr w:type="spellEnd"/>
      <w:r w:rsidR="003419B7" w:rsidRPr="003419B7">
        <w:rPr>
          <w:b/>
          <w:color w:val="0F5D7F"/>
          <w:sz w:val="21"/>
        </w:rPr>
        <w:t xml:space="preserve"> </w:t>
      </w:r>
    </w:p>
    <w:p w14:paraId="666340B5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Aproveite</w:t>
      </w:r>
      <w:proofErr w:type="spellEnd"/>
      <w:r w:rsidRPr="003536C8">
        <w:t xml:space="preserve"> </w:t>
      </w:r>
      <w:proofErr w:type="spellStart"/>
      <w:r w:rsidRPr="003536C8">
        <w:t>seu</w:t>
      </w:r>
      <w:proofErr w:type="spellEnd"/>
      <w:r w:rsidRPr="003536C8">
        <w:t xml:space="preserve"> tempo livre </w:t>
      </w:r>
      <w:proofErr w:type="spellStart"/>
      <w:r w:rsidRPr="003536C8">
        <w:t>até</w:t>
      </w:r>
      <w:proofErr w:type="spellEnd"/>
      <w:r w:rsidRPr="003536C8">
        <w:t xml:space="preserve"> a </w:t>
      </w:r>
      <w:proofErr w:type="spellStart"/>
      <w:r w:rsidRPr="003536C8">
        <w:t>saída</w:t>
      </w:r>
      <w:proofErr w:type="spellEnd"/>
      <w:r w:rsidRPr="003536C8">
        <w:t>.</w:t>
      </w:r>
    </w:p>
    <w:p w14:paraId="08B65A44" w14:textId="77777777" w:rsidR="003419B7" w:rsidRPr="003536C8" w:rsidRDefault="003419B7" w:rsidP="003419B7">
      <w:pPr>
        <w:spacing w:after="40" w:line="252" w:lineRule="auto"/>
        <w:jc w:val="both"/>
      </w:pPr>
      <w:proofErr w:type="spellStart"/>
      <w:r w:rsidRPr="003536C8">
        <w:t>Traslado</w:t>
      </w:r>
      <w:proofErr w:type="spellEnd"/>
      <w:r w:rsidRPr="003536C8">
        <w:t xml:space="preserve"> </w:t>
      </w:r>
      <w:proofErr w:type="spellStart"/>
      <w:r w:rsidRPr="003536C8">
        <w:t>ao</w:t>
      </w:r>
      <w:proofErr w:type="spellEnd"/>
      <w:r w:rsidRPr="003536C8">
        <w:t xml:space="preserve"> </w:t>
      </w:r>
      <w:proofErr w:type="spellStart"/>
      <w:r w:rsidRPr="003536C8">
        <w:t>aeroporto</w:t>
      </w:r>
      <w:proofErr w:type="spellEnd"/>
      <w:r w:rsidRPr="003536C8">
        <w:t xml:space="preserve"> de Chiang Mai para </w:t>
      </w:r>
      <w:proofErr w:type="spellStart"/>
      <w:r w:rsidRPr="003536C8">
        <w:t>embarque</w:t>
      </w:r>
      <w:proofErr w:type="spellEnd"/>
      <w:r w:rsidRPr="003536C8">
        <w:t xml:space="preserve"> no </w:t>
      </w:r>
      <w:proofErr w:type="spellStart"/>
      <w:r w:rsidRPr="003536C8">
        <w:t>voo</w:t>
      </w:r>
      <w:proofErr w:type="spellEnd"/>
      <w:r w:rsidRPr="003536C8">
        <w:t xml:space="preserve"> de </w:t>
      </w:r>
      <w:proofErr w:type="spellStart"/>
      <w:r w:rsidRPr="003536C8">
        <w:t>retorno</w:t>
      </w:r>
      <w:proofErr w:type="spellEnd"/>
      <w:r w:rsidRPr="003536C8">
        <w:t>.</w:t>
      </w:r>
    </w:p>
    <w:p w14:paraId="6B81460F" w14:textId="56B19581" w:rsidR="003419B7" w:rsidRDefault="003419B7" w:rsidP="003419B7">
      <w:pPr>
        <w:spacing w:after="40" w:line="252" w:lineRule="auto"/>
        <w:jc w:val="both"/>
      </w:pPr>
      <w:proofErr w:type="spellStart"/>
      <w:r w:rsidRPr="003536C8">
        <w:t>Refeições</w:t>
      </w:r>
      <w:proofErr w:type="spellEnd"/>
      <w:r w:rsidRPr="003536C8">
        <w:t xml:space="preserve">: Café da </w:t>
      </w:r>
      <w:proofErr w:type="spellStart"/>
      <w:r w:rsidRPr="003536C8">
        <w:t>manhã</w:t>
      </w:r>
      <w:proofErr w:type="spellEnd"/>
      <w:r w:rsidRPr="003536C8">
        <w:t xml:space="preserve"> no hotel.</w:t>
      </w:r>
    </w:p>
    <w:p w14:paraId="19D33C6F" w14:textId="77777777" w:rsidR="003536C8" w:rsidRPr="00AF6C5F" w:rsidRDefault="003536C8" w:rsidP="003419B7">
      <w:pPr>
        <w:spacing w:after="40" w:line="252" w:lineRule="auto"/>
        <w:jc w:val="both"/>
      </w:pPr>
    </w:p>
    <w:p w14:paraId="6D138C0E" w14:textId="5BF5D160" w:rsidR="00B569A9" w:rsidRDefault="00000000" w:rsidP="00AF6C5F">
      <w:pPr>
        <w:jc w:val="center"/>
        <w:rPr>
          <w:b/>
          <w:color w:val="123C69"/>
        </w:rPr>
      </w:pPr>
      <w:r>
        <w:rPr>
          <w:b/>
          <w:color w:val="123C69"/>
        </w:rPr>
        <w:t>✅ FIM DOS NOSSOS SERVIÇOS</w:t>
      </w:r>
    </w:p>
    <w:p w14:paraId="03C216F3" w14:textId="77777777" w:rsidR="003536C8" w:rsidRDefault="003536C8" w:rsidP="00AF6C5F">
      <w:pPr>
        <w:jc w:val="center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AF6C5F" w14:paraId="26B912C3" w14:textId="77777777" w:rsidTr="00E9139F">
        <w:trPr>
          <w:jc w:val="center"/>
        </w:trPr>
        <w:tc>
          <w:tcPr>
            <w:tcW w:w="5320" w:type="dxa"/>
            <w:gridSpan w:val="2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B9388" w14:textId="0D43D107" w:rsidR="00AF6C5F" w:rsidRDefault="00AF6C5F">
            <w:pPr>
              <w:jc w:val="center"/>
            </w:pPr>
            <w:r>
              <w:rPr>
                <w:b/>
                <w:color w:val="FFFFFF"/>
                <w:sz w:val="15"/>
              </w:rPr>
              <w:lastRenderedPageBreak/>
              <w:t>SAÍDA</w:t>
            </w:r>
            <w:r w:rsidR="003536C8">
              <w:rPr>
                <w:b/>
                <w:color w:val="FFFFFF"/>
                <w:sz w:val="15"/>
              </w:rPr>
              <w:t xml:space="preserve"> REGULAR</w:t>
            </w:r>
          </w:p>
        </w:tc>
      </w:tr>
      <w:tr w:rsidR="003536C8" w:rsidRPr="00AF6C5F" w14:paraId="67D56D0B" w14:textId="77777777" w:rsidTr="00137630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21C4AAD" w14:textId="0CB8327B" w:rsidR="003536C8" w:rsidRPr="00AF6C5F" w:rsidRDefault="003536C8" w:rsidP="003536C8">
            <w:pPr>
              <w:jc w:val="center"/>
              <w:rPr>
                <w:sz w:val="15"/>
              </w:rPr>
            </w:pPr>
            <w:r w:rsidRPr="003536C8">
              <w:rPr>
                <w:sz w:val="15"/>
              </w:rPr>
              <w:t xml:space="preserve">Em </w:t>
            </w:r>
            <w:proofErr w:type="spellStart"/>
            <w:r w:rsidRPr="003536C8">
              <w:rPr>
                <w:sz w:val="15"/>
              </w:rPr>
              <w:t>apto</w:t>
            </w:r>
            <w:proofErr w:type="spellEnd"/>
            <w:r w:rsidRPr="003536C8">
              <w:rPr>
                <w:sz w:val="15"/>
              </w:rPr>
              <w:t xml:space="preserve"> DUPLO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2699341" w14:textId="5CCC48FF" w:rsidR="003536C8" w:rsidRPr="00AF6C5F" w:rsidRDefault="003536C8" w:rsidP="003536C8">
            <w:pPr>
              <w:jc w:val="center"/>
              <w:rPr>
                <w:sz w:val="15"/>
              </w:rPr>
            </w:pPr>
            <w:r w:rsidRPr="003536C8">
              <w:rPr>
                <w:sz w:val="15"/>
              </w:rPr>
              <w:t>USD 1.684,00</w:t>
            </w:r>
          </w:p>
        </w:tc>
      </w:tr>
    </w:tbl>
    <w:p w14:paraId="721B1947" w14:textId="77777777" w:rsidR="00495537" w:rsidRDefault="00495537"/>
    <w:p w14:paraId="54D2FB13" w14:textId="77777777" w:rsidR="00B569A9" w:rsidRDefault="00000000">
      <w:pPr>
        <w:pStyle w:val="BoxTitle"/>
        <w:spacing w:before="160"/>
      </w:pPr>
      <w:r>
        <w:t xml:space="preserve">🏨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3536C8" w14:paraId="634DAB1A" w14:textId="2F9FE75B" w:rsidTr="00CC0BB7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F6DE25" w14:textId="77777777" w:rsidR="003536C8" w:rsidRDefault="003536C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E3364D" w14:textId="583CD0DB" w:rsidR="003536C8" w:rsidRPr="00495537" w:rsidRDefault="003536C8" w:rsidP="00495537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Hotel</w:t>
            </w:r>
          </w:p>
        </w:tc>
      </w:tr>
      <w:tr w:rsidR="003536C8" w14:paraId="1F2707A2" w14:textId="29907F4B" w:rsidTr="003264B6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5A9EE65" w14:textId="20DCF265" w:rsidR="003536C8" w:rsidRPr="00CA5E98" w:rsidRDefault="003536C8" w:rsidP="003536C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536C8">
              <w:rPr>
                <w:b/>
                <w:color w:val="123C69"/>
                <w:sz w:val="15"/>
                <w:lang w:val="pt-BR"/>
              </w:rPr>
              <w:t>Bangkok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3E9E7AF" w14:textId="3A471322" w:rsidR="003536C8" w:rsidRPr="003536C8" w:rsidRDefault="003536C8" w:rsidP="003536C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536C8">
              <w:rPr>
                <w:b/>
                <w:color w:val="123C69"/>
                <w:sz w:val="15"/>
                <w:lang w:val="pt-BR"/>
              </w:rPr>
              <w:t>Mandarin Hotel by Centre Point, Bangkok</w:t>
            </w:r>
          </w:p>
        </w:tc>
      </w:tr>
      <w:tr w:rsidR="003536C8" w14:paraId="3D84CF78" w14:textId="160F9F93" w:rsidTr="003264B6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0BFF102" w14:textId="103D619D" w:rsidR="003536C8" w:rsidRPr="00CA5E98" w:rsidRDefault="003536C8" w:rsidP="003536C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536C8">
              <w:rPr>
                <w:b/>
                <w:color w:val="123C69"/>
                <w:sz w:val="15"/>
                <w:lang w:val="pt-BR"/>
              </w:rPr>
              <w:t xml:space="preserve">Chiang </w:t>
            </w:r>
            <w:proofErr w:type="spellStart"/>
            <w:r w:rsidRPr="003536C8">
              <w:rPr>
                <w:b/>
                <w:color w:val="123C69"/>
                <w:sz w:val="15"/>
                <w:lang w:val="pt-BR"/>
              </w:rPr>
              <w:t>Rai</w:t>
            </w:r>
            <w:proofErr w:type="spellEnd"/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E8DB5D1" w14:textId="7E7A4B16" w:rsidR="003536C8" w:rsidRPr="00495537" w:rsidRDefault="003536C8" w:rsidP="003536C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536C8">
              <w:rPr>
                <w:b/>
                <w:color w:val="123C69"/>
                <w:sz w:val="15"/>
                <w:lang w:val="pt-BR"/>
              </w:rPr>
              <w:t>The Heritage Chiang Rai</w:t>
            </w:r>
          </w:p>
        </w:tc>
      </w:tr>
      <w:tr w:rsidR="003536C8" w14:paraId="17BF2C86" w14:textId="77777777" w:rsidTr="003264B6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738D09A" w14:textId="1DD68E37" w:rsidR="003536C8" w:rsidRPr="00CA5E98" w:rsidRDefault="003536C8" w:rsidP="003536C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536C8">
              <w:rPr>
                <w:b/>
                <w:color w:val="123C69"/>
                <w:sz w:val="15"/>
                <w:lang w:val="pt-BR"/>
              </w:rPr>
              <w:t>Chiang Mai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9A784C1" w14:textId="349F8D12" w:rsidR="003536C8" w:rsidRPr="00CA5E98" w:rsidRDefault="003536C8" w:rsidP="003536C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536C8">
              <w:rPr>
                <w:b/>
                <w:color w:val="123C69"/>
                <w:sz w:val="15"/>
                <w:lang w:val="pt-BR"/>
              </w:rPr>
              <w:t xml:space="preserve">De Chai Colonial Hotel &amp; Spa </w:t>
            </w:r>
          </w:p>
        </w:tc>
      </w:tr>
    </w:tbl>
    <w:p w14:paraId="375C8B9F" w14:textId="77777777" w:rsidR="00B569A9" w:rsidRDefault="00B569A9"/>
    <w:p w14:paraId="74652E52" w14:textId="77777777" w:rsidR="00B569A9" w:rsidRDefault="00000000">
      <w:pPr>
        <w:pStyle w:val="BoxTitle"/>
        <w:spacing w:before="160"/>
      </w:pPr>
      <w:r>
        <w:t xml:space="preserve">✅ </w:t>
      </w:r>
      <w:proofErr w:type="spellStart"/>
      <w:r>
        <w:t>Inclui</w:t>
      </w:r>
      <w:proofErr w:type="spellEnd"/>
      <w:r>
        <w:t>:</w:t>
      </w:r>
    </w:p>
    <w:p w14:paraId="7C0B39AE" w14:textId="77777777" w:rsidR="003536C8" w:rsidRPr="003536C8" w:rsidRDefault="003536C8" w:rsidP="003536C8">
      <w:pPr>
        <w:pStyle w:val="PargrafodaLista"/>
        <w:numPr>
          <w:ilvl w:val="0"/>
          <w:numId w:val="22"/>
        </w:numPr>
        <w:spacing w:after="40" w:line="252" w:lineRule="auto"/>
        <w:rPr>
          <w:rFonts w:cs="Segoe UI Symbol"/>
        </w:rPr>
      </w:pPr>
      <w:proofErr w:type="spellStart"/>
      <w:r w:rsidRPr="003536C8">
        <w:rPr>
          <w:rFonts w:cs="Segoe UI Symbol"/>
        </w:rPr>
        <w:t>Hospedagem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em</w:t>
      </w:r>
      <w:proofErr w:type="spellEnd"/>
      <w:r w:rsidRPr="003536C8">
        <w:rPr>
          <w:rFonts w:cs="Segoe UI Symbol"/>
        </w:rPr>
        <w:t xml:space="preserve"> quarto </w:t>
      </w:r>
      <w:proofErr w:type="spellStart"/>
      <w:r w:rsidRPr="003536C8">
        <w:rPr>
          <w:rFonts w:cs="Segoe UI Symbol"/>
        </w:rPr>
        <w:t>compartilhado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básico</w:t>
      </w:r>
      <w:proofErr w:type="spellEnd"/>
      <w:r w:rsidRPr="003536C8">
        <w:rPr>
          <w:rFonts w:cs="Segoe UI Symbol"/>
        </w:rPr>
        <w:t xml:space="preserve">, com café da </w:t>
      </w:r>
      <w:proofErr w:type="spellStart"/>
      <w:r w:rsidRPr="003536C8">
        <w:rPr>
          <w:rFonts w:cs="Segoe UI Symbol"/>
        </w:rPr>
        <w:t>manhã</w:t>
      </w:r>
      <w:proofErr w:type="spellEnd"/>
      <w:r w:rsidRPr="003536C8">
        <w:rPr>
          <w:rFonts w:cs="Segoe UI Symbol"/>
        </w:rPr>
        <w:t>.</w:t>
      </w:r>
    </w:p>
    <w:p w14:paraId="55B0BC46" w14:textId="77777777" w:rsidR="003536C8" w:rsidRPr="003536C8" w:rsidRDefault="003536C8" w:rsidP="003536C8">
      <w:pPr>
        <w:pStyle w:val="PargrafodaLista"/>
        <w:numPr>
          <w:ilvl w:val="0"/>
          <w:numId w:val="22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 xml:space="preserve">Todos </w:t>
      </w:r>
      <w:proofErr w:type="spellStart"/>
      <w:r w:rsidRPr="003536C8">
        <w:rPr>
          <w:rFonts w:cs="Segoe UI Symbol"/>
        </w:rPr>
        <w:t>os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traslados</w:t>
      </w:r>
      <w:proofErr w:type="spellEnd"/>
      <w:r w:rsidRPr="003536C8">
        <w:rPr>
          <w:rFonts w:cs="Segoe UI Symbol"/>
        </w:rPr>
        <w:t xml:space="preserve"> e </w:t>
      </w:r>
      <w:proofErr w:type="spellStart"/>
      <w:r w:rsidRPr="003536C8">
        <w:rPr>
          <w:rFonts w:cs="Segoe UI Symbol"/>
        </w:rPr>
        <w:t>excursões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mencionados</w:t>
      </w:r>
      <w:proofErr w:type="spellEnd"/>
      <w:r w:rsidRPr="003536C8">
        <w:rPr>
          <w:rFonts w:cs="Segoe UI Symbol"/>
        </w:rPr>
        <w:t>.</w:t>
      </w:r>
    </w:p>
    <w:p w14:paraId="7833B134" w14:textId="77777777" w:rsidR="003536C8" w:rsidRPr="003536C8" w:rsidRDefault="003536C8" w:rsidP="003536C8">
      <w:pPr>
        <w:pStyle w:val="PargrafodaLista"/>
        <w:numPr>
          <w:ilvl w:val="0"/>
          <w:numId w:val="22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 xml:space="preserve">Guias </w:t>
      </w:r>
      <w:proofErr w:type="spellStart"/>
      <w:r w:rsidRPr="003536C8">
        <w:rPr>
          <w:rFonts w:cs="Segoe UI Symbol"/>
        </w:rPr>
        <w:t>locais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falando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espanhol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nas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excursões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mencionadas</w:t>
      </w:r>
      <w:proofErr w:type="spellEnd"/>
      <w:r w:rsidRPr="003536C8">
        <w:rPr>
          <w:rFonts w:cs="Segoe UI Symbol"/>
        </w:rPr>
        <w:t xml:space="preserve"> no </w:t>
      </w:r>
      <w:proofErr w:type="spellStart"/>
      <w:r w:rsidRPr="003536C8">
        <w:rPr>
          <w:rFonts w:cs="Segoe UI Symbol"/>
        </w:rPr>
        <w:t>roteiro</w:t>
      </w:r>
      <w:proofErr w:type="spellEnd"/>
      <w:r w:rsidRPr="003536C8">
        <w:rPr>
          <w:rFonts w:cs="Segoe UI Symbol"/>
        </w:rPr>
        <w:t>.</w:t>
      </w:r>
    </w:p>
    <w:p w14:paraId="722207AE" w14:textId="77777777" w:rsidR="003536C8" w:rsidRPr="003536C8" w:rsidRDefault="003536C8" w:rsidP="003536C8">
      <w:pPr>
        <w:pStyle w:val="PargrafodaLista"/>
        <w:numPr>
          <w:ilvl w:val="0"/>
          <w:numId w:val="22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 xml:space="preserve">Entrada VIP para (Festival Yi Peng) – 24 de </w:t>
      </w:r>
      <w:proofErr w:type="spellStart"/>
      <w:r w:rsidRPr="003536C8">
        <w:rPr>
          <w:rFonts w:cs="Segoe UI Symbol"/>
        </w:rPr>
        <w:t>novembro</w:t>
      </w:r>
      <w:proofErr w:type="spellEnd"/>
      <w:r w:rsidRPr="003536C8">
        <w:rPr>
          <w:rFonts w:cs="Segoe UI Symbol"/>
        </w:rPr>
        <w:t>.</w:t>
      </w:r>
    </w:p>
    <w:p w14:paraId="1E8D9EB7" w14:textId="77777777" w:rsidR="003536C8" w:rsidRPr="003536C8" w:rsidRDefault="003536C8" w:rsidP="003536C8">
      <w:pPr>
        <w:pStyle w:val="PargrafodaLista"/>
        <w:numPr>
          <w:ilvl w:val="0"/>
          <w:numId w:val="22"/>
        </w:numPr>
        <w:spacing w:after="40" w:line="252" w:lineRule="auto"/>
        <w:rPr>
          <w:rFonts w:cs="Segoe UI Symbol"/>
        </w:rPr>
      </w:pPr>
      <w:proofErr w:type="spellStart"/>
      <w:r w:rsidRPr="003536C8">
        <w:rPr>
          <w:rFonts w:cs="Segoe UI Symbol"/>
        </w:rPr>
        <w:t>Refeições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mencionadas</w:t>
      </w:r>
      <w:proofErr w:type="spellEnd"/>
      <w:r w:rsidRPr="003536C8">
        <w:rPr>
          <w:rFonts w:cs="Segoe UI Symbol"/>
        </w:rPr>
        <w:t xml:space="preserve"> no </w:t>
      </w:r>
      <w:proofErr w:type="spellStart"/>
      <w:r w:rsidRPr="003536C8">
        <w:rPr>
          <w:rFonts w:cs="Segoe UI Symbol"/>
        </w:rPr>
        <w:t>programa</w:t>
      </w:r>
      <w:proofErr w:type="spellEnd"/>
      <w:r w:rsidRPr="003536C8">
        <w:rPr>
          <w:rFonts w:cs="Segoe UI Symbol"/>
        </w:rPr>
        <w:t xml:space="preserve"> (D: Café da </w:t>
      </w:r>
      <w:proofErr w:type="spellStart"/>
      <w:r w:rsidRPr="003536C8">
        <w:rPr>
          <w:rFonts w:cs="Segoe UI Symbol"/>
        </w:rPr>
        <w:t>manhã</w:t>
      </w:r>
      <w:proofErr w:type="spellEnd"/>
      <w:r w:rsidRPr="003536C8">
        <w:rPr>
          <w:rFonts w:cs="Segoe UI Symbol"/>
        </w:rPr>
        <w:t xml:space="preserve">, A: </w:t>
      </w:r>
      <w:proofErr w:type="spellStart"/>
      <w:r w:rsidRPr="003536C8">
        <w:rPr>
          <w:rFonts w:cs="Segoe UI Symbol"/>
        </w:rPr>
        <w:t>Almoço</w:t>
      </w:r>
      <w:proofErr w:type="spellEnd"/>
      <w:r w:rsidRPr="003536C8">
        <w:rPr>
          <w:rFonts w:cs="Segoe UI Symbol"/>
        </w:rPr>
        <w:t>, C: Jantar).</w:t>
      </w:r>
    </w:p>
    <w:p w14:paraId="3A0E99BD" w14:textId="77777777" w:rsidR="003536C8" w:rsidRPr="003536C8" w:rsidRDefault="003536C8" w:rsidP="003536C8">
      <w:pPr>
        <w:pStyle w:val="PargrafodaLista"/>
        <w:numPr>
          <w:ilvl w:val="0"/>
          <w:numId w:val="22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 xml:space="preserve">Entradas para </w:t>
      </w:r>
      <w:proofErr w:type="spellStart"/>
      <w:r w:rsidRPr="003536C8">
        <w:rPr>
          <w:rFonts w:cs="Segoe UI Symbol"/>
        </w:rPr>
        <w:t>os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locais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visitados</w:t>
      </w:r>
      <w:proofErr w:type="spellEnd"/>
      <w:r w:rsidRPr="003536C8">
        <w:rPr>
          <w:rFonts w:cs="Segoe UI Symbol"/>
        </w:rPr>
        <w:t xml:space="preserve"> no </w:t>
      </w:r>
      <w:proofErr w:type="spellStart"/>
      <w:r w:rsidRPr="003536C8">
        <w:rPr>
          <w:rFonts w:cs="Segoe UI Symbol"/>
        </w:rPr>
        <w:t>programa</w:t>
      </w:r>
      <w:proofErr w:type="spellEnd"/>
      <w:r w:rsidRPr="003536C8">
        <w:rPr>
          <w:rFonts w:cs="Segoe UI Symbol"/>
        </w:rPr>
        <w:t>.</w:t>
      </w:r>
    </w:p>
    <w:p w14:paraId="5D2CB788" w14:textId="77777777" w:rsidR="003536C8" w:rsidRPr="003536C8" w:rsidRDefault="003536C8" w:rsidP="003536C8">
      <w:pPr>
        <w:pStyle w:val="PargrafodaLista"/>
        <w:numPr>
          <w:ilvl w:val="0"/>
          <w:numId w:val="22"/>
        </w:numPr>
        <w:spacing w:after="40" w:line="252" w:lineRule="auto"/>
        <w:rPr>
          <w:rFonts w:cs="Segoe UI Symbol"/>
        </w:rPr>
      </w:pPr>
      <w:proofErr w:type="spellStart"/>
      <w:r w:rsidRPr="003536C8">
        <w:rPr>
          <w:rFonts w:cs="Segoe UI Symbol"/>
        </w:rPr>
        <w:t>Água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nos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dias</w:t>
      </w:r>
      <w:proofErr w:type="spellEnd"/>
      <w:r w:rsidRPr="003536C8">
        <w:rPr>
          <w:rFonts w:cs="Segoe UI Symbol"/>
        </w:rPr>
        <w:t xml:space="preserve"> de </w:t>
      </w:r>
      <w:proofErr w:type="spellStart"/>
      <w:r w:rsidRPr="003536C8">
        <w:rPr>
          <w:rFonts w:cs="Segoe UI Symbol"/>
        </w:rPr>
        <w:t>passeios</w:t>
      </w:r>
      <w:proofErr w:type="spellEnd"/>
      <w:r w:rsidRPr="003536C8">
        <w:rPr>
          <w:rFonts w:cs="Segoe UI Symbol"/>
        </w:rPr>
        <w:t>.</w:t>
      </w:r>
    </w:p>
    <w:p w14:paraId="43147F7C" w14:textId="1789CE60" w:rsidR="00CA5E98" w:rsidRPr="003536C8" w:rsidRDefault="003536C8" w:rsidP="003536C8">
      <w:pPr>
        <w:pStyle w:val="PargrafodaLista"/>
        <w:numPr>
          <w:ilvl w:val="0"/>
          <w:numId w:val="22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 xml:space="preserve">Serviços </w:t>
      </w:r>
      <w:proofErr w:type="spellStart"/>
      <w:r w:rsidRPr="003536C8">
        <w:rPr>
          <w:rFonts w:cs="Segoe UI Symbol"/>
        </w:rPr>
        <w:t>mencionados</w:t>
      </w:r>
      <w:proofErr w:type="spellEnd"/>
      <w:r w:rsidRPr="003536C8">
        <w:rPr>
          <w:rFonts w:cs="Segoe UI Symbol"/>
        </w:rPr>
        <w:t xml:space="preserve"> no </w:t>
      </w:r>
      <w:proofErr w:type="spellStart"/>
      <w:r w:rsidRPr="003536C8">
        <w:rPr>
          <w:rFonts w:cs="Segoe UI Symbol"/>
        </w:rPr>
        <w:t>programa</w:t>
      </w:r>
      <w:proofErr w:type="spellEnd"/>
    </w:p>
    <w:p w14:paraId="65135821" w14:textId="77777777" w:rsidR="003536C8" w:rsidRPr="00253C20" w:rsidRDefault="003536C8" w:rsidP="003536C8">
      <w:pPr>
        <w:spacing w:after="40" w:line="252" w:lineRule="auto"/>
      </w:pPr>
    </w:p>
    <w:p w14:paraId="37747E14" w14:textId="28217B16" w:rsidR="00B569A9" w:rsidRDefault="00000000" w:rsidP="00253C20">
      <w:pPr>
        <w:pStyle w:val="BoxTitle"/>
        <w:spacing w:before="160"/>
      </w:pPr>
      <w:r>
        <w:t xml:space="preserve">❌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2F2737F0" w14:textId="77777777" w:rsidR="003536C8" w:rsidRPr="003536C8" w:rsidRDefault="003536C8" w:rsidP="003536C8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 xml:space="preserve">Voos </w:t>
      </w:r>
      <w:proofErr w:type="spellStart"/>
      <w:r w:rsidRPr="003536C8">
        <w:rPr>
          <w:rFonts w:cs="Segoe UI Symbol"/>
        </w:rPr>
        <w:t>internacionais</w:t>
      </w:r>
      <w:proofErr w:type="spellEnd"/>
      <w:r w:rsidRPr="003536C8">
        <w:rPr>
          <w:rFonts w:cs="Segoe UI Symbol"/>
        </w:rPr>
        <w:t xml:space="preserve">, </w:t>
      </w:r>
      <w:proofErr w:type="spellStart"/>
      <w:r w:rsidRPr="003536C8">
        <w:rPr>
          <w:rFonts w:cs="Segoe UI Symbol"/>
        </w:rPr>
        <w:t>domésticos</w:t>
      </w:r>
      <w:proofErr w:type="spellEnd"/>
      <w:r w:rsidRPr="003536C8">
        <w:rPr>
          <w:rFonts w:cs="Segoe UI Symbol"/>
        </w:rPr>
        <w:t xml:space="preserve"> e taxa de </w:t>
      </w:r>
      <w:proofErr w:type="spellStart"/>
      <w:r w:rsidRPr="003536C8">
        <w:rPr>
          <w:rFonts w:cs="Segoe UI Symbol"/>
        </w:rPr>
        <w:t>embarque</w:t>
      </w:r>
      <w:proofErr w:type="spellEnd"/>
      <w:r w:rsidRPr="003536C8">
        <w:rPr>
          <w:rFonts w:cs="Segoe UI Symbol"/>
        </w:rPr>
        <w:t xml:space="preserve"> no </w:t>
      </w:r>
      <w:proofErr w:type="spellStart"/>
      <w:r w:rsidRPr="003536C8">
        <w:rPr>
          <w:rFonts w:cs="Segoe UI Symbol"/>
        </w:rPr>
        <w:t>aeroporto</w:t>
      </w:r>
      <w:proofErr w:type="spellEnd"/>
    </w:p>
    <w:p w14:paraId="0E99C7D5" w14:textId="77777777" w:rsidR="003536C8" w:rsidRPr="003536C8" w:rsidRDefault="003536C8" w:rsidP="003536C8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proofErr w:type="spellStart"/>
      <w:r w:rsidRPr="003536C8">
        <w:rPr>
          <w:rFonts w:cs="Segoe UI Symbol"/>
        </w:rPr>
        <w:t>Refeições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não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mencionadas</w:t>
      </w:r>
      <w:proofErr w:type="spellEnd"/>
      <w:r w:rsidRPr="003536C8">
        <w:rPr>
          <w:rFonts w:cs="Segoe UI Symbol"/>
        </w:rPr>
        <w:t xml:space="preserve"> no </w:t>
      </w:r>
      <w:proofErr w:type="spellStart"/>
      <w:r w:rsidRPr="003536C8">
        <w:rPr>
          <w:rFonts w:cs="Segoe UI Symbol"/>
        </w:rPr>
        <w:t>Programa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Detalhado</w:t>
      </w:r>
      <w:proofErr w:type="spellEnd"/>
    </w:p>
    <w:p w14:paraId="3C940175" w14:textId="77777777" w:rsidR="003536C8" w:rsidRPr="003536C8" w:rsidRDefault="003536C8" w:rsidP="003536C8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 xml:space="preserve">Guia </w:t>
      </w:r>
      <w:proofErr w:type="spellStart"/>
      <w:r w:rsidRPr="003536C8">
        <w:rPr>
          <w:rFonts w:cs="Segoe UI Symbol"/>
        </w:rPr>
        <w:t>acompanhando</w:t>
      </w:r>
      <w:proofErr w:type="spellEnd"/>
      <w:r w:rsidRPr="003536C8">
        <w:rPr>
          <w:rFonts w:cs="Segoe UI Symbol"/>
        </w:rPr>
        <w:t xml:space="preserve"> o </w:t>
      </w:r>
      <w:proofErr w:type="spellStart"/>
      <w:r w:rsidRPr="003536C8">
        <w:rPr>
          <w:rFonts w:cs="Segoe UI Symbol"/>
        </w:rPr>
        <w:t>grupo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durante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todo</w:t>
      </w:r>
      <w:proofErr w:type="spellEnd"/>
      <w:r w:rsidRPr="003536C8">
        <w:rPr>
          <w:rFonts w:cs="Segoe UI Symbol"/>
        </w:rPr>
        <w:t xml:space="preserve"> o </w:t>
      </w:r>
      <w:proofErr w:type="spellStart"/>
      <w:r w:rsidRPr="003536C8">
        <w:rPr>
          <w:rFonts w:cs="Segoe UI Symbol"/>
        </w:rPr>
        <w:t>roteiro</w:t>
      </w:r>
      <w:proofErr w:type="spellEnd"/>
    </w:p>
    <w:p w14:paraId="1508BF7F" w14:textId="77777777" w:rsidR="003536C8" w:rsidRPr="003536C8" w:rsidRDefault="003536C8" w:rsidP="003536C8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>Early check-in e Late de check-out</w:t>
      </w:r>
    </w:p>
    <w:p w14:paraId="469574A6" w14:textId="77777777" w:rsidR="003536C8" w:rsidRPr="003536C8" w:rsidRDefault="003536C8" w:rsidP="003536C8">
      <w:pPr>
        <w:pStyle w:val="PargrafodaLista"/>
        <w:numPr>
          <w:ilvl w:val="0"/>
          <w:numId w:val="23"/>
        </w:numPr>
        <w:spacing w:after="40" w:line="252" w:lineRule="auto"/>
      </w:pPr>
      <w:proofErr w:type="spellStart"/>
      <w:r w:rsidRPr="003536C8">
        <w:rPr>
          <w:rFonts w:cs="Segoe UI Symbol"/>
        </w:rPr>
        <w:t>Gorjetas</w:t>
      </w:r>
      <w:proofErr w:type="spellEnd"/>
      <w:r w:rsidRPr="003536C8">
        <w:rPr>
          <w:rFonts w:cs="Segoe UI Symbol"/>
        </w:rPr>
        <w:t xml:space="preserve"> para </w:t>
      </w:r>
      <w:proofErr w:type="spellStart"/>
      <w:r w:rsidRPr="003536C8">
        <w:rPr>
          <w:rFonts w:cs="Segoe UI Symbol"/>
        </w:rPr>
        <w:t>guias</w:t>
      </w:r>
      <w:proofErr w:type="spellEnd"/>
      <w:r w:rsidRPr="003536C8">
        <w:rPr>
          <w:rFonts w:cs="Segoe UI Symbol"/>
        </w:rPr>
        <w:t xml:space="preserve">, </w:t>
      </w:r>
      <w:proofErr w:type="spellStart"/>
      <w:r w:rsidRPr="003536C8">
        <w:rPr>
          <w:rFonts w:cs="Segoe UI Symbol"/>
        </w:rPr>
        <w:t>motoristas</w:t>
      </w:r>
      <w:proofErr w:type="spellEnd"/>
      <w:r w:rsidRPr="003536C8">
        <w:rPr>
          <w:rFonts w:cs="Segoe UI Symbol"/>
        </w:rPr>
        <w:t xml:space="preserve"> e outros </w:t>
      </w:r>
      <w:proofErr w:type="spellStart"/>
      <w:r w:rsidRPr="003536C8">
        <w:rPr>
          <w:rFonts w:cs="Segoe UI Symbol"/>
        </w:rPr>
        <w:t>funcionários</w:t>
      </w:r>
      <w:proofErr w:type="spellEnd"/>
      <w:r w:rsidRPr="003536C8">
        <w:rPr>
          <w:rFonts w:cs="Segoe UI Symbol"/>
        </w:rPr>
        <w:t xml:space="preserve"> </w:t>
      </w:r>
      <w:proofErr w:type="spellStart"/>
      <w:r w:rsidRPr="003536C8">
        <w:rPr>
          <w:rFonts w:cs="Segoe UI Symbol"/>
        </w:rPr>
        <w:t>locais</w:t>
      </w:r>
      <w:proofErr w:type="spellEnd"/>
    </w:p>
    <w:p w14:paraId="30BA09B2" w14:textId="77777777" w:rsidR="003536C8" w:rsidRDefault="003536C8" w:rsidP="003536C8">
      <w:pPr>
        <w:spacing w:after="40" w:line="252" w:lineRule="auto"/>
      </w:pPr>
    </w:p>
    <w:p w14:paraId="6C12CECC" w14:textId="37EF9FFA" w:rsidR="003536C8" w:rsidRDefault="003536C8" w:rsidP="003536C8">
      <w:pPr>
        <w:pStyle w:val="BoxTitle"/>
        <w:spacing w:before="160"/>
      </w:pPr>
      <w:r w:rsidRPr="003536C8">
        <w:t>SUPLEMENTO VOO INTERNO PREVISTOS OU SIMILAR</w:t>
      </w:r>
      <w:r>
        <w:t>:</w:t>
      </w:r>
    </w:p>
    <w:p w14:paraId="2A4DE811" w14:textId="04DEA73A" w:rsidR="003536C8" w:rsidRDefault="003536C8" w:rsidP="003536C8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>INCLUI TAXAS E 1 BAGAGEM DE MÃO + 1 MALA DE 20KG</w:t>
      </w:r>
    </w:p>
    <w:p w14:paraId="1B81C2C6" w14:textId="77777777" w:rsidR="003536C8" w:rsidRPr="003536C8" w:rsidRDefault="003536C8" w:rsidP="003536C8">
      <w:pPr>
        <w:pStyle w:val="PargrafodaLista"/>
        <w:spacing w:after="40" w:line="252" w:lineRule="auto"/>
        <w:rPr>
          <w:rFonts w:cs="Segoe UI Symbol"/>
        </w:rPr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3853"/>
      </w:tblGrid>
      <w:tr w:rsidR="003536C8" w14:paraId="79FE85C8" w14:textId="77777777" w:rsidTr="003536C8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945FD9" w14:textId="2804ABD5" w:rsidR="003536C8" w:rsidRDefault="003536C8" w:rsidP="009E71BE">
            <w:pPr>
              <w:jc w:val="center"/>
            </w:pPr>
            <w:r w:rsidRPr="003536C8">
              <w:rPr>
                <w:b/>
                <w:color w:val="FFFFFF"/>
                <w:sz w:val="15"/>
              </w:rPr>
              <w:t>TRECHO BANGKOK / CHIANG RAI</w:t>
            </w:r>
          </w:p>
        </w:tc>
        <w:tc>
          <w:tcPr>
            <w:tcW w:w="3853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2DC57F" w14:textId="5D9398B6" w:rsidR="003536C8" w:rsidRPr="00495537" w:rsidRDefault="003536C8" w:rsidP="009E71BE">
            <w:pPr>
              <w:jc w:val="center"/>
              <w:rPr>
                <w:b/>
                <w:color w:val="FFFFFF"/>
                <w:sz w:val="15"/>
              </w:rPr>
            </w:pPr>
            <w:r w:rsidRPr="003536C8">
              <w:rPr>
                <w:b/>
                <w:color w:val="FFFFFF"/>
                <w:sz w:val="15"/>
              </w:rPr>
              <w:t>AIR ASIA (FD)/ Thai Airways International (TG)</w:t>
            </w:r>
          </w:p>
        </w:tc>
      </w:tr>
      <w:tr w:rsidR="003536C8" w14:paraId="39DC4D40" w14:textId="77777777" w:rsidTr="003536C8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5F3208" w14:textId="41FADC44" w:rsidR="003536C8" w:rsidRPr="00CA5E98" w:rsidRDefault="003536C8" w:rsidP="003536C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536C8">
              <w:rPr>
                <w:b/>
                <w:color w:val="123C69"/>
                <w:sz w:val="15"/>
                <w:lang w:val="pt-BR"/>
              </w:rPr>
              <w:t xml:space="preserve">22-Nov – TG 130 / Bangkok (BKK) → Chiang </w:t>
            </w:r>
            <w:proofErr w:type="spellStart"/>
            <w:r w:rsidRPr="003536C8">
              <w:rPr>
                <w:b/>
                <w:color w:val="123C69"/>
                <w:sz w:val="15"/>
                <w:lang w:val="pt-BR"/>
              </w:rPr>
              <w:t>Rai</w:t>
            </w:r>
            <w:proofErr w:type="spellEnd"/>
            <w:r w:rsidRPr="003536C8">
              <w:rPr>
                <w:b/>
                <w:color w:val="123C69"/>
                <w:sz w:val="15"/>
                <w:lang w:val="pt-BR"/>
              </w:rPr>
              <w:t xml:space="preserve"> (CEI) / Saída as 08:10 &amp; Chegada as 09:40</w:t>
            </w:r>
          </w:p>
        </w:tc>
        <w:tc>
          <w:tcPr>
            <w:tcW w:w="3853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0F37CB" w14:textId="0B7D02B4" w:rsidR="003536C8" w:rsidRPr="003536C8" w:rsidRDefault="003536C8" w:rsidP="003536C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536C8">
              <w:rPr>
                <w:b/>
                <w:color w:val="123C69"/>
                <w:sz w:val="15"/>
                <w:lang w:val="pt-BR"/>
              </w:rPr>
              <w:t>USD 299/</w:t>
            </w:r>
            <w:proofErr w:type="spellStart"/>
            <w:r w:rsidRPr="003536C8">
              <w:rPr>
                <w:b/>
                <w:color w:val="123C69"/>
                <w:sz w:val="15"/>
                <w:lang w:val="pt-BR"/>
              </w:rPr>
              <w:t>pax</w:t>
            </w:r>
            <w:proofErr w:type="spellEnd"/>
          </w:p>
        </w:tc>
      </w:tr>
    </w:tbl>
    <w:p w14:paraId="5721E701" w14:textId="7489194A" w:rsidR="00B569A9" w:rsidRPr="003536C8" w:rsidRDefault="003536C8" w:rsidP="003536C8">
      <w:pPr>
        <w:spacing w:after="40" w:line="252" w:lineRule="auto"/>
        <w:ind w:left="2127"/>
        <w:rPr>
          <w:i/>
          <w:iCs/>
        </w:rPr>
      </w:pPr>
      <w:r w:rsidRPr="003536C8">
        <w:rPr>
          <w:rFonts w:cs="Segoe UI Symbol"/>
          <w:i/>
          <w:iCs/>
        </w:rPr>
        <w:t>VALOR SUJEITO A ALTERAÇÃO NO MOMENTO DA CONFIRMAÇÃO</w:t>
      </w:r>
    </w:p>
    <w:p w14:paraId="459E717B" w14:textId="77777777" w:rsidR="003536C8" w:rsidRDefault="003536C8" w:rsidP="003536C8">
      <w:pPr>
        <w:rPr>
          <w:rFonts w:ascii="Segoe UI Emoji" w:hAnsi="Segoe UI Emoji" w:cs="Segoe UI Emoji"/>
        </w:rPr>
      </w:pPr>
    </w:p>
    <w:p w14:paraId="62CA1487" w14:textId="77777777" w:rsidR="006B1A01" w:rsidRDefault="006B1A01" w:rsidP="006B1A01">
      <w:pPr>
        <w:pBdr>
          <w:bottom w:val="single" w:sz="12" w:space="1" w:color="E6B35A"/>
        </w:pBdr>
        <w:spacing w:after="120"/>
      </w:pPr>
    </w:p>
    <w:p w14:paraId="4AA80700" w14:textId="286483AE" w:rsidR="00B569A9" w:rsidRPr="003536C8" w:rsidRDefault="003536C8" w:rsidP="006B1A01">
      <w:pPr>
        <w:jc w:val="center"/>
        <w:rPr>
          <w:rFonts w:ascii="Segoe UI Emoji" w:hAnsi="Segoe UI Emoji" w:cs="Segoe UI Emoji"/>
          <w:b/>
          <w:color w:val="123C69"/>
          <w:sz w:val="32"/>
        </w:rPr>
      </w:pPr>
      <w:r w:rsidRPr="003536C8">
        <w:rPr>
          <w:b/>
          <w:color w:val="123C69"/>
          <w:sz w:val="32"/>
        </w:rPr>
        <w:t xml:space="preserve">EXTENSÃO OPCIONAL </w:t>
      </w:r>
      <w:r w:rsidRPr="003536C8">
        <w:rPr>
          <w:b/>
          <w:color w:val="123C69"/>
          <w:sz w:val="32"/>
        </w:rPr>
        <w:t>PHUKET (</w:t>
      </w:r>
      <w:r w:rsidR="00CA5E98" w:rsidRPr="003536C8">
        <w:rPr>
          <w:b/>
          <w:color w:val="123C69"/>
          <w:sz w:val="32"/>
        </w:rPr>
        <w:t>4</w:t>
      </w:r>
      <w:r w:rsidR="00000000" w:rsidRPr="003536C8">
        <w:rPr>
          <w:b/>
          <w:color w:val="123C69"/>
          <w:sz w:val="32"/>
        </w:rPr>
        <w:t xml:space="preserve"> DIAS / </w:t>
      </w:r>
      <w:r w:rsidR="00CA5E98" w:rsidRPr="003536C8">
        <w:rPr>
          <w:b/>
          <w:color w:val="123C69"/>
          <w:sz w:val="32"/>
        </w:rPr>
        <w:t>3</w:t>
      </w:r>
      <w:r w:rsidR="00000000" w:rsidRPr="003536C8">
        <w:rPr>
          <w:b/>
          <w:color w:val="123C69"/>
          <w:sz w:val="32"/>
        </w:rPr>
        <w:t xml:space="preserve"> NOITES)</w:t>
      </w:r>
    </w:p>
    <w:p w14:paraId="5D2BB58C" w14:textId="63599DB0" w:rsidR="003536C8" w:rsidRPr="006254D6" w:rsidRDefault="00000000" w:rsidP="006254D6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 w:rsidR="006254D6">
        <w:t>9</w:t>
      </w:r>
      <w:r>
        <w:t xml:space="preserve">º </w:t>
      </w:r>
      <w:proofErr w:type="spellStart"/>
      <w:r>
        <w:t>dia</w:t>
      </w:r>
      <w:proofErr w:type="spellEnd"/>
      <w:r w:rsidR="006254D6">
        <w:t xml:space="preserve"> (26 NOV)</w:t>
      </w:r>
      <w:r>
        <w:t xml:space="preserve">: </w:t>
      </w:r>
      <w:r w:rsidR="003536C8" w:rsidRPr="003536C8">
        <w:t xml:space="preserve">Phuket </w:t>
      </w:r>
    </w:p>
    <w:p w14:paraId="70E0A62E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Na </w:t>
      </w:r>
      <w:proofErr w:type="spellStart"/>
      <w:r w:rsidRPr="006254D6">
        <w:t>chegada</w:t>
      </w:r>
      <w:proofErr w:type="spellEnd"/>
      <w:r w:rsidRPr="006254D6">
        <w:t xml:space="preserve">, </w:t>
      </w:r>
      <w:proofErr w:type="spellStart"/>
      <w:r w:rsidRPr="006254D6">
        <w:t>traslado</w:t>
      </w:r>
      <w:proofErr w:type="spellEnd"/>
      <w:r w:rsidRPr="006254D6">
        <w:t xml:space="preserve"> </w:t>
      </w:r>
      <w:proofErr w:type="spellStart"/>
      <w:r w:rsidRPr="006254D6">
        <w:t>ao</w:t>
      </w:r>
      <w:proofErr w:type="spellEnd"/>
      <w:r w:rsidRPr="006254D6">
        <w:t xml:space="preserve"> hotel </w:t>
      </w:r>
      <w:proofErr w:type="spellStart"/>
      <w:r w:rsidRPr="006254D6">
        <w:t>sem</w:t>
      </w:r>
      <w:proofErr w:type="spellEnd"/>
      <w:r w:rsidRPr="006254D6">
        <w:t xml:space="preserve"> </w:t>
      </w:r>
      <w:proofErr w:type="spellStart"/>
      <w:r w:rsidRPr="006254D6">
        <w:t>guia</w:t>
      </w:r>
      <w:proofErr w:type="spellEnd"/>
      <w:r w:rsidRPr="006254D6">
        <w:t>.</w:t>
      </w:r>
    </w:p>
    <w:p w14:paraId="7554293F" w14:textId="77777777" w:rsidR="003536C8" w:rsidRPr="006254D6" w:rsidRDefault="003536C8" w:rsidP="003536C8">
      <w:pPr>
        <w:spacing w:after="40" w:line="252" w:lineRule="auto"/>
        <w:jc w:val="both"/>
      </w:pPr>
      <w:r w:rsidRPr="006254D6">
        <w:t>Tempo livre.</w:t>
      </w:r>
    </w:p>
    <w:p w14:paraId="38BF3D83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Refeições</w:t>
      </w:r>
      <w:proofErr w:type="spellEnd"/>
      <w:r w:rsidRPr="006254D6">
        <w:t xml:space="preserve">: </w:t>
      </w:r>
      <w:proofErr w:type="spellStart"/>
      <w:r w:rsidRPr="006254D6">
        <w:t>Não</w:t>
      </w:r>
      <w:proofErr w:type="spellEnd"/>
    </w:p>
    <w:p w14:paraId="1BA7AC86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Observação</w:t>
      </w:r>
      <w:proofErr w:type="spellEnd"/>
      <w:r w:rsidRPr="006254D6">
        <w:t xml:space="preserve">: O check-in no hotel é </w:t>
      </w:r>
      <w:proofErr w:type="spellStart"/>
      <w:r w:rsidRPr="006254D6">
        <w:t>por</w:t>
      </w:r>
      <w:proofErr w:type="spellEnd"/>
      <w:r w:rsidRPr="006254D6">
        <w:t xml:space="preserve"> volta das 14h00 (</w:t>
      </w:r>
      <w:proofErr w:type="spellStart"/>
      <w:r w:rsidRPr="006254D6">
        <w:t>consulte</w:t>
      </w:r>
      <w:proofErr w:type="spellEnd"/>
      <w:r w:rsidRPr="006254D6">
        <w:t xml:space="preserve"> </w:t>
      </w:r>
      <w:proofErr w:type="spellStart"/>
      <w:r w:rsidRPr="006254D6">
        <w:t>suplemento</w:t>
      </w:r>
      <w:proofErr w:type="spellEnd"/>
      <w:r w:rsidRPr="006254D6">
        <w:t xml:space="preserve"> para check-in </w:t>
      </w:r>
      <w:proofErr w:type="spellStart"/>
      <w:r w:rsidRPr="006254D6">
        <w:t>antecipado</w:t>
      </w:r>
      <w:proofErr w:type="spellEnd"/>
      <w:r w:rsidRPr="006254D6">
        <w:t>).</w:t>
      </w:r>
    </w:p>
    <w:p w14:paraId="0A9253AB" w14:textId="77777777" w:rsidR="003536C8" w:rsidRPr="003536C8" w:rsidRDefault="003536C8" w:rsidP="003536C8">
      <w:pPr>
        <w:spacing w:after="40" w:line="252" w:lineRule="auto"/>
        <w:jc w:val="both"/>
        <w:rPr>
          <w:b/>
          <w:color w:val="0F5D7F"/>
          <w:sz w:val="21"/>
        </w:rPr>
      </w:pPr>
    </w:p>
    <w:p w14:paraId="62590F31" w14:textId="4F71501F" w:rsidR="006254D6" w:rsidRPr="006254D6" w:rsidRDefault="006254D6" w:rsidP="006254D6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10</w:t>
      </w:r>
      <w:r>
        <w:t xml:space="preserve">º </w:t>
      </w:r>
      <w:proofErr w:type="spellStart"/>
      <w:r>
        <w:t>dia</w:t>
      </w:r>
      <w:proofErr w:type="spellEnd"/>
      <w:r>
        <w:t xml:space="preserve"> (2</w:t>
      </w:r>
      <w:r>
        <w:t>7</w:t>
      </w:r>
      <w:r>
        <w:t xml:space="preserve"> NOV): </w:t>
      </w:r>
      <w:r w:rsidRPr="003536C8">
        <w:t xml:space="preserve">Phuket </w:t>
      </w:r>
    </w:p>
    <w:p w14:paraId="6BC537A5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Tempo livre para </w:t>
      </w:r>
      <w:proofErr w:type="spellStart"/>
      <w:r w:rsidRPr="006254D6">
        <w:t>aproveitar</w:t>
      </w:r>
      <w:proofErr w:type="spellEnd"/>
      <w:r w:rsidRPr="006254D6">
        <w:t xml:space="preserve"> as </w:t>
      </w:r>
      <w:proofErr w:type="spellStart"/>
      <w:r w:rsidRPr="006254D6">
        <w:t>praias</w:t>
      </w:r>
      <w:proofErr w:type="spellEnd"/>
      <w:r w:rsidRPr="006254D6">
        <w:t xml:space="preserve"> </w:t>
      </w:r>
      <w:proofErr w:type="spellStart"/>
      <w:r w:rsidRPr="006254D6">
        <w:t>por</w:t>
      </w:r>
      <w:proofErr w:type="spellEnd"/>
      <w:r w:rsidRPr="006254D6">
        <w:t xml:space="preserve"> </w:t>
      </w:r>
      <w:proofErr w:type="spellStart"/>
      <w:r w:rsidRPr="006254D6">
        <w:t>conta</w:t>
      </w:r>
      <w:proofErr w:type="spellEnd"/>
      <w:r w:rsidRPr="006254D6">
        <w:t xml:space="preserve"> </w:t>
      </w:r>
      <w:proofErr w:type="spellStart"/>
      <w:r w:rsidRPr="006254D6">
        <w:t>própria</w:t>
      </w:r>
      <w:proofErr w:type="spellEnd"/>
      <w:r w:rsidRPr="006254D6">
        <w:t>.</w:t>
      </w:r>
    </w:p>
    <w:p w14:paraId="07F4AA5C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rPr>
          <w:b/>
          <w:bCs/>
        </w:rPr>
        <w:t>Refeições</w:t>
      </w:r>
      <w:proofErr w:type="spellEnd"/>
      <w:r w:rsidRPr="006254D6">
        <w:t xml:space="preserve">: Café da </w:t>
      </w:r>
      <w:proofErr w:type="spellStart"/>
      <w:r w:rsidRPr="006254D6">
        <w:t>manhã</w:t>
      </w:r>
      <w:proofErr w:type="spellEnd"/>
      <w:r w:rsidRPr="006254D6">
        <w:t xml:space="preserve"> no hotel.</w:t>
      </w:r>
    </w:p>
    <w:p w14:paraId="503830CF" w14:textId="77777777" w:rsidR="003536C8" w:rsidRPr="006254D6" w:rsidRDefault="003536C8" w:rsidP="003536C8">
      <w:pPr>
        <w:spacing w:after="40" w:line="252" w:lineRule="auto"/>
        <w:jc w:val="both"/>
      </w:pPr>
    </w:p>
    <w:p w14:paraId="16B5678B" w14:textId="77777777" w:rsidR="003536C8" w:rsidRPr="006254D6" w:rsidRDefault="003536C8" w:rsidP="003536C8">
      <w:pPr>
        <w:spacing w:after="40" w:line="252" w:lineRule="auto"/>
        <w:jc w:val="both"/>
        <w:rPr>
          <w:b/>
          <w:bCs/>
        </w:rPr>
      </w:pPr>
      <w:r w:rsidRPr="006254D6">
        <w:rPr>
          <w:b/>
          <w:bCs/>
        </w:rPr>
        <w:t>OPCIONAL PASSEIO À ILHA JAMES BOND</w:t>
      </w:r>
    </w:p>
    <w:p w14:paraId="4851FA04" w14:textId="77777777" w:rsidR="003536C8" w:rsidRPr="006254D6" w:rsidRDefault="003536C8" w:rsidP="003536C8">
      <w:pPr>
        <w:spacing w:after="40" w:line="252" w:lineRule="auto"/>
        <w:jc w:val="both"/>
      </w:pPr>
      <w:r w:rsidRPr="006254D6">
        <w:t>PREÇO POR PESSOA: USD 78</w:t>
      </w:r>
    </w:p>
    <w:p w14:paraId="0BF13FFA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Em lancha </w:t>
      </w:r>
      <w:proofErr w:type="spellStart"/>
      <w:r w:rsidRPr="006254D6">
        <w:t>rápida</w:t>
      </w:r>
      <w:proofErr w:type="spellEnd"/>
      <w:r w:rsidRPr="006254D6">
        <w:t xml:space="preserve"> + </w:t>
      </w:r>
      <w:proofErr w:type="spellStart"/>
      <w:r w:rsidRPr="006254D6">
        <w:t>canoagem</w:t>
      </w:r>
      <w:proofErr w:type="spellEnd"/>
    </w:p>
    <w:p w14:paraId="4130091A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08h30 – </w:t>
      </w:r>
      <w:proofErr w:type="spellStart"/>
      <w:r w:rsidRPr="006254D6">
        <w:t>Saída</w:t>
      </w:r>
      <w:proofErr w:type="spellEnd"/>
      <w:r w:rsidRPr="006254D6">
        <w:t xml:space="preserve"> do hotel</w:t>
      </w:r>
    </w:p>
    <w:p w14:paraId="6AD9F585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Traslado</w:t>
      </w:r>
      <w:proofErr w:type="spellEnd"/>
      <w:r w:rsidRPr="006254D6">
        <w:t xml:space="preserve"> do hotel </w:t>
      </w:r>
      <w:proofErr w:type="spellStart"/>
      <w:r w:rsidRPr="006254D6">
        <w:t>até</w:t>
      </w:r>
      <w:proofErr w:type="spellEnd"/>
      <w:r w:rsidRPr="006254D6">
        <w:t xml:space="preserve"> Ao Por Grand Marina</w:t>
      </w:r>
    </w:p>
    <w:p w14:paraId="46ACEFAB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Saída</w:t>
      </w:r>
      <w:proofErr w:type="spellEnd"/>
      <w:r w:rsidRPr="006254D6">
        <w:t xml:space="preserve"> de Ao Por Grand Marina </w:t>
      </w:r>
      <w:proofErr w:type="spellStart"/>
      <w:r w:rsidRPr="006254D6">
        <w:t>em</w:t>
      </w:r>
      <w:proofErr w:type="spellEnd"/>
      <w:r w:rsidRPr="006254D6">
        <w:t xml:space="preserve"> </w:t>
      </w:r>
      <w:proofErr w:type="spellStart"/>
      <w:r w:rsidRPr="006254D6">
        <w:t>direção</w:t>
      </w:r>
      <w:proofErr w:type="spellEnd"/>
      <w:r w:rsidRPr="006254D6">
        <w:t xml:space="preserve"> à Baía de Phang Nga (lancha </w:t>
      </w:r>
      <w:proofErr w:type="spellStart"/>
      <w:r w:rsidRPr="006254D6">
        <w:t>rápida</w:t>
      </w:r>
      <w:proofErr w:type="spellEnd"/>
      <w:r w:rsidRPr="006254D6">
        <w:t>)</w:t>
      </w:r>
    </w:p>
    <w:p w14:paraId="737352CD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Paradas e </w:t>
      </w:r>
      <w:proofErr w:type="spellStart"/>
      <w:r w:rsidRPr="006254D6">
        <w:t>atividades</w:t>
      </w:r>
      <w:proofErr w:type="spellEnd"/>
      <w:r w:rsidRPr="006254D6">
        <w:t>:</w:t>
      </w:r>
    </w:p>
    <w:p w14:paraId="2A3C80F4" w14:textId="77777777" w:rsidR="003536C8" w:rsidRPr="006254D6" w:rsidRDefault="003536C8" w:rsidP="003536C8">
      <w:pPr>
        <w:spacing w:after="40" w:line="252" w:lineRule="auto"/>
        <w:jc w:val="both"/>
      </w:pPr>
      <w:r w:rsidRPr="006254D6">
        <w:t>Ilha Panak</w:t>
      </w:r>
    </w:p>
    <w:p w14:paraId="6E2BDB7E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Caverna dos </w:t>
      </w:r>
      <w:proofErr w:type="spellStart"/>
      <w:r w:rsidRPr="006254D6">
        <w:t>Morcegos</w:t>
      </w:r>
      <w:proofErr w:type="spellEnd"/>
      <w:r w:rsidRPr="006254D6">
        <w:t xml:space="preserve"> (</w:t>
      </w:r>
      <w:proofErr w:type="spellStart"/>
      <w:r w:rsidRPr="006254D6">
        <w:t>dependendo</w:t>
      </w:r>
      <w:proofErr w:type="spellEnd"/>
      <w:r w:rsidRPr="006254D6">
        <w:t xml:space="preserve"> das </w:t>
      </w:r>
      <w:proofErr w:type="spellStart"/>
      <w:r w:rsidRPr="006254D6">
        <w:t>condições</w:t>
      </w:r>
      <w:proofErr w:type="spellEnd"/>
      <w:r w:rsidRPr="006254D6">
        <w:t xml:space="preserve"> do mar e da </w:t>
      </w:r>
      <w:proofErr w:type="spellStart"/>
      <w:r w:rsidRPr="006254D6">
        <w:t>maré</w:t>
      </w:r>
      <w:proofErr w:type="spellEnd"/>
      <w:r w:rsidRPr="006254D6">
        <w:t>)</w:t>
      </w:r>
    </w:p>
    <w:p w14:paraId="23905C39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Visita e </w:t>
      </w:r>
      <w:proofErr w:type="spellStart"/>
      <w:r w:rsidRPr="006254D6">
        <w:t>almoço</w:t>
      </w:r>
      <w:proofErr w:type="spellEnd"/>
      <w:r w:rsidRPr="006254D6">
        <w:t xml:space="preserve"> </w:t>
      </w:r>
      <w:proofErr w:type="spellStart"/>
      <w:r w:rsidRPr="006254D6">
        <w:t>na</w:t>
      </w:r>
      <w:proofErr w:type="spellEnd"/>
      <w:r w:rsidRPr="006254D6">
        <w:t xml:space="preserve"> Ilha </w:t>
      </w:r>
      <w:proofErr w:type="spellStart"/>
      <w:r w:rsidRPr="006254D6">
        <w:t>Panyee</w:t>
      </w:r>
      <w:proofErr w:type="spellEnd"/>
    </w:p>
    <w:p w14:paraId="742EBC76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Caiaque</w:t>
      </w:r>
      <w:proofErr w:type="spellEnd"/>
      <w:r w:rsidRPr="006254D6">
        <w:t xml:space="preserve"> </w:t>
      </w:r>
      <w:proofErr w:type="spellStart"/>
      <w:r w:rsidRPr="006254D6">
        <w:t>marítimo</w:t>
      </w:r>
      <w:proofErr w:type="spellEnd"/>
      <w:r w:rsidRPr="006254D6">
        <w:t xml:space="preserve"> </w:t>
      </w:r>
      <w:proofErr w:type="spellStart"/>
      <w:r w:rsidRPr="006254D6">
        <w:t>na</w:t>
      </w:r>
      <w:proofErr w:type="spellEnd"/>
      <w:r w:rsidRPr="006254D6">
        <w:t xml:space="preserve"> Ilha Hong</w:t>
      </w:r>
    </w:p>
    <w:p w14:paraId="4000FF31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Passeio</w:t>
      </w:r>
      <w:proofErr w:type="spellEnd"/>
      <w:r w:rsidRPr="006254D6">
        <w:t xml:space="preserve"> </w:t>
      </w:r>
      <w:proofErr w:type="spellStart"/>
      <w:r w:rsidRPr="006254D6">
        <w:t>panorâmico</w:t>
      </w:r>
      <w:proofErr w:type="spellEnd"/>
      <w:r w:rsidRPr="006254D6">
        <w:t xml:space="preserve"> </w:t>
      </w:r>
      <w:proofErr w:type="spellStart"/>
      <w:r w:rsidRPr="006254D6">
        <w:t>ao</w:t>
      </w:r>
      <w:proofErr w:type="spellEnd"/>
      <w:r w:rsidRPr="006254D6">
        <w:t xml:space="preserve"> </w:t>
      </w:r>
      <w:proofErr w:type="spellStart"/>
      <w:r w:rsidRPr="006254D6">
        <w:t>redor</w:t>
      </w:r>
      <w:proofErr w:type="spellEnd"/>
      <w:r w:rsidRPr="006254D6">
        <w:t xml:space="preserve"> da Ilha Hong</w:t>
      </w:r>
    </w:p>
    <w:p w14:paraId="014ACC41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Visita a Khao </w:t>
      </w:r>
      <w:proofErr w:type="spellStart"/>
      <w:r w:rsidRPr="006254D6">
        <w:t>Tapoo</w:t>
      </w:r>
      <w:proofErr w:type="spellEnd"/>
      <w:r w:rsidRPr="006254D6">
        <w:t xml:space="preserve"> (Ilha James Bond) e Khao </w:t>
      </w:r>
      <w:proofErr w:type="spellStart"/>
      <w:r w:rsidRPr="006254D6">
        <w:t>Phing</w:t>
      </w:r>
      <w:proofErr w:type="spellEnd"/>
      <w:r w:rsidRPr="006254D6">
        <w:t xml:space="preserve"> Kan</w:t>
      </w:r>
    </w:p>
    <w:p w14:paraId="2D8A77BC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Chegada</w:t>
      </w:r>
      <w:proofErr w:type="spellEnd"/>
      <w:r w:rsidRPr="006254D6">
        <w:t xml:space="preserve"> à Ilha Naka: tempo livre para </w:t>
      </w:r>
      <w:proofErr w:type="spellStart"/>
      <w:r w:rsidRPr="006254D6">
        <w:t>nadar</w:t>
      </w:r>
      <w:proofErr w:type="spellEnd"/>
      <w:r w:rsidRPr="006254D6">
        <w:t xml:space="preserve"> e </w:t>
      </w:r>
      <w:proofErr w:type="spellStart"/>
      <w:r w:rsidRPr="006254D6">
        <w:t>relaxar</w:t>
      </w:r>
      <w:proofErr w:type="spellEnd"/>
    </w:p>
    <w:p w14:paraId="342041E3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Retorno</w:t>
      </w:r>
      <w:proofErr w:type="spellEnd"/>
      <w:r w:rsidRPr="006254D6">
        <w:t>:</w:t>
      </w:r>
    </w:p>
    <w:p w14:paraId="548C7798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Retorno</w:t>
      </w:r>
      <w:proofErr w:type="spellEnd"/>
      <w:r w:rsidRPr="006254D6">
        <w:t xml:space="preserve"> a Ao Por Grand Marina</w:t>
      </w:r>
    </w:p>
    <w:p w14:paraId="2BD4E769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16h00 – 16h30 – </w:t>
      </w:r>
      <w:proofErr w:type="spellStart"/>
      <w:r w:rsidRPr="006254D6">
        <w:t>Retorno</w:t>
      </w:r>
      <w:proofErr w:type="spellEnd"/>
      <w:r w:rsidRPr="006254D6">
        <w:t xml:space="preserve"> </w:t>
      </w:r>
      <w:proofErr w:type="spellStart"/>
      <w:r w:rsidRPr="006254D6">
        <w:t>ao</w:t>
      </w:r>
      <w:proofErr w:type="spellEnd"/>
      <w:r w:rsidRPr="006254D6">
        <w:t xml:space="preserve"> hotel</w:t>
      </w:r>
    </w:p>
    <w:p w14:paraId="4175E84F" w14:textId="77777777" w:rsidR="006254D6" w:rsidRDefault="006254D6" w:rsidP="003536C8">
      <w:pPr>
        <w:spacing w:after="40" w:line="252" w:lineRule="auto"/>
        <w:jc w:val="both"/>
        <w:rPr>
          <w:b/>
          <w:bCs/>
        </w:rPr>
      </w:pPr>
    </w:p>
    <w:p w14:paraId="21BE7991" w14:textId="491B9026" w:rsidR="003536C8" w:rsidRPr="006254D6" w:rsidRDefault="003536C8" w:rsidP="003536C8">
      <w:pPr>
        <w:spacing w:after="40" w:line="252" w:lineRule="auto"/>
        <w:jc w:val="both"/>
        <w:rPr>
          <w:b/>
          <w:bCs/>
        </w:rPr>
      </w:pPr>
      <w:proofErr w:type="spellStart"/>
      <w:r w:rsidRPr="006254D6">
        <w:rPr>
          <w:b/>
          <w:bCs/>
        </w:rPr>
        <w:t>Inclui</w:t>
      </w:r>
      <w:proofErr w:type="spellEnd"/>
      <w:r w:rsidRPr="006254D6">
        <w:rPr>
          <w:b/>
          <w:bCs/>
        </w:rPr>
        <w:t>:</w:t>
      </w:r>
    </w:p>
    <w:p w14:paraId="234A8206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Minibus regular com </w:t>
      </w:r>
      <w:proofErr w:type="spellStart"/>
      <w:r w:rsidRPr="006254D6">
        <w:t>ar-condicionado</w:t>
      </w:r>
      <w:proofErr w:type="spellEnd"/>
    </w:p>
    <w:p w14:paraId="7C6AEB8E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Refrigerantes</w:t>
      </w:r>
      <w:proofErr w:type="spellEnd"/>
      <w:r w:rsidRPr="006254D6">
        <w:t xml:space="preserve">, </w:t>
      </w:r>
      <w:proofErr w:type="spellStart"/>
      <w:r w:rsidRPr="006254D6">
        <w:t>petiscos</w:t>
      </w:r>
      <w:proofErr w:type="spellEnd"/>
      <w:r w:rsidRPr="006254D6">
        <w:t xml:space="preserve"> e </w:t>
      </w:r>
      <w:proofErr w:type="spellStart"/>
      <w:r w:rsidRPr="006254D6">
        <w:t>frutas</w:t>
      </w:r>
      <w:proofErr w:type="spellEnd"/>
      <w:r w:rsidRPr="006254D6">
        <w:t xml:space="preserve"> </w:t>
      </w:r>
      <w:proofErr w:type="spellStart"/>
      <w:r w:rsidRPr="006254D6">
        <w:t>durante</w:t>
      </w:r>
      <w:proofErr w:type="spellEnd"/>
      <w:r w:rsidRPr="006254D6">
        <w:t xml:space="preserve"> </w:t>
      </w:r>
      <w:proofErr w:type="spellStart"/>
      <w:r w:rsidRPr="006254D6">
        <w:t>toda</w:t>
      </w:r>
      <w:proofErr w:type="spellEnd"/>
      <w:r w:rsidRPr="006254D6">
        <w:t xml:space="preserve"> </w:t>
      </w:r>
      <w:proofErr w:type="gramStart"/>
      <w:r w:rsidRPr="006254D6">
        <w:t>a</w:t>
      </w:r>
      <w:proofErr w:type="gramEnd"/>
      <w:r w:rsidRPr="006254D6">
        <w:t xml:space="preserve"> </w:t>
      </w:r>
      <w:proofErr w:type="spellStart"/>
      <w:r w:rsidRPr="006254D6">
        <w:t>excursão</w:t>
      </w:r>
      <w:proofErr w:type="spellEnd"/>
    </w:p>
    <w:p w14:paraId="2CDB9C73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Almoço</w:t>
      </w:r>
      <w:proofErr w:type="spellEnd"/>
      <w:r w:rsidRPr="006254D6">
        <w:t xml:space="preserve"> principal (</w:t>
      </w:r>
      <w:proofErr w:type="spellStart"/>
      <w:r w:rsidRPr="006254D6">
        <w:t>frutos</w:t>
      </w:r>
      <w:proofErr w:type="spellEnd"/>
      <w:r w:rsidRPr="006254D6">
        <w:t xml:space="preserve"> do mar) </w:t>
      </w:r>
      <w:proofErr w:type="spellStart"/>
      <w:r w:rsidRPr="006254D6">
        <w:t>na</w:t>
      </w:r>
      <w:proofErr w:type="spellEnd"/>
      <w:r w:rsidRPr="006254D6">
        <w:t xml:space="preserve"> </w:t>
      </w:r>
      <w:proofErr w:type="spellStart"/>
      <w:r w:rsidRPr="006254D6">
        <w:t>vila</w:t>
      </w:r>
      <w:proofErr w:type="spellEnd"/>
      <w:r w:rsidRPr="006254D6">
        <w:t xml:space="preserve"> </w:t>
      </w:r>
      <w:proofErr w:type="spellStart"/>
      <w:r w:rsidRPr="006254D6">
        <w:t>flutuante</w:t>
      </w:r>
      <w:proofErr w:type="spellEnd"/>
    </w:p>
    <w:p w14:paraId="000DB6FB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Opções</w:t>
      </w:r>
      <w:proofErr w:type="spellEnd"/>
      <w:r w:rsidRPr="006254D6">
        <w:t xml:space="preserve"> halal </w:t>
      </w:r>
      <w:proofErr w:type="spellStart"/>
      <w:r w:rsidRPr="006254D6">
        <w:t>ou</w:t>
      </w:r>
      <w:proofErr w:type="spellEnd"/>
      <w:r w:rsidRPr="006254D6">
        <w:t xml:space="preserve"> </w:t>
      </w:r>
      <w:proofErr w:type="spellStart"/>
      <w:r w:rsidRPr="006254D6">
        <w:t>vegetarianas</w:t>
      </w:r>
      <w:proofErr w:type="spellEnd"/>
      <w:r w:rsidRPr="006254D6">
        <w:t xml:space="preserve"> </w:t>
      </w:r>
      <w:proofErr w:type="spellStart"/>
      <w:r w:rsidRPr="006254D6">
        <w:t>mediante</w:t>
      </w:r>
      <w:proofErr w:type="spellEnd"/>
      <w:r w:rsidRPr="006254D6">
        <w:t xml:space="preserve"> </w:t>
      </w:r>
      <w:proofErr w:type="spellStart"/>
      <w:r w:rsidRPr="006254D6">
        <w:t>solicitação</w:t>
      </w:r>
      <w:proofErr w:type="spellEnd"/>
    </w:p>
    <w:p w14:paraId="29316E70" w14:textId="77777777" w:rsidR="003536C8" w:rsidRPr="006254D6" w:rsidRDefault="003536C8" w:rsidP="003536C8">
      <w:pPr>
        <w:spacing w:after="40" w:line="252" w:lineRule="auto"/>
        <w:jc w:val="both"/>
      </w:pPr>
      <w:r w:rsidRPr="006254D6">
        <w:t>Seguro (</w:t>
      </w:r>
      <w:proofErr w:type="spellStart"/>
      <w:r w:rsidRPr="006254D6">
        <w:t>somente</w:t>
      </w:r>
      <w:proofErr w:type="spellEnd"/>
      <w:r w:rsidRPr="006254D6">
        <w:t xml:space="preserve"> contra </w:t>
      </w:r>
      <w:proofErr w:type="spellStart"/>
      <w:r w:rsidRPr="006254D6">
        <w:t>acidentes</w:t>
      </w:r>
      <w:proofErr w:type="spellEnd"/>
      <w:r w:rsidRPr="006254D6">
        <w:t>)</w:t>
      </w:r>
    </w:p>
    <w:p w14:paraId="68667B74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Guia </w:t>
      </w:r>
      <w:proofErr w:type="spellStart"/>
      <w:r w:rsidRPr="006254D6">
        <w:t>turístico</w:t>
      </w:r>
      <w:proofErr w:type="spellEnd"/>
      <w:r w:rsidRPr="006254D6">
        <w:t xml:space="preserve"> </w:t>
      </w:r>
      <w:proofErr w:type="spellStart"/>
      <w:r w:rsidRPr="006254D6">
        <w:t>profissional</w:t>
      </w:r>
      <w:proofErr w:type="spellEnd"/>
      <w:r w:rsidRPr="006254D6">
        <w:t xml:space="preserve"> (</w:t>
      </w:r>
      <w:proofErr w:type="spellStart"/>
      <w:r w:rsidRPr="006254D6">
        <w:t>em</w:t>
      </w:r>
      <w:proofErr w:type="spellEnd"/>
      <w:r w:rsidRPr="006254D6">
        <w:t xml:space="preserve"> </w:t>
      </w:r>
      <w:proofErr w:type="spellStart"/>
      <w:r w:rsidRPr="006254D6">
        <w:t>inglês</w:t>
      </w:r>
      <w:proofErr w:type="spellEnd"/>
      <w:r w:rsidRPr="006254D6">
        <w:t xml:space="preserve">), </w:t>
      </w:r>
      <w:proofErr w:type="spellStart"/>
      <w:r w:rsidRPr="006254D6">
        <w:t>atencioso</w:t>
      </w:r>
      <w:proofErr w:type="spellEnd"/>
      <w:r w:rsidRPr="006254D6">
        <w:t xml:space="preserve"> e com alto </w:t>
      </w:r>
      <w:proofErr w:type="spellStart"/>
      <w:r w:rsidRPr="006254D6">
        <w:t>padrão</w:t>
      </w:r>
      <w:proofErr w:type="spellEnd"/>
      <w:r w:rsidRPr="006254D6">
        <w:t xml:space="preserve"> de </w:t>
      </w:r>
      <w:proofErr w:type="spellStart"/>
      <w:r w:rsidRPr="006254D6">
        <w:t>serviço</w:t>
      </w:r>
      <w:proofErr w:type="spellEnd"/>
    </w:p>
    <w:p w14:paraId="241DB9F3" w14:textId="77777777" w:rsidR="006254D6" w:rsidRDefault="006254D6" w:rsidP="003536C8">
      <w:pPr>
        <w:spacing w:after="40" w:line="252" w:lineRule="auto"/>
        <w:jc w:val="both"/>
        <w:rPr>
          <w:b/>
          <w:bCs/>
        </w:rPr>
      </w:pPr>
    </w:p>
    <w:p w14:paraId="790267A9" w14:textId="635DE4C1" w:rsidR="003536C8" w:rsidRPr="006254D6" w:rsidRDefault="003536C8" w:rsidP="003536C8">
      <w:pPr>
        <w:spacing w:after="40" w:line="252" w:lineRule="auto"/>
        <w:jc w:val="both"/>
        <w:rPr>
          <w:b/>
          <w:bCs/>
        </w:rPr>
      </w:pPr>
      <w:proofErr w:type="spellStart"/>
      <w:r w:rsidRPr="006254D6">
        <w:rPr>
          <w:b/>
          <w:bCs/>
        </w:rPr>
        <w:t>Não</w:t>
      </w:r>
      <w:proofErr w:type="spellEnd"/>
      <w:r w:rsidRPr="006254D6">
        <w:rPr>
          <w:b/>
          <w:bCs/>
        </w:rPr>
        <w:t xml:space="preserve"> </w:t>
      </w:r>
      <w:proofErr w:type="spellStart"/>
      <w:r w:rsidRPr="006254D6">
        <w:rPr>
          <w:b/>
          <w:bCs/>
        </w:rPr>
        <w:t>inclui</w:t>
      </w:r>
      <w:proofErr w:type="spellEnd"/>
      <w:r w:rsidRPr="006254D6">
        <w:rPr>
          <w:b/>
          <w:bCs/>
        </w:rPr>
        <w:t>:</w:t>
      </w:r>
    </w:p>
    <w:p w14:paraId="6C4FBFA5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Gorjetas</w:t>
      </w:r>
      <w:proofErr w:type="spellEnd"/>
    </w:p>
    <w:p w14:paraId="4A780385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Despesas</w:t>
      </w:r>
      <w:proofErr w:type="spellEnd"/>
      <w:r w:rsidRPr="006254D6">
        <w:t xml:space="preserve"> </w:t>
      </w:r>
      <w:proofErr w:type="spellStart"/>
      <w:r w:rsidRPr="006254D6">
        <w:t>pessoais</w:t>
      </w:r>
      <w:proofErr w:type="spellEnd"/>
    </w:p>
    <w:p w14:paraId="792BD26A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Outros </w:t>
      </w:r>
      <w:proofErr w:type="spellStart"/>
      <w:r w:rsidRPr="006254D6">
        <w:t>gastos</w:t>
      </w:r>
      <w:proofErr w:type="spellEnd"/>
      <w:r w:rsidRPr="006254D6">
        <w:t xml:space="preserve"> </w:t>
      </w:r>
      <w:proofErr w:type="spellStart"/>
      <w:r w:rsidRPr="006254D6">
        <w:t>não</w:t>
      </w:r>
      <w:proofErr w:type="spellEnd"/>
      <w:r w:rsidRPr="006254D6">
        <w:t xml:space="preserve"> </w:t>
      </w:r>
      <w:proofErr w:type="spellStart"/>
      <w:r w:rsidRPr="006254D6">
        <w:t>mencionados</w:t>
      </w:r>
      <w:proofErr w:type="spellEnd"/>
      <w:r w:rsidRPr="006254D6">
        <w:t xml:space="preserve"> no </w:t>
      </w:r>
      <w:proofErr w:type="spellStart"/>
      <w:r w:rsidRPr="006254D6">
        <w:t>programa</w:t>
      </w:r>
      <w:proofErr w:type="spellEnd"/>
    </w:p>
    <w:p w14:paraId="21342931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O </w:t>
      </w:r>
      <w:proofErr w:type="spellStart"/>
      <w:r w:rsidRPr="006254D6">
        <w:t>que</w:t>
      </w:r>
      <w:proofErr w:type="spellEnd"/>
      <w:r w:rsidRPr="006254D6">
        <w:t xml:space="preserve"> </w:t>
      </w:r>
      <w:proofErr w:type="spellStart"/>
      <w:r w:rsidRPr="006254D6">
        <w:t>levar</w:t>
      </w:r>
      <w:proofErr w:type="spellEnd"/>
      <w:r w:rsidRPr="006254D6">
        <w:t>:</w:t>
      </w:r>
    </w:p>
    <w:p w14:paraId="691CF9DD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Shorts e </w:t>
      </w:r>
      <w:proofErr w:type="spellStart"/>
      <w:r w:rsidRPr="006254D6">
        <w:t>camiseta</w:t>
      </w:r>
      <w:proofErr w:type="spellEnd"/>
      <w:r w:rsidRPr="006254D6">
        <w:t xml:space="preserve"> </w:t>
      </w:r>
      <w:proofErr w:type="spellStart"/>
      <w:r w:rsidRPr="006254D6">
        <w:t>leve</w:t>
      </w:r>
      <w:proofErr w:type="spellEnd"/>
    </w:p>
    <w:p w14:paraId="17AA94EA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Protetor</w:t>
      </w:r>
      <w:proofErr w:type="spellEnd"/>
      <w:r w:rsidRPr="006254D6">
        <w:t xml:space="preserve"> solar</w:t>
      </w:r>
    </w:p>
    <w:p w14:paraId="061F91A1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Boné</w:t>
      </w:r>
      <w:proofErr w:type="spellEnd"/>
      <w:r w:rsidRPr="006254D6">
        <w:t xml:space="preserve"> </w:t>
      </w:r>
      <w:proofErr w:type="spellStart"/>
      <w:r w:rsidRPr="006254D6">
        <w:t>ou</w:t>
      </w:r>
      <w:proofErr w:type="spellEnd"/>
      <w:r w:rsidRPr="006254D6">
        <w:t xml:space="preserve"> </w:t>
      </w:r>
      <w:proofErr w:type="spellStart"/>
      <w:r w:rsidRPr="006254D6">
        <w:t>chapéu</w:t>
      </w:r>
      <w:proofErr w:type="spellEnd"/>
    </w:p>
    <w:p w14:paraId="04227EF2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Óculos</w:t>
      </w:r>
      <w:proofErr w:type="spellEnd"/>
      <w:r w:rsidRPr="006254D6">
        <w:t xml:space="preserve"> de sol</w:t>
      </w:r>
    </w:p>
    <w:p w14:paraId="3A6CB8E5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Câmera</w:t>
      </w:r>
      <w:proofErr w:type="spellEnd"/>
      <w:r w:rsidRPr="006254D6">
        <w:t xml:space="preserve"> </w:t>
      </w:r>
      <w:proofErr w:type="spellStart"/>
      <w:r w:rsidRPr="006254D6">
        <w:t>fotográfica</w:t>
      </w:r>
      <w:proofErr w:type="spellEnd"/>
    </w:p>
    <w:p w14:paraId="77FDFEC2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Toalha</w:t>
      </w:r>
      <w:proofErr w:type="spellEnd"/>
      <w:r w:rsidRPr="006254D6">
        <w:t xml:space="preserve"> de </w:t>
      </w:r>
      <w:proofErr w:type="spellStart"/>
      <w:r w:rsidRPr="006254D6">
        <w:t>praia</w:t>
      </w:r>
      <w:proofErr w:type="spellEnd"/>
    </w:p>
    <w:p w14:paraId="662342F3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Roupa</w:t>
      </w:r>
      <w:proofErr w:type="spellEnd"/>
      <w:r w:rsidRPr="006254D6">
        <w:t xml:space="preserve"> de </w:t>
      </w:r>
      <w:proofErr w:type="spellStart"/>
      <w:r w:rsidRPr="006254D6">
        <w:t>banho</w:t>
      </w:r>
      <w:proofErr w:type="spellEnd"/>
    </w:p>
    <w:p w14:paraId="71CC4276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Muitas</w:t>
      </w:r>
      <w:proofErr w:type="spellEnd"/>
      <w:r w:rsidRPr="006254D6">
        <w:t xml:space="preserve"> boas </w:t>
      </w:r>
      <w:proofErr w:type="spellStart"/>
      <w:r w:rsidRPr="006254D6">
        <w:t>vibrações</w:t>
      </w:r>
      <w:proofErr w:type="spellEnd"/>
      <w:r w:rsidRPr="006254D6">
        <w:t xml:space="preserve"> e </w:t>
      </w:r>
      <w:proofErr w:type="spellStart"/>
      <w:r w:rsidRPr="006254D6">
        <w:t>sorrisos</w:t>
      </w:r>
      <w:proofErr w:type="spellEnd"/>
    </w:p>
    <w:p w14:paraId="441E8F12" w14:textId="77777777" w:rsidR="003536C8" w:rsidRPr="003536C8" w:rsidRDefault="003536C8" w:rsidP="003536C8">
      <w:pPr>
        <w:spacing w:after="40" w:line="252" w:lineRule="auto"/>
        <w:jc w:val="both"/>
        <w:rPr>
          <w:b/>
          <w:color w:val="0F5D7F"/>
          <w:sz w:val="21"/>
        </w:rPr>
      </w:pPr>
    </w:p>
    <w:p w14:paraId="135E5BC3" w14:textId="38208162" w:rsidR="006254D6" w:rsidRDefault="006254D6" w:rsidP="003536C8">
      <w:pPr>
        <w:spacing w:after="40" w:line="252" w:lineRule="auto"/>
        <w:jc w:val="both"/>
        <w:rPr>
          <w:b/>
          <w:color w:val="0F5D7F"/>
          <w:sz w:val="21"/>
        </w:rPr>
      </w:pPr>
      <w:r w:rsidRPr="006254D6">
        <w:rPr>
          <w:rFonts w:ascii="Segoe UI Emoji" w:hAnsi="Segoe UI Emoji" w:cs="Segoe UI Emoji"/>
          <w:b/>
          <w:color w:val="0F5D7F"/>
          <w:sz w:val="21"/>
        </w:rPr>
        <w:t>📍</w:t>
      </w:r>
      <w:r w:rsidRPr="006254D6">
        <w:rPr>
          <w:b/>
          <w:color w:val="0F5D7F"/>
          <w:sz w:val="21"/>
        </w:rPr>
        <w:t xml:space="preserve"> 1</w:t>
      </w:r>
      <w:r>
        <w:rPr>
          <w:b/>
          <w:color w:val="0F5D7F"/>
          <w:sz w:val="21"/>
        </w:rPr>
        <w:t>1</w:t>
      </w:r>
      <w:r w:rsidRPr="006254D6">
        <w:rPr>
          <w:b/>
          <w:color w:val="0F5D7F"/>
          <w:sz w:val="21"/>
        </w:rPr>
        <w:t xml:space="preserve">º </w:t>
      </w:r>
      <w:proofErr w:type="spellStart"/>
      <w:r w:rsidRPr="006254D6">
        <w:rPr>
          <w:b/>
          <w:color w:val="0F5D7F"/>
          <w:sz w:val="21"/>
        </w:rPr>
        <w:t>dia</w:t>
      </w:r>
      <w:proofErr w:type="spellEnd"/>
      <w:r w:rsidRPr="006254D6">
        <w:rPr>
          <w:b/>
          <w:color w:val="0F5D7F"/>
          <w:sz w:val="21"/>
        </w:rPr>
        <w:t xml:space="preserve"> (2</w:t>
      </w:r>
      <w:r>
        <w:rPr>
          <w:b/>
          <w:color w:val="0F5D7F"/>
          <w:sz w:val="21"/>
        </w:rPr>
        <w:t>8</w:t>
      </w:r>
      <w:r w:rsidRPr="006254D6">
        <w:rPr>
          <w:b/>
          <w:color w:val="0F5D7F"/>
          <w:sz w:val="21"/>
        </w:rPr>
        <w:t xml:space="preserve"> NOV): Phuket</w:t>
      </w:r>
      <w:r w:rsidRPr="006254D6">
        <w:rPr>
          <w:b/>
          <w:color w:val="0F5D7F"/>
          <w:sz w:val="21"/>
        </w:rPr>
        <w:t xml:space="preserve"> </w:t>
      </w:r>
    </w:p>
    <w:p w14:paraId="79B60DF1" w14:textId="597C5F3C" w:rsidR="003536C8" w:rsidRPr="006254D6" w:rsidRDefault="003536C8" w:rsidP="003536C8">
      <w:pPr>
        <w:spacing w:after="40" w:line="252" w:lineRule="auto"/>
        <w:jc w:val="both"/>
      </w:pPr>
      <w:r w:rsidRPr="006254D6">
        <w:t xml:space="preserve">Tempo livre para </w:t>
      </w:r>
      <w:proofErr w:type="spellStart"/>
      <w:r w:rsidRPr="006254D6">
        <w:t>aproveitar</w:t>
      </w:r>
      <w:proofErr w:type="spellEnd"/>
      <w:r w:rsidRPr="006254D6">
        <w:t xml:space="preserve"> as </w:t>
      </w:r>
      <w:proofErr w:type="spellStart"/>
      <w:r w:rsidRPr="006254D6">
        <w:t>praias</w:t>
      </w:r>
      <w:proofErr w:type="spellEnd"/>
      <w:r w:rsidRPr="006254D6">
        <w:t xml:space="preserve"> </w:t>
      </w:r>
      <w:proofErr w:type="spellStart"/>
      <w:r w:rsidRPr="006254D6">
        <w:t>por</w:t>
      </w:r>
      <w:proofErr w:type="spellEnd"/>
      <w:r w:rsidRPr="006254D6">
        <w:t xml:space="preserve"> </w:t>
      </w:r>
      <w:proofErr w:type="spellStart"/>
      <w:r w:rsidRPr="006254D6">
        <w:t>conta</w:t>
      </w:r>
      <w:proofErr w:type="spellEnd"/>
      <w:r w:rsidRPr="006254D6">
        <w:t xml:space="preserve"> </w:t>
      </w:r>
      <w:proofErr w:type="spellStart"/>
      <w:r w:rsidRPr="006254D6">
        <w:t>própria</w:t>
      </w:r>
      <w:proofErr w:type="spellEnd"/>
      <w:r w:rsidRPr="006254D6">
        <w:t>.</w:t>
      </w:r>
    </w:p>
    <w:p w14:paraId="5841E297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rPr>
          <w:b/>
          <w:bCs/>
        </w:rPr>
        <w:t>Refeições</w:t>
      </w:r>
      <w:proofErr w:type="spellEnd"/>
      <w:r w:rsidRPr="006254D6">
        <w:t xml:space="preserve">: Café da </w:t>
      </w:r>
      <w:proofErr w:type="spellStart"/>
      <w:r w:rsidRPr="006254D6">
        <w:t>manhã</w:t>
      </w:r>
      <w:proofErr w:type="spellEnd"/>
      <w:r w:rsidRPr="006254D6">
        <w:t xml:space="preserve"> no hotel.</w:t>
      </w:r>
    </w:p>
    <w:p w14:paraId="729EA76C" w14:textId="77777777" w:rsidR="003536C8" w:rsidRPr="006254D6" w:rsidRDefault="003536C8" w:rsidP="003536C8">
      <w:pPr>
        <w:spacing w:after="40" w:line="252" w:lineRule="auto"/>
        <w:jc w:val="both"/>
      </w:pPr>
    </w:p>
    <w:p w14:paraId="4B89E201" w14:textId="77777777" w:rsidR="003536C8" w:rsidRPr="006254D6" w:rsidRDefault="003536C8" w:rsidP="003536C8">
      <w:pPr>
        <w:spacing w:after="40" w:line="252" w:lineRule="auto"/>
        <w:jc w:val="both"/>
        <w:rPr>
          <w:b/>
          <w:bCs/>
        </w:rPr>
      </w:pPr>
      <w:r w:rsidRPr="006254D6">
        <w:rPr>
          <w:b/>
          <w:bCs/>
        </w:rPr>
        <w:t xml:space="preserve">PASSEIO A PHI </w:t>
      </w:r>
      <w:proofErr w:type="spellStart"/>
      <w:r w:rsidRPr="006254D6">
        <w:rPr>
          <w:b/>
          <w:bCs/>
        </w:rPr>
        <w:t>PHI</w:t>
      </w:r>
      <w:proofErr w:type="spellEnd"/>
      <w:r w:rsidRPr="006254D6">
        <w:rPr>
          <w:b/>
          <w:bCs/>
        </w:rPr>
        <w:t xml:space="preserve"> – ILHA DE BAMBU</w:t>
      </w:r>
    </w:p>
    <w:p w14:paraId="03B01F4D" w14:textId="77777777" w:rsidR="003536C8" w:rsidRPr="006254D6" w:rsidRDefault="003536C8" w:rsidP="003536C8">
      <w:pPr>
        <w:spacing w:after="40" w:line="252" w:lineRule="auto"/>
        <w:jc w:val="both"/>
      </w:pPr>
      <w:r w:rsidRPr="006254D6">
        <w:t>PREÇO POR PESSOA: USD 117,00</w:t>
      </w:r>
    </w:p>
    <w:p w14:paraId="16AD85C5" w14:textId="77777777" w:rsidR="003536C8" w:rsidRPr="006254D6" w:rsidRDefault="003536C8" w:rsidP="003536C8">
      <w:pPr>
        <w:spacing w:after="40" w:line="252" w:lineRule="auto"/>
        <w:jc w:val="both"/>
      </w:pPr>
      <w:r w:rsidRPr="006254D6">
        <w:lastRenderedPageBreak/>
        <w:t xml:space="preserve">Em lancha </w:t>
      </w:r>
      <w:proofErr w:type="spellStart"/>
      <w:r w:rsidRPr="006254D6">
        <w:t>rápida</w:t>
      </w:r>
      <w:proofErr w:type="spellEnd"/>
    </w:p>
    <w:p w14:paraId="19F1A445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06h30 – </w:t>
      </w:r>
      <w:proofErr w:type="spellStart"/>
      <w:r w:rsidRPr="006254D6">
        <w:t>Saída</w:t>
      </w:r>
      <w:proofErr w:type="spellEnd"/>
      <w:r w:rsidRPr="006254D6">
        <w:t xml:space="preserve"> do hotel</w:t>
      </w:r>
    </w:p>
    <w:p w14:paraId="6637AC67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Traslado</w:t>
      </w:r>
      <w:proofErr w:type="spellEnd"/>
      <w:r w:rsidRPr="006254D6">
        <w:t xml:space="preserve"> do hotel </w:t>
      </w:r>
      <w:proofErr w:type="spellStart"/>
      <w:r w:rsidRPr="006254D6">
        <w:t>até</w:t>
      </w:r>
      <w:proofErr w:type="spellEnd"/>
      <w:r w:rsidRPr="006254D6">
        <w:t xml:space="preserve"> a marina VISIT “PANWA”</w:t>
      </w:r>
    </w:p>
    <w:p w14:paraId="00DDD43F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Saída</w:t>
      </w:r>
      <w:proofErr w:type="spellEnd"/>
      <w:r w:rsidRPr="006254D6">
        <w:t xml:space="preserve"> da marina VISIT “PANWA” </w:t>
      </w:r>
      <w:proofErr w:type="spellStart"/>
      <w:r w:rsidRPr="006254D6">
        <w:t>em</w:t>
      </w:r>
      <w:proofErr w:type="spellEnd"/>
      <w:r w:rsidRPr="006254D6">
        <w:t xml:space="preserve"> </w:t>
      </w:r>
      <w:proofErr w:type="spellStart"/>
      <w:r w:rsidRPr="006254D6">
        <w:t>direção</w:t>
      </w:r>
      <w:proofErr w:type="spellEnd"/>
      <w:r w:rsidRPr="006254D6">
        <w:t xml:space="preserve"> a Phi </w:t>
      </w:r>
      <w:proofErr w:type="spellStart"/>
      <w:r w:rsidRPr="006254D6">
        <w:t>Phi</w:t>
      </w:r>
      <w:proofErr w:type="spellEnd"/>
      <w:r w:rsidRPr="006254D6">
        <w:t xml:space="preserve"> Leh (lancha </w:t>
      </w:r>
      <w:proofErr w:type="spellStart"/>
      <w:r w:rsidRPr="006254D6">
        <w:t>rápida</w:t>
      </w:r>
      <w:proofErr w:type="spellEnd"/>
      <w:r w:rsidRPr="006254D6">
        <w:t>)</w:t>
      </w:r>
    </w:p>
    <w:p w14:paraId="59242CC8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Paradas e </w:t>
      </w:r>
      <w:proofErr w:type="spellStart"/>
      <w:r w:rsidRPr="006254D6">
        <w:t>atividades</w:t>
      </w:r>
      <w:proofErr w:type="spellEnd"/>
      <w:r w:rsidRPr="006254D6">
        <w:t>:</w:t>
      </w:r>
    </w:p>
    <w:p w14:paraId="5BD6E1D4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Maya Bay: O Parque Nacional </w:t>
      </w:r>
      <w:proofErr w:type="spellStart"/>
      <w:r w:rsidRPr="006254D6">
        <w:t>fechará</w:t>
      </w:r>
      <w:proofErr w:type="spellEnd"/>
      <w:r w:rsidRPr="006254D6">
        <w:t xml:space="preserve"> </w:t>
      </w:r>
      <w:proofErr w:type="spellStart"/>
      <w:r w:rsidRPr="006254D6">
        <w:t>temporariamente</w:t>
      </w:r>
      <w:proofErr w:type="spellEnd"/>
      <w:r w:rsidRPr="006254D6">
        <w:t xml:space="preserve"> a Maya Bay </w:t>
      </w:r>
      <w:proofErr w:type="spellStart"/>
      <w:r w:rsidRPr="006254D6">
        <w:t>por</w:t>
      </w:r>
      <w:proofErr w:type="spellEnd"/>
      <w:r w:rsidRPr="006254D6">
        <w:t xml:space="preserve"> </w:t>
      </w:r>
      <w:proofErr w:type="spellStart"/>
      <w:r w:rsidRPr="006254D6">
        <w:t>motivos</w:t>
      </w:r>
      <w:proofErr w:type="spellEnd"/>
      <w:r w:rsidRPr="006254D6">
        <w:t xml:space="preserve"> de </w:t>
      </w:r>
      <w:proofErr w:type="spellStart"/>
      <w:r w:rsidRPr="006254D6">
        <w:t>conservação</w:t>
      </w:r>
      <w:proofErr w:type="spellEnd"/>
      <w:r w:rsidRPr="006254D6">
        <w:t xml:space="preserve">, mas </w:t>
      </w:r>
      <w:proofErr w:type="spellStart"/>
      <w:r w:rsidRPr="006254D6">
        <w:t>poderemos</w:t>
      </w:r>
      <w:proofErr w:type="spellEnd"/>
      <w:r w:rsidRPr="006254D6">
        <w:t xml:space="preserve"> </w:t>
      </w:r>
      <w:proofErr w:type="spellStart"/>
      <w:r w:rsidRPr="006254D6">
        <w:t>admirar</w:t>
      </w:r>
      <w:proofErr w:type="spellEnd"/>
      <w:r w:rsidRPr="006254D6">
        <w:t xml:space="preserve"> </w:t>
      </w:r>
      <w:proofErr w:type="spellStart"/>
      <w:r w:rsidRPr="006254D6">
        <w:t>sua</w:t>
      </w:r>
      <w:proofErr w:type="spellEnd"/>
      <w:r w:rsidRPr="006254D6">
        <w:t xml:space="preserve"> </w:t>
      </w:r>
      <w:proofErr w:type="spellStart"/>
      <w:r w:rsidRPr="006254D6">
        <w:t>beleza</w:t>
      </w:r>
      <w:proofErr w:type="spellEnd"/>
      <w:r w:rsidRPr="006254D6">
        <w:t xml:space="preserve"> a </w:t>
      </w:r>
      <w:proofErr w:type="spellStart"/>
      <w:r w:rsidRPr="006254D6">
        <w:t>partir</w:t>
      </w:r>
      <w:proofErr w:type="spellEnd"/>
      <w:r w:rsidRPr="006254D6">
        <w:t xml:space="preserve"> da vista da </w:t>
      </w:r>
      <w:proofErr w:type="spellStart"/>
      <w:r w:rsidRPr="006254D6">
        <w:t>lagoa</w:t>
      </w:r>
      <w:proofErr w:type="spellEnd"/>
      <w:r w:rsidRPr="006254D6">
        <w:t xml:space="preserve"> (1º de </w:t>
      </w:r>
      <w:proofErr w:type="spellStart"/>
      <w:r w:rsidRPr="006254D6">
        <w:t>julho</w:t>
      </w:r>
      <w:proofErr w:type="spellEnd"/>
      <w:r w:rsidRPr="006254D6">
        <w:t xml:space="preserve"> a 30 de </w:t>
      </w:r>
      <w:proofErr w:type="spellStart"/>
      <w:r w:rsidRPr="006254D6">
        <w:t>setembro</w:t>
      </w:r>
      <w:proofErr w:type="spellEnd"/>
      <w:r w:rsidRPr="006254D6">
        <w:t>)</w:t>
      </w:r>
    </w:p>
    <w:p w14:paraId="5DA259E8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Lagoa </w:t>
      </w:r>
      <w:proofErr w:type="spellStart"/>
      <w:r w:rsidRPr="006254D6">
        <w:t>Pileh</w:t>
      </w:r>
      <w:proofErr w:type="spellEnd"/>
    </w:p>
    <w:p w14:paraId="385FF598" w14:textId="77777777" w:rsidR="003536C8" w:rsidRPr="006254D6" w:rsidRDefault="003536C8" w:rsidP="003536C8">
      <w:pPr>
        <w:spacing w:after="40" w:line="252" w:lineRule="auto"/>
        <w:jc w:val="both"/>
      </w:pPr>
      <w:r w:rsidRPr="006254D6">
        <w:t>Caverna Viking</w:t>
      </w:r>
    </w:p>
    <w:p w14:paraId="545D99AA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Baía dos </w:t>
      </w:r>
      <w:proofErr w:type="spellStart"/>
      <w:r w:rsidRPr="006254D6">
        <w:t>Macacos</w:t>
      </w:r>
      <w:proofErr w:type="spellEnd"/>
    </w:p>
    <w:p w14:paraId="25DCF99C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Almoço</w:t>
      </w:r>
      <w:proofErr w:type="spellEnd"/>
      <w:r w:rsidRPr="006254D6">
        <w:t xml:space="preserve"> buffet</w:t>
      </w:r>
    </w:p>
    <w:p w14:paraId="52A3C5B7" w14:textId="3C2A73AC" w:rsidR="006254D6" w:rsidRDefault="003536C8" w:rsidP="003536C8">
      <w:pPr>
        <w:spacing w:after="40" w:line="252" w:lineRule="auto"/>
        <w:jc w:val="both"/>
      </w:pPr>
      <w:r w:rsidRPr="006254D6">
        <w:t xml:space="preserve">Ilha de Bambu: tempo livre para </w:t>
      </w:r>
      <w:proofErr w:type="spellStart"/>
      <w:r w:rsidRPr="006254D6">
        <w:t>nadar</w:t>
      </w:r>
      <w:proofErr w:type="spellEnd"/>
      <w:r w:rsidRPr="006254D6">
        <w:t xml:space="preserve"> e </w:t>
      </w:r>
      <w:r w:rsidR="006254D6">
        <w:t>relaxer</w:t>
      </w:r>
    </w:p>
    <w:p w14:paraId="77FB6C9D" w14:textId="58DDDE3E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Retorno</w:t>
      </w:r>
      <w:proofErr w:type="spellEnd"/>
      <w:r w:rsidRPr="006254D6">
        <w:t>:</w:t>
      </w:r>
    </w:p>
    <w:p w14:paraId="0382BB73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16h15 – </w:t>
      </w:r>
      <w:proofErr w:type="spellStart"/>
      <w:r w:rsidRPr="006254D6">
        <w:t>Retorno</w:t>
      </w:r>
      <w:proofErr w:type="spellEnd"/>
      <w:r w:rsidRPr="006254D6">
        <w:t xml:space="preserve"> à marina</w:t>
      </w:r>
    </w:p>
    <w:p w14:paraId="495DDA5B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17h00 – </w:t>
      </w:r>
      <w:proofErr w:type="spellStart"/>
      <w:r w:rsidRPr="006254D6">
        <w:t>Retorno</w:t>
      </w:r>
      <w:proofErr w:type="spellEnd"/>
      <w:r w:rsidRPr="006254D6">
        <w:t xml:space="preserve"> </w:t>
      </w:r>
      <w:proofErr w:type="spellStart"/>
      <w:r w:rsidRPr="006254D6">
        <w:t>ao</w:t>
      </w:r>
      <w:proofErr w:type="spellEnd"/>
      <w:r w:rsidRPr="006254D6">
        <w:t xml:space="preserve"> hotel</w:t>
      </w:r>
    </w:p>
    <w:p w14:paraId="3552CECB" w14:textId="77777777" w:rsidR="006254D6" w:rsidRDefault="003536C8" w:rsidP="003536C8">
      <w:pPr>
        <w:spacing w:after="40" w:line="252" w:lineRule="auto"/>
        <w:jc w:val="both"/>
      </w:pPr>
      <w:proofErr w:type="spellStart"/>
      <w:r w:rsidRPr="006254D6">
        <w:t>Observação</w:t>
      </w:r>
      <w:proofErr w:type="spellEnd"/>
      <w:r w:rsidRPr="006254D6">
        <w:t xml:space="preserve">: O </w:t>
      </w:r>
      <w:proofErr w:type="spellStart"/>
      <w:r w:rsidRPr="006254D6">
        <w:t>itinerário</w:t>
      </w:r>
      <w:proofErr w:type="spellEnd"/>
      <w:r w:rsidRPr="006254D6">
        <w:t xml:space="preserve"> </w:t>
      </w:r>
      <w:proofErr w:type="spellStart"/>
      <w:r w:rsidRPr="006254D6">
        <w:t>pode</w:t>
      </w:r>
      <w:proofErr w:type="spellEnd"/>
      <w:r w:rsidRPr="006254D6">
        <w:t xml:space="preserve"> </w:t>
      </w:r>
      <w:proofErr w:type="spellStart"/>
      <w:r w:rsidRPr="006254D6">
        <w:t>variar</w:t>
      </w:r>
      <w:proofErr w:type="spellEnd"/>
      <w:r w:rsidRPr="006254D6">
        <w:t xml:space="preserve"> de </w:t>
      </w:r>
      <w:proofErr w:type="spellStart"/>
      <w:r w:rsidRPr="006254D6">
        <w:t>acordo</w:t>
      </w:r>
      <w:proofErr w:type="spellEnd"/>
      <w:r w:rsidRPr="006254D6">
        <w:t xml:space="preserve"> com as </w:t>
      </w:r>
      <w:proofErr w:type="spellStart"/>
      <w:r w:rsidRPr="006254D6">
        <w:t>condições</w:t>
      </w:r>
      <w:proofErr w:type="spellEnd"/>
      <w:r w:rsidRPr="006254D6">
        <w:t xml:space="preserve"> </w:t>
      </w:r>
      <w:proofErr w:type="spellStart"/>
      <w:r w:rsidRPr="006254D6">
        <w:t>climáticas</w:t>
      </w:r>
      <w:proofErr w:type="spellEnd"/>
      <w:r w:rsidRPr="006254D6">
        <w:t xml:space="preserve"> e o </w:t>
      </w:r>
      <w:proofErr w:type="spellStart"/>
      <w:r w:rsidRPr="006254D6">
        <w:t>número</w:t>
      </w:r>
      <w:proofErr w:type="spellEnd"/>
      <w:r w:rsidRPr="006254D6">
        <w:t xml:space="preserve"> de </w:t>
      </w:r>
      <w:proofErr w:type="spellStart"/>
      <w:r w:rsidRPr="006254D6">
        <w:t>passageiros</w:t>
      </w:r>
      <w:proofErr w:type="spellEnd"/>
      <w:r w:rsidRPr="006254D6">
        <w:t>.</w:t>
      </w:r>
    </w:p>
    <w:p w14:paraId="1927702D" w14:textId="77777777" w:rsidR="006254D6" w:rsidRDefault="006254D6" w:rsidP="003536C8">
      <w:pPr>
        <w:spacing w:after="40" w:line="252" w:lineRule="auto"/>
        <w:jc w:val="both"/>
      </w:pPr>
    </w:p>
    <w:p w14:paraId="72572993" w14:textId="44D421F4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rPr>
          <w:b/>
          <w:bCs/>
        </w:rPr>
        <w:t>Inclui</w:t>
      </w:r>
      <w:proofErr w:type="spellEnd"/>
      <w:r w:rsidRPr="006254D6">
        <w:t>:</w:t>
      </w:r>
    </w:p>
    <w:p w14:paraId="14E2DC0C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Minibus regular com </w:t>
      </w:r>
      <w:proofErr w:type="spellStart"/>
      <w:r w:rsidRPr="006254D6">
        <w:t>ar-condicionado</w:t>
      </w:r>
      <w:proofErr w:type="spellEnd"/>
    </w:p>
    <w:p w14:paraId="5E2084B6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Água</w:t>
      </w:r>
      <w:proofErr w:type="spellEnd"/>
      <w:r w:rsidRPr="006254D6">
        <w:t xml:space="preserve"> </w:t>
      </w:r>
      <w:proofErr w:type="spellStart"/>
      <w:r w:rsidRPr="006254D6">
        <w:t>durante</w:t>
      </w:r>
      <w:proofErr w:type="spellEnd"/>
      <w:r w:rsidRPr="006254D6">
        <w:t xml:space="preserve"> </w:t>
      </w:r>
      <w:proofErr w:type="spellStart"/>
      <w:r w:rsidRPr="006254D6">
        <w:t>toda</w:t>
      </w:r>
      <w:proofErr w:type="spellEnd"/>
      <w:r w:rsidRPr="006254D6">
        <w:t xml:space="preserve"> </w:t>
      </w:r>
      <w:proofErr w:type="gramStart"/>
      <w:r w:rsidRPr="006254D6">
        <w:t>a</w:t>
      </w:r>
      <w:proofErr w:type="gramEnd"/>
      <w:r w:rsidRPr="006254D6">
        <w:t xml:space="preserve"> </w:t>
      </w:r>
      <w:proofErr w:type="spellStart"/>
      <w:r w:rsidRPr="006254D6">
        <w:t>excursão</w:t>
      </w:r>
      <w:proofErr w:type="spellEnd"/>
    </w:p>
    <w:p w14:paraId="2090177B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Almoço</w:t>
      </w:r>
      <w:proofErr w:type="spellEnd"/>
      <w:r w:rsidRPr="006254D6">
        <w:t xml:space="preserve"> buffet</w:t>
      </w:r>
    </w:p>
    <w:p w14:paraId="52E18999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Guia </w:t>
      </w:r>
      <w:proofErr w:type="spellStart"/>
      <w:r w:rsidRPr="006254D6">
        <w:t>turístico</w:t>
      </w:r>
      <w:proofErr w:type="spellEnd"/>
      <w:r w:rsidRPr="006254D6">
        <w:t xml:space="preserve"> </w:t>
      </w:r>
      <w:proofErr w:type="spellStart"/>
      <w:r w:rsidRPr="006254D6">
        <w:t>profissional</w:t>
      </w:r>
      <w:proofErr w:type="spellEnd"/>
      <w:r w:rsidRPr="006254D6">
        <w:t xml:space="preserve"> (</w:t>
      </w:r>
      <w:proofErr w:type="spellStart"/>
      <w:r w:rsidRPr="006254D6">
        <w:t>em</w:t>
      </w:r>
      <w:proofErr w:type="spellEnd"/>
      <w:r w:rsidRPr="006254D6">
        <w:t xml:space="preserve"> </w:t>
      </w:r>
      <w:proofErr w:type="spellStart"/>
      <w:r w:rsidRPr="006254D6">
        <w:t>inglês</w:t>
      </w:r>
      <w:proofErr w:type="spellEnd"/>
      <w:r w:rsidRPr="006254D6">
        <w:t xml:space="preserve">), </w:t>
      </w:r>
      <w:proofErr w:type="spellStart"/>
      <w:r w:rsidRPr="006254D6">
        <w:t>atencioso</w:t>
      </w:r>
      <w:proofErr w:type="spellEnd"/>
      <w:r w:rsidRPr="006254D6">
        <w:t xml:space="preserve"> e com alto </w:t>
      </w:r>
      <w:proofErr w:type="spellStart"/>
      <w:r w:rsidRPr="006254D6">
        <w:t>padrão</w:t>
      </w:r>
      <w:proofErr w:type="spellEnd"/>
      <w:r w:rsidRPr="006254D6">
        <w:t xml:space="preserve"> de </w:t>
      </w:r>
      <w:proofErr w:type="spellStart"/>
      <w:r w:rsidRPr="006254D6">
        <w:t>serviço</w:t>
      </w:r>
      <w:proofErr w:type="spellEnd"/>
    </w:p>
    <w:p w14:paraId="31688A19" w14:textId="77777777" w:rsidR="003536C8" w:rsidRPr="006254D6" w:rsidRDefault="003536C8" w:rsidP="003536C8">
      <w:pPr>
        <w:spacing w:after="40" w:line="252" w:lineRule="auto"/>
        <w:jc w:val="both"/>
      </w:pPr>
    </w:p>
    <w:p w14:paraId="1286C0EB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rPr>
          <w:b/>
          <w:bCs/>
        </w:rPr>
        <w:t>Não</w:t>
      </w:r>
      <w:proofErr w:type="spellEnd"/>
      <w:r w:rsidRPr="006254D6">
        <w:rPr>
          <w:b/>
          <w:bCs/>
        </w:rPr>
        <w:t xml:space="preserve"> </w:t>
      </w:r>
      <w:proofErr w:type="spellStart"/>
      <w:r w:rsidRPr="006254D6">
        <w:rPr>
          <w:b/>
          <w:bCs/>
        </w:rPr>
        <w:t>inclui</w:t>
      </w:r>
      <w:proofErr w:type="spellEnd"/>
      <w:r w:rsidRPr="006254D6">
        <w:t>:</w:t>
      </w:r>
    </w:p>
    <w:p w14:paraId="56A3B70F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Gorjetas</w:t>
      </w:r>
      <w:proofErr w:type="spellEnd"/>
    </w:p>
    <w:p w14:paraId="61B2A36C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Despesas</w:t>
      </w:r>
      <w:proofErr w:type="spellEnd"/>
      <w:r w:rsidRPr="006254D6">
        <w:t xml:space="preserve"> </w:t>
      </w:r>
      <w:proofErr w:type="spellStart"/>
      <w:r w:rsidRPr="006254D6">
        <w:t>pessoais</w:t>
      </w:r>
      <w:proofErr w:type="spellEnd"/>
    </w:p>
    <w:p w14:paraId="1D34526F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Outros </w:t>
      </w:r>
      <w:proofErr w:type="spellStart"/>
      <w:r w:rsidRPr="006254D6">
        <w:t>gastos</w:t>
      </w:r>
      <w:proofErr w:type="spellEnd"/>
      <w:r w:rsidRPr="006254D6">
        <w:t xml:space="preserve"> </w:t>
      </w:r>
      <w:proofErr w:type="spellStart"/>
      <w:r w:rsidRPr="006254D6">
        <w:t>não</w:t>
      </w:r>
      <w:proofErr w:type="spellEnd"/>
      <w:r w:rsidRPr="006254D6">
        <w:t xml:space="preserve"> </w:t>
      </w:r>
      <w:proofErr w:type="spellStart"/>
      <w:r w:rsidRPr="006254D6">
        <w:t>mencionados</w:t>
      </w:r>
      <w:proofErr w:type="spellEnd"/>
      <w:r w:rsidRPr="006254D6">
        <w:t xml:space="preserve"> no </w:t>
      </w:r>
      <w:proofErr w:type="spellStart"/>
      <w:r w:rsidRPr="006254D6">
        <w:t>programa</w:t>
      </w:r>
      <w:proofErr w:type="spellEnd"/>
    </w:p>
    <w:p w14:paraId="7B4B2AE3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O </w:t>
      </w:r>
      <w:proofErr w:type="spellStart"/>
      <w:r w:rsidRPr="006254D6">
        <w:t>que</w:t>
      </w:r>
      <w:proofErr w:type="spellEnd"/>
      <w:r w:rsidRPr="006254D6">
        <w:t xml:space="preserve"> </w:t>
      </w:r>
      <w:proofErr w:type="spellStart"/>
      <w:r w:rsidRPr="006254D6">
        <w:t>levar</w:t>
      </w:r>
      <w:proofErr w:type="spellEnd"/>
      <w:r w:rsidRPr="006254D6">
        <w:t>:</w:t>
      </w:r>
    </w:p>
    <w:p w14:paraId="0DB93A02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Shorts e </w:t>
      </w:r>
      <w:proofErr w:type="spellStart"/>
      <w:r w:rsidRPr="006254D6">
        <w:t>camiseta</w:t>
      </w:r>
      <w:proofErr w:type="spellEnd"/>
      <w:r w:rsidRPr="006254D6">
        <w:t xml:space="preserve"> </w:t>
      </w:r>
      <w:proofErr w:type="spellStart"/>
      <w:r w:rsidRPr="006254D6">
        <w:t>leve</w:t>
      </w:r>
      <w:proofErr w:type="spellEnd"/>
    </w:p>
    <w:p w14:paraId="15F315CD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Protetor</w:t>
      </w:r>
      <w:proofErr w:type="spellEnd"/>
      <w:r w:rsidRPr="006254D6">
        <w:t xml:space="preserve"> solar</w:t>
      </w:r>
    </w:p>
    <w:p w14:paraId="2998205B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Boné</w:t>
      </w:r>
      <w:proofErr w:type="spellEnd"/>
      <w:r w:rsidRPr="006254D6">
        <w:t xml:space="preserve"> </w:t>
      </w:r>
      <w:proofErr w:type="spellStart"/>
      <w:r w:rsidRPr="006254D6">
        <w:t>ou</w:t>
      </w:r>
      <w:proofErr w:type="spellEnd"/>
      <w:r w:rsidRPr="006254D6">
        <w:t xml:space="preserve"> </w:t>
      </w:r>
      <w:proofErr w:type="spellStart"/>
      <w:r w:rsidRPr="006254D6">
        <w:t>chapéu</w:t>
      </w:r>
      <w:proofErr w:type="spellEnd"/>
    </w:p>
    <w:p w14:paraId="4C1E1674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Óculos</w:t>
      </w:r>
      <w:proofErr w:type="spellEnd"/>
      <w:r w:rsidRPr="006254D6">
        <w:t xml:space="preserve"> de sol</w:t>
      </w:r>
    </w:p>
    <w:p w14:paraId="39504059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Câmera</w:t>
      </w:r>
      <w:proofErr w:type="spellEnd"/>
      <w:r w:rsidRPr="006254D6">
        <w:t xml:space="preserve"> </w:t>
      </w:r>
      <w:proofErr w:type="spellStart"/>
      <w:r w:rsidRPr="006254D6">
        <w:t>fotográfica</w:t>
      </w:r>
      <w:proofErr w:type="spellEnd"/>
    </w:p>
    <w:p w14:paraId="56C178DD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Toalha</w:t>
      </w:r>
      <w:proofErr w:type="spellEnd"/>
      <w:r w:rsidRPr="006254D6">
        <w:t xml:space="preserve"> de </w:t>
      </w:r>
      <w:proofErr w:type="spellStart"/>
      <w:r w:rsidRPr="006254D6">
        <w:t>praia</w:t>
      </w:r>
      <w:proofErr w:type="spellEnd"/>
    </w:p>
    <w:p w14:paraId="57468AA7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Roupa</w:t>
      </w:r>
      <w:proofErr w:type="spellEnd"/>
      <w:r w:rsidRPr="006254D6">
        <w:t xml:space="preserve"> de </w:t>
      </w:r>
      <w:proofErr w:type="spellStart"/>
      <w:r w:rsidRPr="006254D6">
        <w:t>banho</w:t>
      </w:r>
      <w:proofErr w:type="spellEnd"/>
    </w:p>
    <w:p w14:paraId="484216BD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Muitas</w:t>
      </w:r>
      <w:proofErr w:type="spellEnd"/>
      <w:r w:rsidRPr="006254D6">
        <w:t xml:space="preserve"> boas </w:t>
      </w:r>
      <w:proofErr w:type="spellStart"/>
      <w:r w:rsidRPr="006254D6">
        <w:t>vibrações</w:t>
      </w:r>
      <w:proofErr w:type="spellEnd"/>
      <w:r w:rsidRPr="006254D6">
        <w:t xml:space="preserve"> e </w:t>
      </w:r>
      <w:proofErr w:type="spellStart"/>
      <w:r w:rsidRPr="006254D6">
        <w:t>sorrisos</w:t>
      </w:r>
      <w:proofErr w:type="spellEnd"/>
      <w:r w:rsidRPr="006254D6">
        <w:t xml:space="preserve"> </w:t>
      </w:r>
      <w:r w:rsidRPr="006254D6">
        <w:rPr>
          <w:rFonts w:ascii="Segoe UI Emoji" w:hAnsi="Segoe UI Emoji" w:cs="Segoe UI Emoji"/>
        </w:rPr>
        <w:t>😊</w:t>
      </w:r>
    </w:p>
    <w:p w14:paraId="2A6F23FB" w14:textId="77777777" w:rsidR="003536C8" w:rsidRPr="003536C8" w:rsidRDefault="003536C8" w:rsidP="003536C8">
      <w:pPr>
        <w:spacing w:after="40" w:line="252" w:lineRule="auto"/>
        <w:jc w:val="both"/>
        <w:rPr>
          <w:b/>
          <w:color w:val="0F5D7F"/>
          <w:sz w:val="21"/>
        </w:rPr>
      </w:pPr>
    </w:p>
    <w:p w14:paraId="29BFB086" w14:textId="6927ED3D" w:rsidR="006254D6" w:rsidRDefault="006254D6" w:rsidP="006254D6">
      <w:pPr>
        <w:spacing w:after="40" w:line="252" w:lineRule="auto"/>
        <w:jc w:val="both"/>
        <w:rPr>
          <w:b/>
          <w:color w:val="0F5D7F"/>
          <w:sz w:val="21"/>
        </w:rPr>
      </w:pPr>
      <w:r w:rsidRPr="006254D6">
        <w:rPr>
          <w:rFonts w:ascii="Segoe UI Emoji" w:hAnsi="Segoe UI Emoji" w:cs="Segoe UI Emoji"/>
          <w:b/>
          <w:color w:val="0F5D7F"/>
          <w:sz w:val="21"/>
        </w:rPr>
        <w:t>📍</w:t>
      </w:r>
      <w:r w:rsidRPr="006254D6">
        <w:rPr>
          <w:b/>
          <w:color w:val="0F5D7F"/>
          <w:sz w:val="21"/>
        </w:rPr>
        <w:t xml:space="preserve"> 1</w:t>
      </w:r>
      <w:r>
        <w:rPr>
          <w:b/>
          <w:color w:val="0F5D7F"/>
          <w:sz w:val="21"/>
        </w:rPr>
        <w:t>2</w:t>
      </w:r>
      <w:r w:rsidRPr="006254D6">
        <w:rPr>
          <w:b/>
          <w:color w:val="0F5D7F"/>
          <w:sz w:val="21"/>
        </w:rPr>
        <w:t xml:space="preserve">º </w:t>
      </w:r>
      <w:proofErr w:type="spellStart"/>
      <w:r w:rsidRPr="006254D6">
        <w:rPr>
          <w:b/>
          <w:color w:val="0F5D7F"/>
          <w:sz w:val="21"/>
        </w:rPr>
        <w:t>dia</w:t>
      </w:r>
      <w:proofErr w:type="spellEnd"/>
      <w:r w:rsidRPr="006254D6">
        <w:rPr>
          <w:b/>
          <w:color w:val="0F5D7F"/>
          <w:sz w:val="21"/>
        </w:rPr>
        <w:t xml:space="preserve"> (2</w:t>
      </w:r>
      <w:r>
        <w:rPr>
          <w:b/>
          <w:color w:val="0F5D7F"/>
          <w:sz w:val="21"/>
        </w:rPr>
        <w:t>9</w:t>
      </w:r>
      <w:r w:rsidRPr="006254D6">
        <w:rPr>
          <w:b/>
          <w:color w:val="0F5D7F"/>
          <w:sz w:val="21"/>
        </w:rPr>
        <w:t xml:space="preserve"> NOV): Phuket – </w:t>
      </w:r>
      <w:proofErr w:type="spellStart"/>
      <w:r w:rsidRPr="006254D6">
        <w:rPr>
          <w:b/>
          <w:color w:val="0F5D7F"/>
          <w:sz w:val="21"/>
        </w:rPr>
        <w:t>Saída</w:t>
      </w:r>
      <w:proofErr w:type="spellEnd"/>
    </w:p>
    <w:p w14:paraId="750F6EE2" w14:textId="77777777" w:rsidR="003536C8" w:rsidRPr="006254D6" w:rsidRDefault="003536C8" w:rsidP="003536C8">
      <w:pPr>
        <w:spacing w:after="40" w:line="252" w:lineRule="auto"/>
        <w:jc w:val="both"/>
      </w:pPr>
      <w:r w:rsidRPr="006254D6">
        <w:t xml:space="preserve">Tempo livre </w:t>
      </w:r>
      <w:proofErr w:type="spellStart"/>
      <w:r w:rsidRPr="006254D6">
        <w:t>até</w:t>
      </w:r>
      <w:proofErr w:type="spellEnd"/>
      <w:r w:rsidRPr="006254D6">
        <w:t xml:space="preserve"> o </w:t>
      </w:r>
      <w:proofErr w:type="spellStart"/>
      <w:r w:rsidRPr="006254D6">
        <w:t>traslado</w:t>
      </w:r>
      <w:proofErr w:type="spellEnd"/>
      <w:r w:rsidRPr="006254D6">
        <w:t xml:space="preserve"> </w:t>
      </w:r>
      <w:proofErr w:type="spellStart"/>
      <w:r w:rsidRPr="006254D6">
        <w:t>ao</w:t>
      </w:r>
      <w:proofErr w:type="spellEnd"/>
      <w:r w:rsidRPr="006254D6">
        <w:t xml:space="preserve"> </w:t>
      </w:r>
      <w:proofErr w:type="spellStart"/>
      <w:r w:rsidRPr="006254D6">
        <w:t>aeroporto</w:t>
      </w:r>
      <w:proofErr w:type="spellEnd"/>
      <w:r w:rsidRPr="006254D6">
        <w:t xml:space="preserve"> para </w:t>
      </w:r>
      <w:proofErr w:type="spellStart"/>
      <w:r w:rsidRPr="006254D6">
        <w:t>embarque</w:t>
      </w:r>
      <w:proofErr w:type="spellEnd"/>
      <w:r w:rsidRPr="006254D6">
        <w:t xml:space="preserve"> </w:t>
      </w:r>
      <w:proofErr w:type="spellStart"/>
      <w:r w:rsidRPr="006254D6">
        <w:t>em</w:t>
      </w:r>
      <w:proofErr w:type="spellEnd"/>
      <w:r w:rsidRPr="006254D6">
        <w:t xml:space="preserve"> </w:t>
      </w:r>
      <w:proofErr w:type="spellStart"/>
      <w:r w:rsidRPr="006254D6">
        <w:t>seu</w:t>
      </w:r>
      <w:proofErr w:type="spellEnd"/>
      <w:r w:rsidRPr="006254D6">
        <w:t xml:space="preserve"> </w:t>
      </w:r>
      <w:proofErr w:type="spellStart"/>
      <w:r w:rsidRPr="006254D6">
        <w:t>voo</w:t>
      </w:r>
      <w:proofErr w:type="spellEnd"/>
      <w:r w:rsidRPr="006254D6">
        <w:t xml:space="preserve"> de </w:t>
      </w:r>
      <w:proofErr w:type="spellStart"/>
      <w:r w:rsidRPr="006254D6">
        <w:t>saída</w:t>
      </w:r>
      <w:proofErr w:type="spellEnd"/>
      <w:r w:rsidRPr="006254D6">
        <w:t>.</w:t>
      </w:r>
    </w:p>
    <w:p w14:paraId="6C1DCE75" w14:textId="77777777" w:rsidR="003536C8" w:rsidRPr="006254D6" w:rsidRDefault="003536C8" w:rsidP="003536C8">
      <w:pPr>
        <w:spacing w:after="40" w:line="252" w:lineRule="auto"/>
        <w:jc w:val="both"/>
      </w:pPr>
      <w:proofErr w:type="spellStart"/>
      <w:r w:rsidRPr="006254D6">
        <w:t>Refeições</w:t>
      </w:r>
      <w:proofErr w:type="spellEnd"/>
      <w:r w:rsidRPr="006254D6">
        <w:t xml:space="preserve">: Café da </w:t>
      </w:r>
      <w:proofErr w:type="spellStart"/>
      <w:r w:rsidRPr="006254D6">
        <w:t>manhã</w:t>
      </w:r>
      <w:proofErr w:type="spellEnd"/>
      <w:r w:rsidRPr="006254D6">
        <w:t xml:space="preserve"> no hotel.</w:t>
      </w:r>
    </w:p>
    <w:p w14:paraId="5070E58D" w14:textId="4E86502B" w:rsidR="00CA5E98" w:rsidRPr="00253C20" w:rsidRDefault="003536C8" w:rsidP="003536C8">
      <w:pPr>
        <w:spacing w:after="40" w:line="252" w:lineRule="auto"/>
        <w:jc w:val="both"/>
      </w:pPr>
      <w:proofErr w:type="spellStart"/>
      <w:r w:rsidRPr="006254D6">
        <w:t>Atenção</w:t>
      </w:r>
      <w:proofErr w:type="spellEnd"/>
      <w:r w:rsidRPr="006254D6">
        <w:t xml:space="preserve">: O check-out é </w:t>
      </w:r>
      <w:proofErr w:type="spellStart"/>
      <w:r w:rsidRPr="006254D6">
        <w:t>por</w:t>
      </w:r>
      <w:proofErr w:type="spellEnd"/>
      <w:r w:rsidRPr="006254D6">
        <w:t xml:space="preserve"> volta das 12h00.</w:t>
      </w:r>
    </w:p>
    <w:p w14:paraId="3B60CE0F" w14:textId="77777777" w:rsidR="00253C20" w:rsidRDefault="00253C20" w:rsidP="00253C20">
      <w:pPr>
        <w:spacing w:after="40" w:line="252" w:lineRule="auto"/>
        <w:jc w:val="both"/>
      </w:pPr>
    </w:p>
    <w:p w14:paraId="498A4781" w14:textId="77777777" w:rsidR="00B569A9" w:rsidRDefault="00000000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6254D6" w14:paraId="45D90B61" w14:textId="77777777" w:rsidTr="009E71BE">
        <w:trPr>
          <w:jc w:val="center"/>
        </w:trPr>
        <w:tc>
          <w:tcPr>
            <w:tcW w:w="5320" w:type="dxa"/>
            <w:gridSpan w:val="2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B8D53B" w14:textId="77777777" w:rsidR="006254D6" w:rsidRDefault="006254D6" w:rsidP="009E71BE">
            <w:pPr>
              <w:jc w:val="center"/>
            </w:pPr>
            <w:r>
              <w:rPr>
                <w:b/>
                <w:color w:val="FFFFFF"/>
                <w:sz w:val="15"/>
              </w:rPr>
              <w:t>SAÍDA REGULAR</w:t>
            </w:r>
          </w:p>
        </w:tc>
      </w:tr>
      <w:tr w:rsidR="006254D6" w:rsidRPr="00AF6C5F" w14:paraId="71F6744F" w14:textId="77777777" w:rsidTr="009E71BE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2966500" w14:textId="77777777" w:rsidR="006254D6" w:rsidRPr="00AF6C5F" w:rsidRDefault="006254D6" w:rsidP="009E71BE">
            <w:pPr>
              <w:jc w:val="center"/>
              <w:rPr>
                <w:sz w:val="15"/>
              </w:rPr>
            </w:pPr>
            <w:r w:rsidRPr="003536C8">
              <w:rPr>
                <w:sz w:val="15"/>
              </w:rPr>
              <w:t xml:space="preserve">Em </w:t>
            </w:r>
            <w:proofErr w:type="spellStart"/>
            <w:r w:rsidRPr="003536C8">
              <w:rPr>
                <w:sz w:val="15"/>
              </w:rPr>
              <w:t>apto</w:t>
            </w:r>
            <w:proofErr w:type="spellEnd"/>
            <w:r w:rsidRPr="003536C8">
              <w:rPr>
                <w:sz w:val="15"/>
              </w:rPr>
              <w:t xml:space="preserve"> DUPLO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EAD85E5" w14:textId="1A3B7B92" w:rsidR="006254D6" w:rsidRPr="00AF6C5F" w:rsidRDefault="006254D6" w:rsidP="009E71BE">
            <w:pPr>
              <w:jc w:val="center"/>
              <w:rPr>
                <w:sz w:val="15"/>
              </w:rPr>
            </w:pPr>
            <w:r w:rsidRPr="006254D6">
              <w:rPr>
                <w:sz w:val="15"/>
              </w:rPr>
              <w:t>USD 738,00</w:t>
            </w:r>
          </w:p>
        </w:tc>
      </w:tr>
    </w:tbl>
    <w:p w14:paraId="16D8FDE7" w14:textId="77777777" w:rsidR="006254D6" w:rsidRDefault="006254D6" w:rsidP="006254D6"/>
    <w:p w14:paraId="1D913C7E" w14:textId="77777777" w:rsidR="006254D6" w:rsidRDefault="006254D6" w:rsidP="006254D6">
      <w:pPr>
        <w:pStyle w:val="BoxTitle"/>
        <w:spacing w:before="160"/>
      </w:pPr>
      <w:r>
        <w:t xml:space="preserve">🏨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6254D6" w14:paraId="193A0D41" w14:textId="77777777" w:rsidTr="009E71BE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CA82BD" w14:textId="77777777" w:rsidR="006254D6" w:rsidRDefault="006254D6" w:rsidP="009E71BE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068C1D" w14:textId="77777777" w:rsidR="006254D6" w:rsidRPr="00495537" w:rsidRDefault="006254D6" w:rsidP="009E71BE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Hotel</w:t>
            </w:r>
          </w:p>
        </w:tc>
      </w:tr>
      <w:tr w:rsidR="006254D6" w14:paraId="5731D06F" w14:textId="77777777" w:rsidTr="009E71BE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31B2C7C" w14:textId="67B172B2" w:rsidR="006254D6" w:rsidRPr="00CA5E98" w:rsidRDefault="006254D6" w:rsidP="009E71BE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6254D6">
              <w:rPr>
                <w:b/>
                <w:color w:val="123C69"/>
                <w:sz w:val="15"/>
                <w:lang w:val="pt-BR"/>
              </w:rPr>
              <w:lastRenderedPageBreak/>
              <w:t>Phuket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48681E4" w14:textId="042C4FA4" w:rsidR="006254D6" w:rsidRPr="003536C8" w:rsidRDefault="006254D6" w:rsidP="009E71BE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6254D6">
              <w:rPr>
                <w:b/>
                <w:color w:val="123C69"/>
                <w:sz w:val="15"/>
                <w:lang w:val="pt-BR"/>
              </w:rPr>
              <w:t xml:space="preserve">The </w:t>
            </w:r>
            <w:proofErr w:type="spellStart"/>
            <w:r w:rsidRPr="006254D6">
              <w:rPr>
                <w:b/>
                <w:color w:val="123C69"/>
                <w:sz w:val="15"/>
                <w:lang w:val="pt-BR"/>
              </w:rPr>
              <w:t>Charm</w:t>
            </w:r>
            <w:proofErr w:type="spellEnd"/>
            <w:r w:rsidRPr="006254D6">
              <w:rPr>
                <w:b/>
                <w:color w:val="123C69"/>
                <w:sz w:val="15"/>
                <w:lang w:val="pt-BR"/>
              </w:rPr>
              <w:t xml:space="preserve"> Resort (</w:t>
            </w:r>
            <w:proofErr w:type="spellStart"/>
            <w:r w:rsidRPr="006254D6">
              <w:rPr>
                <w:b/>
                <w:color w:val="123C69"/>
                <w:sz w:val="15"/>
                <w:lang w:val="pt-BR"/>
              </w:rPr>
              <w:t>Patong</w:t>
            </w:r>
            <w:proofErr w:type="spellEnd"/>
            <w:r w:rsidRPr="006254D6">
              <w:rPr>
                <w:b/>
                <w:color w:val="123C69"/>
                <w:sz w:val="15"/>
                <w:lang w:val="pt-BR"/>
              </w:rPr>
              <w:t xml:space="preserve"> Beach)</w:t>
            </w:r>
          </w:p>
        </w:tc>
      </w:tr>
    </w:tbl>
    <w:p w14:paraId="4059555D" w14:textId="77777777" w:rsidR="00B569A9" w:rsidRDefault="00B569A9" w:rsidP="003A5BC6">
      <w:pPr>
        <w:spacing w:after="0" w:line="240" w:lineRule="auto"/>
      </w:pPr>
    </w:p>
    <w:p w14:paraId="01DE8ADA" w14:textId="77777777" w:rsidR="001040EA" w:rsidRDefault="001040EA"/>
    <w:p w14:paraId="3E2C94BF" w14:textId="77777777" w:rsidR="00B569A9" w:rsidRDefault="00000000">
      <w:pPr>
        <w:pStyle w:val="BoxTitle"/>
        <w:spacing w:before="160"/>
      </w:pPr>
      <w:r>
        <w:t xml:space="preserve">✅ </w:t>
      </w:r>
      <w:proofErr w:type="spellStart"/>
      <w:r>
        <w:t>Inclui</w:t>
      </w:r>
      <w:proofErr w:type="spellEnd"/>
      <w:r>
        <w:t>:</w:t>
      </w:r>
    </w:p>
    <w:p w14:paraId="5786A873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6254D6">
        <w:rPr>
          <w:rFonts w:cs="Segoe UI Symbol"/>
        </w:rPr>
        <w:t xml:space="preserve">3 </w:t>
      </w:r>
      <w:proofErr w:type="spellStart"/>
      <w:r w:rsidRPr="006254D6">
        <w:rPr>
          <w:rFonts w:cs="Segoe UI Symbol"/>
        </w:rPr>
        <w:t>noites</w:t>
      </w:r>
      <w:proofErr w:type="spellEnd"/>
      <w:r w:rsidRPr="006254D6">
        <w:rPr>
          <w:rFonts w:cs="Segoe UI Symbol"/>
        </w:rPr>
        <w:t xml:space="preserve"> de </w:t>
      </w:r>
      <w:proofErr w:type="spellStart"/>
      <w:r w:rsidRPr="006254D6">
        <w:rPr>
          <w:rFonts w:cs="Segoe UI Symbol"/>
        </w:rPr>
        <w:t>hospedagem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em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apto</w:t>
      </w:r>
      <w:proofErr w:type="spellEnd"/>
      <w:r w:rsidRPr="006254D6">
        <w:rPr>
          <w:rFonts w:cs="Segoe UI Symbol"/>
        </w:rPr>
        <w:t xml:space="preserve"> Standard, com café da </w:t>
      </w:r>
      <w:proofErr w:type="spellStart"/>
      <w:r w:rsidRPr="006254D6">
        <w:rPr>
          <w:rFonts w:cs="Segoe UI Symbol"/>
        </w:rPr>
        <w:t>manhã</w:t>
      </w:r>
      <w:proofErr w:type="spellEnd"/>
      <w:r w:rsidRPr="006254D6">
        <w:rPr>
          <w:rFonts w:cs="Segoe UI Symbol"/>
        </w:rPr>
        <w:t>.</w:t>
      </w:r>
    </w:p>
    <w:p w14:paraId="63F92914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6254D6">
        <w:rPr>
          <w:rFonts w:cs="Segoe UI Symbol"/>
        </w:rPr>
        <w:t xml:space="preserve">Todos </w:t>
      </w:r>
      <w:proofErr w:type="spellStart"/>
      <w:r w:rsidRPr="006254D6">
        <w:rPr>
          <w:rFonts w:cs="Segoe UI Symbol"/>
        </w:rPr>
        <w:t>os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traslados</w:t>
      </w:r>
      <w:proofErr w:type="spellEnd"/>
      <w:r w:rsidRPr="006254D6">
        <w:rPr>
          <w:rFonts w:cs="Segoe UI Symbol"/>
        </w:rPr>
        <w:t>.</w:t>
      </w:r>
    </w:p>
    <w:p w14:paraId="68A9D448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6254D6">
        <w:rPr>
          <w:rFonts w:cs="Segoe UI Symbol"/>
        </w:rPr>
        <w:t xml:space="preserve">Guia </w:t>
      </w:r>
      <w:proofErr w:type="spellStart"/>
      <w:r w:rsidRPr="006254D6">
        <w:rPr>
          <w:rFonts w:cs="Segoe UI Symbol"/>
        </w:rPr>
        <w:t>falando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espanhol</w:t>
      </w:r>
      <w:proofErr w:type="spellEnd"/>
      <w:r w:rsidRPr="006254D6">
        <w:rPr>
          <w:rFonts w:cs="Segoe UI Symbol"/>
        </w:rPr>
        <w:t xml:space="preserve">/ </w:t>
      </w:r>
      <w:proofErr w:type="spellStart"/>
      <w:r w:rsidRPr="006254D6">
        <w:rPr>
          <w:rFonts w:cs="Segoe UI Symbol"/>
        </w:rPr>
        <w:t>inglês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nos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traslados</w:t>
      </w:r>
      <w:proofErr w:type="spellEnd"/>
      <w:r w:rsidRPr="006254D6">
        <w:rPr>
          <w:rFonts w:cs="Segoe UI Symbol"/>
        </w:rPr>
        <w:t>.</w:t>
      </w:r>
    </w:p>
    <w:p w14:paraId="6140BB5A" w14:textId="5641BD33" w:rsidR="0026177A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6254D6">
        <w:rPr>
          <w:rFonts w:cs="Segoe UI Symbol"/>
        </w:rPr>
        <w:t xml:space="preserve">Serviços </w:t>
      </w:r>
      <w:proofErr w:type="spellStart"/>
      <w:r w:rsidRPr="006254D6">
        <w:rPr>
          <w:rFonts w:cs="Segoe UI Symbol"/>
        </w:rPr>
        <w:t>mencionados</w:t>
      </w:r>
      <w:proofErr w:type="spellEnd"/>
      <w:r w:rsidRPr="006254D6">
        <w:rPr>
          <w:rFonts w:cs="Segoe UI Symbol"/>
        </w:rPr>
        <w:t xml:space="preserve"> no </w:t>
      </w:r>
      <w:proofErr w:type="spellStart"/>
      <w:r w:rsidRPr="006254D6">
        <w:rPr>
          <w:rFonts w:cs="Segoe UI Symbol"/>
        </w:rPr>
        <w:t>programa</w:t>
      </w:r>
      <w:proofErr w:type="spellEnd"/>
      <w:r w:rsidRPr="006254D6">
        <w:rPr>
          <w:rFonts w:cs="Segoe UI Symbol"/>
        </w:rPr>
        <w:t>.</w:t>
      </w:r>
    </w:p>
    <w:p w14:paraId="4280C626" w14:textId="77777777" w:rsidR="006254D6" w:rsidRPr="001040EA" w:rsidRDefault="006254D6" w:rsidP="006254D6">
      <w:pPr>
        <w:spacing w:after="40" w:line="252" w:lineRule="auto"/>
      </w:pPr>
    </w:p>
    <w:p w14:paraId="4911A11D" w14:textId="4C20FA4C" w:rsidR="00B569A9" w:rsidRDefault="00000000" w:rsidP="001040EA">
      <w:pPr>
        <w:pStyle w:val="BoxTitle"/>
        <w:spacing w:before="160"/>
      </w:pPr>
      <w:r>
        <w:rPr>
          <w:rFonts w:ascii="Segoe UI Emoji" w:hAnsi="Segoe UI Emoji" w:cs="Segoe UI Emoji"/>
        </w:rPr>
        <w:t>❌</w:t>
      </w:r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5E51FA28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6254D6">
        <w:rPr>
          <w:rFonts w:cs="Segoe UI Symbol"/>
        </w:rPr>
        <w:t xml:space="preserve">Voos </w:t>
      </w:r>
      <w:proofErr w:type="spellStart"/>
      <w:r w:rsidRPr="006254D6">
        <w:rPr>
          <w:rFonts w:cs="Segoe UI Symbol"/>
        </w:rPr>
        <w:t>internacionais</w:t>
      </w:r>
      <w:proofErr w:type="spellEnd"/>
      <w:r w:rsidRPr="006254D6">
        <w:rPr>
          <w:rFonts w:cs="Segoe UI Symbol"/>
        </w:rPr>
        <w:t xml:space="preserve">, </w:t>
      </w:r>
      <w:proofErr w:type="spellStart"/>
      <w:proofErr w:type="gramStart"/>
      <w:r w:rsidRPr="006254D6">
        <w:rPr>
          <w:rFonts w:cs="Segoe UI Symbol"/>
        </w:rPr>
        <w:t>domésticos</w:t>
      </w:r>
      <w:proofErr w:type="spellEnd"/>
      <w:r w:rsidRPr="006254D6">
        <w:rPr>
          <w:rFonts w:cs="Segoe UI Symbol"/>
        </w:rPr>
        <w:t xml:space="preserve">  e</w:t>
      </w:r>
      <w:proofErr w:type="gramEnd"/>
      <w:r w:rsidRPr="006254D6">
        <w:rPr>
          <w:rFonts w:cs="Segoe UI Symbol"/>
        </w:rPr>
        <w:t xml:space="preserve"> taxa de </w:t>
      </w:r>
      <w:proofErr w:type="spellStart"/>
      <w:r w:rsidRPr="006254D6">
        <w:rPr>
          <w:rFonts w:cs="Segoe UI Symbol"/>
        </w:rPr>
        <w:t>embarque</w:t>
      </w:r>
      <w:proofErr w:type="spellEnd"/>
      <w:r w:rsidRPr="006254D6">
        <w:rPr>
          <w:rFonts w:cs="Segoe UI Symbol"/>
        </w:rPr>
        <w:t xml:space="preserve"> no </w:t>
      </w:r>
      <w:proofErr w:type="spellStart"/>
      <w:r w:rsidRPr="006254D6">
        <w:rPr>
          <w:rFonts w:cs="Segoe UI Symbol"/>
        </w:rPr>
        <w:t>aeroporto</w:t>
      </w:r>
      <w:proofErr w:type="spellEnd"/>
    </w:p>
    <w:p w14:paraId="09F6ADF8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proofErr w:type="spellStart"/>
      <w:r w:rsidRPr="006254D6">
        <w:rPr>
          <w:rFonts w:cs="Segoe UI Symbol"/>
        </w:rPr>
        <w:t>Refeições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não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mencionadas</w:t>
      </w:r>
      <w:proofErr w:type="spellEnd"/>
      <w:r w:rsidRPr="006254D6">
        <w:rPr>
          <w:rFonts w:cs="Segoe UI Symbol"/>
        </w:rPr>
        <w:t xml:space="preserve"> no </w:t>
      </w:r>
      <w:proofErr w:type="spellStart"/>
      <w:r w:rsidRPr="006254D6">
        <w:rPr>
          <w:rFonts w:cs="Segoe UI Symbol"/>
        </w:rPr>
        <w:t>Programa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Detalhado</w:t>
      </w:r>
      <w:proofErr w:type="spellEnd"/>
    </w:p>
    <w:p w14:paraId="577CC9FA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6254D6">
        <w:rPr>
          <w:rFonts w:cs="Segoe UI Symbol"/>
        </w:rPr>
        <w:t>Early check-in e Late de check-out</w:t>
      </w:r>
    </w:p>
    <w:p w14:paraId="5BD22808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</w:pPr>
      <w:proofErr w:type="spellStart"/>
      <w:r w:rsidRPr="006254D6">
        <w:rPr>
          <w:rFonts w:cs="Segoe UI Symbol"/>
        </w:rPr>
        <w:t>Gorjetas</w:t>
      </w:r>
      <w:proofErr w:type="spellEnd"/>
      <w:r w:rsidRPr="006254D6">
        <w:rPr>
          <w:rFonts w:cs="Segoe UI Symbol"/>
        </w:rPr>
        <w:t xml:space="preserve"> para </w:t>
      </w:r>
      <w:proofErr w:type="spellStart"/>
      <w:r w:rsidRPr="006254D6">
        <w:rPr>
          <w:rFonts w:cs="Segoe UI Symbol"/>
        </w:rPr>
        <w:t>guias</w:t>
      </w:r>
      <w:proofErr w:type="spellEnd"/>
      <w:r w:rsidRPr="006254D6">
        <w:rPr>
          <w:rFonts w:cs="Segoe UI Symbol"/>
        </w:rPr>
        <w:t xml:space="preserve">, </w:t>
      </w:r>
      <w:proofErr w:type="spellStart"/>
      <w:r w:rsidRPr="006254D6">
        <w:rPr>
          <w:rFonts w:cs="Segoe UI Symbol"/>
        </w:rPr>
        <w:t>motoristas</w:t>
      </w:r>
      <w:proofErr w:type="spellEnd"/>
      <w:r w:rsidRPr="006254D6">
        <w:rPr>
          <w:rFonts w:cs="Segoe UI Symbol"/>
        </w:rPr>
        <w:t xml:space="preserve"> e outros </w:t>
      </w:r>
      <w:proofErr w:type="spellStart"/>
      <w:r w:rsidRPr="006254D6">
        <w:rPr>
          <w:rFonts w:cs="Segoe UI Symbol"/>
        </w:rPr>
        <w:t>funcionários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locais</w:t>
      </w:r>
      <w:proofErr w:type="spellEnd"/>
    </w:p>
    <w:p w14:paraId="1F00B5A6" w14:textId="77777777" w:rsidR="006254D6" w:rsidRDefault="006254D6" w:rsidP="006254D6">
      <w:pPr>
        <w:spacing w:after="40" w:line="252" w:lineRule="auto"/>
      </w:pPr>
    </w:p>
    <w:p w14:paraId="79456749" w14:textId="77777777" w:rsidR="006254D6" w:rsidRDefault="006254D6" w:rsidP="006254D6">
      <w:pPr>
        <w:pStyle w:val="BoxTitle"/>
        <w:spacing w:before="160"/>
      </w:pPr>
      <w:r w:rsidRPr="003536C8">
        <w:t>SUPLEMENTO VOO INTERNO PREVISTOS OU SIMILAR</w:t>
      </w:r>
      <w:r>
        <w:t>:</w:t>
      </w:r>
    </w:p>
    <w:p w14:paraId="76984E62" w14:textId="77777777" w:rsid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3536C8">
        <w:rPr>
          <w:rFonts w:cs="Segoe UI Symbol"/>
        </w:rPr>
        <w:t>INCLUI TAXAS E 1 BAGAGEM DE MÃO + 1 MALA DE 20KG</w:t>
      </w:r>
    </w:p>
    <w:p w14:paraId="4C03F0F9" w14:textId="77777777" w:rsidR="006254D6" w:rsidRPr="003536C8" w:rsidRDefault="006254D6" w:rsidP="006254D6">
      <w:pPr>
        <w:pStyle w:val="PargrafodaLista"/>
        <w:spacing w:after="40" w:line="252" w:lineRule="auto"/>
        <w:rPr>
          <w:rFonts w:cs="Segoe UI Symbol"/>
        </w:rPr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3853"/>
      </w:tblGrid>
      <w:tr w:rsidR="006254D6" w14:paraId="40FB9A25" w14:textId="77777777" w:rsidTr="009E71BE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406589" w14:textId="212D4FB1" w:rsidR="006254D6" w:rsidRDefault="006254D6" w:rsidP="009E71BE">
            <w:pPr>
              <w:jc w:val="center"/>
            </w:pPr>
            <w:r w:rsidRPr="006254D6">
              <w:rPr>
                <w:b/>
                <w:color w:val="FFFFFF"/>
                <w:sz w:val="15"/>
              </w:rPr>
              <w:t>TRECHO CHIANG MAI / PHUKET</w:t>
            </w:r>
          </w:p>
        </w:tc>
        <w:tc>
          <w:tcPr>
            <w:tcW w:w="3853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8413E3" w14:textId="5C97E345" w:rsidR="006254D6" w:rsidRPr="00495537" w:rsidRDefault="006254D6" w:rsidP="009E71BE">
            <w:pPr>
              <w:jc w:val="center"/>
              <w:rPr>
                <w:b/>
                <w:color w:val="FFFFFF"/>
                <w:sz w:val="15"/>
              </w:rPr>
            </w:pPr>
            <w:r w:rsidRPr="006254D6">
              <w:rPr>
                <w:b/>
                <w:color w:val="FFFFFF"/>
                <w:sz w:val="15"/>
              </w:rPr>
              <w:t>AIR ASIA (FD)/ Thai Airways International (TG)</w:t>
            </w:r>
          </w:p>
        </w:tc>
      </w:tr>
      <w:tr w:rsidR="006254D6" w14:paraId="28D29155" w14:textId="77777777" w:rsidTr="009E71BE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555D81" w14:textId="25C900DD" w:rsidR="006254D6" w:rsidRPr="00CA5E98" w:rsidRDefault="006254D6" w:rsidP="009E71BE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6254D6">
              <w:rPr>
                <w:b/>
                <w:color w:val="123C69"/>
                <w:sz w:val="15"/>
                <w:lang w:val="pt-BR"/>
              </w:rPr>
              <w:t>26-Nov – FD 8165 / Chiang Mai (CNX) → Phuket (HKT</w:t>
            </w:r>
            <w:proofErr w:type="gramStart"/>
            <w:r w:rsidRPr="006254D6">
              <w:rPr>
                <w:b/>
                <w:color w:val="123C69"/>
                <w:sz w:val="15"/>
                <w:lang w:val="pt-BR"/>
              </w:rPr>
              <w:t>) Saída</w:t>
            </w:r>
            <w:proofErr w:type="gramEnd"/>
            <w:r w:rsidRPr="006254D6">
              <w:rPr>
                <w:b/>
                <w:color w:val="123C69"/>
                <w:sz w:val="15"/>
                <w:lang w:val="pt-BR"/>
              </w:rPr>
              <w:t xml:space="preserve"> </w:t>
            </w:r>
            <w:proofErr w:type="gramStart"/>
            <w:r w:rsidRPr="006254D6">
              <w:rPr>
                <w:b/>
                <w:color w:val="123C69"/>
                <w:sz w:val="15"/>
                <w:lang w:val="pt-BR"/>
              </w:rPr>
              <w:t>as  11:40</w:t>
            </w:r>
            <w:proofErr w:type="gramEnd"/>
            <w:r w:rsidRPr="006254D6">
              <w:rPr>
                <w:b/>
                <w:color w:val="123C69"/>
                <w:sz w:val="15"/>
                <w:lang w:val="pt-BR"/>
              </w:rPr>
              <w:t xml:space="preserve"> &amp; Chegada as 13:50</w:t>
            </w:r>
          </w:p>
        </w:tc>
        <w:tc>
          <w:tcPr>
            <w:tcW w:w="3853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F0CC18" w14:textId="388E518C" w:rsidR="006254D6" w:rsidRPr="003536C8" w:rsidRDefault="006254D6" w:rsidP="009E71BE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6254D6">
              <w:rPr>
                <w:b/>
                <w:color w:val="123C69"/>
                <w:sz w:val="15"/>
                <w:lang w:val="pt-BR"/>
              </w:rPr>
              <w:t>USD 517pax</w:t>
            </w:r>
          </w:p>
        </w:tc>
      </w:tr>
    </w:tbl>
    <w:p w14:paraId="311E30D6" w14:textId="77777777" w:rsidR="006254D6" w:rsidRPr="003536C8" w:rsidRDefault="006254D6" w:rsidP="006254D6">
      <w:pPr>
        <w:spacing w:after="40" w:line="252" w:lineRule="auto"/>
        <w:ind w:left="2127"/>
        <w:rPr>
          <w:i/>
          <w:iCs/>
        </w:rPr>
      </w:pPr>
      <w:r w:rsidRPr="003536C8">
        <w:rPr>
          <w:rFonts w:cs="Segoe UI Symbol"/>
          <w:i/>
          <w:iCs/>
        </w:rPr>
        <w:t>VALOR SUJEITO A ALTERAÇÃO NO MOMENTO DA CONFIRMAÇÃO</w:t>
      </w:r>
    </w:p>
    <w:p w14:paraId="6E445C1A" w14:textId="77777777" w:rsidR="006254D6" w:rsidRDefault="006254D6" w:rsidP="006254D6">
      <w:pPr>
        <w:rPr>
          <w:rFonts w:ascii="Segoe UI Emoji" w:hAnsi="Segoe UI Emoji" w:cs="Segoe UI Emoji"/>
        </w:rPr>
      </w:pPr>
    </w:p>
    <w:p w14:paraId="7D827CEB" w14:textId="77777777" w:rsidR="006B1A01" w:rsidRDefault="006B1A01" w:rsidP="006B1A01">
      <w:pPr>
        <w:pBdr>
          <w:bottom w:val="single" w:sz="12" w:space="1" w:color="E6B35A"/>
        </w:pBdr>
        <w:spacing w:after="120"/>
      </w:pPr>
    </w:p>
    <w:p w14:paraId="4F8E53E5" w14:textId="77777777" w:rsidR="006254D6" w:rsidRPr="003536C8" w:rsidRDefault="006254D6" w:rsidP="006254D6">
      <w:pPr>
        <w:jc w:val="center"/>
        <w:rPr>
          <w:rFonts w:ascii="Segoe UI Emoji" w:hAnsi="Segoe UI Emoji" w:cs="Segoe UI Emoji"/>
          <w:b/>
          <w:color w:val="123C69"/>
          <w:sz w:val="32"/>
        </w:rPr>
      </w:pPr>
      <w:r w:rsidRPr="003536C8">
        <w:rPr>
          <w:b/>
          <w:color w:val="123C69"/>
          <w:sz w:val="32"/>
        </w:rPr>
        <w:t>EXTENSÃO OPCIONAL PHUKET (4 DIAS / 3 NOITES)</w:t>
      </w:r>
    </w:p>
    <w:p w14:paraId="22355B2C" w14:textId="574A84F4" w:rsidR="006254D6" w:rsidRPr="006254D6" w:rsidRDefault="006254D6" w:rsidP="006254D6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12</w:t>
      </w:r>
      <w:r>
        <w:t xml:space="preserve">º </w:t>
      </w:r>
      <w:proofErr w:type="spellStart"/>
      <w:r>
        <w:t>dia</w:t>
      </w:r>
      <w:proofErr w:type="spellEnd"/>
      <w:r>
        <w:t xml:space="preserve"> (2</w:t>
      </w:r>
      <w:r>
        <w:t>9</w:t>
      </w:r>
      <w:r>
        <w:t xml:space="preserve"> NOV): </w:t>
      </w:r>
      <w:r w:rsidRPr="006254D6">
        <w:t xml:space="preserve">Chiang Mai – Phuket – Phi </w:t>
      </w:r>
      <w:proofErr w:type="spellStart"/>
      <w:r w:rsidRPr="006254D6">
        <w:t>Phi</w:t>
      </w:r>
      <w:proofErr w:type="spellEnd"/>
    </w:p>
    <w:p w14:paraId="34619C58" w14:textId="77777777" w:rsidR="006254D6" w:rsidRDefault="006254D6" w:rsidP="006254D6">
      <w:pPr>
        <w:spacing w:after="40" w:line="252" w:lineRule="auto"/>
        <w:jc w:val="both"/>
      </w:pPr>
      <w:r>
        <w:t xml:space="preserve">Na </w:t>
      </w:r>
      <w:proofErr w:type="spellStart"/>
      <w:r>
        <w:t>chegada</w:t>
      </w:r>
      <w:proofErr w:type="spellEnd"/>
      <w:r>
        <w:t xml:space="preserve">, </w:t>
      </w:r>
      <w:proofErr w:type="spellStart"/>
      <w:r>
        <w:t>traslado</w:t>
      </w:r>
      <w:proofErr w:type="spellEnd"/>
      <w:r>
        <w:t xml:space="preserve"> de </w:t>
      </w:r>
      <w:proofErr w:type="spellStart"/>
      <w:r>
        <w:t>recepção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píer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guia</w:t>
      </w:r>
      <w:proofErr w:type="spellEnd"/>
      <w:r>
        <w:t>.</w:t>
      </w:r>
    </w:p>
    <w:p w14:paraId="1FB7AC38" w14:textId="77777777" w:rsidR="006254D6" w:rsidRDefault="006254D6" w:rsidP="006254D6">
      <w:pPr>
        <w:spacing w:after="40" w:line="252" w:lineRule="auto"/>
        <w:jc w:val="both"/>
      </w:pPr>
      <w:proofErr w:type="spellStart"/>
      <w:r>
        <w:t>Traslado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lancha </w:t>
      </w:r>
      <w:proofErr w:type="spellStart"/>
      <w:r>
        <w:t>rápida</w:t>
      </w:r>
      <w:proofErr w:type="spellEnd"/>
      <w:r>
        <w:t xml:space="preserve"> </w:t>
      </w:r>
      <w:proofErr w:type="spellStart"/>
      <w:r>
        <w:t>compartilhada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hotel </w:t>
      </w:r>
      <w:proofErr w:type="spellStart"/>
      <w:r>
        <w:t>na</w:t>
      </w:r>
      <w:proofErr w:type="spellEnd"/>
      <w:r>
        <w:t xml:space="preserve"> Ilha Phi </w:t>
      </w:r>
      <w:proofErr w:type="spellStart"/>
      <w:r>
        <w:t>Phi</w:t>
      </w:r>
      <w:proofErr w:type="spellEnd"/>
      <w:r>
        <w:t>.</w:t>
      </w:r>
    </w:p>
    <w:p w14:paraId="6456A86C" w14:textId="77777777" w:rsidR="006254D6" w:rsidRDefault="006254D6" w:rsidP="006254D6">
      <w:pPr>
        <w:spacing w:after="40" w:line="252" w:lineRule="auto"/>
        <w:jc w:val="both"/>
      </w:pPr>
      <w:r>
        <w:t>Tempo livre.</w:t>
      </w:r>
    </w:p>
    <w:p w14:paraId="6B882D65" w14:textId="77777777" w:rsidR="006254D6" w:rsidRDefault="006254D6" w:rsidP="006254D6">
      <w:pPr>
        <w:spacing w:after="40" w:line="252" w:lineRule="auto"/>
        <w:jc w:val="both"/>
      </w:pPr>
      <w:proofErr w:type="spellStart"/>
      <w:r>
        <w:t>Refeições</w:t>
      </w:r>
      <w:proofErr w:type="spellEnd"/>
      <w:r>
        <w:t xml:space="preserve">: </w:t>
      </w:r>
      <w:proofErr w:type="spellStart"/>
      <w:r>
        <w:t>Não</w:t>
      </w:r>
      <w:proofErr w:type="spellEnd"/>
    </w:p>
    <w:p w14:paraId="696BF2C1" w14:textId="624266B0" w:rsidR="006254D6" w:rsidRDefault="006254D6" w:rsidP="006254D6">
      <w:pPr>
        <w:spacing w:after="40" w:line="252" w:lineRule="auto"/>
        <w:jc w:val="both"/>
      </w:pPr>
      <w:proofErr w:type="spellStart"/>
      <w:r>
        <w:t>Observação</w:t>
      </w:r>
      <w:proofErr w:type="spellEnd"/>
      <w:r>
        <w:t xml:space="preserve">: O check-in no hotel é </w:t>
      </w:r>
      <w:proofErr w:type="spellStart"/>
      <w:r>
        <w:t>por</w:t>
      </w:r>
      <w:proofErr w:type="spellEnd"/>
      <w:r>
        <w:t xml:space="preserve"> volta das 14h00 (</w:t>
      </w:r>
      <w:proofErr w:type="spellStart"/>
      <w:r>
        <w:t>consulte</w:t>
      </w:r>
      <w:proofErr w:type="spellEnd"/>
      <w:r>
        <w:t xml:space="preserve"> </w:t>
      </w:r>
      <w:proofErr w:type="spellStart"/>
      <w:r>
        <w:t>suplemento</w:t>
      </w:r>
      <w:proofErr w:type="spellEnd"/>
      <w:r>
        <w:t xml:space="preserve"> para check-in </w:t>
      </w:r>
      <w:proofErr w:type="spellStart"/>
      <w:r>
        <w:t>antecipado</w:t>
      </w:r>
      <w:proofErr w:type="spellEnd"/>
      <w:r>
        <w:t>).</w:t>
      </w:r>
    </w:p>
    <w:p w14:paraId="1283D59F" w14:textId="77777777" w:rsidR="006254D6" w:rsidRPr="003536C8" w:rsidRDefault="006254D6" w:rsidP="006254D6">
      <w:pPr>
        <w:spacing w:after="40" w:line="252" w:lineRule="auto"/>
        <w:jc w:val="both"/>
        <w:rPr>
          <w:b/>
          <w:color w:val="0F5D7F"/>
          <w:sz w:val="21"/>
        </w:rPr>
      </w:pPr>
    </w:p>
    <w:p w14:paraId="6D4CD7F6" w14:textId="098E4164" w:rsidR="006254D6" w:rsidRPr="006254D6" w:rsidRDefault="006254D6" w:rsidP="006254D6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1</w:t>
      </w:r>
      <w:r>
        <w:t>3</w:t>
      </w:r>
      <w:r>
        <w:t xml:space="preserve">º </w:t>
      </w:r>
      <w:proofErr w:type="spellStart"/>
      <w:r>
        <w:t>dia</w:t>
      </w:r>
      <w:proofErr w:type="spellEnd"/>
      <w:r>
        <w:t xml:space="preserve"> (</w:t>
      </w:r>
      <w:r>
        <w:t>30</w:t>
      </w:r>
      <w:r>
        <w:t xml:space="preserve"> NOV): </w:t>
      </w:r>
      <w:r w:rsidRPr="006254D6">
        <w:t xml:space="preserve">Phi </w:t>
      </w:r>
      <w:proofErr w:type="spellStart"/>
      <w:r w:rsidRPr="006254D6">
        <w:t>Phi</w:t>
      </w:r>
      <w:proofErr w:type="spellEnd"/>
    </w:p>
    <w:p w14:paraId="39D0BC88" w14:textId="77777777" w:rsidR="006254D6" w:rsidRDefault="006254D6" w:rsidP="006254D6">
      <w:pPr>
        <w:spacing w:after="40" w:line="252" w:lineRule="auto"/>
        <w:jc w:val="both"/>
      </w:pPr>
      <w:r>
        <w:t xml:space="preserve">Tempo livre para </w:t>
      </w:r>
      <w:proofErr w:type="spellStart"/>
      <w:r>
        <w:t>aproveitar</w:t>
      </w:r>
      <w:proofErr w:type="spellEnd"/>
      <w:r>
        <w:t xml:space="preserve"> as </w:t>
      </w:r>
      <w:proofErr w:type="spellStart"/>
      <w:r>
        <w:t>praias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conta</w:t>
      </w:r>
      <w:proofErr w:type="spellEnd"/>
      <w:r>
        <w:t xml:space="preserve"> </w:t>
      </w:r>
      <w:proofErr w:type="spellStart"/>
      <w:r>
        <w:t>própria</w:t>
      </w:r>
      <w:proofErr w:type="spellEnd"/>
      <w:r>
        <w:t>.</w:t>
      </w:r>
    </w:p>
    <w:p w14:paraId="761E3692" w14:textId="17DD6D53" w:rsidR="006254D6" w:rsidRDefault="006254D6" w:rsidP="006254D6">
      <w:pPr>
        <w:spacing w:after="40" w:line="252" w:lineRule="auto"/>
        <w:jc w:val="both"/>
      </w:pPr>
      <w:proofErr w:type="spellStart"/>
      <w:r>
        <w:t>Refeições</w:t>
      </w:r>
      <w:proofErr w:type="spellEnd"/>
      <w:r>
        <w:t xml:space="preserve">: Café da </w:t>
      </w:r>
      <w:proofErr w:type="spellStart"/>
      <w:r>
        <w:t>manhã</w:t>
      </w:r>
      <w:proofErr w:type="spellEnd"/>
      <w:r>
        <w:t xml:space="preserve"> no hotel.</w:t>
      </w:r>
    </w:p>
    <w:p w14:paraId="3773222C" w14:textId="77777777" w:rsidR="006254D6" w:rsidRPr="003536C8" w:rsidRDefault="006254D6" w:rsidP="006254D6">
      <w:pPr>
        <w:spacing w:after="40" w:line="252" w:lineRule="auto"/>
        <w:jc w:val="both"/>
        <w:rPr>
          <w:b/>
          <w:color w:val="0F5D7F"/>
          <w:sz w:val="21"/>
        </w:rPr>
      </w:pPr>
    </w:p>
    <w:p w14:paraId="00206818" w14:textId="2AD4B6B6" w:rsidR="006254D6" w:rsidRDefault="006254D6" w:rsidP="006254D6">
      <w:pPr>
        <w:spacing w:after="40" w:line="252" w:lineRule="auto"/>
        <w:jc w:val="both"/>
        <w:rPr>
          <w:b/>
          <w:color w:val="0F5D7F"/>
          <w:sz w:val="21"/>
        </w:rPr>
      </w:pPr>
      <w:r w:rsidRPr="006254D6">
        <w:rPr>
          <w:rFonts w:ascii="Segoe UI Emoji" w:hAnsi="Segoe UI Emoji" w:cs="Segoe UI Emoji"/>
          <w:b/>
          <w:color w:val="0F5D7F"/>
          <w:sz w:val="21"/>
        </w:rPr>
        <w:t>📍</w:t>
      </w:r>
      <w:r w:rsidRPr="006254D6">
        <w:rPr>
          <w:b/>
          <w:color w:val="0F5D7F"/>
          <w:sz w:val="21"/>
        </w:rPr>
        <w:t xml:space="preserve"> 1</w:t>
      </w:r>
      <w:r>
        <w:rPr>
          <w:b/>
          <w:color w:val="0F5D7F"/>
          <w:sz w:val="21"/>
        </w:rPr>
        <w:t>4</w:t>
      </w:r>
      <w:r w:rsidRPr="006254D6">
        <w:rPr>
          <w:b/>
          <w:color w:val="0F5D7F"/>
          <w:sz w:val="21"/>
        </w:rPr>
        <w:t xml:space="preserve">º </w:t>
      </w:r>
      <w:proofErr w:type="spellStart"/>
      <w:r w:rsidRPr="006254D6">
        <w:rPr>
          <w:b/>
          <w:color w:val="0F5D7F"/>
          <w:sz w:val="21"/>
        </w:rPr>
        <w:t>dia</w:t>
      </w:r>
      <w:proofErr w:type="spellEnd"/>
      <w:r w:rsidRPr="006254D6">
        <w:rPr>
          <w:b/>
          <w:color w:val="0F5D7F"/>
          <w:sz w:val="21"/>
        </w:rPr>
        <w:t xml:space="preserve"> (</w:t>
      </w:r>
      <w:r>
        <w:rPr>
          <w:b/>
          <w:color w:val="0F5D7F"/>
          <w:sz w:val="21"/>
        </w:rPr>
        <w:t>01</w:t>
      </w:r>
      <w:r w:rsidRPr="006254D6">
        <w:rPr>
          <w:b/>
          <w:color w:val="0F5D7F"/>
          <w:sz w:val="21"/>
        </w:rPr>
        <w:t xml:space="preserve"> </w:t>
      </w:r>
      <w:r>
        <w:rPr>
          <w:b/>
          <w:color w:val="0F5D7F"/>
          <w:sz w:val="21"/>
        </w:rPr>
        <w:t>DEZ</w:t>
      </w:r>
      <w:r w:rsidRPr="006254D6">
        <w:rPr>
          <w:b/>
          <w:color w:val="0F5D7F"/>
          <w:sz w:val="21"/>
        </w:rPr>
        <w:t xml:space="preserve">): Phi </w:t>
      </w:r>
      <w:proofErr w:type="spellStart"/>
      <w:r w:rsidRPr="006254D6">
        <w:rPr>
          <w:b/>
          <w:color w:val="0F5D7F"/>
          <w:sz w:val="21"/>
        </w:rPr>
        <w:t>Phi</w:t>
      </w:r>
      <w:proofErr w:type="spellEnd"/>
    </w:p>
    <w:p w14:paraId="5EFE5296" w14:textId="77777777" w:rsidR="006254D6" w:rsidRDefault="006254D6" w:rsidP="006254D6">
      <w:pPr>
        <w:spacing w:after="40" w:line="252" w:lineRule="auto"/>
        <w:jc w:val="both"/>
      </w:pPr>
      <w:r>
        <w:t xml:space="preserve">Tempo livre para </w:t>
      </w:r>
      <w:proofErr w:type="spellStart"/>
      <w:r>
        <w:t>aproveitar</w:t>
      </w:r>
      <w:proofErr w:type="spellEnd"/>
      <w:r>
        <w:t xml:space="preserve"> as </w:t>
      </w:r>
      <w:proofErr w:type="spellStart"/>
      <w:r>
        <w:t>praias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conta</w:t>
      </w:r>
      <w:proofErr w:type="spellEnd"/>
      <w:r>
        <w:t xml:space="preserve"> </w:t>
      </w:r>
      <w:proofErr w:type="spellStart"/>
      <w:r>
        <w:t>própria</w:t>
      </w:r>
      <w:proofErr w:type="spellEnd"/>
      <w:r>
        <w:t>.</w:t>
      </w:r>
    </w:p>
    <w:p w14:paraId="63C23B52" w14:textId="5DB339C1" w:rsidR="006254D6" w:rsidRDefault="006254D6" w:rsidP="006254D6">
      <w:pPr>
        <w:spacing w:after="40" w:line="252" w:lineRule="auto"/>
        <w:jc w:val="both"/>
      </w:pPr>
      <w:proofErr w:type="spellStart"/>
      <w:r>
        <w:t>Refeições</w:t>
      </w:r>
      <w:proofErr w:type="spellEnd"/>
      <w:r>
        <w:t xml:space="preserve">: Café da </w:t>
      </w:r>
      <w:proofErr w:type="spellStart"/>
      <w:r>
        <w:t>manhã</w:t>
      </w:r>
      <w:proofErr w:type="spellEnd"/>
      <w:r>
        <w:t xml:space="preserve"> no hotel.</w:t>
      </w:r>
    </w:p>
    <w:p w14:paraId="24601FA9" w14:textId="77777777" w:rsidR="006254D6" w:rsidRPr="003536C8" w:rsidRDefault="006254D6" w:rsidP="006254D6">
      <w:pPr>
        <w:spacing w:after="40" w:line="252" w:lineRule="auto"/>
        <w:jc w:val="both"/>
        <w:rPr>
          <w:b/>
          <w:color w:val="0F5D7F"/>
          <w:sz w:val="21"/>
        </w:rPr>
      </w:pPr>
    </w:p>
    <w:p w14:paraId="16AB6F7D" w14:textId="0060EE79" w:rsidR="006254D6" w:rsidRDefault="006254D6" w:rsidP="006254D6">
      <w:pPr>
        <w:spacing w:after="40" w:line="252" w:lineRule="auto"/>
        <w:jc w:val="both"/>
        <w:rPr>
          <w:b/>
          <w:color w:val="0F5D7F"/>
          <w:sz w:val="21"/>
        </w:rPr>
      </w:pPr>
      <w:r w:rsidRPr="006254D6">
        <w:rPr>
          <w:rFonts w:ascii="Segoe UI Emoji" w:hAnsi="Segoe UI Emoji" w:cs="Segoe UI Emoji"/>
          <w:b/>
          <w:color w:val="0F5D7F"/>
          <w:sz w:val="21"/>
        </w:rPr>
        <w:t>📍</w:t>
      </w:r>
      <w:r w:rsidRPr="006254D6">
        <w:rPr>
          <w:b/>
          <w:color w:val="0F5D7F"/>
          <w:sz w:val="21"/>
        </w:rPr>
        <w:t xml:space="preserve"> 1</w:t>
      </w:r>
      <w:r>
        <w:rPr>
          <w:b/>
          <w:color w:val="0F5D7F"/>
          <w:sz w:val="21"/>
        </w:rPr>
        <w:t>5</w:t>
      </w:r>
      <w:r w:rsidRPr="006254D6">
        <w:rPr>
          <w:b/>
          <w:color w:val="0F5D7F"/>
          <w:sz w:val="21"/>
        </w:rPr>
        <w:t xml:space="preserve">º </w:t>
      </w:r>
      <w:proofErr w:type="spellStart"/>
      <w:r w:rsidRPr="006254D6">
        <w:rPr>
          <w:b/>
          <w:color w:val="0F5D7F"/>
          <w:sz w:val="21"/>
        </w:rPr>
        <w:t>dia</w:t>
      </w:r>
      <w:proofErr w:type="spellEnd"/>
      <w:r w:rsidRPr="006254D6">
        <w:rPr>
          <w:b/>
          <w:color w:val="0F5D7F"/>
          <w:sz w:val="21"/>
        </w:rPr>
        <w:t xml:space="preserve"> (</w:t>
      </w:r>
      <w:r>
        <w:rPr>
          <w:b/>
          <w:color w:val="0F5D7F"/>
          <w:sz w:val="21"/>
        </w:rPr>
        <w:t>02 DEZ</w:t>
      </w:r>
      <w:r w:rsidRPr="006254D6">
        <w:rPr>
          <w:b/>
          <w:color w:val="0F5D7F"/>
          <w:sz w:val="21"/>
        </w:rPr>
        <w:t xml:space="preserve">): Phi </w:t>
      </w:r>
      <w:proofErr w:type="spellStart"/>
      <w:r w:rsidRPr="006254D6">
        <w:rPr>
          <w:b/>
          <w:color w:val="0F5D7F"/>
          <w:sz w:val="21"/>
        </w:rPr>
        <w:t>Phi</w:t>
      </w:r>
      <w:proofErr w:type="spellEnd"/>
      <w:r w:rsidRPr="006254D6">
        <w:rPr>
          <w:b/>
          <w:color w:val="0F5D7F"/>
          <w:sz w:val="21"/>
        </w:rPr>
        <w:t xml:space="preserve"> – Phuket – </w:t>
      </w:r>
      <w:proofErr w:type="spellStart"/>
      <w:r w:rsidRPr="006254D6">
        <w:rPr>
          <w:b/>
          <w:color w:val="0F5D7F"/>
          <w:sz w:val="21"/>
        </w:rPr>
        <w:t>Saída</w:t>
      </w:r>
      <w:proofErr w:type="spellEnd"/>
    </w:p>
    <w:p w14:paraId="3251FAAD" w14:textId="77777777" w:rsidR="006254D6" w:rsidRDefault="006254D6" w:rsidP="006254D6">
      <w:pPr>
        <w:spacing w:after="40" w:line="252" w:lineRule="auto"/>
        <w:jc w:val="both"/>
      </w:pPr>
      <w:r>
        <w:t xml:space="preserve">Tempo livre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lancha </w:t>
      </w:r>
      <w:proofErr w:type="spellStart"/>
      <w:r>
        <w:t>rápida</w:t>
      </w:r>
      <w:proofErr w:type="spellEnd"/>
      <w:r>
        <w:t xml:space="preserve"> </w:t>
      </w:r>
      <w:proofErr w:type="spellStart"/>
      <w:r>
        <w:t>compartilhada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píer</w:t>
      </w:r>
      <w:proofErr w:type="spellEnd"/>
      <w:r>
        <w:t xml:space="preserve"> e, </w:t>
      </w:r>
      <w:proofErr w:type="spellStart"/>
      <w:r>
        <w:t>em</w:t>
      </w:r>
      <w:proofErr w:type="spellEnd"/>
      <w:r>
        <w:t xml:space="preserve"> </w:t>
      </w:r>
      <w:proofErr w:type="spellStart"/>
      <w:r>
        <w:t>seguida</w:t>
      </w:r>
      <w:proofErr w:type="spellEnd"/>
      <w:r>
        <w:t xml:space="preserve">, </w:t>
      </w:r>
      <w:proofErr w:type="spellStart"/>
      <w:r>
        <w:t>traslado</w:t>
      </w:r>
      <w:proofErr w:type="spellEnd"/>
      <w:r>
        <w:t xml:space="preserve"> de </w:t>
      </w:r>
      <w:proofErr w:type="spellStart"/>
      <w:r>
        <w:t>carro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aeroporto</w:t>
      </w:r>
      <w:proofErr w:type="spellEnd"/>
      <w:r>
        <w:t xml:space="preserve"> para </w:t>
      </w:r>
      <w:proofErr w:type="spellStart"/>
      <w:r>
        <w:t>embarque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voo</w:t>
      </w:r>
      <w:proofErr w:type="spellEnd"/>
      <w:r>
        <w:t xml:space="preserve"> de </w:t>
      </w:r>
      <w:proofErr w:type="spellStart"/>
      <w:r>
        <w:t>saída</w:t>
      </w:r>
      <w:proofErr w:type="spellEnd"/>
      <w:r>
        <w:t>.</w:t>
      </w:r>
    </w:p>
    <w:p w14:paraId="1A1B029B" w14:textId="0E0A7A1F" w:rsidR="006254D6" w:rsidRDefault="006254D6" w:rsidP="006254D6">
      <w:pPr>
        <w:spacing w:after="40" w:line="252" w:lineRule="auto"/>
        <w:jc w:val="both"/>
      </w:pPr>
      <w:proofErr w:type="spellStart"/>
      <w:r>
        <w:lastRenderedPageBreak/>
        <w:t>Refeições</w:t>
      </w:r>
      <w:proofErr w:type="spellEnd"/>
      <w:r>
        <w:t xml:space="preserve">: Café da </w:t>
      </w:r>
      <w:proofErr w:type="spellStart"/>
      <w:r>
        <w:t>manhã</w:t>
      </w:r>
      <w:proofErr w:type="spellEnd"/>
      <w:r>
        <w:t xml:space="preserve"> no hotel.</w:t>
      </w:r>
    </w:p>
    <w:p w14:paraId="71484F7C" w14:textId="77777777" w:rsidR="006254D6" w:rsidRDefault="006254D6" w:rsidP="006254D6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6254D6" w14:paraId="6906252B" w14:textId="77777777" w:rsidTr="009E71BE">
        <w:trPr>
          <w:jc w:val="center"/>
        </w:trPr>
        <w:tc>
          <w:tcPr>
            <w:tcW w:w="5320" w:type="dxa"/>
            <w:gridSpan w:val="2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1E3C8F" w14:textId="77777777" w:rsidR="006254D6" w:rsidRDefault="006254D6" w:rsidP="009E71BE">
            <w:pPr>
              <w:jc w:val="center"/>
            </w:pPr>
            <w:r>
              <w:rPr>
                <w:b/>
                <w:color w:val="FFFFFF"/>
                <w:sz w:val="15"/>
              </w:rPr>
              <w:t>SAÍDA REGULAR</w:t>
            </w:r>
          </w:p>
        </w:tc>
      </w:tr>
      <w:tr w:rsidR="006254D6" w:rsidRPr="00AF6C5F" w14:paraId="55AE877A" w14:textId="77777777" w:rsidTr="009E71BE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BCCE021" w14:textId="2E3C2649" w:rsidR="006254D6" w:rsidRPr="00AF6C5F" w:rsidRDefault="006254D6" w:rsidP="006254D6">
            <w:pPr>
              <w:jc w:val="center"/>
              <w:rPr>
                <w:sz w:val="15"/>
              </w:rPr>
            </w:pPr>
            <w:r w:rsidRPr="00392F6F">
              <w:t xml:space="preserve">Em </w:t>
            </w:r>
            <w:proofErr w:type="spellStart"/>
            <w:r w:rsidRPr="00392F6F">
              <w:t>apto</w:t>
            </w:r>
            <w:proofErr w:type="spellEnd"/>
            <w:r w:rsidRPr="00392F6F">
              <w:t xml:space="preserve"> DUPLO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DBF0EFA" w14:textId="054B896A" w:rsidR="006254D6" w:rsidRPr="00AF6C5F" w:rsidRDefault="006254D6" w:rsidP="006254D6">
            <w:pPr>
              <w:jc w:val="center"/>
              <w:rPr>
                <w:sz w:val="15"/>
              </w:rPr>
            </w:pPr>
            <w:r w:rsidRPr="00392F6F">
              <w:t>USD 868</w:t>
            </w:r>
          </w:p>
        </w:tc>
      </w:tr>
      <w:tr w:rsidR="006254D6" w:rsidRPr="00AF6C5F" w14:paraId="3B521DC5" w14:textId="77777777" w:rsidTr="009E71BE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13CC73E" w14:textId="3DE35F08" w:rsidR="006254D6" w:rsidRPr="003536C8" w:rsidRDefault="006254D6" w:rsidP="006254D6">
            <w:pPr>
              <w:jc w:val="center"/>
              <w:rPr>
                <w:sz w:val="15"/>
              </w:rPr>
            </w:pPr>
            <w:r w:rsidRPr="00392F6F">
              <w:t xml:space="preserve">Em </w:t>
            </w:r>
            <w:proofErr w:type="spellStart"/>
            <w:r w:rsidRPr="00392F6F">
              <w:t>apto</w:t>
            </w:r>
            <w:proofErr w:type="spellEnd"/>
            <w:r w:rsidRPr="00392F6F">
              <w:t xml:space="preserve"> INDIVIDUAL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3B469F9" w14:textId="56C1803C" w:rsidR="006254D6" w:rsidRPr="006254D6" w:rsidRDefault="006254D6" w:rsidP="006254D6">
            <w:pPr>
              <w:jc w:val="center"/>
              <w:rPr>
                <w:sz w:val="15"/>
              </w:rPr>
            </w:pPr>
            <w:r w:rsidRPr="00392F6F">
              <w:t>USD 1.128</w:t>
            </w:r>
          </w:p>
        </w:tc>
      </w:tr>
    </w:tbl>
    <w:p w14:paraId="23903A80" w14:textId="77777777" w:rsidR="006254D6" w:rsidRDefault="006254D6" w:rsidP="006254D6"/>
    <w:p w14:paraId="6F20F88B" w14:textId="77777777" w:rsidR="006254D6" w:rsidRDefault="006254D6" w:rsidP="006254D6">
      <w:pPr>
        <w:pStyle w:val="BoxTitle"/>
        <w:spacing w:before="160"/>
      </w:pPr>
      <w:r>
        <w:t xml:space="preserve">🏨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3428"/>
      </w:tblGrid>
      <w:tr w:rsidR="006254D6" w14:paraId="58AD4BB9" w14:textId="77777777" w:rsidTr="006254D6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EBE79A" w14:textId="77777777" w:rsidR="006254D6" w:rsidRDefault="006254D6" w:rsidP="009E71BE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3428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20E992" w14:textId="77777777" w:rsidR="006254D6" w:rsidRPr="00495537" w:rsidRDefault="006254D6" w:rsidP="009E71BE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Hotel</w:t>
            </w:r>
          </w:p>
        </w:tc>
      </w:tr>
      <w:tr w:rsidR="006254D6" w14:paraId="1FBA9C74" w14:textId="77777777" w:rsidTr="006254D6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B3ECF34" w14:textId="64B30AC5" w:rsidR="006254D6" w:rsidRPr="00CA5E98" w:rsidRDefault="006254D6" w:rsidP="006254D6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3D5101">
              <w:t xml:space="preserve">Phi </w:t>
            </w:r>
            <w:proofErr w:type="spellStart"/>
            <w:r w:rsidRPr="003D5101">
              <w:t>Phi</w:t>
            </w:r>
            <w:proofErr w:type="spellEnd"/>
            <w:r w:rsidRPr="003D5101">
              <w:t xml:space="preserve"> Island </w:t>
            </w:r>
          </w:p>
        </w:tc>
        <w:tc>
          <w:tcPr>
            <w:tcW w:w="3428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39FACF3" w14:textId="7DFF05DB" w:rsidR="006254D6" w:rsidRPr="003536C8" w:rsidRDefault="006254D6" w:rsidP="006254D6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proofErr w:type="spellStart"/>
            <w:r w:rsidRPr="003D5101">
              <w:t>Erawan</w:t>
            </w:r>
            <w:proofErr w:type="spellEnd"/>
            <w:r w:rsidRPr="003D5101">
              <w:t xml:space="preserve"> Palms Resort (</w:t>
            </w:r>
            <w:proofErr w:type="spellStart"/>
            <w:r w:rsidRPr="003D5101">
              <w:t>Laemtong</w:t>
            </w:r>
            <w:proofErr w:type="spellEnd"/>
            <w:r w:rsidRPr="003D5101">
              <w:t xml:space="preserve"> Beach) </w:t>
            </w:r>
          </w:p>
        </w:tc>
      </w:tr>
    </w:tbl>
    <w:p w14:paraId="5510CE21" w14:textId="77777777" w:rsidR="006254D6" w:rsidRDefault="006254D6" w:rsidP="006254D6">
      <w:pPr>
        <w:spacing w:after="0" w:line="240" w:lineRule="auto"/>
      </w:pPr>
    </w:p>
    <w:p w14:paraId="00C0A67A" w14:textId="77777777" w:rsidR="006254D6" w:rsidRDefault="006254D6" w:rsidP="006254D6"/>
    <w:p w14:paraId="79BF4BAB" w14:textId="77777777" w:rsidR="006254D6" w:rsidRDefault="006254D6" w:rsidP="006254D6">
      <w:pPr>
        <w:pStyle w:val="BoxTitle"/>
        <w:spacing w:before="160"/>
      </w:pPr>
      <w:r>
        <w:t xml:space="preserve">✅ </w:t>
      </w:r>
      <w:proofErr w:type="spellStart"/>
      <w:r>
        <w:t>Inclui</w:t>
      </w:r>
      <w:proofErr w:type="spellEnd"/>
      <w:r>
        <w:t>:</w:t>
      </w:r>
    </w:p>
    <w:p w14:paraId="73E8BBBF" w14:textId="77777777" w:rsidR="00FA0F2F" w:rsidRPr="00FA0F2F" w:rsidRDefault="00FA0F2F" w:rsidP="00FA0F2F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FA0F2F">
        <w:rPr>
          <w:rFonts w:cs="Segoe UI Symbol"/>
        </w:rPr>
        <w:t xml:space="preserve">3 </w:t>
      </w:r>
      <w:proofErr w:type="spellStart"/>
      <w:r w:rsidRPr="00FA0F2F">
        <w:rPr>
          <w:rFonts w:cs="Segoe UI Symbol"/>
        </w:rPr>
        <w:t>noites</w:t>
      </w:r>
      <w:proofErr w:type="spellEnd"/>
      <w:r w:rsidRPr="00FA0F2F">
        <w:rPr>
          <w:rFonts w:cs="Segoe UI Symbol"/>
        </w:rPr>
        <w:t xml:space="preserve"> de </w:t>
      </w:r>
      <w:proofErr w:type="spellStart"/>
      <w:r w:rsidRPr="00FA0F2F">
        <w:rPr>
          <w:rFonts w:cs="Segoe UI Symbol"/>
        </w:rPr>
        <w:t>hospedagem</w:t>
      </w:r>
      <w:proofErr w:type="spellEnd"/>
      <w:r w:rsidRPr="00FA0F2F">
        <w:rPr>
          <w:rFonts w:cs="Segoe UI Symbol"/>
        </w:rPr>
        <w:t xml:space="preserve"> </w:t>
      </w:r>
      <w:proofErr w:type="spellStart"/>
      <w:r w:rsidRPr="00FA0F2F">
        <w:rPr>
          <w:rFonts w:cs="Segoe UI Symbol"/>
        </w:rPr>
        <w:t>em</w:t>
      </w:r>
      <w:proofErr w:type="spellEnd"/>
      <w:r w:rsidRPr="00FA0F2F">
        <w:rPr>
          <w:rFonts w:cs="Segoe UI Symbol"/>
        </w:rPr>
        <w:t xml:space="preserve"> </w:t>
      </w:r>
      <w:proofErr w:type="spellStart"/>
      <w:r w:rsidRPr="00FA0F2F">
        <w:rPr>
          <w:rFonts w:cs="Segoe UI Symbol"/>
        </w:rPr>
        <w:t>apto</w:t>
      </w:r>
      <w:proofErr w:type="spellEnd"/>
      <w:r w:rsidRPr="00FA0F2F">
        <w:rPr>
          <w:rFonts w:cs="Segoe UI Symbol"/>
        </w:rPr>
        <w:t xml:space="preserve"> Standard, com café da </w:t>
      </w:r>
      <w:proofErr w:type="spellStart"/>
      <w:r w:rsidRPr="00FA0F2F">
        <w:rPr>
          <w:rFonts w:cs="Segoe UI Symbol"/>
        </w:rPr>
        <w:t>manhã</w:t>
      </w:r>
      <w:proofErr w:type="spellEnd"/>
      <w:r w:rsidRPr="00FA0F2F">
        <w:rPr>
          <w:rFonts w:cs="Segoe UI Symbol"/>
        </w:rPr>
        <w:t>.</w:t>
      </w:r>
    </w:p>
    <w:p w14:paraId="427790FD" w14:textId="77777777" w:rsidR="00FA0F2F" w:rsidRPr="00FA0F2F" w:rsidRDefault="00FA0F2F" w:rsidP="00FA0F2F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FA0F2F">
        <w:rPr>
          <w:rFonts w:cs="Segoe UI Symbol"/>
        </w:rPr>
        <w:t xml:space="preserve">Todos </w:t>
      </w:r>
      <w:proofErr w:type="spellStart"/>
      <w:r w:rsidRPr="00FA0F2F">
        <w:rPr>
          <w:rFonts w:cs="Segoe UI Symbol"/>
        </w:rPr>
        <w:t>os</w:t>
      </w:r>
      <w:proofErr w:type="spellEnd"/>
      <w:r w:rsidRPr="00FA0F2F">
        <w:rPr>
          <w:rFonts w:cs="Segoe UI Symbol"/>
        </w:rPr>
        <w:t xml:space="preserve"> </w:t>
      </w:r>
      <w:proofErr w:type="spellStart"/>
      <w:r w:rsidRPr="00FA0F2F">
        <w:rPr>
          <w:rFonts w:cs="Segoe UI Symbol"/>
        </w:rPr>
        <w:t>traslados</w:t>
      </w:r>
      <w:proofErr w:type="spellEnd"/>
      <w:r w:rsidRPr="00FA0F2F">
        <w:rPr>
          <w:rFonts w:cs="Segoe UI Symbol"/>
        </w:rPr>
        <w:t>.</w:t>
      </w:r>
    </w:p>
    <w:p w14:paraId="00020478" w14:textId="77777777" w:rsidR="00FA0F2F" w:rsidRPr="00FA0F2F" w:rsidRDefault="00FA0F2F" w:rsidP="00FA0F2F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FA0F2F">
        <w:rPr>
          <w:rFonts w:cs="Segoe UI Symbol"/>
        </w:rPr>
        <w:t xml:space="preserve">Lancha </w:t>
      </w:r>
      <w:proofErr w:type="spellStart"/>
      <w:r w:rsidRPr="00FA0F2F">
        <w:rPr>
          <w:rFonts w:cs="Segoe UI Symbol"/>
        </w:rPr>
        <w:t>Rápida</w:t>
      </w:r>
      <w:proofErr w:type="spellEnd"/>
      <w:r w:rsidRPr="00FA0F2F">
        <w:rPr>
          <w:rFonts w:cs="Segoe UI Symbol"/>
        </w:rPr>
        <w:t xml:space="preserve"> regular </w:t>
      </w:r>
      <w:proofErr w:type="spellStart"/>
      <w:r w:rsidRPr="00FA0F2F">
        <w:rPr>
          <w:rFonts w:cs="Segoe UI Symbol"/>
        </w:rPr>
        <w:t>ida</w:t>
      </w:r>
      <w:proofErr w:type="spellEnd"/>
      <w:r w:rsidRPr="00FA0F2F">
        <w:rPr>
          <w:rFonts w:cs="Segoe UI Symbol"/>
        </w:rPr>
        <w:t xml:space="preserve"> e volta </w:t>
      </w:r>
      <w:proofErr w:type="gramStart"/>
      <w:r w:rsidRPr="00FA0F2F">
        <w:rPr>
          <w:rFonts w:cs="Segoe UI Symbol"/>
        </w:rPr>
        <w:t xml:space="preserve">para Phi </w:t>
      </w:r>
      <w:proofErr w:type="spellStart"/>
      <w:r w:rsidRPr="00FA0F2F">
        <w:rPr>
          <w:rFonts w:cs="Segoe UI Symbol"/>
        </w:rPr>
        <w:t>Phi</w:t>
      </w:r>
      <w:proofErr w:type="spellEnd"/>
      <w:proofErr w:type="gramEnd"/>
      <w:r w:rsidRPr="00FA0F2F">
        <w:rPr>
          <w:rFonts w:cs="Segoe UI Symbol"/>
        </w:rPr>
        <w:t xml:space="preserve"> </w:t>
      </w:r>
      <w:proofErr w:type="spellStart"/>
      <w:r w:rsidRPr="00FA0F2F">
        <w:rPr>
          <w:rFonts w:cs="Segoe UI Symbol"/>
        </w:rPr>
        <w:t>sem</w:t>
      </w:r>
      <w:proofErr w:type="spellEnd"/>
      <w:r w:rsidRPr="00FA0F2F">
        <w:rPr>
          <w:rFonts w:cs="Segoe UI Symbol"/>
        </w:rPr>
        <w:t xml:space="preserve"> </w:t>
      </w:r>
      <w:proofErr w:type="spellStart"/>
      <w:r w:rsidRPr="00FA0F2F">
        <w:rPr>
          <w:rFonts w:cs="Segoe UI Symbol"/>
        </w:rPr>
        <w:t>guia</w:t>
      </w:r>
      <w:proofErr w:type="spellEnd"/>
      <w:r w:rsidRPr="00FA0F2F">
        <w:rPr>
          <w:rFonts w:cs="Segoe UI Symbol"/>
        </w:rPr>
        <w:t xml:space="preserve"> </w:t>
      </w:r>
    </w:p>
    <w:p w14:paraId="687218CD" w14:textId="77777777" w:rsidR="00FA0F2F" w:rsidRPr="00FA0F2F" w:rsidRDefault="00FA0F2F" w:rsidP="00FA0F2F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FA0F2F">
        <w:rPr>
          <w:rFonts w:cs="Segoe UI Symbol"/>
        </w:rPr>
        <w:t xml:space="preserve">Guia </w:t>
      </w:r>
      <w:proofErr w:type="spellStart"/>
      <w:r w:rsidRPr="00FA0F2F">
        <w:rPr>
          <w:rFonts w:cs="Segoe UI Symbol"/>
        </w:rPr>
        <w:t>falando</w:t>
      </w:r>
      <w:proofErr w:type="spellEnd"/>
      <w:r w:rsidRPr="00FA0F2F">
        <w:rPr>
          <w:rFonts w:cs="Segoe UI Symbol"/>
        </w:rPr>
        <w:t xml:space="preserve"> </w:t>
      </w:r>
      <w:proofErr w:type="spellStart"/>
      <w:r w:rsidRPr="00FA0F2F">
        <w:rPr>
          <w:rFonts w:cs="Segoe UI Symbol"/>
        </w:rPr>
        <w:t>espanhol</w:t>
      </w:r>
      <w:proofErr w:type="spellEnd"/>
      <w:r w:rsidRPr="00FA0F2F">
        <w:rPr>
          <w:rFonts w:cs="Segoe UI Symbol"/>
        </w:rPr>
        <w:t xml:space="preserve">/ </w:t>
      </w:r>
      <w:proofErr w:type="spellStart"/>
      <w:r w:rsidRPr="00FA0F2F">
        <w:rPr>
          <w:rFonts w:cs="Segoe UI Symbol"/>
        </w:rPr>
        <w:t>inglês</w:t>
      </w:r>
      <w:proofErr w:type="spellEnd"/>
      <w:r w:rsidRPr="00FA0F2F">
        <w:rPr>
          <w:rFonts w:cs="Segoe UI Symbol"/>
        </w:rPr>
        <w:t xml:space="preserve"> </w:t>
      </w:r>
      <w:proofErr w:type="spellStart"/>
      <w:r w:rsidRPr="00FA0F2F">
        <w:rPr>
          <w:rFonts w:cs="Segoe UI Symbol"/>
        </w:rPr>
        <w:t>nos</w:t>
      </w:r>
      <w:proofErr w:type="spellEnd"/>
      <w:r w:rsidRPr="00FA0F2F">
        <w:rPr>
          <w:rFonts w:cs="Segoe UI Symbol"/>
        </w:rPr>
        <w:t xml:space="preserve"> </w:t>
      </w:r>
      <w:proofErr w:type="spellStart"/>
      <w:r w:rsidRPr="00FA0F2F">
        <w:rPr>
          <w:rFonts w:cs="Segoe UI Symbol"/>
        </w:rPr>
        <w:t>traslados</w:t>
      </w:r>
      <w:proofErr w:type="spellEnd"/>
      <w:r w:rsidRPr="00FA0F2F">
        <w:rPr>
          <w:rFonts w:cs="Segoe UI Symbol"/>
        </w:rPr>
        <w:t>.</w:t>
      </w:r>
    </w:p>
    <w:p w14:paraId="137E2EF5" w14:textId="7C2E6CED" w:rsidR="006254D6" w:rsidRDefault="00FA0F2F" w:rsidP="00FA0F2F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FA0F2F">
        <w:rPr>
          <w:rFonts w:cs="Segoe UI Symbol"/>
        </w:rPr>
        <w:t xml:space="preserve">Serviços </w:t>
      </w:r>
      <w:proofErr w:type="spellStart"/>
      <w:r w:rsidRPr="00FA0F2F">
        <w:rPr>
          <w:rFonts w:cs="Segoe UI Symbol"/>
        </w:rPr>
        <w:t>mencionados</w:t>
      </w:r>
      <w:proofErr w:type="spellEnd"/>
      <w:r w:rsidRPr="00FA0F2F">
        <w:rPr>
          <w:rFonts w:cs="Segoe UI Symbol"/>
        </w:rPr>
        <w:t xml:space="preserve"> no </w:t>
      </w:r>
      <w:proofErr w:type="spellStart"/>
      <w:r w:rsidRPr="00FA0F2F">
        <w:rPr>
          <w:rFonts w:cs="Segoe UI Symbol"/>
        </w:rPr>
        <w:t>programa</w:t>
      </w:r>
      <w:proofErr w:type="spellEnd"/>
      <w:r w:rsidRPr="00FA0F2F">
        <w:rPr>
          <w:rFonts w:cs="Segoe UI Symbol"/>
        </w:rPr>
        <w:t>.</w:t>
      </w:r>
    </w:p>
    <w:p w14:paraId="09E0D753" w14:textId="77777777" w:rsidR="00FA0F2F" w:rsidRPr="001040EA" w:rsidRDefault="00FA0F2F" w:rsidP="00FA0F2F">
      <w:pPr>
        <w:spacing w:after="40" w:line="252" w:lineRule="auto"/>
      </w:pPr>
    </w:p>
    <w:p w14:paraId="6ADC2739" w14:textId="77777777" w:rsidR="006254D6" w:rsidRDefault="006254D6" w:rsidP="006254D6">
      <w:pPr>
        <w:pStyle w:val="BoxTitle"/>
        <w:spacing w:before="160"/>
      </w:pPr>
      <w:r>
        <w:rPr>
          <w:rFonts w:ascii="Segoe UI Emoji" w:hAnsi="Segoe UI Emoji" w:cs="Segoe UI Emoji"/>
        </w:rPr>
        <w:t>❌</w:t>
      </w:r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1AD994B8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6254D6">
        <w:rPr>
          <w:rFonts w:cs="Segoe UI Symbol"/>
        </w:rPr>
        <w:t xml:space="preserve">Voos </w:t>
      </w:r>
      <w:proofErr w:type="spellStart"/>
      <w:r w:rsidRPr="006254D6">
        <w:rPr>
          <w:rFonts w:cs="Segoe UI Symbol"/>
        </w:rPr>
        <w:t>internacionais</w:t>
      </w:r>
      <w:proofErr w:type="spellEnd"/>
      <w:r w:rsidRPr="006254D6">
        <w:rPr>
          <w:rFonts w:cs="Segoe UI Symbol"/>
        </w:rPr>
        <w:t xml:space="preserve">, </w:t>
      </w:r>
      <w:proofErr w:type="spellStart"/>
      <w:proofErr w:type="gramStart"/>
      <w:r w:rsidRPr="006254D6">
        <w:rPr>
          <w:rFonts w:cs="Segoe UI Symbol"/>
        </w:rPr>
        <w:t>domésticos</w:t>
      </w:r>
      <w:proofErr w:type="spellEnd"/>
      <w:r w:rsidRPr="006254D6">
        <w:rPr>
          <w:rFonts w:cs="Segoe UI Symbol"/>
        </w:rPr>
        <w:t xml:space="preserve">  e</w:t>
      </w:r>
      <w:proofErr w:type="gramEnd"/>
      <w:r w:rsidRPr="006254D6">
        <w:rPr>
          <w:rFonts w:cs="Segoe UI Symbol"/>
        </w:rPr>
        <w:t xml:space="preserve"> taxa de </w:t>
      </w:r>
      <w:proofErr w:type="spellStart"/>
      <w:r w:rsidRPr="006254D6">
        <w:rPr>
          <w:rFonts w:cs="Segoe UI Symbol"/>
        </w:rPr>
        <w:t>embarque</w:t>
      </w:r>
      <w:proofErr w:type="spellEnd"/>
      <w:r w:rsidRPr="006254D6">
        <w:rPr>
          <w:rFonts w:cs="Segoe UI Symbol"/>
        </w:rPr>
        <w:t xml:space="preserve"> no </w:t>
      </w:r>
      <w:proofErr w:type="spellStart"/>
      <w:r w:rsidRPr="006254D6">
        <w:rPr>
          <w:rFonts w:cs="Segoe UI Symbol"/>
        </w:rPr>
        <w:t>aeroporto</w:t>
      </w:r>
      <w:proofErr w:type="spellEnd"/>
    </w:p>
    <w:p w14:paraId="282B169C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proofErr w:type="spellStart"/>
      <w:r w:rsidRPr="006254D6">
        <w:rPr>
          <w:rFonts w:cs="Segoe UI Symbol"/>
        </w:rPr>
        <w:t>Refeições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não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mencionadas</w:t>
      </w:r>
      <w:proofErr w:type="spellEnd"/>
      <w:r w:rsidRPr="006254D6">
        <w:rPr>
          <w:rFonts w:cs="Segoe UI Symbol"/>
        </w:rPr>
        <w:t xml:space="preserve"> no </w:t>
      </w:r>
      <w:proofErr w:type="spellStart"/>
      <w:r w:rsidRPr="006254D6">
        <w:rPr>
          <w:rFonts w:cs="Segoe UI Symbol"/>
        </w:rPr>
        <w:t>Programa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Detalhado</w:t>
      </w:r>
      <w:proofErr w:type="spellEnd"/>
    </w:p>
    <w:p w14:paraId="180F2841" w14:textId="77777777" w:rsidR="006254D6" w:rsidRPr="006254D6" w:rsidRDefault="006254D6" w:rsidP="006254D6">
      <w:pPr>
        <w:pStyle w:val="PargrafodaLista"/>
        <w:numPr>
          <w:ilvl w:val="0"/>
          <w:numId w:val="23"/>
        </w:numPr>
        <w:spacing w:after="40" w:line="252" w:lineRule="auto"/>
        <w:rPr>
          <w:rFonts w:cs="Segoe UI Symbol"/>
        </w:rPr>
      </w:pPr>
      <w:r w:rsidRPr="006254D6">
        <w:rPr>
          <w:rFonts w:cs="Segoe UI Symbol"/>
        </w:rPr>
        <w:t>Early check-in e Late de check-out</w:t>
      </w:r>
    </w:p>
    <w:p w14:paraId="3872A805" w14:textId="3263A7A2" w:rsidR="00B569A9" w:rsidRPr="00FA0F2F" w:rsidRDefault="006254D6" w:rsidP="00FA0F2F">
      <w:pPr>
        <w:pStyle w:val="PargrafodaLista"/>
        <w:numPr>
          <w:ilvl w:val="0"/>
          <w:numId w:val="23"/>
        </w:numPr>
        <w:spacing w:after="40" w:line="252" w:lineRule="auto"/>
      </w:pPr>
      <w:proofErr w:type="spellStart"/>
      <w:r w:rsidRPr="006254D6">
        <w:rPr>
          <w:rFonts w:cs="Segoe UI Symbol"/>
        </w:rPr>
        <w:t>Gorjetas</w:t>
      </w:r>
      <w:proofErr w:type="spellEnd"/>
      <w:r w:rsidRPr="006254D6">
        <w:rPr>
          <w:rFonts w:cs="Segoe UI Symbol"/>
        </w:rPr>
        <w:t xml:space="preserve"> para </w:t>
      </w:r>
      <w:proofErr w:type="spellStart"/>
      <w:r w:rsidRPr="006254D6">
        <w:rPr>
          <w:rFonts w:cs="Segoe UI Symbol"/>
        </w:rPr>
        <w:t>guias</w:t>
      </w:r>
      <w:proofErr w:type="spellEnd"/>
      <w:r w:rsidRPr="006254D6">
        <w:rPr>
          <w:rFonts w:cs="Segoe UI Symbol"/>
        </w:rPr>
        <w:t xml:space="preserve">, </w:t>
      </w:r>
      <w:proofErr w:type="spellStart"/>
      <w:r w:rsidRPr="006254D6">
        <w:rPr>
          <w:rFonts w:cs="Segoe UI Symbol"/>
        </w:rPr>
        <w:t>motoristas</w:t>
      </w:r>
      <w:proofErr w:type="spellEnd"/>
      <w:r w:rsidRPr="006254D6">
        <w:rPr>
          <w:rFonts w:cs="Segoe UI Symbol"/>
        </w:rPr>
        <w:t xml:space="preserve"> e outros </w:t>
      </w:r>
      <w:proofErr w:type="spellStart"/>
      <w:r w:rsidRPr="006254D6">
        <w:rPr>
          <w:rFonts w:cs="Segoe UI Symbol"/>
        </w:rPr>
        <w:t>funcionários</w:t>
      </w:r>
      <w:proofErr w:type="spellEnd"/>
      <w:r w:rsidRPr="006254D6">
        <w:rPr>
          <w:rFonts w:cs="Segoe UI Symbol"/>
        </w:rPr>
        <w:t xml:space="preserve"> </w:t>
      </w:r>
      <w:proofErr w:type="spellStart"/>
      <w:r w:rsidRPr="006254D6">
        <w:rPr>
          <w:rFonts w:cs="Segoe UI Symbol"/>
        </w:rPr>
        <w:t>locais</w:t>
      </w:r>
      <w:proofErr w:type="spellEnd"/>
    </w:p>
    <w:sectPr w:rsidR="00B569A9" w:rsidRPr="00FA0F2F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7E560" w14:textId="77777777" w:rsidR="008F5C23" w:rsidRDefault="008F5C23">
      <w:pPr>
        <w:spacing w:after="0" w:line="240" w:lineRule="auto"/>
      </w:pPr>
      <w:r>
        <w:separator/>
      </w:r>
    </w:p>
  </w:endnote>
  <w:endnote w:type="continuationSeparator" w:id="0">
    <w:p w14:paraId="6968D2E6" w14:textId="77777777" w:rsidR="008F5C23" w:rsidRDefault="008F5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3EB9" w14:textId="5B375723" w:rsidR="00B569A9" w:rsidRDefault="00000000">
    <w:pPr>
      <w:pStyle w:val="Rodap"/>
      <w:jc w:val="center"/>
    </w:pPr>
    <w:proofErr w:type="spellStart"/>
    <w:r>
      <w:rPr>
        <w:color w:val="6B7280"/>
        <w:sz w:val="16"/>
      </w:rPr>
      <w:t>Descubra</w:t>
    </w:r>
    <w:proofErr w:type="spellEnd"/>
    <w:r>
      <w:rPr>
        <w:color w:val="6B7280"/>
        <w:sz w:val="16"/>
      </w:rPr>
      <w:t xml:space="preserve"> </w:t>
    </w:r>
    <w:r w:rsidR="003536C8">
      <w:rPr>
        <w:color w:val="6B7280"/>
        <w:sz w:val="16"/>
      </w:rPr>
      <w:t xml:space="preserve">a </w:t>
    </w:r>
    <w:proofErr w:type="spellStart"/>
    <w:r w:rsidR="003536C8">
      <w:rPr>
        <w:color w:val="6B7280"/>
        <w:sz w:val="16"/>
      </w:rPr>
      <w:t>Tailândia</w:t>
    </w:r>
    <w:proofErr w:type="spellEnd"/>
    <w:r w:rsidR="003536C8">
      <w:rPr>
        <w:color w:val="6B7280"/>
        <w:sz w:val="16"/>
      </w:rPr>
      <w:t xml:space="preserve"> </w:t>
    </w:r>
    <w:r w:rsidR="00CA5E98">
      <w:rPr>
        <w:color w:val="6B7280"/>
        <w:sz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48B1" w14:textId="77777777" w:rsidR="008F5C23" w:rsidRDefault="008F5C23">
      <w:pPr>
        <w:spacing w:after="0" w:line="240" w:lineRule="auto"/>
      </w:pPr>
      <w:r>
        <w:separator/>
      </w:r>
    </w:p>
  </w:footnote>
  <w:footnote w:type="continuationSeparator" w:id="0">
    <w:p w14:paraId="11D82FB6" w14:textId="77777777" w:rsidR="008F5C23" w:rsidRDefault="008F5C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E76132"/>
    <w:multiLevelType w:val="hybridMultilevel"/>
    <w:tmpl w:val="160E70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BE4A0C"/>
    <w:multiLevelType w:val="hybridMultilevel"/>
    <w:tmpl w:val="DFA2D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B7E50"/>
    <w:multiLevelType w:val="hybridMultilevel"/>
    <w:tmpl w:val="40985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65C90"/>
    <w:multiLevelType w:val="hybridMultilevel"/>
    <w:tmpl w:val="81CE5C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542AA"/>
    <w:multiLevelType w:val="hybridMultilevel"/>
    <w:tmpl w:val="70BECB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73912"/>
    <w:multiLevelType w:val="hybridMultilevel"/>
    <w:tmpl w:val="3CD65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80DADA">
      <w:numFmt w:val="bullet"/>
      <w:lvlText w:val="•"/>
      <w:lvlJc w:val="left"/>
      <w:pPr>
        <w:ind w:left="1440" w:hanging="360"/>
      </w:pPr>
      <w:rPr>
        <w:rFonts w:ascii="Aptos" w:eastAsia="Aptos" w:hAnsi="Aptos" w:cstheme="minorBidi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E00E4"/>
    <w:multiLevelType w:val="hybridMultilevel"/>
    <w:tmpl w:val="C1F0B0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55B05"/>
    <w:multiLevelType w:val="multilevel"/>
    <w:tmpl w:val="4200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18667B"/>
    <w:multiLevelType w:val="hybridMultilevel"/>
    <w:tmpl w:val="9BAEE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267DE"/>
    <w:multiLevelType w:val="hybridMultilevel"/>
    <w:tmpl w:val="D45A3C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44DAF"/>
    <w:multiLevelType w:val="hybridMultilevel"/>
    <w:tmpl w:val="E65278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9409A"/>
    <w:multiLevelType w:val="hybridMultilevel"/>
    <w:tmpl w:val="3D96F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95EC1"/>
    <w:multiLevelType w:val="hybridMultilevel"/>
    <w:tmpl w:val="DA30D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F25BD"/>
    <w:multiLevelType w:val="hybridMultilevel"/>
    <w:tmpl w:val="1EBA0D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534669">
    <w:abstractNumId w:val="8"/>
  </w:num>
  <w:num w:numId="2" w16cid:durableId="1178036200">
    <w:abstractNumId w:val="6"/>
  </w:num>
  <w:num w:numId="3" w16cid:durableId="250623158">
    <w:abstractNumId w:val="5"/>
  </w:num>
  <w:num w:numId="4" w16cid:durableId="414939376">
    <w:abstractNumId w:val="4"/>
  </w:num>
  <w:num w:numId="5" w16cid:durableId="638001872">
    <w:abstractNumId w:val="7"/>
  </w:num>
  <w:num w:numId="6" w16cid:durableId="628899519">
    <w:abstractNumId w:val="3"/>
  </w:num>
  <w:num w:numId="7" w16cid:durableId="1077744504">
    <w:abstractNumId w:val="2"/>
  </w:num>
  <w:num w:numId="8" w16cid:durableId="1077557848">
    <w:abstractNumId w:val="1"/>
  </w:num>
  <w:num w:numId="9" w16cid:durableId="993872439">
    <w:abstractNumId w:val="0"/>
  </w:num>
  <w:num w:numId="10" w16cid:durableId="2061440143">
    <w:abstractNumId w:val="16"/>
  </w:num>
  <w:num w:numId="11" w16cid:durableId="971331009">
    <w:abstractNumId w:val="9"/>
  </w:num>
  <w:num w:numId="12" w16cid:durableId="520045680">
    <w:abstractNumId w:val="15"/>
  </w:num>
  <w:num w:numId="13" w16cid:durableId="493498588">
    <w:abstractNumId w:val="11"/>
  </w:num>
  <w:num w:numId="14" w16cid:durableId="711270864">
    <w:abstractNumId w:val="20"/>
  </w:num>
  <w:num w:numId="15" w16cid:durableId="278340355">
    <w:abstractNumId w:val="22"/>
  </w:num>
  <w:num w:numId="16" w16cid:durableId="2129547237">
    <w:abstractNumId w:val="17"/>
  </w:num>
  <w:num w:numId="17" w16cid:durableId="1654331993">
    <w:abstractNumId w:val="10"/>
  </w:num>
  <w:num w:numId="18" w16cid:durableId="1640718977">
    <w:abstractNumId w:val="14"/>
  </w:num>
  <w:num w:numId="19" w16cid:durableId="64686880">
    <w:abstractNumId w:val="21"/>
  </w:num>
  <w:num w:numId="20" w16cid:durableId="790977102">
    <w:abstractNumId w:val="12"/>
  </w:num>
  <w:num w:numId="21" w16cid:durableId="1945961320">
    <w:abstractNumId w:val="18"/>
  </w:num>
  <w:num w:numId="22" w16cid:durableId="2056078034">
    <w:abstractNumId w:val="13"/>
  </w:num>
  <w:num w:numId="23" w16cid:durableId="19519358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9C9"/>
    <w:rsid w:val="001040EA"/>
    <w:rsid w:val="0015074B"/>
    <w:rsid w:val="00253C20"/>
    <w:rsid w:val="0026177A"/>
    <w:rsid w:val="0029639D"/>
    <w:rsid w:val="00326F90"/>
    <w:rsid w:val="003419B7"/>
    <w:rsid w:val="00346FD3"/>
    <w:rsid w:val="003536C8"/>
    <w:rsid w:val="003A5BC6"/>
    <w:rsid w:val="003D445A"/>
    <w:rsid w:val="00495537"/>
    <w:rsid w:val="00581958"/>
    <w:rsid w:val="006254D6"/>
    <w:rsid w:val="00664199"/>
    <w:rsid w:val="006979B1"/>
    <w:rsid w:val="006B1A01"/>
    <w:rsid w:val="007617E1"/>
    <w:rsid w:val="007F306A"/>
    <w:rsid w:val="008B397F"/>
    <w:rsid w:val="008F5C23"/>
    <w:rsid w:val="00910E4E"/>
    <w:rsid w:val="00A70C1F"/>
    <w:rsid w:val="00AA1D8D"/>
    <w:rsid w:val="00AF6C5F"/>
    <w:rsid w:val="00B47730"/>
    <w:rsid w:val="00B569A9"/>
    <w:rsid w:val="00B700F2"/>
    <w:rsid w:val="00C173F0"/>
    <w:rsid w:val="00C6774F"/>
    <w:rsid w:val="00CA5E98"/>
    <w:rsid w:val="00CB0664"/>
    <w:rsid w:val="00F10C12"/>
    <w:rsid w:val="00FA0F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C7BAC"/>
  <w14:defaultImageDpi w14:val="300"/>
  <w15:docId w15:val="{2F5CCDC3-533A-44C4-A355-1CAD21D7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B313A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link w:val="SemEspaamentoChar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uloCapa">
    <w:name w:val="TituloCapa"/>
    <w:rPr>
      <w:rFonts w:ascii="Aptos" w:eastAsia="Aptos" w:hAnsi="Aptos"/>
      <w:b/>
      <w:color w:val="FFFFFF"/>
      <w:sz w:val="56"/>
    </w:rPr>
  </w:style>
  <w:style w:type="paragraph" w:customStyle="1" w:styleId="SubtituloCapa">
    <w:name w:val="SubtituloCapa"/>
    <w:rPr>
      <w:rFonts w:ascii="Aptos" w:eastAsia="Aptos" w:hAnsi="Aptos"/>
      <w:color w:val="FFFFFF"/>
      <w:sz w:val="26"/>
    </w:rPr>
  </w:style>
  <w:style w:type="paragraph" w:customStyle="1" w:styleId="HeadingViagem">
    <w:name w:val="HeadingViagem"/>
    <w:rPr>
      <w:rFonts w:ascii="Aptos" w:eastAsia="Aptos" w:hAnsi="Aptos"/>
      <w:b/>
      <w:color w:val="123C69"/>
      <w:sz w:val="32"/>
    </w:rPr>
  </w:style>
  <w:style w:type="paragraph" w:customStyle="1" w:styleId="Subheading">
    <w:name w:val="Subheading"/>
    <w:rPr>
      <w:rFonts w:ascii="Aptos" w:eastAsia="Aptos" w:hAnsi="Aptos"/>
      <w:b/>
      <w:color w:val="1B638F"/>
    </w:rPr>
  </w:style>
  <w:style w:type="paragraph" w:customStyle="1" w:styleId="Dia">
    <w:name w:val="Dia"/>
    <w:rPr>
      <w:rFonts w:ascii="Aptos" w:eastAsia="Aptos" w:hAnsi="Aptos"/>
      <w:b/>
      <w:color w:val="0F5D7F"/>
      <w:sz w:val="21"/>
    </w:rPr>
  </w:style>
  <w:style w:type="paragraph" w:customStyle="1" w:styleId="BoxTitle">
    <w:name w:val="BoxTitle"/>
    <w:rPr>
      <w:rFonts w:ascii="Aptos" w:eastAsia="Aptos" w:hAnsi="Aptos"/>
      <w:b/>
      <w:color w:val="123C69"/>
    </w:rPr>
  </w:style>
  <w:style w:type="paragraph" w:customStyle="1" w:styleId="Legenda1">
    <w:name w:val="Legenda1"/>
    <w:rPr>
      <w:rFonts w:ascii="Aptos" w:eastAsia="Aptos" w:hAnsi="Aptos"/>
      <w:color w:val="6B7280"/>
      <w:sz w:val="14"/>
    </w:rPr>
  </w:style>
  <w:style w:type="character" w:customStyle="1" w:styleId="SemEspaamentoChar">
    <w:name w:val="Sem Espaçamento Char"/>
    <w:link w:val="SemEspaamento"/>
    <w:uiPriority w:val="1"/>
    <w:qFormat/>
    <w:locked/>
    <w:rsid w:val="0010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2086</Words>
  <Characters>11266</Characters>
  <Application>Microsoft Office Word</Application>
  <DocSecurity>0</DocSecurity>
  <Lines>93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Manuela Bueno Teixeira</cp:lastModifiedBy>
  <cp:revision>4</cp:revision>
  <dcterms:created xsi:type="dcterms:W3CDTF">2026-06-21T16:39:00Z</dcterms:created>
  <dcterms:modified xsi:type="dcterms:W3CDTF">2026-06-21T17:12:00Z</dcterms:modified>
  <cp:category/>
</cp:coreProperties>
</file>