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9EBF" w14:textId="2EC6FD1A" w:rsidR="00B569A9" w:rsidRDefault="00B569A9" w:rsidP="003A5B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569A9" w14:paraId="27ADA6D2" w14:textId="77777777">
        <w:trPr>
          <w:jc w:val="center"/>
        </w:trPr>
        <w:tc>
          <w:tcPr>
            <w:tcW w:w="10656" w:type="dxa"/>
            <w:shd w:val="clear" w:color="auto" w:fill="123C6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E0EF9AE" w14:textId="6650C903" w:rsidR="00B569A9" w:rsidRDefault="00000000">
            <w:pPr>
              <w:jc w:val="center"/>
            </w:pPr>
            <w:r>
              <w:rPr>
                <w:b/>
                <w:color w:val="FFFFFF"/>
                <w:sz w:val="52"/>
              </w:rPr>
              <w:t xml:space="preserve">DESCUBRA </w:t>
            </w:r>
            <w:r w:rsidR="00495537">
              <w:rPr>
                <w:b/>
                <w:color w:val="FFFFFF"/>
                <w:sz w:val="52"/>
              </w:rPr>
              <w:t xml:space="preserve">O </w:t>
            </w:r>
            <w:r w:rsidR="00A70C1F">
              <w:rPr>
                <w:b/>
                <w:color w:val="FFFFFF"/>
                <w:sz w:val="52"/>
              </w:rPr>
              <w:t>VIETNÃ</w:t>
            </w:r>
          </w:p>
          <w:p w14:paraId="3F8D3817" w14:textId="398B6B68" w:rsidR="00B569A9" w:rsidRDefault="00000000">
            <w:pPr>
              <w:jc w:val="center"/>
            </w:pPr>
            <w:r>
              <w:rPr>
                <w:color w:val="FFFFFF"/>
                <w:sz w:val="24"/>
              </w:rPr>
              <w:t>2026</w:t>
            </w:r>
            <w:r w:rsidR="00AF6C5F">
              <w:rPr>
                <w:color w:val="FFFFFF"/>
                <w:sz w:val="24"/>
              </w:rPr>
              <w:t>/2027</w:t>
            </w:r>
            <w:r>
              <w:rPr>
                <w:color w:val="FFFFFF"/>
                <w:sz w:val="24"/>
              </w:rPr>
              <w:t xml:space="preserve"> • </w:t>
            </w:r>
            <w:proofErr w:type="spellStart"/>
            <w:r>
              <w:rPr>
                <w:color w:val="FFFFFF"/>
                <w:sz w:val="24"/>
              </w:rPr>
              <w:t>Roteiros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hotéis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previstos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inclusões</w:t>
            </w:r>
            <w:proofErr w:type="spellEnd"/>
            <w:r>
              <w:rPr>
                <w:color w:val="FFFFFF"/>
                <w:sz w:val="24"/>
              </w:rPr>
              <w:t xml:space="preserve"> e </w:t>
            </w:r>
            <w:proofErr w:type="spellStart"/>
            <w:r>
              <w:rPr>
                <w:color w:val="FFFFFF"/>
                <w:sz w:val="24"/>
              </w:rPr>
              <w:t>tarifas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originais</w:t>
            </w:r>
            <w:proofErr w:type="spellEnd"/>
          </w:p>
        </w:tc>
      </w:tr>
    </w:tbl>
    <w:p w14:paraId="4BE57F4F" w14:textId="77777777" w:rsidR="00B569A9" w:rsidRDefault="00000000">
      <w:pPr>
        <w:jc w:val="center"/>
      </w:pPr>
      <w:r>
        <w:rPr>
          <w:i/>
        </w:rPr>
        <w:t xml:space="preserve">Material </w:t>
      </w:r>
      <w:proofErr w:type="spellStart"/>
      <w:r>
        <w:rPr>
          <w:i/>
        </w:rPr>
        <w:t>diagramado</w:t>
      </w:r>
      <w:proofErr w:type="spellEnd"/>
      <w:r>
        <w:rPr>
          <w:i/>
        </w:rPr>
        <w:t xml:space="preserve"> com imagens </w:t>
      </w:r>
      <w:proofErr w:type="spellStart"/>
      <w:r>
        <w:rPr>
          <w:i/>
        </w:rPr>
        <w:t>realistas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títulos</w:t>
      </w:r>
      <w:proofErr w:type="spellEnd"/>
      <w:r>
        <w:rPr>
          <w:i/>
        </w:rPr>
        <w:t xml:space="preserve"> com emojis. Valores </w:t>
      </w:r>
      <w:proofErr w:type="spellStart"/>
      <w:r>
        <w:rPr>
          <w:i/>
        </w:rPr>
        <w:t>mantidos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arquivo</w:t>
      </w:r>
      <w:proofErr w:type="spellEnd"/>
      <w:r>
        <w:rPr>
          <w:i/>
        </w:rPr>
        <w:t xml:space="preserve"> original.</w:t>
      </w:r>
    </w:p>
    <w:p w14:paraId="3E51DC4E" w14:textId="77777777" w:rsidR="00B569A9" w:rsidRDefault="00B569A9">
      <w:pPr>
        <w:pBdr>
          <w:bottom w:val="single" w:sz="12" w:space="1" w:color="E6B35A"/>
        </w:pBdr>
        <w:spacing w:after="120"/>
      </w:pPr>
    </w:p>
    <w:p w14:paraId="1964EB70" w14:textId="34007394" w:rsidR="00B569A9" w:rsidRDefault="00000000" w:rsidP="003A5BC6">
      <w:pPr>
        <w:pStyle w:val="HeadingViagem"/>
        <w:spacing w:before="80" w:after="80"/>
        <w:jc w:val="center"/>
      </w:pPr>
      <w:r>
        <w:t xml:space="preserve">🏺 </w:t>
      </w:r>
      <w:r w:rsidR="00AF6C5F" w:rsidRPr="00AF6C5F">
        <w:t>EXPLORE O NORTE DO VIETNÃ</w:t>
      </w:r>
      <w:r>
        <w:t xml:space="preserve"> (</w:t>
      </w:r>
      <w:r w:rsidR="00495537">
        <w:t>5</w:t>
      </w:r>
      <w:r>
        <w:t xml:space="preserve"> DIAS / </w:t>
      </w:r>
      <w:r w:rsidR="00495537">
        <w:t>4</w:t>
      </w:r>
      <w:r>
        <w:t xml:space="preserve"> NOITES)</w:t>
      </w:r>
    </w:p>
    <w:p w14:paraId="4FA8D505" w14:textId="77777777" w:rsidR="00B569A9" w:rsidRDefault="00B569A9">
      <w:pPr>
        <w:pBdr>
          <w:bottom w:val="single" w:sz="12" w:space="1" w:color="E6B35A"/>
        </w:pBdr>
        <w:spacing w:after="120"/>
      </w:pPr>
    </w:p>
    <w:p w14:paraId="0EFEB7D2" w14:textId="357A9CA5" w:rsidR="00B569A9" w:rsidRDefault="00000000">
      <w:pPr>
        <w:pStyle w:val="Dia"/>
        <w:spacing w:before="120" w:after="20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AF6C5F" w:rsidRPr="00AF6C5F">
        <w:t>CHEGADA A HANÓI</w:t>
      </w:r>
    </w:p>
    <w:p w14:paraId="1A4E772A" w14:textId="77777777" w:rsidR="00AF6C5F" w:rsidRDefault="00AF6C5F" w:rsidP="00AF6C5F">
      <w:pPr>
        <w:spacing w:after="40" w:line="252" w:lineRule="auto"/>
        <w:jc w:val="both"/>
      </w:pPr>
      <w:r w:rsidRPr="00AF6C5F">
        <w:t>Bem-</w:t>
      </w:r>
      <w:proofErr w:type="spellStart"/>
      <w:r w:rsidRPr="00AF6C5F">
        <w:t>vindo</w:t>
      </w:r>
      <w:proofErr w:type="spellEnd"/>
      <w:r w:rsidRPr="00AF6C5F">
        <w:t xml:space="preserve"> a </w:t>
      </w:r>
      <w:proofErr w:type="spellStart"/>
      <w:r w:rsidRPr="00AF6C5F">
        <w:t>Hanói</w:t>
      </w:r>
      <w:proofErr w:type="spellEnd"/>
      <w:r w:rsidRPr="00AF6C5F">
        <w:t xml:space="preserve"> – </w:t>
      </w:r>
      <w:proofErr w:type="spellStart"/>
      <w:proofErr w:type="gramStart"/>
      <w:r w:rsidRPr="00AF6C5F">
        <w:t>Vietnã!Na</w:t>
      </w:r>
      <w:proofErr w:type="spellEnd"/>
      <w:proofErr w:type="gramEnd"/>
      <w:r w:rsidRPr="00AF6C5F">
        <w:t xml:space="preserve"> </w:t>
      </w:r>
      <w:proofErr w:type="spellStart"/>
      <w:r w:rsidRPr="00AF6C5F">
        <w:t>chegada</w:t>
      </w:r>
      <w:proofErr w:type="spellEnd"/>
      <w:r w:rsidRPr="00AF6C5F">
        <w:t xml:space="preserve">, </w:t>
      </w:r>
      <w:proofErr w:type="spellStart"/>
      <w:r w:rsidRPr="00AF6C5F">
        <w:t>traslado</w:t>
      </w:r>
      <w:proofErr w:type="spellEnd"/>
      <w:r w:rsidRPr="00AF6C5F">
        <w:t xml:space="preserve"> </w:t>
      </w:r>
      <w:proofErr w:type="spellStart"/>
      <w:r w:rsidRPr="00AF6C5F">
        <w:t>ao</w:t>
      </w:r>
      <w:proofErr w:type="spellEnd"/>
      <w:r w:rsidRPr="00AF6C5F">
        <w:t xml:space="preserve"> hotel para check-in. Tempo livre para </w:t>
      </w:r>
      <w:proofErr w:type="spellStart"/>
      <w:r w:rsidRPr="00AF6C5F">
        <w:t>descanso</w:t>
      </w:r>
      <w:proofErr w:type="spellEnd"/>
      <w:r w:rsidRPr="00AF6C5F">
        <w:t xml:space="preserve"> </w:t>
      </w:r>
      <w:proofErr w:type="spellStart"/>
      <w:r w:rsidRPr="00AF6C5F">
        <w:t>após</w:t>
      </w:r>
      <w:proofErr w:type="spellEnd"/>
      <w:r w:rsidRPr="00AF6C5F">
        <w:t xml:space="preserve"> o </w:t>
      </w:r>
      <w:proofErr w:type="spellStart"/>
      <w:r w:rsidRPr="00AF6C5F">
        <w:t>longo</w:t>
      </w:r>
      <w:proofErr w:type="spellEnd"/>
      <w:r w:rsidRPr="00AF6C5F">
        <w:t xml:space="preserve"> </w:t>
      </w:r>
      <w:proofErr w:type="spellStart"/>
      <w:r w:rsidRPr="00AF6C5F">
        <w:t>voo</w:t>
      </w:r>
      <w:proofErr w:type="spellEnd"/>
      <w:r w:rsidRPr="00AF6C5F">
        <w:t xml:space="preserve">. </w:t>
      </w:r>
      <w:proofErr w:type="spellStart"/>
      <w:r w:rsidRPr="00AF6C5F">
        <w:t>Hospedagem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Hanói</w:t>
      </w:r>
      <w:proofErr w:type="spellEnd"/>
      <w:r w:rsidRPr="00AF6C5F">
        <w:t>.</w:t>
      </w:r>
    </w:p>
    <w:p w14:paraId="799308FB" w14:textId="77F5586E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Nota</w:t>
      </w:r>
      <w:proofErr w:type="spellEnd"/>
      <w:r w:rsidRPr="00AF6C5F">
        <w:t xml:space="preserve">: </w:t>
      </w:r>
      <w:proofErr w:type="gramStart"/>
      <w:r w:rsidRPr="00AF6C5F">
        <w:t>o check</w:t>
      </w:r>
      <w:proofErr w:type="gramEnd"/>
      <w:r w:rsidRPr="00AF6C5F">
        <w:t xml:space="preserve">-in no hotel é </w:t>
      </w:r>
      <w:proofErr w:type="spellStart"/>
      <w:r w:rsidRPr="00AF6C5F">
        <w:t>às</w:t>
      </w:r>
      <w:proofErr w:type="spellEnd"/>
      <w:r w:rsidRPr="00AF6C5F">
        <w:t xml:space="preserve"> 14:00. Early check-in </w:t>
      </w:r>
      <w:proofErr w:type="spellStart"/>
      <w:r w:rsidRPr="00AF6C5F">
        <w:t>sujeito</w:t>
      </w:r>
      <w:proofErr w:type="spellEnd"/>
      <w:r w:rsidRPr="00AF6C5F">
        <w:t xml:space="preserve"> à </w:t>
      </w:r>
      <w:proofErr w:type="spellStart"/>
      <w:r w:rsidRPr="00AF6C5F">
        <w:t>disponibilidade</w:t>
      </w:r>
      <w:proofErr w:type="spellEnd"/>
      <w:r w:rsidRPr="00AF6C5F">
        <w:t xml:space="preserve"> com </w:t>
      </w:r>
      <w:proofErr w:type="spellStart"/>
      <w:r w:rsidRPr="00AF6C5F">
        <w:t>suplemento</w:t>
      </w:r>
      <w:proofErr w:type="spellEnd"/>
      <w:r w:rsidRPr="00AF6C5F">
        <w:t>.</w:t>
      </w:r>
    </w:p>
    <w:p w14:paraId="18CC785A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Refeições</w:t>
      </w:r>
      <w:proofErr w:type="spellEnd"/>
      <w:r w:rsidRPr="00AF6C5F">
        <w:t xml:space="preserve">: </w:t>
      </w:r>
      <w:proofErr w:type="spellStart"/>
      <w:r w:rsidRPr="00AF6C5F">
        <w:t>Não</w:t>
      </w:r>
      <w:proofErr w:type="spellEnd"/>
      <w:r w:rsidRPr="00AF6C5F">
        <w:t xml:space="preserve"> </w:t>
      </w:r>
      <w:proofErr w:type="spellStart"/>
      <w:r w:rsidRPr="00AF6C5F">
        <w:t>incluídas</w:t>
      </w:r>
      <w:proofErr w:type="spellEnd"/>
    </w:p>
    <w:p w14:paraId="7731CF36" w14:textId="77777777" w:rsidR="00AF6C5F" w:rsidRPr="00AF6C5F" w:rsidRDefault="00AF6C5F" w:rsidP="00AF6C5F">
      <w:pPr>
        <w:spacing w:after="40" w:line="252" w:lineRule="auto"/>
        <w:jc w:val="both"/>
      </w:pPr>
    </w:p>
    <w:p w14:paraId="4CE74580" w14:textId="4E02F64D" w:rsidR="00AF6C5F" w:rsidRPr="00AF6C5F" w:rsidRDefault="00AF6C5F" w:rsidP="00AF6C5F">
      <w:pPr>
        <w:spacing w:after="40" w:line="252" w:lineRule="auto"/>
        <w:jc w:val="both"/>
        <w:rPr>
          <w:b/>
          <w:bCs/>
        </w:rPr>
      </w:pPr>
      <w:r w:rsidRPr="00AF6C5F">
        <w:rPr>
          <w:b/>
          <w:bCs/>
        </w:rPr>
        <w:t>TOUR OPCIONAL 1: CHEGADA A HANÓI – EXCURSÃO DE DIA INTEIRO A TRANG AN E HOA LU: USD 128,00 POR PESSOA</w:t>
      </w:r>
    </w:p>
    <w:p w14:paraId="5F621524" w14:textId="77777777" w:rsidR="00AF6C5F" w:rsidRPr="00AF6C5F" w:rsidRDefault="00AF6C5F" w:rsidP="00AF6C5F">
      <w:pPr>
        <w:spacing w:after="40" w:line="252" w:lineRule="auto"/>
        <w:jc w:val="both"/>
      </w:pPr>
      <w:r w:rsidRPr="00AF6C5F">
        <w:t>(</w:t>
      </w:r>
      <w:proofErr w:type="spellStart"/>
      <w:r w:rsidRPr="00AF6C5F">
        <w:t>aplicável</w:t>
      </w:r>
      <w:proofErr w:type="spellEnd"/>
      <w:r w:rsidRPr="00AF6C5F">
        <w:t xml:space="preserve"> para </w:t>
      </w:r>
      <w:proofErr w:type="spellStart"/>
      <w:r w:rsidRPr="00AF6C5F">
        <w:t>clientes</w:t>
      </w:r>
      <w:proofErr w:type="spellEnd"/>
      <w:r w:rsidRPr="00AF6C5F">
        <w:t xml:space="preserve"> </w:t>
      </w:r>
      <w:proofErr w:type="spellStart"/>
      <w:r w:rsidRPr="00AF6C5F">
        <w:t>que</w:t>
      </w:r>
      <w:proofErr w:type="spellEnd"/>
      <w:r w:rsidRPr="00AF6C5F">
        <w:t xml:space="preserve"> </w:t>
      </w:r>
      <w:proofErr w:type="spellStart"/>
      <w:r w:rsidRPr="00AF6C5F">
        <w:t>chegam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voo</w:t>
      </w:r>
      <w:proofErr w:type="spellEnd"/>
      <w:r w:rsidRPr="00AF6C5F">
        <w:t xml:space="preserve"> </w:t>
      </w:r>
      <w:proofErr w:type="spellStart"/>
      <w:r w:rsidRPr="00AF6C5F">
        <w:t>cedo</w:t>
      </w:r>
      <w:proofErr w:type="spellEnd"/>
      <w:r w:rsidRPr="00AF6C5F">
        <w:t xml:space="preserve"> pela </w:t>
      </w:r>
      <w:proofErr w:type="spellStart"/>
      <w:r w:rsidRPr="00AF6C5F">
        <w:t>manhã</w:t>
      </w:r>
      <w:proofErr w:type="spellEnd"/>
      <w:r w:rsidRPr="00AF6C5F">
        <w:t>)</w:t>
      </w:r>
    </w:p>
    <w:p w14:paraId="50D1F785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Saída</w:t>
      </w:r>
      <w:proofErr w:type="spellEnd"/>
      <w:r w:rsidRPr="00AF6C5F">
        <w:t xml:space="preserve"> pela </w:t>
      </w:r>
      <w:proofErr w:type="spellStart"/>
      <w:r w:rsidRPr="00AF6C5F">
        <w:t>manhã</w:t>
      </w:r>
      <w:proofErr w:type="spellEnd"/>
      <w:r w:rsidRPr="00AF6C5F">
        <w:t xml:space="preserve"> e, </w:t>
      </w:r>
      <w:proofErr w:type="spellStart"/>
      <w:r w:rsidRPr="00AF6C5F">
        <w:t>após</w:t>
      </w:r>
      <w:proofErr w:type="spellEnd"/>
      <w:r w:rsidRPr="00AF6C5F">
        <w:t xml:space="preserve"> 2h30 de </w:t>
      </w:r>
      <w:proofErr w:type="spellStart"/>
      <w:r w:rsidRPr="00AF6C5F">
        <w:t>viagem</w:t>
      </w:r>
      <w:proofErr w:type="spellEnd"/>
      <w:r w:rsidRPr="00AF6C5F">
        <w:t xml:space="preserve"> </w:t>
      </w:r>
      <w:proofErr w:type="spellStart"/>
      <w:r w:rsidRPr="00AF6C5F">
        <w:t>por</w:t>
      </w:r>
      <w:proofErr w:type="spellEnd"/>
      <w:r w:rsidRPr="00AF6C5F">
        <w:t xml:space="preserve"> </w:t>
      </w:r>
      <w:proofErr w:type="spellStart"/>
      <w:r w:rsidRPr="00AF6C5F">
        <w:t>estrada</w:t>
      </w:r>
      <w:proofErr w:type="spellEnd"/>
      <w:r w:rsidRPr="00AF6C5F">
        <w:t xml:space="preserve">, </w:t>
      </w:r>
      <w:proofErr w:type="spellStart"/>
      <w:r w:rsidRPr="00AF6C5F">
        <w:t>chegada</w:t>
      </w:r>
      <w:proofErr w:type="spellEnd"/>
      <w:r w:rsidRPr="00AF6C5F">
        <w:t xml:space="preserve"> à </w:t>
      </w:r>
      <w:proofErr w:type="spellStart"/>
      <w:r w:rsidRPr="00AF6C5F">
        <w:t>província</w:t>
      </w:r>
      <w:proofErr w:type="spellEnd"/>
      <w:r w:rsidRPr="00AF6C5F">
        <w:t xml:space="preserve"> de Ninh Binh.</w:t>
      </w:r>
    </w:p>
    <w:p w14:paraId="2211834F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Início</w:t>
      </w:r>
      <w:proofErr w:type="spellEnd"/>
      <w:r w:rsidRPr="00AF6C5F">
        <w:t xml:space="preserve"> de </w:t>
      </w:r>
      <w:proofErr w:type="spellStart"/>
      <w:r w:rsidRPr="00AF6C5F">
        <w:t>passeio</w:t>
      </w:r>
      <w:proofErr w:type="spellEnd"/>
      <w:r w:rsidRPr="00AF6C5F">
        <w:t xml:space="preserve"> de </w:t>
      </w:r>
      <w:proofErr w:type="spellStart"/>
      <w:r w:rsidRPr="00AF6C5F">
        <w:t>barco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Trang An, </w:t>
      </w:r>
      <w:proofErr w:type="spellStart"/>
      <w:r w:rsidRPr="00AF6C5F">
        <w:t>onde</w:t>
      </w:r>
      <w:proofErr w:type="spellEnd"/>
      <w:r w:rsidRPr="00AF6C5F">
        <w:t xml:space="preserve"> </w:t>
      </w:r>
      <w:proofErr w:type="spellStart"/>
      <w:r w:rsidRPr="00AF6C5F">
        <w:t>formações</w:t>
      </w:r>
      <w:proofErr w:type="spellEnd"/>
      <w:r w:rsidRPr="00AF6C5F">
        <w:t xml:space="preserve"> </w:t>
      </w:r>
      <w:proofErr w:type="spellStart"/>
      <w:r w:rsidRPr="00AF6C5F">
        <w:t>rochosas</w:t>
      </w:r>
      <w:proofErr w:type="spellEnd"/>
      <w:r w:rsidRPr="00AF6C5F">
        <w:t xml:space="preserve"> </w:t>
      </w:r>
      <w:proofErr w:type="spellStart"/>
      <w:r w:rsidRPr="00AF6C5F">
        <w:t>calcárias</w:t>
      </w:r>
      <w:proofErr w:type="spellEnd"/>
      <w:r w:rsidRPr="00AF6C5F">
        <w:t xml:space="preserve"> </w:t>
      </w:r>
      <w:proofErr w:type="spellStart"/>
      <w:r w:rsidRPr="00AF6C5F">
        <w:t>espetaculares</w:t>
      </w:r>
      <w:proofErr w:type="spellEnd"/>
      <w:r w:rsidRPr="00AF6C5F">
        <w:t xml:space="preserve"> </w:t>
      </w:r>
      <w:proofErr w:type="spellStart"/>
      <w:r w:rsidRPr="00AF6C5F">
        <w:t>emergem</w:t>
      </w:r>
      <w:proofErr w:type="spellEnd"/>
      <w:r w:rsidRPr="00AF6C5F">
        <w:t xml:space="preserve"> entre </w:t>
      </w:r>
      <w:proofErr w:type="spellStart"/>
      <w:r w:rsidRPr="00AF6C5F">
        <w:t>arrozais</w:t>
      </w:r>
      <w:proofErr w:type="spellEnd"/>
      <w:r w:rsidRPr="00AF6C5F">
        <w:t xml:space="preserve"> </w:t>
      </w:r>
      <w:proofErr w:type="spellStart"/>
      <w:r w:rsidRPr="00AF6C5F">
        <w:t>verdes</w:t>
      </w:r>
      <w:proofErr w:type="spellEnd"/>
      <w:r w:rsidRPr="00AF6C5F">
        <w:t xml:space="preserve">. Em </w:t>
      </w:r>
      <w:proofErr w:type="spellStart"/>
      <w:r w:rsidRPr="00AF6C5F">
        <w:t>seguida</w:t>
      </w:r>
      <w:proofErr w:type="spellEnd"/>
      <w:r w:rsidRPr="00AF6C5F">
        <w:t xml:space="preserve">, </w:t>
      </w:r>
      <w:proofErr w:type="spellStart"/>
      <w:r w:rsidRPr="00AF6C5F">
        <w:t>traslado</w:t>
      </w:r>
      <w:proofErr w:type="spellEnd"/>
      <w:r w:rsidRPr="00AF6C5F">
        <w:t xml:space="preserve"> </w:t>
      </w:r>
      <w:proofErr w:type="spellStart"/>
      <w:r w:rsidRPr="00AF6C5F">
        <w:t>por</w:t>
      </w:r>
      <w:proofErr w:type="spellEnd"/>
      <w:r w:rsidRPr="00AF6C5F">
        <w:t xml:space="preserve"> </w:t>
      </w:r>
      <w:proofErr w:type="spellStart"/>
      <w:r w:rsidRPr="00AF6C5F">
        <w:t>estrada</w:t>
      </w:r>
      <w:proofErr w:type="spellEnd"/>
      <w:r w:rsidRPr="00AF6C5F">
        <w:t xml:space="preserve"> </w:t>
      </w:r>
      <w:proofErr w:type="spellStart"/>
      <w:r w:rsidRPr="00AF6C5F">
        <w:t>até</w:t>
      </w:r>
      <w:proofErr w:type="spellEnd"/>
      <w:r w:rsidRPr="00AF6C5F">
        <w:t xml:space="preserve"> Hoa Lu, </w:t>
      </w:r>
      <w:proofErr w:type="spellStart"/>
      <w:r w:rsidRPr="00AF6C5F">
        <w:t>antiga</w:t>
      </w:r>
      <w:proofErr w:type="spellEnd"/>
      <w:r w:rsidRPr="00AF6C5F">
        <w:t xml:space="preserve"> capital do </w:t>
      </w:r>
      <w:proofErr w:type="spellStart"/>
      <w:r w:rsidRPr="00AF6C5F">
        <w:t>Vietnã</w:t>
      </w:r>
      <w:proofErr w:type="spellEnd"/>
      <w:r w:rsidRPr="00AF6C5F">
        <w:t xml:space="preserve"> </w:t>
      </w:r>
      <w:proofErr w:type="spellStart"/>
      <w:r w:rsidRPr="00AF6C5F">
        <w:t>até</w:t>
      </w:r>
      <w:proofErr w:type="spellEnd"/>
      <w:r w:rsidRPr="00AF6C5F">
        <w:t xml:space="preserve"> o </w:t>
      </w:r>
      <w:proofErr w:type="spellStart"/>
      <w:r w:rsidRPr="00AF6C5F">
        <w:t>ano</w:t>
      </w:r>
      <w:proofErr w:type="spellEnd"/>
      <w:r w:rsidRPr="00AF6C5F">
        <w:t xml:space="preserve"> de 1010, </w:t>
      </w:r>
      <w:proofErr w:type="spellStart"/>
      <w:r w:rsidRPr="00AF6C5F">
        <w:t>quando</w:t>
      </w:r>
      <w:proofErr w:type="spellEnd"/>
      <w:r w:rsidRPr="00AF6C5F">
        <w:t xml:space="preserve"> </w:t>
      </w:r>
      <w:proofErr w:type="spellStart"/>
      <w:r w:rsidRPr="00AF6C5F">
        <w:t>foi</w:t>
      </w:r>
      <w:proofErr w:type="spellEnd"/>
      <w:r w:rsidRPr="00AF6C5F">
        <w:t xml:space="preserve"> </w:t>
      </w:r>
      <w:proofErr w:type="spellStart"/>
      <w:r w:rsidRPr="00AF6C5F">
        <w:t>transferida</w:t>
      </w:r>
      <w:proofErr w:type="spellEnd"/>
      <w:r w:rsidRPr="00AF6C5F">
        <w:t xml:space="preserve"> </w:t>
      </w:r>
      <w:proofErr w:type="gramStart"/>
      <w:r w:rsidRPr="00AF6C5F">
        <w:t>para Thang</w:t>
      </w:r>
      <w:proofErr w:type="gramEnd"/>
      <w:r w:rsidRPr="00AF6C5F">
        <w:t xml:space="preserve"> Long (</w:t>
      </w:r>
      <w:proofErr w:type="spellStart"/>
      <w:r w:rsidRPr="00AF6C5F">
        <w:t>Hanói</w:t>
      </w:r>
      <w:proofErr w:type="spellEnd"/>
      <w:r w:rsidRPr="00AF6C5F">
        <w:t xml:space="preserve">), </w:t>
      </w:r>
      <w:proofErr w:type="spellStart"/>
      <w:r w:rsidRPr="00AF6C5F">
        <w:t>deixando</w:t>
      </w:r>
      <w:proofErr w:type="spellEnd"/>
      <w:r w:rsidRPr="00AF6C5F">
        <w:t xml:space="preserve"> </w:t>
      </w:r>
      <w:proofErr w:type="spellStart"/>
      <w:r w:rsidRPr="00AF6C5F">
        <w:t>como</w:t>
      </w:r>
      <w:proofErr w:type="spellEnd"/>
      <w:r w:rsidRPr="00AF6C5F">
        <w:t xml:space="preserve"> </w:t>
      </w:r>
      <w:proofErr w:type="spellStart"/>
      <w:r w:rsidRPr="00AF6C5F">
        <w:t>legado</w:t>
      </w:r>
      <w:proofErr w:type="spellEnd"/>
      <w:r w:rsidRPr="00AF6C5F">
        <w:t xml:space="preserve"> </w:t>
      </w:r>
      <w:proofErr w:type="spellStart"/>
      <w:r w:rsidRPr="00AF6C5F">
        <w:t>os</w:t>
      </w:r>
      <w:proofErr w:type="spellEnd"/>
      <w:r w:rsidRPr="00AF6C5F">
        <w:t xml:space="preserve"> </w:t>
      </w:r>
      <w:proofErr w:type="spellStart"/>
      <w:r w:rsidRPr="00AF6C5F">
        <w:t>templos</w:t>
      </w:r>
      <w:proofErr w:type="spellEnd"/>
      <w:r w:rsidRPr="00AF6C5F">
        <w:t xml:space="preserve"> dos reis Dinh e Le.</w:t>
      </w:r>
    </w:p>
    <w:p w14:paraId="14E726F3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Retorno</w:t>
      </w:r>
      <w:proofErr w:type="spellEnd"/>
      <w:r w:rsidRPr="00AF6C5F">
        <w:t xml:space="preserve"> a </w:t>
      </w:r>
      <w:proofErr w:type="spellStart"/>
      <w:r w:rsidRPr="00AF6C5F">
        <w:t>Hanói</w:t>
      </w:r>
      <w:proofErr w:type="spellEnd"/>
      <w:r w:rsidRPr="00AF6C5F">
        <w:t>.</w:t>
      </w:r>
    </w:p>
    <w:p w14:paraId="02CDE311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Refeições</w:t>
      </w:r>
      <w:proofErr w:type="spellEnd"/>
      <w:r w:rsidRPr="00AF6C5F">
        <w:t xml:space="preserve">: </w:t>
      </w:r>
      <w:proofErr w:type="spellStart"/>
      <w:r w:rsidRPr="00AF6C5F">
        <w:t>Almoço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restaurante</w:t>
      </w:r>
      <w:proofErr w:type="spellEnd"/>
      <w:r w:rsidRPr="00AF6C5F">
        <w:t xml:space="preserve"> local</w:t>
      </w:r>
    </w:p>
    <w:p w14:paraId="2F8CABCA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Inclui</w:t>
      </w:r>
      <w:proofErr w:type="spellEnd"/>
      <w:r w:rsidRPr="00AF6C5F">
        <w:t xml:space="preserve">: </w:t>
      </w:r>
      <w:proofErr w:type="spellStart"/>
      <w:r w:rsidRPr="00AF6C5F">
        <w:t>traslados</w:t>
      </w:r>
      <w:proofErr w:type="spellEnd"/>
      <w:r w:rsidRPr="00AF6C5F">
        <w:t xml:space="preserve"> privados, </w:t>
      </w:r>
      <w:proofErr w:type="spellStart"/>
      <w:r w:rsidRPr="00AF6C5F">
        <w:t>guia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espanhol</w:t>
      </w:r>
      <w:proofErr w:type="spellEnd"/>
      <w:r w:rsidRPr="00AF6C5F">
        <w:t xml:space="preserve">, </w:t>
      </w:r>
      <w:proofErr w:type="spellStart"/>
      <w:r w:rsidRPr="00AF6C5F">
        <w:t>refeições</w:t>
      </w:r>
      <w:proofErr w:type="spellEnd"/>
      <w:r w:rsidRPr="00AF6C5F">
        <w:t xml:space="preserve"> </w:t>
      </w:r>
      <w:proofErr w:type="spellStart"/>
      <w:r w:rsidRPr="00AF6C5F">
        <w:t>mencionadas</w:t>
      </w:r>
      <w:proofErr w:type="spellEnd"/>
      <w:r w:rsidRPr="00AF6C5F">
        <w:t xml:space="preserve"> (</w:t>
      </w:r>
      <w:proofErr w:type="spellStart"/>
      <w:r w:rsidRPr="00AF6C5F">
        <w:t>sem</w:t>
      </w:r>
      <w:proofErr w:type="spellEnd"/>
      <w:r w:rsidRPr="00AF6C5F">
        <w:t xml:space="preserve"> </w:t>
      </w:r>
      <w:proofErr w:type="spellStart"/>
      <w:r w:rsidRPr="00AF6C5F">
        <w:t>bebidas</w:t>
      </w:r>
      <w:proofErr w:type="spellEnd"/>
      <w:r w:rsidRPr="00AF6C5F">
        <w:t xml:space="preserve">), </w:t>
      </w:r>
      <w:proofErr w:type="spellStart"/>
      <w:r w:rsidRPr="00AF6C5F">
        <w:t>passeio</w:t>
      </w:r>
      <w:proofErr w:type="spellEnd"/>
      <w:r w:rsidRPr="00AF6C5F">
        <w:t xml:space="preserve"> de </w:t>
      </w:r>
      <w:proofErr w:type="spellStart"/>
      <w:r w:rsidRPr="00AF6C5F">
        <w:t>barco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Trang An, 2 </w:t>
      </w:r>
      <w:proofErr w:type="spellStart"/>
      <w:r w:rsidRPr="00AF6C5F">
        <w:t>garrafas</w:t>
      </w:r>
      <w:proofErr w:type="spellEnd"/>
      <w:r w:rsidRPr="00AF6C5F">
        <w:t xml:space="preserve"> de </w:t>
      </w:r>
      <w:proofErr w:type="spellStart"/>
      <w:r w:rsidRPr="00AF6C5F">
        <w:t>água</w:t>
      </w:r>
      <w:proofErr w:type="spellEnd"/>
      <w:r w:rsidRPr="00AF6C5F">
        <w:t xml:space="preserve"> </w:t>
      </w:r>
      <w:proofErr w:type="spellStart"/>
      <w:r w:rsidRPr="00AF6C5F">
        <w:t>por</w:t>
      </w:r>
      <w:proofErr w:type="spellEnd"/>
      <w:r w:rsidRPr="00AF6C5F">
        <w:t xml:space="preserve"> </w:t>
      </w:r>
      <w:proofErr w:type="spellStart"/>
      <w:r w:rsidRPr="00AF6C5F">
        <w:t>pessoa</w:t>
      </w:r>
      <w:proofErr w:type="spellEnd"/>
      <w:r w:rsidRPr="00AF6C5F">
        <w:t>/</w:t>
      </w:r>
      <w:proofErr w:type="spellStart"/>
      <w:r w:rsidRPr="00AF6C5F">
        <w:t>dia</w:t>
      </w:r>
      <w:proofErr w:type="spellEnd"/>
      <w:r w:rsidRPr="00AF6C5F">
        <w:t xml:space="preserve"> de </w:t>
      </w:r>
      <w:proofErr w:type="spellStart"/>
      <w:r w:rsidRPr="00AF6C5F">
        <w:t>excursão</w:t>
      </w:r>
      <w:proofErr w:type="spellEnd"/>
      <w:r w:rsidRPr="00AF6C5F">
        <w:t xml:space="preserve"> e </w:t>
      </w:r>
      <w:proofErr w:type="spellStart"/>
      <w:r w:rsidRPr="00AF6C5F">
        <w:t>serviços</w:t>
      </w:r>
      <w:proofErr w:type="spellEnd"/>
      <w:r w:rsidRPr="00AF6C5F">
        <w:t xml:space="preserve"> </w:t>
      </w:r>
      <w:proofErr w:type="spellStart"/>
      <w:r w:rsidRPr="00AF6C5F">
        <w:t>mencionados</w:t>
      </w:r>
      <w:proofErr w:type="spellEnd"/>
    </w:p>
    <w:p w14:paraId="377D4FC2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proofErr w:type="gramStart"/>
      <w:r w:rsidRPr="00AF6C5F">
        <w:rPr>
          <w:b/>
          <w:bCs/>
        </w:rPr>
        <w:t>Não</w:t>
      </w:r>
      <w:proofErr w:type="spellEnd"/>
      <w:proofErr w:type="gramEnd"/>
      <w:r w:rsidRPr="00AF6C5F">
        <w:rPr>
          <w:b/>
          <w:bCs/>
        </w:rPr>
        <w:t xml:space="preserve"> </w:t>
      </w:r>
      <w:proofErr w:type="spellStart"/>
      <w:r w:rsidRPr="00AF6C5F">
        <w:rPr>
          <w:b/>
          <w:bCs/>
        </w:rPr>
        <w:t>inclui</w:t>
      </w:r>
      <w:proofErr w:type="spellEnd"/>
      <w:r w:rsidRPr="00AF6C5F">
        <w:t xml:space="preserve">: </w:t>
      </w:r>
      <w:proofErr w:type="spellStart"/>
      <w:r w:rsidRPr="00AF6C5F">
        <w:t>gorjetas</w:t>
      </w:r>
      <w:proofErr w:type="spellEnd"/>
      <w:r w:rsidRPr="00AF6C5F">
        <w:t xml:space="preserve">, </w:t>
      </w:r>
      <w:proofErr w:type="spellStart"/>
      <w:r w:rsidRPr="00AF6C5F">
        <w:t>despesas</w:t>
      </w:r>
      <w:proofErr w:type="spellEnd"/>
      <w:r w:rsidRPr="00AF6C5F">
        <w:t xml:space="preserve"> </w:t>
      </w:r>
      <w:proofErr w:type="spellStart"/>
      <w:r w:rsidRPr="00AF6C5F">
        <w:t>pessoais</w:t>
      </w:r>
      <w:proofErr w:type="spellEnd"/>
      <w:r w:rsidRPr="00AF6C5F">
        <w:t xml:space="preserve"> e outros </w:t>
      </w:r>
      <w:proofErr w:type="spellStart"/>
      <w:r w:rsidRPr="00AF6C5F">
        <w:t>itens</w:t>
      </w:r>
      <w:proofErr w:type="spellEnd"/>
      <w:r w:rsidRPr="00AF6C5F">
        <w:t xml:space="preserve"> </w:t>
      </w:r>
      <w:proofErr w:type="spellStart"/>
      <w:proofErr w:type="gramStart"/>
      <w:r w:rsidRPr="00AF6C5F">
        <w:t>não</w:t>
      </w:r>
      <w:proofErr w:type="spellEnd"/>
      <w:proofErr w:type="gramEnd"/>
      <w:r w:rsidRPr="00AF6C5F">
        <w:t xml:space="preserve"> </w:t>
      </w:r>
      <w:proofErr w:type="spellStart"/>
      <w:r w:rsidRPr="00AF6C5F">
        <w:t>mencionados</w:t>
      </w:r>
      <w:proofErr w:type="spellEnd"/>
    </w:p>
    <w:p w14:paraId="0D8F02AF" w14:textId="62B09D3E" w:rsidR="00B569A9" w:rsidRDefault="00000000" w:rsidP="00AF6C5F">
      <w:pPr>
        <w:pStyle w:val="Dia"/>
        <w:spacing w:before="120" w:after="20"/>
      </w:pPr>
      <w:r>
        <w:t xml:space="preserve">📍 2º </w:t>
      </w:r>
      <w:proofErr w:type="spellStart"/>
      <w:r>
        <w:t>dia</w:t>
      </w:r>
      <w:proofErr w:type="spellEnd"/>
      <w:r>
        <w:t xml:space="preserve">: </w:t>
      </w:r>
      <w:r w:rsidR="00AF6C5F" w:rsidRPr="00AF6C5F">
        <w:t>HANÓI – TOUR PELA CIDADE</w:t>
      </w:r>
    </w:p>
    <w:p w14:paraId="736E196A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Café da </w:t>
      </w:r>
      <w:proofErr w:type="spellStart"/>
      <w:r w:rsidRPr="00AF6C5F">
        <w:t>manhã</w:t>
      </w:r>
      <w:proofErr w:type="spellEnd"/>
      <w:r w:rsidRPr="00AF6C5F">
        <w:t xml:space="preserve">. Em </w:t>
      </w:r>
      <w:proofErr w:type="spellStart"/>
      <w:r w:rsidRPr="00AF6C5F">
        <w:t>seguida</w:t>
      </w:r>
      <w:proofErr w:type="spellEnd"/>
      <w:r w:rsidRPr="00AF6C5F">
        <w:t>:</w:t>
      </w:r>
    </w:p>
    <w:p w14:paraId="61D1EFEA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Visita </w:t>
      </w:r>
      <w:proofErr w:type="spellStart"/>
      <w:r w:rsidRPr="00AF6C5F">
        <w:t>ao</w:t>
      </w:r>
      <w:proofErr w:type="spellEnd"/>
      <w:r w:rsidRPr="00AF6C5F">
        <w:t xml:space="preserve"> </w:t>
      </w:r>
      <w:proofErr w:type="spellStart"/>
      <w:r w:rsidRPr="00AF6C5F">
        <w:t>Complexo</w:t>
      </w:r>
      <w:proofErr w:type="spellEnd"/>
      <w:r w:rsidRPr="00AF6C5F">
        <w:t xml:space="preserve"> de Ho Chi Minh Mausoleum (exterior) e à casa </w:t>
      </w:r>
      <w:proofErr w:type="spellStart"/>
      <w:r w:rsidRPr="00AF6C5F">
        <w:t>sobre</w:t>
      </w:r>
      <w:proofErr w:type="spellEnd"/>
      <w:r w:rsidRPr="00AF6C5F">
        <w:t xml:space="preserve"> </w:t>
      </w:r>
      <w:proofErr w:type="spellStart"/>
      <w:r w:rsidRPr="00AF6C5F">
        <w:t>palafitas</w:t>
      </w:r>
      <w:proofErr w:type="spellEnd"/>
      <w:r w:rsidRPr="00AF6C5F">
        <w:t xml:space="preserve"> do </w:t>
      </w:r>
      <w:proofErr w:type="spellStart"/>
      <w:r w:rsidRPr="00AF6C5F">
        <w:t>presidente</w:t>
      </w:r>
      <w:proofErr w:type="spellEnd"/>
      <w:r w:rsidRPr="00AF6C5F">
        <w:t xml:space="preserve"> Ho Chi Minh.</w:t>
      </w:r>
    </w:p>
    <w:p w14:paraId="4DEDE050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Visita à One Pillar Pagoda, conjunto </w:t>
      </w:r>
      <w:proofErr w:type="spellStart"/>
      <w:r w:rsidRPr="00AF6C5F">
        <w:t>arquitetônico</w:t>
      </w:r>
      <w:proofErr w:type="spellEnd"/>
      <w:r w:rsidRPr="00AF6C5F">
        <w:t xml:space="preserve"> </w:t>
      </w:r>
      <w:proofErr w:type="spellStart"/>
      <w:r w:rsidRPr="00AF6C5F">
        <w:t>construído</w:t>
      </w:r>
      <w:proofErr w:type="spellEnd"/>
      <w:r w:rsidRPr="00AF6C5F">
        <w:t xml:space="preserve"> </w:t>
      </w:r>
      <w:proofErr w:type="spellStart"/>
      <w:r w:rsidRPr="00AF6C5F">
        <w:t>sobre</w:t>
      </w:r>
      <w:proofErr w:type="spellEnd"/>
      <w:r w:rsidRPr="00AF6C5F">
        <w:t xml:space="preserve"> a </w:t>
      </w:r>
      <w:proofErr w:type="spellStart"/>
      <w:r w:rsidRPr="00AF6C5F">
        <w:t>água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um </w:t>
      </w:r>
      <w:proofErr w:type="spellStart"/>
      <w:r w:rsidRPr="00AF6C5F">
        <w:t>lago</w:t>
      </w:r>
      <w:proofErr w:type="spellEnd"/>
      <w:r w:rsidRPr="00AF6C5F">
        <w:t xml:space="preserve"> </w:t>
      </w:r>
      <w:proofErr w:type="spellStart"/>
      <w:r w:rsidRPr="00AF6C5F">
        <w:t>quadrado</w:t>
      </w:r>
      <w:proofErr w:type="spellEnd"/>
      <w:r w:rsidRPr="00AF6C5F">
        <w:t>.</w:t>
      </w:r>
    </w:p>
    <w:p w14:paraId="39C34404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Continuação</w:t>
      </w:r>
      <w:proofErr w:type="spellEnd"/>
      <w:r w:rsidRPr="00AF6C5F">
        <w:t xml:space="preserve"> </w:t>
      </w:r>
      <w:proofErr w:type="spellStart"/>
      <w:r w:rsidRPr="00AF6C5F">
        <w:t>ao</w:t>
      </w:r>
      <w:proofErr w:type="spellEnd"/>
      <w:r w:rsidRPr="00AF6C5F">
        <w:t xml:space="preserve"> Temple of Literature, </w:t>
      </w:r>
      <w:proofErr w:type="spellStart"/>
      <w:r w:rsidRPr="00AF6C5F">
        <w:t>primeira</w:t>
      </w:r>
      <w:proofErr w:type="spellEnd"/>
      <w:r w:rsidRPr="00AF6C5F">
        <w:t xml:space="preserve"> </w:t>
      </w:r>
      <w:proofErr w:type="spellStart"/>
      <w:r w:rsidRPr="00AF6C5F">
        <w:t>universidade</w:t>
      </w:r>
      <w:proofErr w:type="spellEnd"/>
      <w:r w:rsidRPr="00AF6C5F">
        <w:t xml:space="preserve"> do </w:t>
      </w:r>
      <w:proofErr w:type="spellStart"/>
      <w:r w:rsidRPr="00AF6C5F">
        <w:t>Vietnã</w:t>
      </w:r>
      <w:proofErr w:type="spellEnd"/>
      <w:r w:rsidRPr="00AF6C5F">
        <w:t xml:space="preserve">, </w:t>
      </w:r>
      <w:proofErr w:type="spellStart"/>
      <w:r w:rsidRPr="00AF6C5F">
        <w:t>dedicada</w:t>
      </w:r>
      <w:proofErr w:type="spellEnd"/>
      <w:r w:rsidRPr="00AF6C5F">
        <w:t xml:space="preserve"> a </w:t>
      </w:r>
      <w:proofErr w:type="spellStart"/>
      <w:r w:rsidRPr="00AF6C5F">
        <w:t>Confúcio</w:t>
      </w:r>
      <w:proofErr w:type="spellEnd"/>
      <w:r w:rsidRPr="00AF6C5F">
        <w:t>.</w:t>
      </w:r>
    </w:p>
    <w:p w14:paraId="131516F6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Seguimos para o Hoan Kiem Lake, </w:t>
      </w:r>
      <w:proofErr w:type="spellStart"/>
      <w:r w:rsidRPr="00AF6C5F">
        <w:t>coração</w:t>
      </w:r>
      <w:proofErr w:type="spellEnd"/>
      <w:r w:rsidRPr="00AF6C5F">
        <w:t xml:space="preserve"> da </w:t>
      </w:r>
      <w:proofErr w:type="spellStart"/>
      <w:r w:rsidRPr="00AF6C5F">
        <w:t>cidade</w:t>
      </w:r>
      <w:proofErr w:type="spellEnd"/>
      <w:r w:rsidRPr="00AF6C5F">
        <w:t xml:space="preserve">, com vista para o bairro </w:t>
      </w:r>
      <w:proofErr w:type="spellStart"/>
      <w:r w:rsidRPr="00AF6C5F">
        <w:t>antigo</w:t>
      </w:r>
      <w:proofErr w:type="spellEnd"/>
      <w:r w:rsidRPr="00AF6C5F">
        <w:t xml:space="preserve"> e </w:t>
      </w:r>
      <w:proofErr w:type="gramStart"/>
      <w:r w:rsidRPr="00AF6C5F">
        <w:t>a</w:t>
      </w:r>
      <w:proofErr w:type="gramEnd"/>
      <w:r w:rsidRPr="00AF6C5F">
        <w:t xml:space="preserve"> </w:t>
      </w:r>
      <w:proofErr w:type="spellStart"/>
      <w:r w:rsidRPr="00AF6C5F">
        <w:t>estátua</w:t>
      </w:r>
      <w:proofErr w:type="spellEnd"/>
      <w:r w:rsidRPr="00AF6C5F">
        <w:t xml:space="preserve"> do rei Ly Thai To. </w:t>
      </w:r>
      <w:proofErr w:type="spellStart"/>
      <w:r w:rsidRPr="00AF6C5F">
        <w:t>Passeio</w:t>
      </w:r>
      <w:proofErr w:type="spellEnd"/>
      <w:r w:rsidRPr="00AF6C5F">
        <w:t xml:space="preserve"> de </w:t>
      </w:r>
      <w:proofErr w:type="spellStart"/>
      <w:r w:rsidRPr="00AF6C5F">
        <w:t>ciclo</w:t>
      </w:r>
      <w:proofErr w:type="spellEnd"/>
      <w:r w:rsidRPr="00AF6C5F">
        <w:t xml:space="preserve"> (rickshaw) </w:t>
      </w:r>
      <w:proofErr w:type="spellStart"/>
      <w:r w:rsidRPr="00AF6C5F">
        <w:t>pelas</w:t>
      </w:r>
      <w:proofErr w:type="spellEnd"/>
      <w:r w:rsidRPr="00AF6C5F">
        <w:t xml:space="preserve"> </w:t>
      </w:r>
      <w:proofErr w:type="spellStart"/>
      <w:r w:rsidRPr="00AF6C5F">
        <w:t>ruas</w:t>
      </w:r>
      <w:proofErr w:type="spellEnd"/>
      <w:r w:rsidRPr="00AF6C5F">
        <w:t xml:space="preserve"> do bairro </w:t>
      </w:r>
      <w:proofErr w:type="spellStart"/>
      <w:r w:rsidRPr="00AF6C5F">
        <w:t>antigo</w:t>
      </w:r>
      <w:proofErr w:type="spellEnd"/>
      <w:r w:rsidRPr="00AF6C5F">
        <w:t xml:space="preserve">, </w:t>
      </w:r>
      <w:proofErr w:type="spellStart"/>
      <w:r w:rsidRPr="00AF6C5F">
        <w:t>vivenciando</w:t>
      </w:r>
      <w:proofErr w:type="spellEnd"/>
      <w:r w:rsidRPr="00AF6C5F">
        <w:t xml:space="preserve"> o </w:t>
      </w:r>
      <w:proofErr w:type="spellStart"/>
      <w:r w:rsidRPr="00AF6C5F">
        <w:t>cotidiano</w:t>
      </w:r>
      <w:proofErr w:type="spellEnd"/>
      <w:r w:rsidRPr="00AF6C5F">
        <w:t xml:space="preserve"> local.</w:t>
      </w:r>
    </w:p>
    <w:p w14:paraId="2B1E961D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Visita à Tran Quoc Pagoda, </w:t>
      </w:r>
      <w:proofErr w:type="spellStart"/>
      <w:r w:rsidRPr="00AF6C5F">
        <w:t>localizada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uma</w:t>
      </w:r>
      <w:proofErr w:type="spellEnd"/>
      <w:r w:rsidRPr="00AF6C5F">
        <w:t xml:space="preserve"> </w:t>
      </w:r>
      <w:proofErr w:type="spellStart"/>
      <w:r w:rsidRPr="00AF6C5F">
        <w:t>pequena</w:t>
      </w:r>
      <w:proofErr w:type="spellEnd"/>
      <w:r w:rsidRPr="00AF6C5F">
        <w:t xml:space="preserve"> </w:t>
      </w:r>
      <w:proofErr w:type="spellStart"/>
      <w:r w:rsidRPr="00AF6C5F">
        <w:t>península</w:t>
      </w:r>
      <w:proofErr w:type="spellEnd"/>
      <w:r w:rsidRPr="00AF6C5F">
        <w:t xml:space="preserve"> do Lago Oeste, com </w:t>
      </w:r>
      <w:proofErr w:type="spellStart"/>
      <w:r w:rsidRPr="00AF6C5F">
        <w:t>mais</w:t>
      </w:r>
      <w:proofErr w:type="spellEnd"/>
      <w:r w:rsidRPr="00AF6C5F">
        <w:t xml:space="preserve"> de 1.500 </w:t>
      </w:r>
      <w:proofErr w:type="spellStart"/>
      <w:r w:rsidRPr="00AF6C5F">
        <w:t>anos</w:t>
      </w:r>
      <w:proofErr w:type="spellEnd"/>
      <w:r w:rsidRPr="00AF6C5F">
        <w:t xml:space="preserve"> de </w:t>
      </w:r>
      <w:proofErr w:type="spellStart"/>
      <w:r w:rsidRPr="00AF6C5F">
        <w:t>história</w:t>
      </w:r>
      <w:proofErr w:type="spellEnd"/>
      <w:r w:rsidRPr="00AF6C5F">
        <w:t xml:space="preserve">, </w:t>
      </w:r>
      <w:proofErr w:type="spellStart"/>
      <w:r w:rsidRPr="00AF6C5F">
        <w:t>conhecida</w:t>
      </w:r>
      <w:proofErr w:type="spellEnd"/>
      <w:r w:rsidRPr="00AF6C5F">
        <w:t xml:space="preserve"> </w:t>
      </w:r>
      <w:proofErr w:type="spellStart"/>
      <w:r w:rsidRPr="00AF6C5F">
        <w:t>por</w:t>
      </w:r>
      <w:proofErr w:type="spellEnd"/>
      <w:r w:rsidRPr="00AF6C5F">
        <w:t xml:space="preserve"> </w:t>
      </w:r>
      <w:proofErr w:type="spellStart"/>
      <w:r w:rsidRPr="00AF6C5F">
        <w:t>sua</w:t>
      </w:r>
      <w:proofErr w:type="spellEnd"/>
      <w:r w:rsidRPr="00AF6C5F">
        <w:t xml:space="preserve"> </w:t>
      </w:r>
      <w:proofErr w:type="spellStart"/>
      <w:r w:rsidRPr="00AF6C5F">
        <w:t>beleza</w:t>
      </w:r>
      <w:proofErr w:type="spellEnd"/>
      <w:r w:rsidRPr="00AF6C5F">
        <w:t xml:space="preserve"> e </w:t>
      </w:r>
      <w:proofErr w:type="spellStart"/>
      <w:r w:rsidRPr="00AF6C5F">
        <w:t>significado</w:t>
      </w:r>
      <w:proofErr w:type="spellEnd"/>
      <w:r w:rsidRPr="00AF6C5F">
        <w:t xml:space="preserve"> </w:t>
      </w:r>
      <w:proofErr w:type="spellStart"/>
      <w:r w:rsidRPr="00AF6C5F">
        <w:t>espiritual</w:t>
      </w:r>
      <w:proofErr w:type="spellEnd"/>
      <w:r w:rsidRPr="00AF6C5F">
        <w:t>.</w:t>
      </w:r>
    </w:p>
    <w:p w14:paraId="4F719998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Hospedagem</w:t>
      </w:r>
      <w:proofErr w:type="spellEnd"/>
      <w:r w:rsidRPr="00AF6C5F">
        <w:t>.</w:t>
      </w:r>
    </w:p>
    <w:p w14:paraId="29B16FD6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Refeições</w:t>
      </w:r>
      <w:proofErr w:type="spellEnd"/>
      <w:r w:rsidRPr="00AF6C5F">
        <w:t xml:space="preserve">: Café da </w:t>
      </w:r>
      <w:proofErr w:type="spellStart"/>
      <w:r w:rsidRPr="00AF6C5F">
        <w:t>manhã</w:t>
      </w:r>
      <w:proofErr w:type="spellEnd"/>
    </w:p>
    <w:p w14:paraId="2EC7AD0E" w14:textId="293CA6BB" w:rsidR="00B569A9" w:rsidRDefault="00000000" w:rsidP="00AF6C5F">
      <w:pPr>
        <w:pStyle w:val="Dia"/>
        <w:spacing w:before="120" w:after="20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AF6C5F" w:rsidRPr="00AF6C5F">
        <w:t>HANÓI – BAÍA DE HALONG/LAN HA</w:t>
      </w:r>
    </w:p>
    <w:p w14:paraId="00960FC8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Café da </w:t>
      </w:r>
      <w:proofErr w:type="spellStart"/>
      <w:r w:rsidRPr="00AF6C5F">
        <w:t>manhã</w:t>
      </w:r>
      <w:proofErr w:type="spellEnd"/>
      <w:r w:rsidRPr="00AF6C5F">
        <w:t xml:space="preserve">. </w:t>
      </w:r>
      <w:proofErr w:type="spellStart"/>
      <w:r w:rsidRPr="00AF6C5F">
        <w:t>Saída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ônibus</w:t>
      </w:r>
      <w:proofErr w:type="spellEnd"/>
      <w:r w:rsidRPr="00AF6C5F">
        <w:t xml:space="preserve"> </w:t>
      </w:r>
      <w:proofErr w:type="spellStart"/>
      <w:r w:rsidRPr="00AF6C5F">
        <w:t>compartilhado</w:t>
      </w:r>
      <w:proofErr w:type="spellEnd"/>
      <w:r w:rsidRPr="00AF6C5F">
        <w:t xml:space="preserve"> </w:t>
      </w:r>
      <w:proofErr w:type="spellStart"/>
      <w:r w:rsidRPr="00AF6C5F">
        <w:t>rumo</w:t>
      </w:r>
      <w:proofErr w:type="spellEnd"/>
      <w:r w:rsidRPr="00AF6C5F">
        <w:t xml:space="preserve"> à Halong Bay / Lan Ha Bay, </w:t>
      </w:r>
      <w:proofErr w:type="spellStart"/>
      <w:r w:rsidRPr="00AF6C5F">
        <w:t>Patrimônio</w:t>
      </w:r>
      <w:proofErr w:type="spellEnd"/>
      <w:r w:rsidRPr="00AF6C5F">
        <w:t xml:space="preserve"> Natural da </w:t>
      </w:r>
      <w:proofErr w:type="spellStart"/>
      <w:r w:rsidRPr="00AF6C5F">
        <w:t>Humanidade</w:t>
      </w:r>
      <w:proofErr w:type="spellEnd"/>
      <w:r w:rsidRPr="00AF6C5F">
        <w:t xml:space="preserve"> (UNESCO, 1994).</w:t>
      </w:r>
    </w:p>
    <w:p w14:paraId="17E80B21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Embarque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cruzeiro para </w:t>
      </w:r>
      <w:proofErr w:type="spellStart"/>
      <w:r w:rsidRPr="00AF6C5F">
        <w:t>explorar</w:t>
      </w:r>
      <w:proofErr w:type="spellEnd"/>
      <w:r w:rsidRPr="00AF6C5F">
        <w:t xml:space="preserve"> </w:t>
      </w:r>
      <w:proofErr w:type="gramStart"/>
      <w:r w:rsidRPr="00AF6C5F">
        <w:t>a</w:t>
      </w:r>
      <w:proofErr w:type="gramEnd"/>
      <w:r w:rsidRPr="00AF6C5F">
        <w:t xml:space="preserve"> </w:t>
      </w:r>
      <w:proofErr w:type="spellStart"/>
      <w:r w:rsidRPr="00AF6C5F">
        <w:t>impressionante</w:t>
      </w:r>
      <w:proofErr w:type="spellEnd"/>
      <w:r w:rsidRPr="00AF6C5F">
        <w:t xml:space="preserve"> </w:t>
      </w:r>
      <w:proofErr w:type="spellStart"/>
      <w:r w:rsidRPr="00AF6C5F">
        <w:t>paisagem</w:t>
      </w:r>
      <w:proofErr w:type="spellEnd"/>
      <w:r w:rsidRPr="00AF6C5F">
        <w:t xml:space="preserve"> </w:t>
      </w:r>
      <w:proofErr w:type="spellStart"/>
      <w:r w:rsidRPr="00AF6C5F">
        <w:t>formada</w:t>
      </w:r>
      <w:proofErr w:type="spellEnd"/>
      <w:r w:rsidRPr="00AF6C5F">
        <w:t xml:space="preserve"> </w:t>
      </w:r>
      <w:proofErr w:type="spellStart"/>
      <w:r w:rsidRPr="00AF6C5F">
        <w:t>por</w:t>
      </w:r>
      <w:proofErr w:type="spellEnd"/>
      <w:r w:rsidRPr="00AF6C5F">
        <w:t xml:space="preserve"> </w:t>
      </w:r>
      <w:proofErr w:type="spellStart"/>
      <w:r w:rsidRPr="00AF6C5F">
        <w:t>milhares</w:t>
      </w:r>
      <w:proofErr w:type="spellEnd"/>
      <w:r w:rsidRPr="00AF6C5F">
        <w:t xml:space="preserve"> de </w:t>
      </w:r>
      <w:proofErr w:type="spellStart"/>
      <w:r w:rsidRPr="00AF6C5F">
        <w:t>ilhas</w:t>
      </w:r>
      <w:proofErr w:type="spellEnd"/>
      <w:r w:rsidRPr="00AF6C5F">
        <w:t xml:space="preserve"> </w:t>
      </w:r>
      <w:proofErr w:type="spellStart"/>
      <w:r w:rsidRPr="00AF6C5F">
        <w:t>calcárias</w:t>
      </w:r>
      <w:proofErr w:type="spellEnd"/>
      <w:r w:rsidRPr="00AF6C5F">
        <w:t xml:space="preserve"> e </w:t>
      </w:r>
      <w:proofErr w:type="spellStart"/>
      <w:r w:rsidRPr="00AF6C5F">
        <w:t>cavernas</w:t>
      </w:r>
      <w:proofErr w:type="spellEnd"/>
      <w:r w:rsidRPr="00AF6C5F">
        <w:t xml:space="preserve">. </w:t>
      </w:r>
      <w:proofErr w:type="spellStart"/>
      <w:r w:rsidRPr="00AF6C5F">
        <w:t>Após</w:t>
      </w:r>
      <w:proofErr w:type="spellEnd"/>
      <w:r w:rsidRPr="00AF6C5F">
        <w:t xml:space="preserve"> </w:t>
      </w:r>
      <w:proofErr w:type="spellStart"/>
      <w:r w:rsidRPr="00AF6C5F">
        <w:t>almoço</w:t>
      </w:r>
      <w:proofErr w:type="spellEnd"/>
      <w:r w:rsidRPr="00AF6C5F">
        <w:t xml:space="preserve"> de </w:t>
      </w:r>
      <w:proofErr w:type="spellStart"/>
      <w:r w:rsidRPr="00AF6C5F">
        <w:t>frutos</w:t>
      </w:r>
      <w:proofErr w:type="spellEnd"/>
      <w:r w:rsidRPr="00AF6C5F">
        <w:t xml:space="preserve"> do mar a </w:t>
      </w:r>
      <w:proofErr w:type="spellStart"/>
      <w:r w:rsidRPr="00AF6C5F">
        <w:t>bordo</w:t>
      </w:r>
      <w:proofErr w:type="spellEnd"/>
      <w:r w:rsidRPr="00AF6C5F">
        <w:t xml:space="preserve">, </w:t>
      </w:r>
      <w:proofErr w:type="spellStart"/>
      <w:r w:rsidRPr="00AF6C5F">
        <w:t>atividades</w:t>
      </w:r>
      <w:proofErr w:type="spellEnd"/>
      <w:r w:rsidRPr="00AF6C5F">
        <w:t xml:space="preserve"> </w:t>
      </w:r>
      <w:proofErr w:type="spellStart"/>
      <w:r w:rsidRPr="00AF6C5F">
        <w:t>como</w:t>
      </w:r>
      <w:proofErr w:type="spellEnd"/>
      <w:r w:rsidRPr="00AF6C5F">
        <w:t xml:space="preserve"> visita a </w:t>
      </w:r>
      <w:proofErr w:type="spellStart"/>
      <w:r w:rsidRPr="00AF6C5F">
        <w:t>cavernas</w:t>
      </w:r>
      <w:proofErr w:type="spellEnd"/>
      <w:r w:rsidRPr="00AF6C5F">
        <w:t xml:space="preserve">, </w:t>
      </w:r>
      <w:proofErr w:type="spellStart"/>
      <w:r w:rsidRPr="00AF6C5F">
        <w:t>ilhotas</w:t>
      </w:r>
      <w:proofErr w:type="spellEnd"/>
      <w:r w:rsidRPr="00AF6C5F">
        <w:t xml:space="preserve"> e </w:t>
      </w:r>
      <w:proofErr w:type="spellStart"/>
      <w:r w:rsidRPr="00AF6C5F">
        <w:t>parada</w:t>
      </w:r>
      <w:proofErr w:type="spellEnd"/>
      <w:r w:rsidRPr="00AF6C5F">
        <w:t xml:space="preserve"> para </w:t>
      </w:r>
      <w:proofErr w:type="spellStart"/>
      <w:r w:rsidRPr="00AF6C5F">
        <w:t>banho</w:t>
      </w:r>
      <w:proofErr w:type="spellEnd"/>
      <w:r w:rsidRPr="00AF6C5F">
        <w:t>.</w:t>
      </w:r>
    </w:p>
    <w:p w14:paraId="3BFFAF8E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Jantar a </w:t>
      </w:r>
      <w:proofErr w:type="spellStart"/>
      <w:r w:rsidRPr="00AF6C5F">
        <w:t>bordo</w:t>
      </w:r>
      <w:proofErr w:type="spellEnd"/>
      <w:r w:rsidRPr="00AF6C5F">
        <w:t xml:space="preserve"> e </w:t>
      </w:r>
      <w:proofErr w:type="spellStart"/>
      <w:r w:rsidRPr="00AF6C5F">
        <w:t>atividades</w:t>
      </w:r>
      <w:proofErr w:type="spellEnd"/>
      <w:r w:rsidRPr="00AF6C5F">
        <w:t xml:space="preserve"> </w:t>
      </w:r>
      <w:proofErr w:type="spellStart"/>
      <w:r w:rsidRPr="00AF6C5F">
        <w:t>opcionais</w:t>
      </w:r>
      <w:proofErr w:type="spellEnd"/>
      <w:r w:rsidRPr="00AF6C5F">
        <w:t xml:space="preserve"> </w:t>
      </w:r>
      <w:proofErr w:type="spellStart"/>
      <w:r w:rsidRPr="00AF6C5F">
        <w:t>ou</w:t>
      </w:r>
      <w:proofErr w:type="spellEnd"/>
      <w:r w:rsidRPr="00AF6C5F">
        <w:t xml:space="preserve"> tempo livre para </w:t>
      </w:r>
      <w:proofErr w:type="spellStart"/>
      <w:r w:rsidRPr="00AF6C5F">
        <w:t>relaxar</w:t>
      </w:r>
      <w:proofErr w:type="spellEnd"/>
      <w:r w:rsidRPr="00AF6C5F">
        <w:t>.</w:t>
      </w:r>
    </w:p>
    <w:p w14:paraId="5AFEB343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Pernoite</w:t>
      </w:r>
      <w:proofErr w:type="spellEnd"/>
      <w:r w:rsidRPr="00AF6C5F">
        <w:t xml:space="preserve"> no cruzeiro.</w:t>
      </w:r>
    </w:p>
    <w:p w14:paraId="782FFD3C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Nota</w:t>
      </w:r>
      <w:proofErr w:type="spellEnd"/>
      <w:r w:rsidRPr="00AF6C5F">
        <w:t xml:space="preserve">: o </w:t>
      </w:r>
      <w:proofErr w:type="spellStart"/>
      <w:r w:rsidRPr="00AF6C5F">
        <w:t>programa</w:t>
      </w:r>
      <w:proofErr w:type="spellEnd"/>
      <w:r w:rsidRPr="00AF6C5F">
        <w:t xml:space="preserve"> </w:t>
      </w:r>
      <w:proofErr w:type="spellStart"/>
      <w:r w:rsidRPr="00AF6C5F">
        <w:t>pode</w:t>
      </w:r>
      <w:proofErr w:type="spellEnd"/>
      <w:r w:rsidRPr="00AF6C5F">
        <w:t xml:space="preserve"> </w:t>
      </w:r>
      <w:proofErr w:type="spellStart"/>
      <w:r w:rsidRPr="00AF6C5F">
        <w:t>variar</w:t>
      </w:r>
      <w:proofErr w:type="spellEnd"/>
      <w:r w:rsidRPr="00AF6C5F">
        <w:t xml:space="preserve"> </w:t>
      </w:r>
      <w:proofErr w:type="spellStart"/>
      <w:r w:rsidRPr="00AF6C5F">
        <w:t>conforme</w:t>
      </w:r>
      <w:proofErr w:type="spellEnd"/>
      <w:r w:rsidRPr="00AF6C5F">
        <w:t xml:space="preserve"> o cruzeiro. </w:t>
      </w:r>
      <w:proofErr w:type="spellStart"/>
      <w:r w:rsidRPr="00AF6C5F">
        <w:t>Não</w:t>
      </w:r>
      <w:proofErr w:type="spellEnd"/>
      <w:r w:rsidRPr="00AF6C5F">
        <w:t xml:space="preserve"> </w:t>
      </w:r>
      <w:proofErr w:type="spellStart"/>
      <w:r w:rsidRPr="00AF6C5F">
        <w:t>há</w:t>
      </w:r>
      <w:proofErr w:type="spellEnd"/>
      <w:r w:rsidRPr="00AF6C5F">
        <w:t xml:space="preserve"> </w:t>
      </w:r>
      <w:proofErr w:type="spellStart"/>
      <w:r w:rsidRPr="00AF6C5F">
        <w:t>guia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espanhol</w:t>
      </w:r>
      <w:proofErr w:type="spellEnd"/>
      <w:r w:rsidRPr="00AF6C5F">
        <w:t xml:space="preserve"> a </w:t>
      </w:r>
      <w:proofErr w:type="spellStart"/>
      <w:r w:rsidRPr="00AF6C5F">
        <w:t>bordo</w:t>
      </w:r>
      <w:proofErr w:type="spellEnd"/>
      <w:r w:rsidRPr="00AF6C5F">
        <w:t xml:space="preserve">, </w:t>
      </w:r>
      <w:proofErr w:type="spellStart"/>
      <w:r w:rsidRPr="00AF6C5F">
        <w:t>apenas</w:t>
      </w:r>
      <w:proofErr w:type="spellEnd"/>
      <w:r w:rsidRPr="00AF6C5F">
        <w:t xml:space="preserve"> </w:t>
      </w:r>
      <w:proofErr w:type="spellStart"/>
      <w:r w:rsidRPr="00AF6C5F">
        <w:t>guia</w:t>
      </w:r>
      <w:proofErr w:type="spellEnd"/>
      <w:r w:rsidRPr="00AF6C5F">
        <w:t xml:space="preserve"> do cruzeiro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inglês</w:t>
      </w:r>
      <w:proofErr w:type="spellEnd"/>
      <w:r w:rsidRPr="00AF6C5F">
        <w:t>.</w:t>
      </w:r>
    </w:p>
    <w:p w14:paraId="389D243D" w14:textId="0543C340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Refeições</w:t>
      </w:r>
      <w:proofErr w:type="spellEnd"/>
      <w:r w:rsidRPr="00AF6C5F">
        <w:t xml:space="preserve">: Café da </w:t>
      </w:r>
      <w:proofErr w:type="spellStart"/>
      <w:r w:rsidRPr="00AF6C5F">
        <w:t>manhã</w:t>
      </w:r>
      <w:proofErr w:type="spellEnd"/>
      <w:r w:rsidRPr="00AF6C5F">
        <w:t xml:space="preserve">, </w:t>
      </w:r>
      <w:proofErr w:type="spellStart"/>
      <w:r w:rsidRPr="00AF6C5F">
        <w:t>almoço</w:t>
      </w:r>
      <w:proofErr w:type="spellEnd"/>
      <w:r w:rsidRPr="00AF6C5F">
        <w:t xml:space="preserve"> e </w:t>
      </w:r>
      <w:r w:rsidRPr="00AF6C5F">
        <w:t>Jantar</w:t>
      </w:r>
    </w:p>
    <w:p w14:paraId="6A138E28" w14:textId="3F5586AD" w:rsidR="00B569A9" w:rsidRDefault="00000000" w:rsidP="00AF6C5F">
      <w:pPr>
        <w:pStyle w:val="Dia"/>
        <w:spacing w:before="120" w:after="20"/>
      </w:pPr>
      <w:r>
        <w:lastRenderedPageBreak/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AF6C5F" w:rsidRPr="00AF6C5F">
        <w:t>BAÍA DE HALONG/LAN HA – HANÓI</w:t>
      </w:r>
    </w:p>
    <w:p w14:paraId="77488E69" w14:textId="77777777" w:rsidR="00AF6C5F" w:rsidRPr="00AF6C5F" w:rsidRDefault="00AF6C5F" w:rsidP="00AF6C5F">
      <w:pPr>
        <w:spacing w:after="40" w:line="252" w:lineRule="auto"/>
        <w:jc w:val="both"/>
      </w:pPr>
      <w:r w:rsidRPr="00AF6C5F">
        <w:t xml:space="preserve">Café da </w:t>
      </w:r>
      <w:proofErr w:type="spellStart"/>
      <w:r w:rsidRPr="00AF6C5F">
        <w:t>manhã</w:t>
      </w:r>
      <w:proofErr w:type="spellEnd"/>
      <w:r w:rsidRPr="00AF6C5F">
        <w:t xml:space="preserve">. </w:t>
      </w:r>
      <w:proofErr w:type="spellStart"/>
      <w:r w:rsidRPr="00AF6C5F">
        <w:t>Passeio</w:t>
      </w:r>
      <w:proofErr w:type="spellEnd"/>
      <w:r w:rsidRPr="00AF6C5F">
        <w:t xml:space="preserve"> de </w:t>
      </w:r>
      <w:proofErr w:type="spellStart"/>
      <w:r w:rsidRPr="00AF6C5F">
        <w:t>barco</w:t>
      </w:r>
      <w:proofErr w:type="spellEnd"/>
      <w:r w:rsidRPr="00AF6C5F">
        <w:t xml:space="preserve"> para visita a </w:t>
      </w:r>
      <w:proofErr w:type="spellStart"/>
      <w:r w:rsidRPr="00AF6C5F">
        <w:t>cavernas</w:t>
      </w:r>
      <w:proofErr w:type="spellEnd"/>
      <w:r w:rsidRPr="00AF6C5F">
        <w:t xml:space="preserve">, com </w:t>
      </w:r>
      <w:proofErr w:type="spellStart"/>
      <w:r w:rsidRPr="00AF6C5F">
        <w:t>águas</w:t>
      </w:r>
      <w:proofErr w:type="spellEnd"/>
      <w:r w:rsidRPr="00AF6C5F">
        <w:t xml:space="preserve"> </w:t>
      </w:r>
      <w:proofErr w:type="spellStart"/>
      <w:r w:rsidRPr="00AF6C5F">
        <w:t>calmas</w:t>
      </w:r>
      <w:proofErr w:type="spellEnd"/>
      <w:r w:rsidRPr="00AF6C5F">
        <w:t xml:space="preserve"> de </w:t>
      </w:r>
      <w:proofErr w:type="spellStart"/>
      <w:r w:rsidRPr="00AF6C5F">
        <w:t>cor</w:t>
      </w:r>
      <w:proofErr w:type="spellEnd"/>
      <w:r w:rsidRPr="00AF6C5F">
        <w:t xml:space="preserve"> </w:t>
      </w:r>
      <w:proofErr w:type="spellStart"/>
      <w:r w:rsidRPr="00AF6C5F">
        <w:t>esmeralda</w:t>
      </w:r>
      <w:proofErr w:type="spellEnd"/>
      <w:r w:rsidRPr="00AF6C5F">
        <w:t xml:space="preserve">. </w:t>
      </w:r>
      <w:proofErr w:type="spellStart"/>
      <w:r w:rsidRPr="00AF6C5F">
        <w:t>Retorno</w:t>
      </w:r>
      <w:proofErr w:type="spellEnd"/>
      <w:r w:rsidRPr="00AF6C5F">
        <w:t xml:space="preserve"> </w:t>
      </w:r>
      <w:proofErr w:type="spellStart"/>
      <w:r w:rsidRPr="00AF6C5F">
        <w:t>ao</w:t>
      </w:r>
      <w:proofErr w:type="spellEnd"/>
      <w:r w:rsidRPr="00AF6C5F">
        <w:t xml:space="preserve"> </w:t>
      </w:r>
      <w:proofErr w:type="spellStart"/>
      <w:r w:rsidRPr="00AF6C5F">
        <w:t>porto</w:t>
      </w:r>
      <w:proofErr w:type="spellEnd"/>
      <w:r w:rsidRPr="00AF6C5F">
        <w:t xml:space="preserve"> </w:t>
      </w:r>
      <w:proofErr w:type="spellStart"/>
      <w:r w:rsidRPr="00AF6C5F">
        <w:t>passando</w:t>
      </w:r>
      <w:proofErr w:type="spellEnd"/>
      <w:r w:rsidRPr="00AF6C5F">
        <w:t xml:space="preserve"> pela </w:t>
      </w:r>
      <w:proofErr w:type="spellStart"/>
      <w:r w:rsidRPr="00AF6C5F">
        <w:t>área</w:t>
      </w:r>
      <w:proofErr w:type="spellEnd"/>
      <w:r w:rsidRPr="00AF6C5F">
        <w:t xml:space="preserve"> </w:t>
      </w:r>
      <w:proofErr w:type="spellStart"/>
      <w:r w:rsidRPr="00AF6C5F">
        <w:t>mais</w:t>
      </w:r>
      <w:proofErr w:type="spellEnd"/>
      <w:r w:rsidRPr="00AF6C5F">
        <w:t xml:space="preserve"> </w:t>
      </w:r>
      <w:proofErr w:type="spellStart"/>
      <w:r w:rsidRPr="00AF6C5F">
        <w:t>densa</w:t>
      </w:r>
      <w:proofErr w:type="spellEnd"/>
      <w:r w:rsidRPr="00AF6C5F">
        <w:t xml:space="preserve"> da </w:t>
      </w:r>
      <w:proofErr w:type="spellStart"/>
      <w:r w:rsidRPr="00AF6C5F">
        <w:t>baía</w:t>
      </w:r>
      <w:proofErr w:type="spellEnd"/>
      <w:r w:rsidRPr="00AF6C5F">
        <w:t xml:space="preserve">, com </w:t>
      </w:r>
      <w:proofErr w:type="spellStart"/>
      <w:r w:rsidRPr="00AF6C5F">
        <w:t>inúmeras</w:t>
      </w:r>
      <w:proofErr w:type="spellEnd"/>
      <w:r w:rsidRPr="00AF6C5F">
        <w:t xml:space="preserve"> </w:t>
      </w:r>
      <w:proofErr w:type="spellStart"/>
      <w:r w:rsidRPr="00AF6C5F">
        <w:t>ilhas</w:t>
      </w:r>
      <w:proofErr w:type="spellEnd"/>
      <w:r w:rsidRPr="00AF6C5F">
        <w:t>.</w:t>
      </w:r>
    </w:p>
    <w:p w14:paraId="358C501A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Desembarque</w:t>
      </w:r>
      <w:proofErr w:type="spellEnd"/>
      <w:r w:rsidRPr="00AF6C5F">
        <w:t xml:space="preserve"> e </w:t>
      </w:r>
      <w:proofErr w:type="spellStart"/>
      <w:r w:rsidRPr="00AF6C5F">
        <w:t>retorno</w:t>
      </w:r>
      <w:proofErr w:type="spellEnd"/>
      <w:r w:rsidRPr="00AF6C5F">
        <w:t xml:space="preserve"> a </w:t>
      </w:r>
      <w:proofErr w:type="spellStart"/>
      <w:r w:rsidRPr="00AF6C5F">
        <w:t>Hanói</w:t>
      </w:r>
      <w:proofErr w:type="spellEnd"/>
      <w:r w:rsidRPr="00AF6C5F">
        <w:t xml:space="preserve"> </w:t>
      </w:r>
      <w:proofErr w:type="spellStart"/>
      <w:r w:rsidRPr="00AF6C5F">
        <w:t>em</w:t>
      </w:r>
      <w:proofErr w:type="spellEnd"/>
      <w:r w:rsidRPr="00AF6C5F">
        <w:t xml:space="preserve"> </w:t>
      </w:r>
      <w:proofErr w:type="spellStart"/>
      <w:r w:rsidRPr="00AF6C5F">
        <w:t>ônibus</w:t>
      </w:r>
      <w:proofErr w:type="spellEnd"/>
      <w:r w:rsidRPr="00AF6C5F">
        <w:t xml:space="preserve"> </w:t>
      </w:r>
      <w:proofErr w:type="spellStart"/>
      <w:r w:rsidRPr="00AF6C5F">
        <w:t>compartilhado</w:t>
      </w:r>
      <w:proofErr w:type="spellEnd"/>
      <w:r w:rsidRPr="00AF6C5F">
        <w:t>.</w:t>
      </w:r>
    </w:p>
    <w:p w14:paraId="62E9B5F5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t>Hospedagem</w:t>
      </w:r>
      <w:proofErr w:type="spellEnd"/>
      <w:r w:rsidRPr="00AF6C5F">
        <w:t>.</w:t>
      </w:r>
    </w:p>
    <w:p w14:paraId="59186B7D" w14:textId="77777777" w:rsidR="00AF6C5F" w:rsidRP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Refeições</w:t>
      </w:r>
      <w:proofErr w:type="spellEnd"/>
      <w:r w:rsidRPr="00AF6C5F">
        <w:t xml:space="preserve">: Café da </w:t>
      </w:r>
      <w:proofErr w:type="spellStart"/>
      <w:r w:rsidRPr="00AF6C5F">
        <w:t>manhã</w:t>
      </w:r>
      <w:proofErr w:type="spellEnd"/>
      <w:r w:rsidRPr="00AF6C5F">
        <w:t xml:space="preserve"> </w:t>
      </w:r>
      <w:proofErr w:type="spellStart"/>
      <w:r w:rsidRPr="00AF6C5F">
        <w:t>leve</w:t>
      </w:r>
      <w:proofErr w:type="spellEnd"/>
      <w:r w:rsidRPr="00AF6C5F">
        <w:t xml:space="preserve"> e brunch a </w:t>
      </w:r>
      <w:proofErr w:type="spellStart"/>
      <w:r w:rsidRPr="00AF6C5F">
        <w:t>bordo</w:t>
      </w:r>
      <w:proofErr w:type="spellEnd"/>
    </w:p>
    <w:p w14:paraId="1344BBAA" w14:textId="59D84057" w:rsidR="00495537" w:rsidRDefault="00495537" w:rsidP="00AF6C5F">
      <w:pPr>
        <w:pStyle w:val="Dia"/>
        <w:spacing w:before="120" w:after="20"/>
        <w:jc w:val="both"/>
      </w:pPr>
      <w:r>
        <w:t xml:space="preserve">📍 5º </w:t>
      </w:r>
      <w:proofErr w:type="spellStart"/>
      <w:r>
        <w:t>dia</w:t>
      </w:r>
      <w:proofErr w:type="spellEnd"/>
      <w:r>
        <w:t xml:space="preserve">: </w:t>
      </w:r>
      <w:r w:rsidR="00AF6C5F" w:rsidRPr="00AF6C5F">
        <w:t>HANÓI – SAÍDA</w:t>
      </w:r>
    </w:p>
    <w:p w14:paraId="794EA154" w14:textId="77777777" w:rsidR="00AF6C5F" w:rsidRDefault="00AF6C5F" w:rsidP="00AF6C5F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. Tempo livre para </w:t>
      </w:r>
      <w:proofErr w:type="spellStart"/>
      <w:r>
        <w:t>explorar</w:t>
      </w:r>
      <w:proofErr w:type="spellEnd"/>
      <w:r>
        <w:t xml:space="preserve"> a </w:t>
      </w:r>
      <w:proofErr w:type="spellStart"/>
      <w:r>
        <w:t>cidade</w:t>
      </w:r>
      <w:proofErr w:type="spellEnd"/>
      <w:r>
        <w:t xml:space="preserve"> e </w:t>
      </w:r>
      <w:proofErr w:type="spellStart"/>
      <w:r>
        <w:t>experimentar</w:t>
      </w:r>
      <w:proofErr w:type="spellEnd"/>
      <w:r>
        <w:t xml:space="preserve"> a </w:t>
      </w:r>
      <w:proofErr w:type="spellStart"/>
      <w:r>
        <w:t>famosa</w:t>
      </w:r>
      <w:proofErr w:type="spellEnd"/>
      <w:r>
        <w:t xml:space="preserve"> </w:t>
      </w:r>
      <w:proofErr w:type="spellStart"/>
      <w:r>
        <w:t>gastronomia</w:t>
      </w:r>
      <w:proofErr w:type="spellEnd"/>
      <w:r>
        <w:t xml:space="preserve"> de </w:t>
      </w:r>
      <w:proofErr w:type="spellStart"/>
      <w:r>
        <w:t>rua</w:t>
      </w:r>
      <w:proofErr w:type="spellEnd"/>
      <w:r>
        <w:t xml:space="preserve"> (</w:t>
      </w:r>
      <w:proofErr w:type="spellStart"/>
      <w:r>
        <w:t>por</w:t>
      </w:r>
      <w:proofErr w:type="spellEnd"/>
      <w:r>
        <w:t xml:space="preserve"> </w:t>
      </w:r>
      <w:proofErr w:type="spellStart"/>
      <w:r>
        <w:t>conta</w:t>
      </w:r>
      <w:proofErr w:type="spellEnd"/>
      <w:r>
        <w:t xml:space="preserve"> </w:t>
      </w:r>
      <w:proofErr w:type="spellStart"/>
      <w:r>
        <w:t>própria</w:t>
      </w:r>
      <w:proofErr w:type="spellEnd"/>
      <w:r>
        <w:t xml:space="preserve">)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 para o </w:t>
      </w:r>
      <w:proofErr w:type="spellStart"/>
      <w:r>
        <w:t>voo</w:t>
      </w:r>
      <w:proofErr w:type="spellEnd"/>
      <w:r>
        <w:t xml:space="preserve"> de </w:t>
      </w:r>
      <w:proofErr w:type="spellStart"/>
      <w:r>
        <w:t>saída</w:t>
      </w:r>
      <w:proofErr w:type="spellEnd"/>
      <w:r>
        <w:t>.</w:t>
      </w:r>
    </w:p>
    <w:p w14:paraId="589019A3" w14:textId="77777777" w:rsidR="00AF6C5F" w:rsidRDefault="00AF6C5F" w:rsidP="00AF6C5F">
      <w:pPr>
        <w:spacing w:after="40" w:line="252" w:lineRule="auto"/>
        <w:jc w:val="both"/>
      </w:pPr>
      <w:r w:rsidRPr="00AF6C5F">
        <w:rPr>
          <w:b/>
          <w:bCs/>
        </w:rPr>
        <w:t xml:space="preserve">Fim dos </w:t>
      </w:r>
      <w:proofErr w:type="spellStart"/>
      <w:r w:rsidRPr="00AF6C5F">
        <w:rPr>
          <w:b/>
          <w:bCs/>
        </w:rPr>
        <w:t>serviços</w:t>
      </w:r>
      <w:proofErr w:type="spellEnd"/>
      <w:r>
        <w:t>.</w:t>
      </w:r>
    </w:p>
    <w:p w14:paraId="2B346CD7" w14:textId="77777777" w:rsid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Nota</w:t>
      </w:r>
      <w:proofErr w:type="spellEnd"/>
      <w:r>
        <w:t xml:space="preserve">: o check-out é </w:t>
      </w:r>
      <w:proofErr w:type="spellStart"/>
      <w:r>
        <w:t>às</w:t>
      </w:r>
      <w:proofErr w:type="spellEnd"/>
      <w:r>
        <w:t xml:space="preserve"> 12:00</w:t>
      </w:r>
    </w:p>
    <w:p w14:paraId="006E254C" w14:textId="77777777" w:rsidR="00AF6C5F" w:rsidRDefault="00AF6C5F" w:rsidP="00AF6C5F">
      <w:pPr>
        <w:spacing w:after="40" w:line="252" w:lineRule="auto"/>
        <w:jc w:val="both"/>
      </w:pPr>
      <w:proofErr w:type="spellStart"/>
      <w:r w:rsidRPr="00AF6C5F">
        <w:rPr>
          <w:b/>
          <w:bCs/>
        </w:rPr>
        <w:t>Refeições</w:t>
      </w:r>
      <w:proofErr w:type="spellEnd"/>
      <w:r>
        <w:t xml:space="preserve">: Café da </w:t>
      </w:r>
      <w:proofErr w:type="spellStart"/>
      <w:r>
        <w:t>manhã</w:t>
      </w:r>
      <w:proofErr w:type="spellEnd"/>
    </w:p>
    <w:p w14:paraId="6D138C0E" w14:textId="5BF5D160" w:rsidR="00B569A9" w:rsidRDefault="00000000" w:rsidP="00AF6C5F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AF6C5F" w14:paraId="26B912C3" w14:textId="77777777" w:rsidTr="00E9139F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B9388" w14:textId="3F10ECB9" w:rsidR="00AF6C5F" w:rsidRDefault="00AF6C5F">
            <w:pPr>
              <w:jc w:val="center"/>
            </w:pPr>
            <w:r>
              <w:rPr>
                <w:b/>
                <w:color w:val="FFFFFF"/>
                <w:sz w:val="15"/>
              </w:rPr>
              <w:t>SAÍDAS</w:t>
            </w:r>
          </w:p>
        </w:tc>
      </w:tr>
      <w:tr w:rsidR="00AF6C5F" w:rsidRPr="00AF6C5F" w14:paraId="67D56D0B" w14:textId="77777777" w:rsidTr="00137630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21C4AAD" w14:textId="7ACA0DA8" w:rsidR="00AF6C5F" w:rsidRPr="00AF6C5F" w:rsidRDefault="00AF6C5F" w:rsidP="00AF6C5F">
            <w:pPr>
              <w:rPr>
                <w:sz w:val="15"/>
              </w:rPr>
            </w:pPr>
            <w:proofErr w:type="spellStart"/>
            <w:r w:rsidRPr="00AF6C5F">
              <w:rPr>
                <w:sz w:val="15"/>
              </w:rPr>
              <w:t>Julho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2699341" w14:textId="527A9614" w:rsidR="00AF6C5F" w:rsidRPr="00AF6C5F" w:rsidRDefault="00AF6C5F" w:rsidP="00AF6C5F">
            <w:pPr>
              <w:rPr>
                <w:sz w:val="15"/>
              </w:rPr>
            </w:pPr>
            <w:r w:rsidRPr="00AF6C5F">
              <w:rPr>
                <w:sz w:val="15"/>
              </w:rPr>
              <w:t>01, 08, 15, 22 e 29</w:t>
            </w:r>
          </w:p>
        </w:tc>
      </w:tr>
      <w:tr w:rsidR="00AF6C5F" w:rsidRPr="00AF6C5F" w14:paraId="39ABBD3F" w14:textId="77777777" w:rsidTr="00137630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1C53ADB" w14:textId="6958438B" w:rsidR="00AF6C5F" w:rsidRPr="00AF6C5F" w:rsidRDefault="00AF6C5F" w:rsidP="00AF6C5F">
            <w:pPr>
              <w:rPr>
                <w:sz w:val="15"/>
              </w:rPr>
            </w:pPr>
            <w:r w:rsidRPr="00AF6C5F">
              <w:rPr>
                <w:sz w:val="15"/>
              </w:rPr>
              <w:t>Agosto</w:t>
            </w:r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66FA0B4" w14:textId="76E9B9C5" w:rsidR="00AF6C5F" w:rsidRPr="00495537" w:rsidRDefault="00AF6C5F" w:rsidP="00AF6C5F">
            <w:pPr>
              <w:rPr>
                <w:sz w:val="15"/>
              </w:rPr>
            </w:pPr>
            <w:r w:rsidRPr="00AF6C5F">
              <w:rPr>
                <w:sz w:val="15"/>
              </w:rPr>
              <w:t>05, 12, 19 e 26</w:t>
            </w:r>
          </w:p>
        </w:tc>
      </w:tr>
      <w:tr w:rsidR="00AF6C5F" w:rsidRPr="00AF6C5F" w14:paraId="2CED1753" w14:textId="77777777" w:rsidTr="00137630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C87F1DB" w14:textId="7A242D1E" w:rsidR="00AF6C5F" w:rsidRPr="00AF6C5F" w:rsidRDefault="00AF6C5F" w:rsidP="00AF6C5F">
            <w:pPr>
              <w:rPr>
                <w:sz w:val="15"/>
              </w:rPr>
            </w:pPr>
            <w:proofErr w:type="spellStart"/>
            <w:r w:rsidRPr="00AF6C5F"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561B79" w14:textId="7F88BD2A" w:rsidR="00AF6C5F" w:rsidRPr="00AF6C5F" w:rsidRDefault="00AF6C5F" w:rsidP="00AF6C5F">
            <w:pPr>
              <w:rPr>
                <w:sz w:val="15"/>
              </w:rPr>
            </w:pPr>
            <w:r w:rsidRPr="00AF6C5F">
              <w:rPr>
                <w:sz w:val="15"/>
              </w:rPr>
              <w:t>02, 09, 16, 23 e 30</w:t>
            </w:r>
          </w:p>
        </w:tc>
      </w:tr>
    </w:tbl>
    <w:p w14:paraId="2B6C7BB9" w14:textId="77777777" w:rsidR="00AF6C5F" w:rsidRDefault="00AF6C5F" w:rsidP="00495537">
      <w:pPr>
        <w:pStyle w:val="BoxTitle"/>
        <w:spacing w:before="1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AF6C5F" w14:paraId="1C59A072" w14:textId="77777777" w:rsidTr="00BF73F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0D0B82" w14:textId="77777777" w:rsidR="00AF6C5F" w:rsidRDefault="00AF6C5F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7F2FCE" w14:textId="38BF0D5D" w:rsidR="00AF6C5F" w:rsidRDefault="00AF6C5F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</w:t>
            </w:r>
            <w:r>
              <w:rPr>
                <w:b/>
                <w:color w:val="FFFFFF"/>
                <w:sz w:val="15"/>
              </w:rPr>
              <w:t xml:space="preserve"> Sup / 5*</w:t>
            </w:r>
            <w:r>
              <w:rPr>
                <w:b/>
                <w:color w:val="FFFFFF"/>
                <w:sz w:val="15"/>
              </w:rPr>
              <w:t xml:space="preserve"> - PREÇO NET POR PESSOA EM USD</w:t>
            </w:r>
          </w:p>
        </w:tc>
      </w:tr>
      <w:tr w:rsidR="00AF6C5F" w14:paraId="17A398FC" w14:textId="77777777" w:rsidTr="004F4644">
        <w:trPr>
          <w:jc w:val="center"/>
        </w:trPr>
        <w:tc>
          <w:tcPr>
            <w:tcW w:w="5320" w:type="dxa"/>
            <w:gridSpan w:val="2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E1285CB" w14:textId="712FA4C0" w:rsidR="00AF6C5F" w:rsidRDefault="00AF6C5F" w:rsidP="00BF73FA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AF6C5F" w14:paraId="29306318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30C606" w14:textId="38D513CD" w:rsidR="00AF6C5F" w:rsidRPr="00AF6C5F" w:rsidRDefault="00AF6C5F" w:rsidP="00BF73FA">
            <w:pPr>
              <w:rPr>
                <w:sz w:val="15"/>
              </w:rPr>
            </w:pPr>
            <w:r w:rsidRPr="00AF6C5F">
              <w:rPr>
                <w:sz w:val="15"/>
              </w:rPr>
              <w:t>USD</w:t>
            </w:r>
            <w:r>
              <w:rPr>
                <w:sz w:val="15"/>
              </w:rPr>
              <w:t xml:space="preserve"> </w:t>
            </w:r>
            <w:r w:rsidRPr="00AF6C5F">
              <w:rPr>
                <w:sz w:val="15"/>
              </w:rPr>
              <w:t>413,00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29C326" w14:textId="0AFA211D" w:rsidR="00AF6C5F" w:rsidRPr="00AF6C5F" w:rsidRDefault="00AF6C5F" w:rsidP="00BF73FA">
            <w:pPr>
              <w:rPr>
                <w:sz w:val="15"/>
              </w:rPr>
            </w:pPr>
            <w:r w:rsidRPr="00AF6C5F">
              <w:rPr>
                <w:sz w:val="15"/>
              </w:rPr>
              <w:t>USD 465,00</w:t>
            </w:r>
          </w:p>
        </w:tc>
      </w:tr>
    </w:tbl>
    <w:p w14:paraId="652855A7" w14:textId="77777777" w:rsidR="00AF6C5F" w:rsidRDefault="00AF6C5F" w:rsidP="00495537">
      <w:pPr>
        <w:pStyle w:val="BoxTitle"/>
        <w:spacing w:before="1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CA5E98" w14:paraId="51B184FB" w14:textId="77777777" w:rsidTr="00BF73FA">
        <w:trPr>
          <w:jc w:val="center"/>
        </w:trPr>
        <w:tc>
          <w:tcPr>
            <w:tcW w:w="5320" w:type="dxa"/>
            <w:gridSpan w:val="2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475AE6E" w14:textId="77777777" w:rsidR="00CA5E98" w:rsidRDefault="00CA5E98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SAÍDAS</w:t>
            </w:r>
          </w:p>
        </w:tc>
      </w:tr>
      <w:tr w:rsidR="00CA5E98" w:rsidRPr="00AF6C5F" w14:paraId="4DB39C2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24774EA" w14:textId="011E8FEB" w:rsidR="00CA5E98" w:rsidRPr="00AF6C5F" w:rsidRDefault="00CA5E98" w:rsidP="00CA5E98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Outubro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A5D05C8" w14:textId="383DF89E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07, 14, 21 e 28</w:t>
            </w:r>
          </w:p>
        </w:tc>
      </w:tr>
      <w:tr w:rsidR="00CA5E98" w:rsidRPr="00AF6C5F" w14:paraId="24E0F149" w14:textId="77777777" w:rsidTr="00BF73FA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E7A5D7B" w14:textId="36BAE3D9" w:rsidR="00CA5E98" w:rsidRPr="00AF6C5F" w:rsidRDefault="00CA5E98" w:rsidP="00CA5E98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Novembro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761254E" w14:textId="54781515" w:rsidR="00CA5E98" w:rsidRPr="00495537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04, 11, 18 e 25</w:t>
            </w:r>
          </w:p>
        </w:tc>
      </w:tr>
      <w:tr w:rsidR="00CA5E98" w:rsidRPr="00AF6C5F" w14:paraId="418AF0B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4955017" w14:textId="02E24BFA" w:rsidR="00CA5E98" w:rsidRPr="00AF6C5F" w:rsidRDefault="00CA5E98" w:rsidP="00CA5E98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F2E62A3" w14:textId="73D715AB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02, 09, 16, 23 e 30</w:t>
            </w:r>
          </w:p>
        </w:tc>
      </w:tr>
      <w:tr w:rsidR="00CA5E98" w:rsidRPr="00AF6C5F" w14:paraId="3D434E69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B9FCD80" w14:textId="3E896374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Janeiro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C9B4F71" w14:textId="1D674034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06, 13, 20 e 27</w:t>
            </w:r>
          </w:p>
        </w:tc>
      </w:tr>
      <w:tr w:rsidR="00CA5E98" w:rsidRPr="00AF6C5F" w14:paraId="15378673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AD7C47" w14:textId="37B9245F" w:rsidR="00CA5E98" w:rsidRPr="00AF6C5F" w:rsidRDefault="00CA5E98" w:rsidP="00CA5E98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Fevereiro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8858476" w14:textId="1D16C0C4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03, 10, 17 e 24</w:t>
            </w:r>
          </w:p>
        </w:tc>
      </w:tr>
      <w:tr w:rsidR="00CA5E98" w:rsidRPr="00AF6C5F" w14:paraId="39D687C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832F1D5" w14:textId="54B52913" w:rsidR="00CA5E98" w:rsidRPr="00AF6C5F" w:rsidRDefault="00CA5E98" w:rsidP="00CA5E98">
            <w:pPr>
              <w:rPr>
                <w:sz w:val="15"/>
              </w:rPr>
            </w:pPr>
            <w:proofErr w:type="spellStart"/>
            <w:r w:rsidRPr="00CA5E98">
              <w:rPr>
                <w:sz w:val="15"/>
              </w:rPr>
              <w:t>Março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5744DB8" w14:textId="0CEDE9AF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03, 10, 17, e 31</w:t>
            </w:r>
          </w:p>
        </w:tc>
      </w:tr>
      <w:tr w:rsidR="00CA5E98" w:rsidRPr="00AF6C5F" w14:paraId="39433281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99D24F1" w14:textId="7E0EB837" w:rsidR="00CA5E98" w:rsidRPr="00CA5E98" w:rsidRDefault="00CA5E98" w:rsidP="00CA5E98">
            <w:pPr>
              <w:rPr>
                <w:sz w:val="15"/>
              </w:rPr>
            </w:pPr>
            <w:r>
              <w:rPr>
                <w:sz w:val="15"/>
              </w:rPr>
              <w:t>Abril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C9EF5A9" w14:textId="1E2AA72F" w:rsidR="00CA5E98" w:rsidRPr="00AF6C5F" w:rsidRDefault="00CA5E98" w:rsidP="00CA5E98">
            <w:pPr>
              <w:rPr>
                <w:sz w:val="15"/>
              </w:rPr>
            </w:pPr>
            <w:r w:rsidRPr="00CA5E98">
              <w:rPr>
                <w:sz w:val="15"/>
              </w:rPr>
              <w:t>07, 14, 21 e 28</w:t>
            </w:r>
          </w:p>
        </w:tc>
      </w:tr>
    </w:tbl>
    <w:p w14:paraId="0A416CBB" w14:textId="77777777" w:rsidR="00CA5E98" w:rsidRDefault="00CA5E98" w:rsidP="00CA5E98">
      <w:pPr>
        <w:pStyle w:val="BoxTitle"/>
        <w:spacing w:before="160"/>
      </w:pP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CA5E98" w14:paraId="6552813F" w14:textId="77777777" w:rsidTr="00BF73F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AF50A05" w14:textId="77777777" w:rsidR="00CA5E98" w:rsidRDefault="00CA5E98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8E0B40" w14:textId="77777777" w:rsidR="00CA5E98" w:rsidRDefault="00CA5E98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Sup / 5* - PREÇO NET POR PESSOA EM USD</w:t>
            </w:r>
          </w:p>
        </w:tc>
      </w:tr>
      <w:tr w:rsidR="00CA5E98" w14:paraId="797542E4" w14:textId="77777777" w:rsidTr="00BF73FA">
        <w:trPr>
          <w:jc w:val="center"/>
        </w:trPr>
        <w:tc>
          <w:tcPr>
            <w:tcW w:w="5320" w:type="dxa"/>
            <w:gridSpan w:val="2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35366A" w14:textId="77777777" w:rsidR="00CA5E98" w:rsidRDefault="00CA5E98" w:rsidP="00BF73FA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CA5E98" w14:paraId="7F1D57BD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94227C" w14:textId="657CC569" w:rsidR="00CA5E98" w:rsidRPr="00AF6C5F" w:rsidRDefault="00CA5E98" w:rsidP="00BF73FA">
            <w:pPr>
              <w:rPr>
                <w:sz w:val="15"/>
              </w:rPr>
            </w:pPr>
            <w:r w:rsidRPr="00CA5E98">
              <w:rPr>
                <w:sz w:val="15"/>
              </w:rPr>
              <w:t>USD</w:t>
            </w:r>
            <w:r>
              <w:rPr>
                <w:sz w:val="15"/>
              </w:rPr>
              <w:t xml:space="preserve"> </w:t>
            </w:r>
            <w:r w:rsidRPr="00CA5E98">
              <w:rPr>
                <w:sz w:val="15"/>
              </w:rPr>
              <w:t>439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FBBA0D" w14:textId="1DDE2188" w:rsidR="00CA5E98" w:rsidRPr="00AF6C5F" w:rsidRDefault="00CA5E98" w:rsidP="00BF73FA">
            <w:pPr>
              <w:rPr>
                <w:sz w:val="15"/>
              </w:rPr>
            </w:pPr>
            <w:r w:rsidRPr="00CA5E98">
              <w:rPr>
                <w:sz w:val="15"/>
              </w:rPr>
              <w:t>USD 517</w:t>
            </w:r>
          </w:p>
        </w:tc>
      </w:tr>
    </w:tbl>
    <w:p w14:paraId="4783C051" w14:textId="77777777" w:rsidR="00CA5E98" w:rsidRDefault="00CA5E98" w:rsidP="00495537">
      <w:pPr>
        <w:pStyle w:val="BoxTitle"/>
        <w:spacing w:before="160"/>
      </w:pPr>
    </w:p>
    <w:p w14:paraId="673FFBD7" w14:textId="77777777" w:rsidR="00CA5E98" w:rsidRDefault="00CA5E98" w:rsidP="00495537">
      <w:pPr>
        <w:pStyle w:val="BoxTitle"/>
        <w:spacing w:before="160"/>
      </w:pPr>
    </w:p>
    <w:p w14:paraId="432D55B3" w14:textId="77777777" w:rsidR="00CA5E98" w:rsidRDefault="00CA5E98" w:rsidP="00495537">
      <w:pPr>
        <w:pStyle w:val="BoxTitle"/>
        <w:spacing w:before="160"/>
      </w:pPr>
    </w:p>
    <w:p w14:paraId="408FA4AF" w14:textId="77777777" w:rsidR="00CA5E98" w:rsidRDefault="00495537" w:rsidP="00CA5E98">
      <w:pPr>
        <w:pStyle w:val="BoxTitle"/>
        <w:spacing w:before="160"/>
      </w:pPr>
      <w:r>
        <w:lastRenderedPageBreak/>
        <w:t>Black out:</w:t>
      </w:r>
    </w:p>
    <w:p w14:paraId="5FC10585" w14:textId="399C69B2" w:rsidR="00CA5E98" w:rsidRPr="00CA5E98" w:rsidRDefault="00CA5E98" w:rsidP="00CA5E98">
      <w:pPr>
        <w:spacing w:after="40" w:line="252" w:lineRule="auto"/>
        <w:rPr>
          <w:b/>
          <w:bCs/>
        </w:rPr>
      </w:pPr>
      <w:r w:rsidRPr="00CA5E98">
        <w:rPr>
          <w:b/>
          <w:bCs/>
        </w:rPr>
        <w:t>2026:</w:t>
      </w:r>
    </w:p>
    <w:p w14:paraId="0AFDA0CD" w14:textId="66FA3183" w:rsidR="00CA5E98" w:rsidRPr="00CA5E98" w:rsidRDefault="00CA5E98" w:rsidP="00CA5E98">
      <w:pPr>
        <w:pStyle w:val="PargrafodaLista"/>
        <w:numPr>
          <w:ilvl w:val="0"/>
          <w:numId w:val="18"/>
        </w:numPr>
        <w:spacing w:after="40" w:line="252" w:lineRule="auto"/>
      </w:pPr>
      <w:r w:rsidRPr="00CA5E98">
        <w:t xml:space="preserve">Dia da </w:t>
      </w:r>
      <w:proofErr w:type="spellStart"/>
      <w:r w:rsidRPr="00CA5E98">
        <w:t>Independência</w:t>
      </w:r>
      <w:proofErr w:type="spellEnd"/>
      <w:r w:rsidRPr="00CA5E98">
        <w:t xml:space="preserve"> Nacional: 1º de </w:t>
      </w:r>
      <w:proofErr w:type="spellStart"/>
      <w:r w:rsidRPr="00CA5E98">
        <w:t>setembro</w:t>
      </w:r>
      <w:proofErr w:type="spellEnd"/>
      <w:r w:rsidRPr="00CA5E98">
        <w:t xml:space="preserve"> de 2026 – 5 de </w:t>
      </w:r>
      <w:proofErr w:type="spellStart"/>
      <w:r w:rsidRPr="00CA5E98">
        <w:t>setembro</w:t>
      </w:r>
      <w:proofErr w:type="spellEnd"/>
      <w:r w:rsidRPr="00CA5E98">
        <w:t xml:space="preserve"> de 2026</w:t>
      </w:r>
    </w:p>
    <w:p w14:paraId="3F0E9803" w14:textId="6A2DBA16" w:rsidR="00CA5E98" w:rsidRPr="00CA5E98" w:rsidRDefault="00CA5E98" w:rsidP="00CA5E98">
      <w:pPr>
        <w:pStyle w:val="PargrafodaLista"/>
        <w:numPr>
          <w:ilvl w:val="0"/>
          <w:numId w:val="18"/>
        </w:numPr>
        <w:spacing w:after="40" w:line="252" w:lineRule="auto"/>
      </w:pPr>
      <w:r w:rsidRPr="00CA5E98">
        <w:t xml:space="preserve">Natal 2026: 20 de </w:t>
      </w:r>
      <w:proofErr w:type="spellStart"/>
      <w:r w:rsidRPr="00CA5E98">
        <w:t>dezembro</w:t>
      </w:r>
      <w:proofErr w:type="spellEnd"/>
      <w:r w:rsidRPr="00CA5E98">
        <w:t xml:space="preserve"> de 2026 – 31 de </w:t>
      </w:r>
      <w:proofErr w:type="spellStart"/>
      <w:r w:rsidRPr="00CA5E98">
        <w:t>dezembro</w:t>
      </w:r>
      <w:proofErr w:type="spellEnd"/>
      <w:r w:rsidRPr="00CA5E98">
        <w:t xml:space="preserve"> de 2026</w:t>
      </w:r>
    </w:p>
    <w:p w14:paraId="2DEA8621" w14:textId="77777777" w:rsidR="00CA5E98" w:rsidRPr="00CA5E98" w:rsidRDefault="00CA5E98" w:rsidP="00CA5E98">
      <w:pPr>
        <w:spacing w:after="40" w:line="252" w:lineRule="auto"/>
        <w:rPr>
          <w:b/>
          <w:bCs/>
        </w:rPr>
      </w:pPr>
      <w:r w:rsidRPr="00CA5E98">
        <w:rPr>
          <w:b/>
          <w:bCs/>
        </w:rPr>
        <w:t>2027:</w:t>
      </w:r>
    </w:p>
    <w:p w14:paraId="19286E11" w14:textId="3C5F50F0" w:rsidR="00CA5E98" w:rsidRPr="00CA5E98" w:rsidRDefault="00CA5E98" w:rsidP="00CA5E98">
      <w:pPr>
        <w:pStyle w:val="PargrafodaLista"/>
        <w:numPr>
          <w:ilvl w:val="0"/>
          <w:numId w:val="19"/>
        </w:numPr>
        <w:spacing w:after="40" w:line="252" w:lineRule="auto"/>
      </w:pPr>
      <w:r w:rsidRPr="00CA5E98">
        <w:t xml:space="preserve">Ano Novo 2027: 1º de </w:t>
      </w:r>
      <w:proofErr w:type="spellStart"/>
      <w:r w:rsidRPr="00CA5E98">
        <w:t>janeiro</w:t>
      </w:r>
      <w:proofErr w:type="spellEnd"/>
      <w:r w:rsidRPr="00CA5E98">
        <w:t xml:space="preserve"> de 2027 – 5 de </w:t>
      </w:r>
      <w:proofErr w:type="spellStart"/>
      <w:r w:rsidRPr="00CA5E98">
        <w:t>janeiro</w:t>
      </w:r>
      <w:proofErr w:type="spellEnd"/>
      <w:r w:rsidRPr="00CA5E98">
        <w:t xml:space="preserve"> de 2027</w:t>
      </w:r>
    </w:p>
    <w:p w14:paraId="3F133FFE" w14:textId="302E55C9" w:rsidR="00CA5E98" w:rsidRPr="00CA5E98" w:rsidRDefault="00CA5E98" w:rsidP="00CA5E98">
      <w:pPr>
        <w:pStyle w:val="PargrafodaLista"/>
        <w:numPr>
          <w:ilvl w:val="0"/>
          <w:numId w:val="19"/>
        </w:numPr>
        <w:spacing w:after="40" w:line="252" w:lineRule="auto"/>
      </w:pPr>
      <w:r w:rsidRPr="00CA5E98">
        <w:t xml:space="preserve">Ano Novo Lunar 2027: 4 de </w:t>
      </w:r>
      <w:proofErr w:type="spellStart"/>
      <w:r w:rsidRPr="00CA5E98">
        <w:t>fevereiro</w:t>
      </w:r>
      <w:proofErr w:type="spellEnd"/>
      <w:r w:rsidRPr="00CA5E98">
        <w:t xml:space="preserve"> de 2027 – 10 de </w:t>
      </w:r>
      <w:proofErr w:type="spellStart"/>
      <w:r w:rsidRPr="00CA5E98">
        <w:t>fevereiro</w:t>
      </w:r>
      <w:proofErr w:type="spellEnd"/>
      <w:r w:rsidRPr="00CA5E98">
        <w:t xml:space="preserve"> de 2027</w:t>
      </w:r>
    </w:p>
    <w:p w14:paraId="25CC286B" w14:textId="4BB94141" w:rsidR="00495537" w:rsidRPr="00CA5E98" w:rsidRDefault="00CA5E98" w:rsidP="00CA5E98">
      <w:pPr>
        <w:pStyle w:val="PargrafodaLista"/>
        <w:numPr>
          <w:ilvl w:val="0"/>
          <w:numId w:val="19"/>
        </w:numPr>
        <w:spacing w:after="40" w:line="252" w:lineRule="auto"/>
      </w:pPr>
      <w:r w:rsidRPr="00CA5E98">
        <w:t xml:space="preserve">Dia da </w:t>
      </w:r>
      <w:proofErr w:type="spellStart"/>
      <w:r w:rsidRPr="00CA5E98">
        <w:t>Libertação</w:t>
      </w:r>
      <w:proofErr w:type="spellEnd"/>
      <w:r w:rsidRPr="00CA5E98">
        <w:t xml:space="preserve"> do Sul e </w:t>
      </w:r>
      <w:proofErr w:type="spellStart"/>
      <w:r w:rsidRPr="00CA5E98">
        <w:t>Reunificação</w:t>
      </w:r>
      <w:proofErr w:type="spellEnd"/>
      <w:r w:rsidRPr="00CA5E98">
        <w:t xml:space="preserve"> do País: 30 de </w:t>
      </w:r>
      <w:proofErr w:type="spellStart"/>
      <w:r w:rsidRPr="00CA5E98">
        <w:t>abril</w:t>
      </w:r>
      <w:proofErr w:type="spellEnd"/>
      <w:r w:rsidRPr="00CA5E98">
        <w:t xml:space="preserve"> de 2027</w:t>
      </w:r>
      <w:r w:rsidR="00495537" w:rsidRPr="00CA5E98">
        <w:t xml:space="preserve"> </w:t>
      </w:r>
    </w:p>
    <w:p w14:paraId="721B1947" w14:textId="77777777" w:rsidR="00495537" w:rsidRDefault="00495537"/>
    <w:p w14:paraId="54D2FB13" w14:textId="77777777" w:rsidR="00B569A9" w:rsidRDefault="00000000">
      <w:pPr>
        <w:pStyle w:val="BoxTitle"/>
        <w:spacing w:before="160"/>
      </w:pPr>
      <w:r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CA5E98" w14:paraId="634DAB1A" w14:textId="2F9FE75B" w:rsidTr="00CC0BB7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6DE25" w14:textId="77777777" w:rsidR="00CA5E98" w:rsidRDefault="00CA5E98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E3364D" w14:textId="49F35DAC" w:rsidR="00CA5E98" w:rsidRPr="00495537" w:rsidRDefault="00CA5E98" w:rsidP="00495537">
            <w:pPr>
              <w:jc w:val="center"/>
              <w:rPr>
                <w:b/>
                <w:color w:val="FFFFFF"/>
                <w:sz w:val="15"/>
              </w:rPr>
            </w:pPr>
            <w:r w:rsidRPr="00495537">
              <w:rPr>
                <w:b/>
                <w:color w:val="FFFFFF"/>
                <w:sz w:val="15"/>
              </w:rPr>
              <w:t>PACOTE SUPERIOR</w:t>
            </w:r>
            <w:r>
              <w:rPr>
                <w:b/>
                <w:color w:val="FFFFFF"/>
                <w:sz w:val="15"/>
              </w:rPr>
              <w:t xml:space="preserve"> </w:t>
            </w:r>
            <w:r w:rsidRPr="00495537">
              <w:rPr>
                <w:b/>
                <w:color w:val="FFFFFF"/>
                <w:sz w:val="15"/>
              </w:rPr>
              <w:t xml:space="preserve"> 4*</w:t>
            </w:r>
          </w:p>
        </w:tc>
        <w:tc>
          <w:tcPr>
            <w:tcW w:w="2660" w:type="dxa"/>
            <w:shd w:val="clear" w:color="auto" w:fill="123C69"/>
          </w:tcPr>
          <w:p w14:paraId="6A4CDC06" w14:textId="77777777" w:rsidR="00CA5E98" w:rsidRPr="00CA5E98" w:rsidRDefault="00CA5E98" w:rsidP="00CA5E98">
            <w:pPr>
              <w:jc w:val="center"/>
              <w:rPr>
                <w:b/>
                <w:color w:val="FFFFFF"/>
                <w:sz w:val="15"/>
              </w:rPr>
            </w:pPr>
            <w:r w:rsidRPr="00CA5E98">
              <w:rPr>
                <w:b/>
                <w:color w:val="FFFFFF"/>
                <w:sz w:val="15"/>
              </w:rPr>
              <w:t>PACOTE DELUXE</w:t>
            </w:r>
          </w:p>
          <w:p w14:paraId="247B4EF3" w14:textId="21A1B084" w:rsidR="00CA5E98" w:rsidRPr="00495537" w:rsidRDefault="00CA5E98" w:rsidP="00CA5E98">
            <w:pPr>
              <w:jc w:val="center"/>
              <w:rPr>
                <w:b/>
                <w:color w:val="FFFFFF"/>
                <w:sz w:val="15"/>
              </w:rPr>
            </w:pPr>
            <w:r w:rsidRPr="00CA5E98">
              <w:rPr>
                <w:b/>
                <w:color w:val="FFFFFF"/>
                <w:sz w:val="15"/>
              </w:rPr>
              <w:t>4*S / 5 *</w:t>
            </w:r>
          </w:p>
        </w:tc>
      </w:tr>
      <w:tr w:rsidR="00CA5E98" w14:paraId="1F2707A2" w14:textId="29907F4B" w:rsidTr="00CC0BB7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A9EE65" w14:textId="575923D0" w:rsidR="00CA5E98" w:rsidRPr="00CA5E98" w:rsidRDefault="00CA5E98" w:rsidP="00CA5E9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CA5E98">
              <w:rPr>
                <w:b/>
                <w:color w:val="123C69"/>
                <w:sz w:val="15"/>
                <w:lang w:val="pt-BR"/>
              </w:rPr>
              <w:t>H</w:t>
            </w:r>
            <w:proofErr w:type="spellStart"/>
            <w:r w:rsidRPr="00CA5E98">
              <w:rPr>
                <w:b/>
                <w:color w:val="123C69"/>
                <w:sz w:val="15"/>
                <w:lang w:val="pt-BR"/>
              </w:rPr>
              <w:t>anoi</w:t>
            </w:r>
            <w:proofErr w:type="spellEnd"/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E9E7AF" w14:textId="4C6DA7B1" w:rsidR="00CA5E98" w:rsidRPr="00CA5E98" w:rsidRDefault="00CA5E98" w:rsidP="00CA5E98">
            <w:pPr>
              <w:jc w:val="center"/>
              <w:rPr>
                <w:b/>
                <w:color w:val="123C69"/>
                <w:sz w:val="15"/>
              </w:rPr>
            </w:pPr>
            <w:r w:rsidRPr="00CA5E98">
              <w:rPr>
                <w:b/>
                <w:color w:val="123C69"/>
                <w:sz w:val="15"/>
              </w:rPr>
              <w:t>Minasi Premium Hotel</w:t>
            </w:r>
            <w:r>
              <w:rPr>
                <w:b/>
                <w:color w:val="123C69"/>
                <w:sz w:val="15"/>
              </w:rPr>
              <w:t xml:space="preserve"> </w:t>
            </w:r>
            <w:r w:rsidRPr="00CA5E98">
              <w:rPr>
                <w:b/>
                <w:color w:val="123C69"/>
                <w:sz w:val="15"/>
              </w:rPr>
              <w:t>(Deluxe)</w:t>
            </w:r>
          </w:p>
        </w:tc>
        <w:tc>
          <w:tcPr>
            <w:tcW w:w="2660" w:type="dxa"/>
            <w:shd w:val="clear" w:color="auto" w:fill="E7F2FA"/>
          </w:tcPr>
          <w:p w14:paraId="277030DF" w14:textId="7DFB7575" w:rsidR="00CA5E98" w:rsidRPr="00495537" w:rsidRDefault="00CA5E98" w:rsidP="00CA5E98">
            <w:pPr>
              <w:jc w:val="center"/>
              <w:rPr>
                <w:b/>
                <w:color w:val="123C69"/>
                <w:sz w:val="15"/>
              </w:rPr>
            </w:pPr>
            <w:r w:rsidRPr="00CA5E98">
              <w:rPr>
                <w:b/>
                <w:color w:val="123C69"/>
                <w:sz w:val="15"/>
              </w:rPr>
              <w:t>Bespoke Trendy</w:t>
            </w:r>
            <w:r>
              <w:rPr>
                <w:b/>
                <w:color w:val="123C69"/>
                <w:sz w:val="15"/>
              </w:rPr>
              <w:t xml:space="preserve"> </w:t>
            </w:r>
            <w:r w:rsidRPr="00CA5E98">
              <w:rPr>
                <w:b/>
                <w:color w:val="123C69"/>
                <w:sz w:val="15"/>
              </w:rPr>
              <w:t>(Trendy Deluxe)</w:t>
            </w:r>
          </w:p>
        </w:tc>
      </w:tr>
      <w:tr w:rsidR="00CA5E98" w14:paraId="3D84CF78" w14:textId="160F9F93" w:rsidTr="00CC0BB7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BFF102" w14:textId="03669033" w:rsidR="00CA5E98" w:rsidRPr="00CA5E98" w:rsidRDefault="00CA5E98" w:rsidP="00CA5E9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CA5E98">
              <w:rPr>
                <w:b/>
                <w:color w:val="123C69"/>
                <w:sz w:val="15"/>
                <w:lang w:val="pt-BR"/>
              </w:rPr>
              <w:t xml:space="preserve">Halong </w:t>
            </w:r>
            <w:proofErr w:type="spellStart"/>
            <w:r w:rsidRPr="00CA5E98">
              <w:rPr>
                <w:b/>
                <w:color w:val="123C69"/>
                <w:sz w:val="15"/>
                <w:lang w:val="pt-BR"/>
              </w:rPr>
              <w:t>Cuise</w:t>
            </w:r>
            <w:proofErr w:type="spellEnd"/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8DB5D1" w14:textId="650C60E2" w:rsidR="00CA5E98" w:rsidRPr="00495537" w:rsidRDefault="00CA5E98" w:rsidP="00CA5E9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CA5E98">
              <w:rPr>
                <w:b/>
                <w:color w:val="123C69"/>
                <w:sz w:val="15"/>
                <w:lang w:val="pt-BR"/>
              </w:rPr>
              <w:t>La Regina Classic</w:t>
            </w:r>
            <w:r>
              <w:rPr>
                <w:b/>
                <w:color w:val="123C69"/>
                <w:sz w:val="15"/>
                <w:lang w:val="pt-BR"/>
              </w:rPr>
              <w:t xml:space="preserve"> </w:t>
            </w:r>
            <w:r w:rsidRPr="00CA5E98">
              <w:rPr>
                <w:b/>
                <w:color w:val="123C69"/>
                <w:sz w:val="15"/>
                <w:lang w:val="pt-BR"/>
              </w:rPr>
              <w:t>(ROH)</w:t>
            </w:r>
          </w:p>
        </w:tc>
        <w:tc>
          <w:tcPr>
            <w:tcW w:w="2660" w:type="dxa"/>
            <w:shd w:val="clear" w:color="auto" w:fill="E7F2FA"/>
          </w:tcPr>
          <w:p w14:paraId="70698598" w14:textId="0EDED04C" w:rsidR="00CA5E98" w:rsidRPr="00495537" w:rsidRDefault="00CA5E98" w:rsidP="00CA5E98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CA5E98">
              <w:rPr>
                <w:b/>
                <w:color w:val="123C69"/>
                <w:sz w:val="15"/>
                <w:lang w:val="pt-BR"/>
              </w:rPr>
              <w:t xml:space="preserve">Victory Star Cruise/ </w:t>
            </w:r>
            <w:proofErr w:type="spellStart"/>
            <w:r w:rsidRPr="00CA5E98">
              <w:rPr>
                <w:b/>
                <w:color w:val="123C69"/>
                <w:sz w:val="15"/>
                <w:lang w:val="pt-BR"/>
              </w:rPr>
              <w:t>Verdure</w:t>
            </w:r>
            <w:proofErr w:type="spellEnd"/>
            <w:r w:rsidRPr="00CA5E98">
              <w:rPr>
                <w:b/>
                <w:color w:val="123C69"/>
                <w:sz w:val="15"/>
                <w:lang w:val="pt-BR"/>
              </w:rPr>
              <w:t xml:space="preserve"> Lotus </w:t>
            </w:r>
            <w:proofErr w:type="gramStart"/>
            <w:r w:rsidRPr="00CA5E98">
              <w:rPr>
                <w:b/>
                <w:color w:val="123C69"/>
                <w:sz w:val="15"/>
                <w:lang w:val="pt-BR"/>
              </w:rPr>
              <w:t xml:space="preserve">Luxury </w:t>
            </w:r>
            <w:r>
              <w:rPr>
                <w:b/>
                <w:color w:val="123C69"/>
                <w:sz w:val="15"/>
                <w:lang w:val="pt-BR"/>
              </w:rPr>
              <w:t xml:space="preserve"> </w:t>
            </w:r>
            <w:r w:rsidRPr="00CA5E98">
              <w:rPr>
                <w:b/>
                <w:color w:val="123C69"/>
                <w:sz w:val="15"/>
                <w:lang w:val="pt-BR"/>
              </w:rPr>
              <w:t>(</w:t>
            </w:r>
            <w:proofErr w:type="gramEnd"/>
            <w:r w:rsidRPr="00CA5E98">
              <w:rPr>
                <w:b/>
                <w:color w:val="123C69"/>
                <w:sz w:val="15"/>
                <w:lang w:val="pt-BR"/>
              </w:rPr>
              <w:t>ROH)</w:t>
            </w:r>
          </w:p>
        </w:tc>
      </w:tr>
    </w:tbl>
    <w:p w14:paraId="375C8B9F" w14:textId="77777777" w:rsidR="00B569A9" w:rsidRDefault="00B569A9"/>
    <w:p w14:paraId="74652E52" w14:textId="77777777" w:rsidR="00B569A9" w:rsidRDefault="00000000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6F643618" w14:textId="77777777" w:rsidR="00CA5E98" w:rsidRPr="00CA5E98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</w:t>
      </w:r>
      <w:proofErr w:type="spellStart"/>
      <w:r w:rsidRPr="00CA5E98">
        <w:t>Hospedagem</w:t>
      </w:r>
      <w:proofErr w:type="spellEnd"/>
      <w:r w:rsidRPr="00CA5E98">
        <w:t xml:space="preserve"> </w:t>
      </w:r>
      <w:proofErr w:type="spellStart"/>
      <w:r w:rsidRPr="00CA5E98">
        <w:t>em</w:t>
      </w:r>
      <w:proofErr w:type="spellEnd"/>
      <w:r w:rsidRPr="00CA5E98">
        <w:t xml:space="preserve"> quartos Duplo / Twin / </w:t>
      </w:r>
      <w:proofErr w:type="spellStart"/>
      <w:r w:rsidRPr="00CA5E98">
        <w:t>Triplo</w:t>
      </w:r>
      <w:proofErr w:type="spellEnd"/>
      <w:r w:rsidRPr="00CA5E98">
        <w:t xml:space="preserve"> standard com café da </w:t>
      </w:r>
      <w:proofErr w:type="spellStart"/>
      <w:r w:rsidRPr="00CA5E98">
        <w:t>manhã</w:t>
      </w:r>
      <w:proofErr w:type="spellEnd"/>
    </w:p>
    <w:p w14:paraId="727C362B" w14:textId="77777777" w:rsidR="00CA5E98" w:rsidRPr="00CA5E98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Todos </w:t>
      </w:r>
      <w:proofErr w:type="spellStart"/>
      <w:r w:rsidRPr="00CA5E98">
        <w:t>os</w:t>
      </w:r>
      <w:proofErr w:type="spellEnd"/>
      <w:r w:rsidRPr="00CA5E98">
        <w:t xml:space="preserve"> </w:t>
      </w:r>
      <w:proofErr w:type="spellStart"/>
      <w:r w:rsidRPr="00CA5E98">
        <w:t>traslados</w:t>
      </w:r>
      <w:proofErr w:type="spellEnd"/>
      <w:r w:rsidRPr="00CA5E98">
        <w:t xml:space="preserve"> e </w:t>
      </w:r>
      <w:proofErr w:type="spellStart"/>
      <w:r w:rsidRPr="00CA5E98">
        <w:t>excursões</w:t>
      </w:r>
      <w:proofErr w:type="spellEnd"/>
      <w:r w:rsidRPr="00CA5E98">
        <w:t xml:space="preserve"> </w:t>
      </w:r>
      <w:proofErr w:type="spellStart"/>
      <w:r w:rsidRPr="00CA5E98">
        <w:t>mencionados</w:t>
      </w:r>
      <w:proofErr w:type="spellEnd"/>
    </w:p>
    <w:p w14:paraId="22370EC7" w14:textId="77777777" w:rsidR="00CA5E98" w:rsidRPr="00CA5E98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Guia de </w:t>
      </w:r>
      <w:proofErr w:type="spellStart"/>
      <w:r w:rsidRPr="00CA5E98">
        <w:t>língua</w:t>
      </w:r>
      <w:proofErr w:type="spellEnd"/>
      <w:r w:rsidRPr="00CA5E98">
        <w:t xml:space="preserve"> </w:t>
      </w:r>
      <w:proofErr w:type="spellStart"/>
      <w:r w:rsidRPr="00CA5E98">
        <w:t>espanhola</w:t>
      </w:r>
      <w:proofErr w:type="spellEnd"/>
      <w:r w:rsidRPr="00CA5E98">
        <w:t xml:space="preserve"> </w:t>
      </w:r>
      <w:proofErr w:type="spellStart"/>
      <w:r w:rsidRPr="00CA5E98">
        <w:t>durante</w:t>
      </w:r>
      <w:proofErr w:type="spellEnd"/>
      <w:r w:rsidRPr="00CA5E98">
        <w:t xml:space="preserve"> as </w:t>
      </w:r>
      <w:proofErr w:type="spellStart"/>
      <w:r w:rsidRPr="00CA5E98">
        <w:t>excursões</w:t>
      </w:r>
      <w:proofErr w:type="spellEnd"/>
      <w:r w:rsidRPr="00CA5E98">
        <w:t xml:space="preserve"> (</w:t>
      </w:r>
      <w:proofErr w:type="spellStart"/>
      <w:r w:rsidRPr="00CA5E98">
        <w:t>exceto</w:t>
      </w:r>
      <w:proofErr w:type="spellEnd"/>
      <w:r w:rsidRPr="00CA5E98">
        <w:t xml:space="preserve"> no cruzeiro </w:t>
      </w:r>
      <w:proofErr w:type="spellStart"/>
      <w:r w:rsidRPr="00CA5E98">
        <w:t>na</w:t>
      </w:r>
      <w:proofErr w:type="spellEnd"/>
      <w:r w:rsidRPr="00CA5E98">
        <w:t xml:space="preserve"> Baía de Halong/Lan Ha)</w:t>
      </w:r>
    </w:p>
    <w:p w14:paraId="353EA536" w14:textId="77777777" w:rsidR="00CA5E98" w:rsidRPr="00CA5E98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</w:t>
      </w:r>
      <w:proofErr w:type="spellStart"/>
      <w:r w:rsidRPr="00CA5E98">
        <w:t>Refeições</w:t>
      </w:r>
      <w:proofErr w:type="spellEnd"/>
      <w:r w:rsidRPr="00CA5E98">
        <w:t xml:space="preserve"> </w:t>
      </w:r>
      <w:proofErr w:type="spellStart"/>
      <w:r w:rsidRPr="00CA5E98">
        <w:t>mencionadas</w:t>
      </w:r>
      <w:proofErr w:type="spellEnd"/>
      <w:r w:rsidRPr="00CA5E98">
        <w:t xml:space="preserve"> no </w:t>
      </w:r>
      <w:proofErr w:type="spellStart"/>
      <w:r w:rsidRPr="00CA5E98">
        <w:t>programa</w:t>
      </w:r>
      <w:proofErr w:type="spellEnd"/>
      <w:r w:rsidRPr="00CA5E98">
        <w:t xml:space="preserve"> (D: Café da </w:t>
      </w:r>
      <w:proofErr w:type="spellStart"/>
      <w:r w:rsidRPr="00CA5E98">
        <w:t>manhã</w:t>
      </w:r>
      <w:proofErr w:type="spellEnd"/>
      <w:r w:rsidRPr="00CA5E98">
        <w:t xml:space="preserve">, A: </w:t>
      </w:r>
      <w:proofErr w:type="spellStart"/>
      <w:r w:rsidRPr="00CA5E98">
        <w:t>Almoço</w:t>
      </w:r>
      <w:proofErr w:type="spellEnd"/>
      <w:r w:rsidRPr="00CA5E98">
        <w:t>, C: Jantar)</w:t>
      </w:r>
    </w:p>
    <w:p w14:paraId="3F54D5F2" w14:textId="77777777" w:rsidR="00CA5E98" w:rsidRPr="00CA5E98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Entradas </w:t>
      </w:r>
      <w:proofErr w:type="spellStart"/>
      <w:r w:rsidRPr="00CA5E98">
        <w:t>nos</w:t>
      </w:r>
      <w:proofErr w:type="spellEnd"/>
      <w:r w:rsidRPr="00CA5E98">
        <w:t xml:space="preserve"> </w:t>
      </w:r>
      <w:proofErr w:type="spellStart"/>
      <w:r w:rsidRPr="00CA5E98">
        <w:t>locais</w:t>
      </w:r>
      <w:proofErr w:type="spellEnd"/>
      <w:r w:rsidRPr="00CA5E98">
        <w:t xml:space="preserve"> </w:t>
      </w:r>
      <w:proofErr w:type="spellStart"/>
      <w:r w:rsidRPr="00CA5E98">
        <w:t>visitados</w:t>
      </w:r>
      <w:proofErr w:type="spellEnd"/>
      <w:r w:rsidRPr="00CA5E98">
        <w:t xml:space="preserve"> </w:t>
      </w:r>
      <w:proofErr w:type="spellStart"/>
      <w:r w:rsidRPr="00CA5E98">
        <w:t>conforme</w:t>
      </w:r>
      <w:proofErr w:type="spellEnd"/>
      <w:r w:rsidRPr="00CA5E98">
        <w:t xml:space="preserve"> o </w:t>
      </w:r>
      <w:proofErr w:type="spellStart"/>
      <w:r w:rsidRPr="00CA5E98">
        <w:t>programa</w:t>
      </w:r>
      <w:proofErr w:type="spellEnd"/>
    </w:p>
    <w:p w14:paraId="34A069C6" w14:textId="77777777" w:rsidR="00CA5E98" w:rsidRPr="00CA5E98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2 </w:t>
      </w:r>
      <w:proofErr w:type="spellStart"/>
      <w:r w:rsidRPr="00CA5E98">
        <w:t>garrafas</w:t>
      </w:r>
      <w:proofErr w:type="spellEnd"/>
      <w:r w:rsidRPr="00CA5E98">
        <w:t xml:space="preserve"> de </w:t>
      </w:r>
      <w:proofErr w:type="spellStart"/>
      <w:r w:rsidRPr="00CA5E98">
        <w:t>água</w:t>
      </w:r>
      <w:proofErr w:type="spellEnd"/>
      <w:r w:rsidRPr="00CA5E98">
        <w:t xml:space="preserve"> </w:t>
      </w:r>
      <w:proofErr w:type="spellStart"/>
      <w:r w:rsidRPr="00CA5E98">
        <w:t>por</w:t>
      </w:r>
      <w:proofErr w:type="spellEnd"/>
      <w:r w:rsidRPr="00CA5E98">
        <w:t xml:space="preserve"> </w:t>
      </w:r>
      <w:proofErr w:type="spellStart"/>
      <w:r w:rsidRPr="00CA5E98">
        <w:t>pessoa</w:t>
      </w:r>
      <w:proofErr w:type="spellEnd"/>
      <w:r w:rsidRPr="00CA5E98">
        <w:t xml:space="preserve"> </w:t>
      </w:r>
      <w:proofErr w:type="spellStart"/>
      <w:r w:rsidRPr="00CA5E98">
        <w:t>por</w:t>
      </w:r>
      <w:proofErr w:type="spellEnd"/>
      <w:r w:rsidRPr="00CA5E98">
        <w:t xml:space="preserve"> </w:t>
      </w:r>
      <w:proofErr w:type="spellStart"/>
      <w:r w:rsidRPr="00CA5E98">
        <w:t>dia</w:t>
      </w:r>
      <w:proofErr w:type="spellEnd"/>
      <w:r w:rsidRPr="00CA5E98">
        <w:t xml:space="preserve"> de </w:t>
      </w:r>
      <w:proofErr w:type="spellStart"/>
      <w:r w:rsidRPr="00CA5E98">
        <w:t>excursão</w:t>
      </w:r>
      <w:proofErr w:type="spellEnd"/>
    </w:p>
    <w:p w14:paraId="7CDC56D7" w14:textId="0906A800" w:rsidR="00253C20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✔</w:t>
      </w:r>
      <w:r w:rsidRPr="00CA5E98">
        <w:t xml:space="preserve"> Serviços </w:t>
      </w:r>
      <w:proofErr w:type="spellStart"/>
      <w:r w:rsidRPr="00CA5E98">
        <w:t>mencionados</w:t>
      </w:r>
      <w:proofErr w:type="spellEnd"/>
      <w:r w:rsidRPr="00CA5E98">
        <w:t xml:space="preserve"> no </w:t>
      </w:r>
      <w:proofErr w:type="spellStart"/>
      <w:r w:rsidRPr="00CA5E98">
        <w:t>programa</w:t>
      </w:r>
      <w:proofErr w:type="spellEnd"/>
    </w:p>
    <w:p w14:paraId="43147F7C" w14:textId="77777777" w:rsidR="00CA5E98" w:rsidRPr="00253C20" w:rsidRDefault="00CA5E98" w:rsidP="00CA5E98">
      <w:pPr>
        <w:spacing w:after="40" w:line="252" w:lineRule="auto"/>
      </w:pPr>
    </w:p>
    <w:p w14:paraId="37747E14" w14:textId="28217B16" w:rsidR="00B569A9" w:rsidRDefault="00000000" w:rsidP="00253C20">
      <w:pPr>
        <w:pStyle w:val="BoxTitle"/>
        <w:spacing w:before="160"/>
      </w:pPr>
      <w:r>
        <w:t xml:space="preserve">❌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492B9C1E" w14:textId="100334E6" w:rsidR="00CA5E98" w:rsidRPr="00CA5E98" w:rsidRDefault="00CA5E98" w:rsidP="00CA5E98">
      <w:pPr>
        <w:spacing w:after="40" w:line="252" w:lineRule="auto"/>
        <w:rPr>
          <w:rFonts w:cs="Segoe UI Symbol"/>
        </w:rPr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Voos </w:t>
      </w:r>
      <w:proofErr w:type="spellStart"/>
      <w:r w:rsidRPr="00CA5E98">
        <w:rPr>
          <w:rFonts w:cs="Segoe UI Symbol"/>
        </w:rPr>
        <w:t>internacionais</w:t>
      </w:r>
      <w:proofErr w:type="spellEnd"/>
      <w:r w:rsidRPr="00CA5E98">
        <w:rPr>
          <w:rFonts w:cs="Segoe UI Symbol"/>
        </w:rPr>
        <w:t xml:space="preserve"> e </w:t>
      </w:r>
      <w:proofErr w:type="spellStart"/>
      <w:r w:rsidRPr="00CA5E98">
        <w:rPr>
          <w:rFonts w:cs="Segoe UI Symbol"/>
        </w:rPr>
        <w:t>domésticos</w:t>
      </w:r>
      <w:proofErr w:type="spellEnd"/>
      <w:r w:rsidRPr="00CA5E98">
        <w:rPr>
          <w:rFonts w:cs="Segoe UI Symbol"/>
        </w:rPr>
        <w:t xml:space="preserve">, </w:t>
      </w:r>
      <w:proofErr w:type="spellStart"/>
      <w:r w:rsidRPr="00CA5E98">
        <w:rPr>
          <w:rFonts w:cs="Segoe UI Symbol"/>
        </w:rPr>
        <w:t>bem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como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taxas</w:t>
      </w:r>
      <w:proofErr w:type="spellEnd"/>
      <w:r w:rsidRPr="00CA5E98">
        <w:rPr>
          <w:rFonts w:cs="Segoe UI Symbol"/>
        </w:rPr>
        <w:t xml:space="preserve"> de </w:t>
      </w:r>
      <w:proofErr w:type="spellStart"/>
      <w:r w:rsidRPr="00CA5E98">
        <w:rPr>
          <w:rFonts w:cs="Segoe UI Symbol"/>
        </w:rPr>
        <w:t>saída</w:t>
      </w:r>
      <w:proofErr w:type="spellEnd"/>
      <w:r w:rsidRPr="00CA5E98">
        <w:rPr>
          <w:rFonts w:cs="Segoe UI Symbol"/>
        </w:rPr>
        <w:t xml:space="preserve"> de </w:t>
      </w:r>
      <w:r w:rsidRPr="00CA5E98">
        <w:rPr>
          <w:rFonts w:cs="Segoe UI Symbol"/>
        </w:rPr>
        <w:t>Aeroporto</w:t>
      </w:r>
    </w:p>
    <w:p w14:paraId="4CFD2E99" w14:textId="6F23BD8C" w:rsidR="00CA5E98" w:rsidRPr="00CA5E98" w:rsidRDefault="00CA5E98" w:rsidP="00CA5E98">
      <w:pPr>
        <w:spacing w:after="40" w:line="252" w:lineRule="auto"/>
        <w:rPr>
          <w:rFonts w:cs="Segoe UI Symbol"/>
        </w:rPr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Refeições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não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mencionadas</w:t>
      </w:r>
      <w:proofErr w:type="spellEnd"/>
      <w:r w:rsidRPr="00CA5E98">
        <w:rPr>
          <w:rFonts w:cs="Segoe UI Symbol"/>
        </w:rPr>
        <w:t xml:space="preserve"> no </w:t>
      </w:r>
      <w:proofErr w:type="spellStart"/>
      <w:r w:rsidRPr="00CA5E98">
        <w:rPr>
          <w:rFonts w:cs="Segoe UI Symbol"/>
        </w:rPr>
        <w:t>programa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detalhado</w:t>
      </w:r>
      <w:proofErr w:type="spellEnd"/>
    </w:p>
    <w:p w14:paraId="27F17BC6" w14:textId="77777777" w:rsidR="00CA5E98" w:rsidRPr="00CA5E98" w:rsidRDefault="00CA5E98" w:rsidP="00CA5E98">
      <w:pPr>
        <w:spacing w:after="40" w:line="252" w:lineRule="auto"/>
        <w:rPr>
          <w:rFonts w:cs="Segoe UI Symbol"/>
        </w:rPr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Taxa de visto do </w:t>
      </w:r>
      <w:proofErr w:type="spellStart"/>
      <w:r w:rsidRPr="00CA5E98">
        <w:rPr>
          <w:rFonts w:cs="Segoe UI Symbol"/>
        </w:rPr>
        <w:t>Vietnã</w:t>
      </w:r>
      <w:proofErr w:type="spellEnd"/>
      <w:r w:rsidRPr="00CA5E98">
        <w:rPr>
          <w:rFonts w:cs="Segoe UI Symbol"/>
        </w:rPr>
        <w:t xml:space="preserve"> (se </w:t>
      </w:r>
      <w:proofErr w:type="spellStart"/>
      <w:r w:rsidRPr="00CA5E98">
        <w:rPr>
          <w:rFonts w:cs="Segoe UI Symbol"/>
        </w:rPr>
        <w:t>aplicável</w:t>
      </w:r>
      <w:proofErr w:type="spellEnd"/>
      <w:r w:rsidRPr="00CA5E98">
        <w:rPr>
          <w:rFonts w:cs="Segoe UI Symbol"/>
        </w:rPr>
        <w:t>)</w:t>
      </w:r>
    </w:p>
    <w:p w14:paraId="76262CC0" w14:textId="77777777" w:rsidR="00CA5E98" w:rsidRPr="00CA5E98" w:rsidRDefault="00CA5E98" w:rsidP="00CA5E98">
      <w:pPr>
        <w:spacing w:after="40" w:line="252" w:lineRule="auto"/>
        <w:rPr>
          <w:rFonts w:cs="Segoe UI Symbol"/>
        </w:rPr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Suplemento</w:t>
      </w:r>
      <w:proofErr w:type="spellEnd"/>
      <w:r w:rsidRPr="00CA5E98">
        <w:rPr>
          <w:rFonts w:cs="Segoe UI Symbol"/>
        </w:rPr>
        <w:t xml:space="preserve"> para check-in </w:t>
      </w:r>
      <w:proofErr w:type="spellStart"/>
      <w:r w:rsidRPr="00CA5E98">
        <w:rPr>
          <w:rFonts w:cs="Segoe UI Symbol"/>
        </w:rPr>
        <w:t>antecipado</w:t>
      </w:r>
      <w:proofErr w:type="spellEnd"/>
      <w:r w:rsidRPr="00CA5E98">
        <w:rPr>
          <w:rFonts w:cs="Segoe UI Symbol"/>
        </w:rPr>
        <w:t xml:space="preserve"> e check-out </w:t>
      </w:r>
      <w:proofErr w:type="spellStart"/>
      <w:r w:rsidRPr="00CA5E98">
        <w:rPr>
          <w:rFonts w:cs="Segoe UI Symbol"/>
        </w:rPr>
        <w:t>tardio</w:t>
      </w:r>
      <w:proofErr w:type="spellEnd"/>
    </w:p>
    <w:p w14:paraId="318FA914" w14:textId="77777777" w:rsidR="00CA5E98" w:rsidRPr="00CA5E98" w:rsidRDefault="00CA5E98" w:rsidP="00CA5E98">
      <w:pPr>
        <w:spacing w:after="40" w:line="252" w:lineRule="auto"/>
        <w:rPr>
          <w:rFonts w:cs="Segoe UI Symbol"/>
        </w:rPr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Gorjetas</w:t>
      </w:r>
      <w:proofErr w:type="spellEnd"/>
      <w:r w:rsidRPr="00CA5E98">
        <w:rPr>
          <w:rFonts w:cs="Segoe UI Symbol"/>
        </w:rPr>
        <w:t xml:space="preserve"> para </w:t>
      </w:r>
      <w:proofErr w:type="spellStart"/>
      <w:r w:rsidRPr="00CA5E98">
        <w:rPr>
          <w:rFonts w:cs="Segoe UI Symbol"/>
        </w:rPr>
        <w:t>guias</w:t>
      </w:r>
      <w:proofErr w:type="spellEnd"/>
      <w:r w:rsidRPr="00CA5E98">
        <w:rPr>
          <w:rFonts w:cs="Segoe UI Symbol"/>
        </w:rPr>
        <w:t xml:space="preserve">, </w:t>
      </w:r>
      <w:proofErr w:type="spellStart"/>
      <w:r w:rsidRPr="00CA5E98">
        <w:rPr>
          <w:rFonts w:cs="Segoe UI Symbol"/>
        </w:rPr>
        <w:t>motoristas</w:t>
      </w:r>
      <w:proofErr w:type="spellEnd"/>
      <w:r w:rsidRPr="00CA5E98">
        <w:rPr>
          <w:rFonts w:cs="Segoe UI Symbol"/>
        </w:rPr>
        <w:t xml:space="preserve"> e </w:t>
      </w:r>
      <w:proofErr w:type="spellStart"/>
      <w:r w:rsidRPr="00CA5E98">
        <w:rPr>
          <w:rFonts w:cs="Segoe UI Symbol"/>
        </w:rPr>
        <w:t>demais</w:t>
      </w:r>
      <w:proofErr w:type="spellEnd"/>
      <w:r w:rsidRPr="00CA5E98">
        <w:rPr>
          <w:rFonts w:cs="Segoe UI Symbol"/>
        </w:rPr>
        <w:t xml:space="preserve"> equipe local</w:t>
      </w:r>
    </w:p>
    <w:p w14:paraId="6F562A52" w14:textId="77777777" w:rsidR="00CA5E98" w:rsidRPr="00CA5E98" w:rsidRDefault="00CA5E98" w:rsidP="00CA5E98">
      <w:pPr>
        <w:spacing w:after="40" w:line="252" w:lineRule="auto"/>
        <w:rPr>
          <w:rFonts w:cs="Segoe UI Symbol"/>
        </w:rPr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Taxas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bancárias</w:t>
      </w:r>
      <w:proofErr w:type="spellEnd"/>
      <w:r w:rsidRPr="00CA5E98">
        <w:rPr>
          <w:rFonts w:cs="Segoe UI Symbol"/>
        </w:rPr>
        <w:t xml:space="preserve"> para </w:t>
      </w:r>
      <w:proofErr w:type="spellStart"/>
      <w:r w:rsidRPr="00CA5E98">
        <w:rPr>
          <w:rFonts w:cs="Segoe UI Symbol"/>
        </w:rPr>
        <w:t>pagamento</w:t>
      </w:r>
      <w:proofErr w:type="spellEnd"/>
      <w:r w:rsidRPr="00CA5E98">
        <w:rPr>
          <w:rFonts w:cs="Segoe UI Symbol"/>
        </w:rPr>
        <w:t xml:space="preserve"> via </w:t>
      </w:r>
      <w:proofErr w:type="spellStart"/>
      <w:r w:rsidRPr="00CA5E98">
        <w:rPr>
          <w:rFonts w:cs="Segoe UI Symbol"/>
        </w:rPr>
        <w:t>transferência</w:t>
      </w:r>
      <w:proofErr w:type="spellEnd"/>
    </w:p>
    <w:p w14:paraId="5721E701" w14:textId="57A2859F" w:rsidR="00B569A9" w:rsidRDefault="00CA5E98" w:rsidP="00CA5E98">
      <w:pPr>
        <w:spacing w:after="40" w:line="252" w:lineRule="auto"/>
      </w:pPr>
      <w:r w:rsidRPr="00CA5E98">
        <w:rPr>
          <w:rFonts w:ascii="Segoe UI Symbol" w:hAnsi="Segoe UI Symbol" w:cs="Segoe UI Symbol"/>
        </w:rPr>
        <w:t>✘</w:t>
      </w:r>
      <w:r w:rsidRPr="00CA5E98">
        <w:rPr>
          <w:rFonts w:cs="Segoe UI Symbol"/>
        </w:rPr>
        <w:t xml:space="preserve"> Outros </w:t>
      </w:r>
      <w:proofErr w:type="spellStart"/>
      <w:r w:rsidRPr="00CA5E98">
        <w:rPr>
          <w:rFonts w:cs="Segoe UI Symbol"/>
        </w:rPr>
        <w:t>gastos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não</w:t>
      </w:r>
      <w:proofErr w:type="spellEnd"/>
      <w:r w:rsidRPr="00CA5E98">
        <w:rPr>
          <w:rFonts w:cs="Segoe UI Symbol"/>
        </w:rPr>
        <w:t xml:space="preserve"> </w:t>
      </w:r>
      <w:proofErr w:type="spellStart"/>
      <w:r w:rsidRPr="00CA5E98">
        <w:rPr>
          <w:rFonts w:cs="Segoe UI Symbol"/>
        </w:rPr>
        <w:t>mencionados</w:t>
      </w:r>
      <w:proofErr w:type="spellEnd"/>
      <w:r w:rsidRPr="00CA5E98">
        <w:rPr>
          <w:rFonts w:cs="Segoe UI Symbol"/>
        </w:rPr>
        <w:t xml:space="preserve"> no </w:t>
      </w:r>
      <w:proofErr w:type="spellStart"/>
      <w:r w:rsidRPr="00CA5E98">
        <w:rPr>
          <w:rFonts w:cs="Segoe UI Symbol"/>
        </w:rPr>
        <w:t>programa</w:t>
      </w:r>
      <w:proofErr w:type="spellEnd"/>
      <w:r w:rsidR="00253C20">
        <w:br w:type="page"/>
      </w:r>
    </w:p>
    <w:p w14:paraId="4AA80700" w14:textId="47943AB8" w:rsidR="00B569A9" w:rsidRDefault="00000000">
      <w:pPr>
        <w:pStyle w:val="HeadingViagem"/>
        <w:spacing w:before="80" w:after="80"/>
        <w:jc w:val="center"/>
      </w:pPr>
      <w:r>
        <w:lastRenderedPageBreak/>
        <w:t xml:space="preserve">🏛️ </w:t>
      </w:r>
      <w:r w:rsidR="00CA5E98" w:rsidRPr="00CA5E98">
        <w:t>EXPLORE A PRAIA DE PHU QUOC</w:t>
      </w:r>
      <w:r w:rsidR="00253C20" w:rsidRPr="00253C20">
        <w:t xml:space="preserve"> </w:t>
      </w:r>
      <w:r>
        <w:t>(</w:t>
      </w:r>
      <w:r w:rsidR="00CA5E98">
        <w:t>4</w:t>
      </w:r>
      <w:r>
        <w:t xml:space="preserve"> DIAS / </w:t>
      </w:r>
      <w:r w:rsidR="00CA5E98">
        <w:t>3</w:t>
      </w:r>
      <w:r>
        <w:t xml:space="preserve"> NOITES)</w:t>
      </w:r>
    </w:p>
    <w:p w14:paraId="2B216B96" w14:textId="77777777" w:rsidR="00B569A9" w:rsidRDefault="00B569A9">
      <w:pPr>
        <w:pBdr>
          <w:bottom w:val="single" w:sz="12" w:space="1" w:color="E6B35A"/>
        </w:pBdr>
        <w:spacing w:after="120"/>
      </w:pPr>
    </w:p>
    <w:p w14:paraId="3C291223" w14:textId="5EB05605" w:rsidR="00B569A9" w:rsidRDefault="00000000">
      <w:pPr>
        <w:pStyle w:val="Subheading"/>
        <w:spacing w:after="100"/>
        <w:jc w:val="center"/>
      </w:pPr>
      <w:r>
        <w:rPr>
          <w:rFonts w:ascii="Segoe UI Emoji" w:hAnsi="Segoe UI Emoji" w:cs="Segoe UI Emoji"/>
        </w:rPr>
        <w:t>📅</w:t>
      </w:r>
      <w:r>
        <w:t xml:space="preserve"> SAÍDAS </w:t>
      </w:r>
      <w:r w:rsidR="00253C20">
        <w:t>DIÁRIAS</w:t>
      </w:r>
    </w:p>
    <w:p w14:paraId="1EA55E0D" w14:textId="3AA279BB" w:rsidR="00B569A9" w:rsidRDefault="00000000" w:rsidP="00253C20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CA5E98" w:rsidRPr="00CA5E98">
        <w:t>PHU QUOC</w:t>
      </w:r>
    </w:p>
    <w:p w14:paraId="58422B70" w14:textId="77777777" w:rsidR="00CA5E98" w:rsidRDefault="00CA5E98" w:rsidP="00CA5E98">
      <w:pPr>
        <w:spacing w:after="40" w:line="252" w:lineRule="auto"/>
        <w:jc w:val="both"/>
      </w:pPr>
      <w:proofErr w:type="spellStart"/>
      <w:r w:rsidRPr="00CA5E98">
        <w:t>Chegada</w:t>
      </w:r>
      <w:proofErr w:type="spellEnd"/>
      <w:r w:rsidRPr="00CA5E98">
        <w:t xml:space="preserve"> a Phu Quoc, </w:t>
      </w:r>
      <w:proofErr w:type="spellStart"/>
      <w:r w:rsidRPr="00CA5E98">
        <w:t>recepção</w:t>
      </w:r>
      <w:proofErr w:type="spellEnd"/>
      <w:r w:rsidRPr="00CA5E98">
        <w:t xml:space="preserve"> </w:t>
      </w:r>
      <w:proofErr w:type="spellStart"/>
      <w:r w:rsidRPr="00CA5E98">
        <w:t>sem</w:t>
      </w:r>
      <w:proofErr w:type="spellEnd"/>
      <w:r w:rsidRPr="00CA5E98">
        <w:t xml:space="preserve"> </w:t>
      </w:r>
      <w:proofErr w:type="spellStart"/>
      <w:r w:rsidRPr="00CA5E98">
        <w:t>guia</w:t>
      </w:r>
      <w:proofErr w:type="spellEnd"/>
      <w:r w:rsidRPr="00CA5E98">
        <w:t xml:space="preserve"> e </w:t>
      </w:r>
      <w:proofErr w:type="spellStart"/>
      <w:r w:rsidRPr="00CA5E98">
        <w:t>traslado</w:t>
      </w:r>
      <w:proofErr w:type="spellEnd"/>
      <w:r w:rsidRPr="00CA5E98">
        <w:t xml:space="preserve"> </w:t>
      </w:r>
      <w:proofErr w:type="spellStart"/>
      <w:r w:rsidRPr="00CA5E98">
        <w:t>ao</w:t>
      </w:r>
      <w:proofErr w:type="spellEnd"/>
      <w:r w:rsidRPr="00CA5E98">
        <w:t xml:space="preserve"> hotel para </w:t>
      </w:r>
      <w:proofErr w:type="spellStart"/>
      <w:r w:rsidRPr="00CA5E98">
        <w:t>descanso</w:t>
      </w:r>
      <w:proofErr w:type="spellEnd"/>
      <w:r w:rsidRPr="00CA5E98">
        <w:t>.</w:t>
      </w:r>
    </w:p>
    <w:p w14:paraId="7303AE20" w14:textId="1C392B63" w:rsidR="00CA5E98" w:rsidRPr="00CA5E98" w:rsidRDefault="00CA5E98" w:rsidP="00CA5E98">
      <w:pPr>
        <w:spacing w:after="40" w:line="252" w:lineRule="auto"/>
        <w:jc w:val="both"/>
      </w:pPr>
      <w:proofErr w:type="spellStart"/>
      <w:r w:rsidRPr="00CA5E98">
        <w:rPr>
          <w:b/>
          <w:bCs/>
        </w:rPr>
        <w:t>Refeições</w:t>
      </w:r>
      <w:proofErr w:type="spellEnd"/>
      <w:r w:rsidRPr="00CA5E98">
        <w:t xml:space="preserve">: </w:t>
      </w:r>
      <w:proofErr w:type="spellStart"/>
      <w:r w:rsidRPr="00CA5E98">
        <w:t>Não</w:t>
      </w:r>
      <w:proofErr w:type="spellEnd"/>
      <w:r w:rsidRPr="00CA5E98">
        <w:t xml:space="preserve"> </w:t>
      </w:r>
      <w:proofErr w:type="spellStart"/>
      <w:r w:rsidRPr="00CA5E98">
        <w:t>incluídas</w:t>
      </w:r>
      <w:proofErr w:type="spellEnd"/>
    </w:p>
    <w:p w14:paraId="6669B9A0" w14:textId="597B7CCA" w:rsidR="00B569A9" w:rsidRDefault="00000000" w:rsidP="00253C20">
      <w:pPr>
        <w:pStyle w:val="Dia"/>
        <w:spacing w:before="120" w:after="20"/>
        <w:jc w:val="both"/>
      </w:pPr>
      <w:r>
        <w:t xml:space="preserve">📍 2º </w:t>
      </w:r>
      <w:proofErr w:type="spellStart"/>
      <w:r>
        <w:t>dia</w:t>
      </w:r>
      <w:proofErr w:type="spellEnd"/>
      <w:r>
        <w:t xml:space="preserve">: </w:t>
      </w:r>
      <w:r w:rsidR="00CA5E98" w:rsidRPr="00CA5E98">
        <w:t>PHU QUOC</w:t>
      </w:r>
    </w:p>
    <w:p w14:paraId="55B155D4" w14:textId="77777777" w:rsidR="00CA5E98" w:rsidRPr="00CA5E98" w:rsidRDefault="00CA5E98" w:rsidP="00CA5E98">
      <w:pPr>
        <w:spacing w:after="40" w:line="252" w:lineRule="auto"/>
        <w:jc w:val="both"/>
      </w:pPr>
      <w:r w:rsidRPr="00CA5E98">
        <w:t xml:space="preserve">Tempo livre para </w:t>
      </w:r>
      <w:proofErr w:type="spellStart"/>
      <w:r w:rsidRPr="00CA5E98">
        <w:t>aproveitar</w:t>
      </w:r>
      <w:proofErr w:type="spellEnd"/>
      <w:r w:rsidRPr="00CA5E98">
        <w:t xml:space="preserve"> as </w:t>
      </w:r>
      <w:proofErr w:type="spellStart"/>
      <w:r w:rsidRPr="00CA5E98">
        <w:t>praias</w:t>
      </w:r>
      <w:proofErr w:type="spellEnd"/>
      <w:r w:rsidRPr="00CA5E98">
        <w:t xml:space="preserve"> </w:t>
      </w:r>
      <w:proofErr w:type="spellStart"/>
      <w:r w:rsidRPr="00CA5E98">
        <w:t>por</w:t>
      </w:r>
      <w:proofErr w:type="spellEnd"/>
      <w:r w:rsidRPr="00CA5E98">
        <w:t xml:space="preserve"> </w:t>
      </w:r>
      <w:proofErr w:type="spellStart"/>
      <w:r w:rsidRPr="00CA5E98">
        <w:t>conta</w:t>
      </w:r>
      <w:proofErr w:type="spellEnd"/>
      <w:r w:rsidRPr="00CA5E98">
        <w:t xml:space="preserve"> </w:t>
      </w:r>
      <w:proofErr w:type="spellStart"/>
      <w:r w:rsidRPr="00CA5E98">
        <w:t>própria</w:t>
      </w:r>
      <w:proofErr w:type="spellEnd"/>
      <w:r w:rsidRPr="00CA5E98">
        <w:t>.</w:t>
      </w:r>
    </w:p>
    <w:p w14:paraId="6C500E83" w14:textId="77777777" w:rsidR="00CA5E98" w:rsidRPr="00CA5E98" w:rsidRDefault="00CA5E98" w:rsidP="00CA5E98">
      <w:pPr>
        <w:spacing w:after="40" w:line="252" w:lineRule="auto"/>
        <w:jc w:val="both"/>
      </w:pPr>
      <w:proofErr w:type="spellStart"/>
      <w:r w:rsidRPr="00CA5E98">
        <w:rPr>
          <w:b/>
          <w:bCs/>
        </w:rPr>
        <w:t>Refeições</w:t>
      </w:r>
      <w:proofErr w:type="spellEnd"/>
      <w:r w:rsidRPr="00CA5E98">
        <w:t xml:space="preserve">: Café da </w:t>
      </w:r>
      <w:proofErr w:type="spellStart"/>
      <w:r w:rsidRPr="00CA5E98">
        <w:t>manhã</w:t>
      </w:r>
      <w:proofErr w:type="spellEnd"/>
      <w:r w:rsidRPr="00CA5E98">
        <w:t xml:space="preserve"> no hotel</w:t>
      </w:r>
    </w:p>
    <w:p w14:paraId="07ED6C85" w14:textId="1134E829" w:rsidR="00B569A9" w:rsidRDefault="00000000" w:rsidP="00CA5E98">
      <w:pPr>
        <w:pStyle w:val="Dia"/>
        <w:spacing w:before="120" w:after="20"/>
        <w:jc w:val="both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CA5E98" w:rsidRPr="00CA5E98">
        <w:t>PHU QUOC</w:t>
      </w:r>
    </w:p>
    <w:p w14:paraId="5F4B8321" w14:textId="77777777" w:rsidR="00CA5E98" w:rsidRPr="00CA5E98" w:rsidRDefault="00CA5E98" w:rsidP="00CA5E98">
      <w:pPr>
        <w:spacing w:after="40" w:line="252" w:lineRule="auto"/>
        <w:jc w:val="both"/>
      </w:pPr>
      <w:r w:rsidRPr="00CA5E98">
        <w:t xml:space="preserve">Tempo livre para </w:t>
      </w:r>
      <w:proofErr w:type="spellStart"/>
      <w:r w:rsidRPr="00CA5E98">
        <w:t>aproveitar</w:t>
      </w:r>
      <w:proofErr w:type="spellEnd"/>
      <w:r w:rsidRPr="00CA5E98">
        <w:t xml:space="preserve"> as </w:t>
      </w:r>
      <w:proofErr w:type="spellStart"/>
      <w:r w:rsidRPr="00CA5E98">
        <w:t>praias</w:t>
      </w:r>
      <w:proofErr w:type="spellEnd"/>
      <w:r w:rsidRPr="00CA5E98">
        <w:t xml:space="preserve"> </w:t>
      </w:r>
      <w:proofErr w:type="spellStart"/>
      <w:r w:rsidRPr="00CA5E98">
        <w:t>por</w:t>
      </w:r>
      <w:proofErr w:type="spellEnd"/>
      <w:r w:rsidRPr="00CA5E98">
        <w:t xml:space="preserve"> </w:t>
      </w:r>
      <w:proofErr w:type="spellStart"/>
      <w:r w:rsidRPr="00CA5E98">
        <w:t>conta</w:t>
      </w:r>
      <w:proofErr w:type="spellEnd"/>
      <w:r w:rsidRPr="00CA5E98">
        <w:t xml:space="preserve"> </w:t>
      </w:r>
      <w:proofErr w:type="spellStart"/>
      <w:r w:rsidRPr="00CA5E98">
        <w:t>própria</w:t>
      </w:r>
      <w:proofErr w:type="spellEnd"/>
      <w:r w:rsidRPr="00CA5E98">
        <w:t>.</w:t>
      </w:r>
    </w:p>
    <w:p w14:paraId="6EF26825" w14:textId="77777777" w:rsidR="00CA5E98" w:rsidRPr="00CA5E98" w:rsidRDefault="00CA5E98" w:rsidP="00CA5E98">
      <w:pPr>
        <w:spacing w:after="40" w:line="252" w:lineRule="auto"/>
        <w:jc w:val="both"/>
      </w:pPr>
      <w:proofErr w:type="spellStart"/>
      <w:r w:rsidRPr="00CA5E98">
        <w:rPr>
          <w:b/>
          <w:bCs/>
        </w:rPr>
        <w:t>Refeições</w:t>
      </w:r>
      <w:proofErr w:type="spellEnd"/>
      <w:r w:rsidRPr="00CA5E98">
        <w:t xml:space="preserve">: Café da </w:t>
      </w:r>
      <w:proofErr w:type="spellStart"/>
      <w:r w:rsidRPr="00CA5E98">
        <w:t>manhã</w:t>
      </w:r>
      <w:proofErr w:type="spellEnd"/>
      <w:r w:rsidRPr="00CA5E98">
        <w:t xml:space="preserve"> no hotel</w:t>
      </w:r>
    </w:p>
    <w:p w14:paraId="46D568E7" w14:textId="3AC9801B" w:rsidR="00B569A9" w:rsidRDefault="00000000" w:rsidP="00253C20">
      <w:pPr>
        <w:pStyle w:val="Dia"/>
        <w:spacing w:before="120" w:after="20"/>
        <w:jc w:val="both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7617E1" w:rsidRPr="007617E1">
        <w:t>PHU QUOC</w:t>
      </w:r>
    </w:p>
    <w:p w14:paraId="16CDC15B" w14:textId="77777777" w:rsidR="00CA5E98" w:rsidRDefault="00CA5E98" w:rsidP="00CA5E98">
      <w:pPr>
        <w:spacing w:after="40" w:line="252" w:lineRule="auto"/>
        <w:jc w:val="both"/>
      </w:pPr>
      <w:r w:rsidRPr="00CA5E98">
        <w:t xml:space="preserve">Tempo livre </w:t>
      </w:r>
      <w:proofErr w:type="spellStart"/>
      <w:r w:rsidRPr="00CA5E98">
        <w:t>até</w:t>
      </w:r>
      <w:proofErr w:type="spellEnd"/>
      <w:r w:rsidRPr="00CA5E98">
        <w:t xml:space="preserve"> o </w:t>
      </w:r>
      <w:proofErr w:type="spellStart"/>
      <w:r w:rsidRPr="00CA5E98">
        <w:t>traslado</w:t>
      </w:r>
      <w:proofErr w:type="spellEnd"/>
      <w:r w:rsidRPr="00CA5E98">
        <w:t xml:space="preserve"> </w:t>
      </w:r>
      <w:proofErr w:type="spellStart"/>
      <w:r w:rsidRPr="00CA5E98">
        <w:t>ao</w:t>
      </w:r>
      <w:proofErr w:type="spellEnd"/>
      <w:r w:rsidRPr="00CA5E98">
        <w:t xml:space="preserve"> </w:t>
      </w:r>
      <w:proofErr w:type="spellStart"/>
      <w:r w:rsidRPr="00CA5E98">
        <w:t>aeroporto</w:t>
      </w:r>
      <w:proofErr w:type="spellEnd"/>
      <w:r w:rsidRPr="00CA5E98">
        <w:t xml:space="preserve"> para o </w:t>
      </w:r>
      <w:proofErr w:type="spellStart"/>
      <w:r w:rsidRPr="00CA5E98">
        <w:t>voo</w:t>
      </w:r>
      <w:proofErr w:type="spellEnd"/>
      <w:r w:rsidRPr="00CA5E98">
        <w:t xml:space="preserve"> de </w:t>
      </w:r>
      <w:proofErr w:type="spellStart"/>
      <w:r w:rsidRPr="00CA5E98">
        <w:t>saída</w:t>
      </w:r>
      <w:proofErr w:type="spellEnd"/>
      <w:r w:rsidRPr="00CA5E98">
        <w:t>.</w:t>
      </w:r>
    </w:p>
    <w:p w14:paraId="5ACE07A3" w14:textId="44D41245" w:rsidR="00CA5E98" w:rsidRPr="00CA5E98" w:rsidRDefault="00CA5E98" w:rsidP="00CA5E98">
      <w:pPr>
        <w:spacing w:after="40" w:line="252" w:lineRule="auto"/>
        <w:jc w:val="both"/>
      </w:pPr>
      <w:proofErr w:type="spellStart"/>
      <w:r w:rsidRPr="00CA5E98">
        <w:rPr>
          <w:b/>
          <w:bCs/>
        </w:rPr>
        <w:t>Refeições</w:t>
      </w:r>
      <w:proofErr w:type="spellEnd"/>
      <w:r w:rsidRPr="00CA5E98">
        <w:t xml:space="preserve">: Café da </w:t>
      </w:r>
      <w:proofErr w:type="spellStart"/>
      <w:r w:rsidRPr="00CA5E98">
        <w:t>manhã</w:t>
      </w:r>
      <w:proofErr w:type="spellEnd"/>
      <w:r w:rsidRPr="00CA5E98">
        <w:t xml:space="preserve"> no hotel</w:t>
      </w:r>
    </w:p>
    <w:p w14:paraId="5070E58D" w14:textId="77777777" w:rsidR="00CA5E98" w:rsidRPr="00253C20" w:rsidRDefault="00CA5E98" w:rsidP="00CA5E98">
      <w:pPr>
        <w:spacing w:after="40" w:line="252" w:lineRule="auto"/>
        <w:jc w:val="both"/>
      </w:pPr>
    </w:p>
    <w:p w14:paraId="3B60CE0F" w14:textId="77777777" w:rsidR="00253C20" w:rsidRDefault="00253C20" w:rsidP="00253C20">
      <w:pPr>
        <w:spacing w:after="40" w:line="252" w:lineRule="auto"/>
        <w:jc w:val="both"/>
      </w:pPr>
    </w:p>
    <w:p w14:paraId="498A4781" w14:textId="77777777" w:rsidR="00B569A9" w:rsidRDefault="00000000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7617E1" w14:paraId="02378674" w14:textId="55BEDCCB" w:rsidTr="001D13F5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5FAAD" w14:textId="534A3933" w:rsidR="007617E1" w:rsidRDefault="007617E1">
            <w:pPr>
              <w:jc w:val="center"/>
            </w:pP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E9E63" w14:textId="310FFDC9" w:rsidR="007617E1" w:rsidRDefault="007617E1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</w:tcPr>
          <w:p w14:paraId="16294A2A" w14:textId="76576B88" w:rsidR="007617E1" w:rsidRDefault="007617E1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</w:t>
            </w:r>
            <w:r>
              <w:rPr>
                <w:b/>
                <w:color w:val="FFFFFF"/>
                <w:sz w:val="15"/>
              </w:rPr>
              <w:t xml:space="preserve"> SUP / 5*</w:t>
            </w:r>
            <w:r>
              <w:rPr>
                <w:b/>
                <w:color w:val="FFFFFF"/>
                <w:sz w:val="15"/>
              </w:rPr>
              <w:t xml:space="preserve"> - PREÇO NET POR PESSOA EM USD</w:t>
            </w:r>
          </w:p>
        </w:tc>
      </w:tr>
      <w:tr w:rsidR="007617E1" w14:paraId="4902802E" w14:textId="490EEEBF" w:rsidTr="00FF14DB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2DB66E" w14:textId="77777777" w:rsidR="007617E1" w:rsidRDefault="007617E1" w:rsidP="007617E1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BC6CD6" w14:textId="77777777" w:rsidR="007617E1" w:rsidRDefault="007617E1" w:rsidP="007617E1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2660" w:type="dxa"/>
            <w:shd w:val="clear" w:color="auto" w:fill="E7F2FA"/>
            <w:vAlign w:val="center"/>
          </w:tcPr>
          <w:p w14:paraId="5CE9E5C9" w14:textId="4E5AD931" w:rsidR="007617E1" w:rsidRDefault="007617E1" w:rsidP="007617E1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7617E1" w14:paraId="2496748C" w14:textId="1421260A" w:rsidTr="001D13F5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FC44FD" w14:textId="2394598C" w:rsidR="007617E1" w:rsidRPr="001040EA" w:rsidRDefault="007617E1" w:rsidP="007617E1">
            <w:pPr>
              <w:jc w:val="center"/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EFADC7" w14:textId="08C811BE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244</w:t>
            </w:r>
          </w:p>
        </w:tc>
        <w:tc>
          <w:tcPr>
            <w:tcW w:w="2660" w:type="dxa"/>
            <w:shd w:val="clear" w:color="auto" w:fill="F7FAFC"/>
          </w:tcPr>
          <w:p w14:paraId="56BD1530" w14:textId="470CB380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387</w:t>
            </w:r>
          </w:p>
        </w:tc>
      </w:tr>
    </w:tbl>
    <w:p w14:paraId="7BCB3E8A" w14:textId="77777777" w:rsidR="00B569A9" w:rsidRDefault="00B569A9"/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752"/>
      </w:tblGrid>
      <w:tr w:rsidR="007617E1" w14:paraId="03B6D1B9" w14:textId="4096A392" w:rsidTr="007617E1">
        <w:trPr>
          <w:jc w:val="center"/>
        </w:trPr>
        <w:tc>
          <w:tcPr>
            <w:tcW w:w="8072" w:type="dxa"/>
            <w:gridSpan w:val="3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0DDC99" w14:textId="49C99B27" w:rsidR="007617E1" w:rsidRPr="007617E1" w:rsidRDefault="007617E1">
            <w:pPr>
              <w:jc w:val="center"/>
              <w:rPr>
                <w:b/>
                <w:color w:val="FFFFFF"/>
                <w:sz w:val="15"/>
              </w:rPr>
            </w:pPr>
            <w:r w:rsidRPr="007617E1">
              <w:rPr>
                <w:b/>
                <w:color w:val="FFFFFF"/>
                <w:sz w:val="15"/>
              </w:rPr>
              <w:t>SUPLEMENTO OBRIGATÓRIOS PARA AS SEGUINTES DATAS:</w:t>
            </w:r>
          </w:p>
        </w:tc>
      </w:tr>
      <w:tr w:rsidR="007617E1" w14:paraId="75B3366A" w14:textId="24D4BB24" w:rsidTr="007617E1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985724" w14:textId="36E025C5" w:rsidR="007617E1" w:rsidRDefault="007617E1">
            <w:pPr>
              <w:jc w:val="center"/>
            </w:pPr>
            <w:r>
              <w:rPr>
                <w:b/>
                <w:color w:val="123C69"/>
                <w:sz w:val="15"/>
              </w:rPr>
              <w:t>CATEGORIA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53BBA3" w14:textId="28BF3B8B" w:rsidR="007617E1" w:rsidRDefault="007617E1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752" w:type="dxa"/>
            <w:shd w:val="clear" w:color="auto" w:fill="E7F2FA"/>
          </w:tcPr>
          <w:p w14:paraId="101C1ABD" w14:textId="4C74CCE8" w:rsidR="007617E1" w:rsidRDefault="007617E1">
            <w:pPr>
              <w:jc w:val="center"/>
              <w:rPr>
                <w:b/>
                <w:color w:val="123C69"/>
                <w:sz w:val="15"/>
              </w:rPr>
            </w:pPr>
            <w:r w:rsidRPr="007617E1">
              <w:rPr>
                <w:b/>
                <w:color w:val="123C69"/>
                <w:sz w:val="15"/>
              </w:rPr>
              <w:t>PREÇO POR PAX EM DBL/TWN</w:t>
            </w:r>
          </w:p>
        </w:tc>
      </w:tr>
      <w:tr w:rsidR="007617E1" w14:paraId="3A7D3629" w14:textId="213A8327" w:rsidTr="007617E1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3B8787" w14:textId="7F3020DF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4*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CB2C2C" w14:textId="427544FF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De 31/08/2026 – 02/9/2026</w:t>
            </w:r>
          </w:p>
        </w:tc>
        <w:tc>
          <w:tcPr>
            <w:tcW w:w="2752" w:type="dxa"/>
            <w:shd w:val="clear" w:color="auto" w:fill="F7FAFC"/>
          </w:tcPr>
          <w:p w14:paraId="5CC63560" w14:textId="42F58437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49</w:t>
            </w:r>
          </w:p>
        </w:tc>
      </w:tr>
    </w:tbl>
    <w:p w14:paraId="7A46397C" w14:textId="77777777" w:rsidR="00B569A9" w:rsidRDefault="00B569A9"/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1074"/>
        <w:gridCol w:w="2223"/>
        <w:gridCol w:w="2299"/>
        <w:gridCol w:w="2522"/>
        <w:gridCol w:w="2522"/>
      </w:tblGrid>
      <w:tr w:rsidR="007617E1" w14:paraId="789DF4C2" w14:textId="3A116A4C" w:rsidTr="007617E1">
        <w:trPr>
          <w:trHeight w:val="394"/>
          <w:jc w:val="center"/>
        </w:trPr>
        <w:tc>
          <w:tcPr>
            <w:tcW w:w="0" w:type="auto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E7F5A71" w14:textId="77777777" w:rsidR="007617E1" w:rsidRDefault="007617E1" w:rsidP="007617E1">
            <w:pPr>
              <w:jc w:val="center"/>
            </w:pPr>
          </w:p>
        </w:tc>
        <w:tc>
          <w:tcPr>
            <w:tcW w:w="0" w:type="auto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BDA5FA" w14:textId="77777777" w:rsidR="007617E1" w:rsidRDefault="007617E1" w:rsidP="007617E1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0" w:type="auto"/>
            <w:shd w:val="clear" w:color="auto" w:fill="123C69"/>
            <w:vAlign w:val="center"/>
          </w:tcPr>
          <w:p w14:paraId="078F842F" w14:textId="49F4E628" w:rsidR="007617E1" w:rsidRDefault="007617E1" w:rsidP="007617E1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0" w:type="auto"/>
            <w:shd w:val="clear" w:color="auto" w:fill="123C69"/>
          </w:tcPr>
          <w:p w14:paraId="54952449" w14:textId="039C0C20" w:rsidR="007617E1" w:rsidRDefault="007617E1" w:rsidP="007617E1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 SUP / 5* - PREÇO NET POR PESSOA EM USD</w:t>
            </w:r>
          </w:p>
        </w:tc>
        <w:tc>
          <w:tcPr>
            <w:tcW w:w="0" w:type="auto"/>
            <w:shd w:val="clear" w:color="auto" w:fill="123C69"/>
          </w:tcPr>
          <w:p w14:paraId="4927C67E" w14:textId="2617C078" w:rsidR="007617E1" w:rsidRDefault="007617E1" w:rsidP="007617E1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 SUP / 5* - PREÇO NET POR PESSOA EM USD</w:t>
            </w:r>
          </w:p>
        </w:tc>
      </w:tr>
      <w:tr w:rsidR="007617E1" w14:paraId="634FD107" w14:textId="15F6A44C" w:rsidTr="007617E1">
        <w:trPr>
          <w:trHeight w:val="190"/>
          <w:jc w:val="center"/>
        </w:trPr>
        <w:tc>
          <w:tcPr>
            <w:tcW w:w="0" w:type="auto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C3BA6C" w14:textId="77777777" w:rsidR="007617E1" w:rsidRDefault="007617E1" w:rsidP="007617E1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0" w:type="auto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5D3BC7F" w14:textId="77777777" w:rsidR="007617E1" w:rsidRDefault="007617E1" w:rsidP="007617E1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0" w:type="auto"/>
            <w:shd w:val="clear" w:color="auto" w:fill="E7F2FA"/>
            <w:vAlign w:val="center"/>
          </w:tcPr>
          <w:p w14:paraId="40739395" w14:textId="71D3C060" w:rsidR="007617E1" w:rsidRDefault="007617E1" w:rsidP="007617E1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 xml:space="preserve">EM </w:t>
            </w:r>
            <w:r>
              <w:rPr>
                <w:b/>
                <w:color w:val="123C69"/>
                <w:sz w:val="15"/>
              </w:rPr>
              <w:t>SLG</w:t>
            </w:r>
          </w:p>
        </w:tc>
        <w:tc>
          <w:tcPr>
            <w:tcW w:w="0" w:type="auto"/>
            <w:shd w:val="clear" w:color="auto" w:fill="E7F2FA"/>
            <w:vAlign w:val="center"/>
          </w:tcPr>
          <w:p w14:paraId="76F2FFE4" w14:textId="07D823EC" w:rsidR="007617E1" w:rsidRDefault="007617E1" w:rsidP="007617E1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0" w:type="auto"/>
            <w:shd w:val="clear" w:color="auto" w:fill="E7F2FA"/>
            <w:vAlign w:val="center"/>
          </w:tcPr>
          <w:p w14:paraId="3209A6E4" w14:textId="783F774F" w:rsidR="007617E1" w:rsidRDefault="007617E1" w:rsidP="007617E1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7617E1" w14:paraId="61CEB231" w14:textId="375443E8" w:rsidTr="007617E1">
        <w:trPr>
          <w:trHeight w:val="204"/>
          <w:jc w:val="center"/>
        </w:trPr>
        <w:tc>
          <w:tcPr>
            <w:tcW w:w="0" w:type="auto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12D57C" w14:textId="2995393E" w:rsidR="007617E1" w:rsidRPr="001040EA" w:rsidRDefault="007617E1" w:rsidP="007617E1">
            <w:pPr>
              <w:jc w:val="center"/>
              <w:rPr>
                <w:sz w:val="15"/>
              </w:rPr>
            </w:pPr>
            <w:proofErr w:type="spellStart"/>
            <w:r>
              <w:rPr>
                <w:sz w:val="15"/>
              </w:rPr>
              <w:t>Outubro</w:t>
            </w:r>
            <w:proofErr w:type="spellEnd"/>
            <w:r>
              <w:rPr>
                <w:sz w:val="15"/>
              </w:rPr>
              <w:t xml:space="preserve"> a </w:t>
            </w:r>
            <w:proofErr w:type="spellStart"/>
            <w:r>
              <w:rPr>
                <w:sz w:val="15"/>
              </w:rPr>
              <w:t>Dezembro</w:t>
            </w:r>
            <w:proofErr w:type="spellEnd"/>
          </w:p>
        </w:tc>
        <w:tc>
          <w:tcPr>
            <w:tcW w:w="0" w:type="auto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94A4A7" w14:textId="3EFF7B6A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257</w:t>
            </w:r>
          </w:p>
        </w:tc>
        <w:tc>
          <w:tcPr>
            <w:tcW w:w="0" w:type="auto"/>
            <w:shd w:val="clear" w:color="auto" w:fill="F7FAFC"/>
            <w:vAlign w:val="center"/>
          </w:tcPr>
          <w:p w14:paraId="4C626EF4" w14:textId="463202A4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348</w:t>
            </w:r>
          </w:p>
        </w:tc>
        <w:tc>
          <w:tcPr>
            <w:tcW w:w="0" w:type="auto"/>
            <w:shd w:val="clear" w:color="auto" w:fill="F7FAFC"/>
          </w:tcPr>
          <w:p w14:paraId="427D73C2" w14:textId="393CA024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491</w:t>
            </w:r>
          </w:p>
        </w:tc>
        <w:tc>
          <w:tcPr>
            <w:tcW w:w="0" w:type="auto"/>
            <w:shd w:val="clear" w:color="auto" w:fill="F7FAFC"/>
          </w:tcPr>
          <w:p w14:paraId="36BDF545" w14:textId="708018A0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718</w:t>
            </w:r>
          </w:p>
        </w:tc>
      </w:tr>
    </w:tbl>
    <w:p w14:paraId="5196DE09" w14:textId="77777777" w:rsidR="007617E1" w:rsidRDefault="007617E1" w:rsidP="007617E1"/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752"/>
      </w:tblGrid>
      <w:tr w:rsidR="007617E1" w14:paraId="21985125" w14:textId="77777777" w:rsidTr="00BF73FA">
        <w:trPr>
          <w:jc w:val="center"/>
        </w:trPr>
        <w:tc>
          <w:tcPr>
            <w:tcW w:w="8072" w:type="dxa"/>
            <w:gridSpan w:val="3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D0F01D" w14:textId="77777777" w:rsidR="007617E1" w:rsidRPr="007617E1" w:rsidRDefault="007617E1" w:rsidP="00BF73FA">
            <w:pPr>
              <w:jc w:val="center"/>
              <w:rPr>
                <w:b/>
                <w:color w:val="FFFFFF"/>
                <w:sz w:val="15"/>
              </w:rPr>
            </w:pPr>
            <w:r w:rsidRPr="007617E1">
              <w:rPr>
                <w:b/>
                <w:color w:val="FFFFFF"/>
                <w:sz w:val="15"/>
              </w:rPr>
              <w:t>SUPLEMENTO OBRIGATÓRIOS PARA AS SEGUINTES DATAS:</w:t>
            </w:r>
          </w:p>
        </w:tc>
      </w:tr>
      <w:tr w:rsidR="007617E1" w14:paraId="64D2A013" w14:textId="77777777" w:rsidTr="00BF73FA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6DAC4A" w14:textId="77777777" w:rsidR="007617E1" w:rsidRDefault="007617E1" w:rsidP="00BF73FA">
            <w:pPr>
              <w:jc w:val="center"/>
            </w:pPr>
            <w:r>
              <w:rPr>
                <w:b/>
                <w:color w:val="123C69"/>
                <w:sz w:val="15"/>
              </w:rPr>
              <w:t>CATEGORIA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9778765" w14:textId="77777777" w:rsidR="007617E1" w:rsidRDefault="007617E1" w:rsidP="00BF73FA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752" w:type="dxa"/>
            <w:shd w:val="clear" w:color="auto" w:fill="E7F2FA"/>
          </w:tcPr>
          <w:p w14:paraId="299218EA" w14:textId="77777777" w:rsidR="007617E1" w:rsidRDefault="007617E1" w:rsidP="00BF73FA">
            <w:pPr>
              <w:jc w:val="center"/>
              <w:rPr>
                <w:b/>
                <w:color w:val="123C69"/>
                <w:sz w:val="15"/>
              </w:rPr>
            </w:pPr>
            <w:r w:rsidRPr="007617E1">
              <w:rPr>
                <w:b/>
                <w:color w:val="123C69"/>
                <w:sz w:val="15"/>
              </w:rPr>
              <w:t>PREÇO POR PAX EM DBL/TWN</w:t>
            </w:r>
          </w:p>
        </w:tc>
      </w:tr>
      <w:tr w:rsidR="007617E1" w14:paraId="5A317034" w14:textId="77777777" w:rsidTr="007617E1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53D549" w14:textId="77777777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4*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E0610C" w14:textId="77777777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De 17/2/2026 – 22/2/2026</w:t>
            </w:r>
          </w:p>
          <w:p w14:paraId="4E2A504C" w14:textId="44F7C334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De 24/12/2026 – 31/12/2026</w:t>
            </w:r>
          </w:p>
        </w:tc>
        <w:tc>
          <w:tcPr>
            <w:tcW w:w="2752" w:type="dxa"/>
            <w:shd w:val="clear" w:color="auto" w:fill="F7FAFC"/>
            <w:vAlign w:val="center"/>
          </w:tcPr>
          <w:p w14:paraId="48575A56" w14:textId="4A2FB972" w:rsidR="007617E1" w:rsidRPr="001040EA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USD52</w:t>
            </w:r>
          </w:p>
        </w:tc>
      </w:tr>
      <w:tr w:rsidR="007617E1" w14:paraId="4B5BFB68" w14:textId="77777777" w:rsidTr="007617E1">
        <w:trPr>
          <w:jc w:val="center"/>
        </w:trPr>
        <w:tc>
          <w:tcPr>
            <w:tcW w:w="2660" w:type="dxa"/>
            <w:vMerge w:val="restart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FC444D" w14:textId="1A1CC688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4* Sup / 5*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4D517A9" w14:textId="1954529D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De 01/1/2026 – 6/1/2026</w:t>
            </w:r>
          </w:p>
        </w:tc>
        <w:tc>
          <w:tcPr>
            <w:tcW w:w="2752" w:type="dxa"/>
            <w:shd w:val="clear" w:color="auto" w:fill="F7FAFC"/>
            <w:vAlign w:val="center"/>
          </w:tcPr>
          <w:p w14:paraId="5DF9987E" w14:textId="23EA28C0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270</w:t>
            </w:r>
          </w:p>
        </w:tc>
      </w:tr>
      <w:tr w:rsidR="007617E1" w14:paraId="5A86DC49" w14:textId="77777777" w:rsidTr="007617E1">
        <w:trPr>
          <w:jc w:val="center"/>
        </w:trPr>
        <w:tc>
          <w:tcPr>
            <w:tcW w:w="2660" w:type="dxa"/>
            <w:vMerge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E1DB40" w14:textId="77777777" w:rsidR="007617E1" w:rsidRPr="007617E1" w:rsidRDefault="007617E1" w:rsidP="007617E1">
            <w:pPr>
              <w:jc w:val="center"/>
              <w:rPr>
                <w:sz w:val="15"/>
              </w:rPr>
            </w:pP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A4F7A0" w14:textId="52F213F2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De 14/2/2026 – 22/2/2026</w:t>
            </w:r>
          </w:p>
        </w:tc>
        <w:tc>
          <w:tcPr>
            <w:tcW w:w="2752" w:type="dxa"/>
            <w:shd w:val="clear" w:color="auto" w:fill="F7FAFC"/>
            <w:vAlign w:val="center"/>
          </w:tcPr>
          <w:p w14:paraId="6ABC72A4" w14:textId="692A1B86" w:rsidR="007617E1" w:rsidRPr="007617E1" w:rsidRDefault="007617E1" w:rsidP="007617E1">
            <w:pPr>
              <w:jc w:val="center"/>
              <w:rPr>
                <w:sz w:val="15"/>
              </w:rPr>
            </w:pPr>
            <w:r w:rsidRPr="007617E1">
              <w:rPr>
                <w:sz w:val="15"/>
              </w:rPr>
              <w:t>USD 140</w:t>
            </w:r>
          </w:p>
        </w:tc>
      </w:tr>
    </w:tbl>
    <w:p w14:paraId="20FE4AF8" w14:textId="77777777" w:rsidR="007617E1" w:rsidRDefault="007617E1" w:rsidP="001040EA">
      <w:pPr>
        <w:pStyle w:val="BoxTitle"/>
        <w:spacing w:before="160"/>
      </w:pPr>
    </w:p>
    <w:p w14:paraId="51C9B9D4" w14:textId="72CF97C5" w:rsidR="001040EA" w:rsidRDefault="001040EA" w:rsidP="001040EA">
      <w:pPr>
        <w:pStyle w:val="BoxTitle"/>
        <w:spacing w:before="160"/>
      </w:pPr>
      <w:r>
        <w:lastRenderedPageBreak/>
        <w:t>Black out:</w:t>
      </w:r>
    </w:p>
    <w:p w14:paraId="149FA529" w14:textId="0EFD5738" w:rsidR="007617E1" w:rsidRPr="007617E1" w:rsidRDefault="007617E1" w:rsidP="007617E1">
      <w:pPr>
        <w:pStyle w:val="PargrafodaLista"/>
        <w:numPr>
          <w:ilvl w:val="0"/>
          <w:numId w:val="19"/>
        </w:numPr>
        <w:spacing w:after="40" w:line="252" w:lineRule="auto"/>
      </w:pPr>
      <w:r w:rsidRPr="007617E1">
        <w:t xml:space="preserve">Ano Novo 2026: de 01 a 02 de </w:t>
      </w:r>
      <w:proofErr w:type="spellStart"/>
      <w:r w:rsidRPr="007617E1">
        <w:t>janeiro</w:t>
      </w:r>
      <w:proofErr w:type="spellEnd"/>
      <w:r w:rsidRPr="007617E1">
        <w:t xml:space="preserve"> de 2026</w:t>
      </w:r>
    </w:p>
    <w:p w14:paraId="4B8FD9C7" w14:textId="4B0AAC76" w:rsidR="007617E1" w:rsidRPr="007617E1" w:rsidRDefault="007617E1" w:rsidP="007617E1">
      <w:pPr>
        <w:pStyle w:val="PargrafodaLista"/>
        <w:numPr>
          <w:ilvl w:val="0"/>
          <w:numId w:val="19"/>
        </w:numPr>
        <w:spacing w:after="40" w:line="252" w:lineRule="auto"/>
      </w:pPr>
      <w:r w:rsidRPr="007617E1">
        <w:t xml:space="preserve">Ano Novo Lunar 2026: de 15 a 23 de </w:t>
      </w:r>
      <w:proofErr w:type="spellStart"/>
      <w:r w:rsidRPr="007617E1">
        <w:t>fevereiro</w:t>
      </w:r>
      <w:proofErr w:type="spellEnd"/>
      <w:r w:rsidRPr="007617E1">
        <w:t xml:space="preserve"> de 2026</w:t>
      </w:r>
    </w:p>
    <w:p w14:paraId="732CCFF5" w14:textId="1C67F577" w:rsidR="001040EA" w:rsidRDefault="007617E1" w:rsidP="007617E1">
      <w:pPr>
        <w:pStyle w:val="PargrafodaLista"/>
        <w:numPr>
          <w:ilvl w:val="0"/>
          <w:numId w:val="19"/>
        </w:numPr>
        <w:spacing w:after="40" w:line="252" w:lineRule="auto"/>
      </w:pPr>
      <w:r w:rsidRPr="007617E1">
        <w:t xml:space="preserve">Natal e Réveillon: de 24 a 31 de </w:t>
      </w:r>
      <w:proofErr w:type="spellStart"/>
      <w:r w:rsidRPr="007617E1">
        <w:t>dezembro</w:t>
      </w:r>
      <w:proofErr w:type="spellEnd"/>
      <w:r w:rsidRPr="007617E1">
        <w:t xml:space="preserve"> de 2026</w:t>
      </w:r>
    </w:p>
    <w:p w14:paraId="33FAB1B6" w14:textId="77777777" w:rsidR="007617E1" w:rsidRPr="007617E1" w:rsidRDefault="007617E1" w:rsidP="007617E1">
      <w:pPr>
        <w:pStyle w:val="PargrafodaLista"/>
        <w:spacing w:after="40" w:line="252" w:lineRule="auto"/>
      </w:pPr>
    </w:p>
    <w:p w14:paraId="73183F02" w14:textId="728BAB05" w:rsidR="00B569A9" w:rsidRDefault="00000000" w:rsidP="001040EA">
      <w:pPr>
        <w:pStyle w:val="BoxTitle"/>
        <w:spacing w:before="160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1040EA" w14:paraId="16E1A5DD" w14:textId="77777777" w:rsidTr="001040E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361E66" w14:textId="77777777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FAFA32" w14:textId="77777777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BE56235" w14:textId="34EFCE60" w:rsidR="0026177A" w:rsidRPr="0026177A" w:rsidRDefault="0026177A" w:rsidP="0026177A">
            <w:pPr>
              <w:jc w:val="center"/>
              <w:rPr>
                <w:b/>
                <w:color w:val="FFFFFF"/>
                <w:sz w:val="15"/>
              </w:rPr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</w:t>
            </w:r>
          </w:p>
          <w:p w14:paraId="545D35B1" w14:textId="59F5877C" w:rsidR="001040EA" w:rsidRDefault="0026177A" w:rsidP="0026177A">
            <w:pPr>
              <w:jc w:val="center"/>
            </w:pPr>
            <w:r w:rsidRPr="0026177A">
              <w:rPr>
                <w:b/>
                <w:color w:val="FFFFFF"/>
                <w:sz w:val="15"/>
              </w:rPr>
              <w:t>4*S / 5 *</w:t>
            </w:r>
          </w:p>
        </w:tc>
      </w:tr>
      <w:tr w:rsidR="001040EA" w14:paraId="753B3624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ADEB862" w14:textId="4BBC1474" w:rsidR="001040EA" w:rsidRDefault="0026177A" w:rsidP="0026177A">
            <w:pPr>
              <w:jc w:val="center"/>
            </w:pPr>
            <w:r w:rsidRPr="0026177A">
              <w:t>Phu Quoc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1076345" w14:textId="77777777" w:rsidR="0026177A" w:rsidRDefault="0026177A" w:rsidP="0026177A">
            <w:pPr>
              <w:jc w:val="center"/>
            </w:pPr>
            <w:r>
              <w:t>Amarin Resort &amp; Spa</w:t>
            </w:r>
          </w:p>
          <w:p w14:paraId="18E8E0B3" w14:textId="7378304B" w:rsidR="001040EA" w:rsidRPr="003A5BC6" w:rsidRDefault="0026177A" w:rsidP="0026177A">
            <w:pPr>
              <w:jc w:val="center"/>
            </w:pPr>
            <w:r>
              <w:t>(Deluxe Hill View)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28A8055" w14:textId="77777777" w:rsidR="0026177A" w:rsidRDefault="0026177A" w:rsidP="0026177A">
            <w:pPr>
              <w:jc w:val="center"/>
            </w:pPr>
            <w:r>
              <w:t>Salinda Resort</w:t>
            </w:r>
          </w:p>
          <w:p w14:paraId="3900F81D" w14:textId="466A2148" w:rsidR="001040EA" w:rsidRPr="003A5BC6" w:rsidRDefault="0026177A" w:rsidP="0026177A">
            <w:pPr>
              <w:jc w:val="center"/>
            </w:pPr>
            <w:r>
              <w:t>(Deluxe Hillview)</w:t>
            </w:r>
          </w:p>
        </w:tc>
      </w:tr>
    </w:tbl>
    <w:p w14:paraId="4059555D" w14:textId="77777777" w:rsidR="00B569A9" w:rsidRDefault="00B569A9" w:rsidP="003A5BC6">
      <w:pPr>
        <w:spacing w:after="0" w:line="240" w:lineRule="auto"/>
      </w:pPr>
    </w:p>
    <w:p w14:paraId="01DE8ADA" w14:textId="77777777" w:rsidR="001040EA" w:rsidRDefault="001040EA"/>
    <w:p w14:paraId="3E2C94BF" w14:textId="77777777" w:rsidR="00B569A9" w:rsidRDefault="00000000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231DC4E0" w14:textId="77777777" w:rsidR="0026177A" w:rsidRDefault="001040EA" w:rsidP="0026177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</w:t>
      </w:r>
      <w:proofErr w:type="spellStart"/>
      <w:r w:rsidR="0026177A">
        <w:t>Hospedagem</w:t>
      </w:r>
      <w:proofErr w:type="spellEnd"/>
      <w:r w:rsidR="0026177A">
        <w:t xml:space="preserve"> </w:t>
      </w:r>
      <w:proofErr w:type="spellStart"/>
      <w:r w:rsidR="0026177A">
        <w:t>em</w:t>
      </w:r>
      <w:proofErr w:type="spellEnd"/>
      <w:r w:rsidR="0026177A">
        <w:t xml:space="preserve"> quartos Duplo / Twin standard com café da </w:t>
      </w:r>
      <w:proofErr w:type="spellStart"/>
      <w:r w:rsidR="0026177A">
        <w:t>manhã</w:t>
      </w:r>
      <w:proofErr w:type="spellEnd"/>
    </w:p>
    <w:p w14:paraId="48169134" w14:textId="77777777" w:rsidR="0026177A" w:rsidRDefault="0026177A" w:rsidP="0026177A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Traslados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>–hotel / hotel–</w:t>
      </w:r>
      <w:proofErr w:type="spellStart"/>
      <w:r>
        <w:t>aeroporto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transporte</w:t>
      </w:r>
      <w:proofErr w:type="spellEnd"/>
      <w:r>
        <w:t xml:space="preserve"> </w:t>
      </w:r>
      <w:proofErr w:type="spellStart"/>
      <w:r>
        <w:t>compartilhado</w:t>
      </w:r>
      <w:proofErr w:type="spellEnd"/>
      <w:r>
        <w:t xml:space="preserve">, </w:t>
      </w:r>
      <w:proofErr w:type="spellStart"/>
      <w:r>
        <w:t>sem</w:t>
      </w:r>
      <w:proofErr w:type="spellEnd"/>
      <w:r>
        <w:t xml:space="preserve"> </w:t>
      </w:r>
      <w:proofErr w:type="spellStart"/>
      <w:r>
        <w:t>guia</w:t>
      </w:r>
      <w:proofErr w:type="spellEnd"/>
    </w:p>
    <w:p w14:paraId="24CD4AD7" w14:textId="77777777" w:rsidR="0026177A" w:rsidRDefault="0026177A" w:rsidP="0026177A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Refeições</w:t>
      </w:r>
      <w:proofErr w:type="spellEnd"/>
      <w:r>
        <w:t xml:space="preserve"> </w:t>
      </w:r>
      <w:proofErr w:type="spellStart"/>
      <w:r>
        <w:t>mencionadas</w:t>
      </w:r>
      <w:proofErr w:type="spellEnd"/>
      <w:r>
        <w:t xml:space="preserve"> no </w:t>
      </w:r>
      <w:proofErr w:type="spellStart"/>
      <w:r>
        <w:t>programa</w:t>
      </w:r>
      <w:proofErr w:type="spellEnd"/>
    </w:p>
    <w:p w14:paraId="72BCD080" w14:textId="77777777" w:rsidR="0026177A" w:rsidRDefault="0026177A" w:rsidP="0026177A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1 </w:t>
      </w:r>
      <w:proofErr w:type="spellStart"/>
      <w:r>
        <w:t>garrafa</w:t>
      </w:r>
      <w:proofErr w:type="spellEnd"/>
      <w:r>
        <w:t xml:space="preserve"> de </w:t>
      </w:r>
      <w:proofErr w:type="spellStart"/>
      <w:r>
        <w:t>água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de </w:t>
      </w:r>
      <w:proofErr w:type="spellStart"/>
      <w:r>
        <w:t>passeio</w:t>
      </w:r>
      <w:proofErr w:type="spellEnd"/>
    </w:p>
    <w:p w14:paraId="5033D970" w14:textId="5097B9C2" w:rsidR="001040EA" w:rsidRDefault="0026177A" w:rsidP="0026177A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Serviços </w:t>
      </w:r>
      <w:proofErr w:type="spellStart"/>
      <w:r>
        <w:t>mencionados</w:t>
      </w:r>
      <w:proofErr w:type="spellEnd"/>
      <w:r>
        <w:t xml:space="preserve"> no </w:t>
      </w:r>
      <w:proofErr w:type="spellStart"/>
      <w:r>
        <w:t>programa</w:t>
      </w:r>
      <w:proofErr w:type="spellEnd"/>
    </w:p>
    <w:p w14:paraId="6140BB5A" w14:textId="77777777" w:rsidR="0026177A" w:rsidRPr="001040EA" w:rsidRDefault="0026177A" w:rsidP="0026177A">
      <w:pPr>
        <w:spacing w:after="40" w:line="252" w:lineRule="auto"/>
      </w:pPr>
    </w:p>
    <w:p w14:paraId="4911A11D" w14:textId="4C20FA4C" w:rsidR="00B569A9" w:rsidRDefault="00000000" w:rsidP="001040EA">
      <w:pPr>
        <w:pStyle w:val="BoxTitle"/>
        <w:spacing w:before="160"/>
      </w:pPr>
      <w:r>
        <w:rPr>
          <w:rFonts w:ascii="Segoe UI Emoji" w:hAnsi="Segoe UI Emoji" w:cs="Segoe UI Emoji"/>
        </w:rPr>
        <w:t>❌</w:t>
      </w:r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36E44B0C" w14:textId="77777777" w:rsidR="0026177A" w:rsidRPr="0026177A" w:rsidRDefault="001040EA" w:rsidP="0026177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</w:t>
      </w:r>
      <w:r w:rsidR="0026177A" w:rsidRPr="0026177A">
        <w:rPr>
          <w:rFonts w:ascii="Segoe UI Symbol" w:hAnsi="Segoe UI Symbol" w:cs="Segoe UI Symbol"/>
        </w:rPr>
        <w:t xml:space="preserve">Voos </w:t>
      </w:r>
      <w:proofErr w:type="spellStart"/>
      <w:r w:rsidR="0026177A" w:rsidRPr="0026177A">
        <w:rPr>
          <w:rFonts w:ascii="Segoe UI Symbol" w:hAnsi="Segoe UI Symbol" w:cs="Segoe UI Symbol"/>
        </w:rPr>
        <w:t>internacionais</w:t>
      </w:r>
      <w:proofErr w:type="spellEnd"/>
      <w:r w:rsidR="0026177A" w:rsidRPr="0026177A">
        <w:rPr>
          <w:rFonts w:ascii="Segoe UI Symbol" w:hAnsi="Segoe UI Symbol" w:cs="Segoe UI Symbol"/>
        </w:rPr>
        <w:t xml:space="preserve"> e </w:t>
      </w:r>
      <w:proofErr w:type="spellStart"/>
      <w:r w:rsidR="0026177A" w:rsidRPr="0026177A">
        <w:rPr>
          <w:rFonts w:ascii="Segoe UI Symbol" w:hAnsi="Segoe UI Symbol" w:cs="Segoe UI Symbol"/>
        </w:rPr>
        <w:t>domésticos</w:t>
      </w:r>
      <w:proofErr w:type="spellEnd"/>
      <w:r w:rsidR="0026177A" w:rsidRPr="0026177A">
        <w:rPr>
          <w:rFonts w:ascii="Segoe UI Symbol" w:hAnsi="Segoe UI Symbol" w:cs="Segoe UI Symbol"/>
        </w:rPr>
        <w:t xml:space="preserve">, </w:t>
      </w:r>
      <w:proofErr w:type="spellStart"/>
      <w:r w:rsidR="0026177A" w:rsidRPr="0026177A">
        <w:rPr>
          <w:rFonts w:ascii="Segoe UI Symbol" w:hAnsi="Segoe UI Symbol" w:cs="Segoe UI Symbol"/>
        </w:rPr>
        <w:t>bem</w:t>
      </w:r>
      <w:proofErr w:type="spellEnd"/>
      <w:r w:rsidR="0026177A" w:rsidRPr="0026177A">
        <w:rPr>
          <w:rFonts w:ascii="Segoe UI Symbol" w:hAnsi="Segoe UI Symbol" w:cs="Segoe UI Symbol"/>
        </w:rPr>
        <w:t xml:space="preserve"> </w:t>
      </w:r>
      <w:proofErr w:type="spellStart"/>
      <w:r w:rsidR="0026177A" w:rsidRPr="0026177A">
        <w:rPr>
          <w:rFonts w:ascii="Segoe UI Symbol" w:hAnsi="Segoe UI Symbol" w:cs="Segoe UI Symbol"/>
        </w:rPr>
        <w:t>como</w:t>
      </w:r>
      <w:proofErr w:type="spellEnd"/>
      <w:r w:rsidR="0026177A" w:rsidRPr="0026177A">
        <w:rPr>
          <w:rFonts w:ascii="Segoe UI Symbol" w:hAnsi="Segoe UI Symbol" w:cs="Segoe UI Symbol"/>
        </w:rPr>
        <w:t xml:space="preserve"> </w:t>
      </w:r>
      <w:proofErr w:type="spellStart"/>
      <w:r w:rsidR="0026177A" w:rsidRPr="0026177A">
        <w:rPr>
          <w:rFonts w:ascii="Segoe UI Symbol" w:hAnsi="Segoe UI Symbol" w:cs="Segoe UI Symbol"/>
        </w:rPr>
        <w:t>taxas</w:t>
      </w:r>
      <w:proofErr w:type="spellEnd"/>
      <w:r w:rsidR="0026177A" w:rsidRPr="0026177A">
        <w:rPr>
          <w:rFonts w:ascii="Segoe UI Symbol" w:hAnsi="Segoe UI Symbol" w:cs="Segoe UI Symbol"/>
        </w:rPr>
        <w:t xml:space="preserve"> de </w:t>
      </w:r>
      <w:proofErr w:type="spellStart"/>
      <w:r w:rsidR="0026177A" w:rsidRPr="0026177A">
        <w:rPr>
          <w:rFonts w:ascii="Segoe UI Symbol" w:hAnsi="Segoe UI Symbol" w:cs="Segoe UI Symbol"/>
        </w:rPr>
        <w:t>saída</w:t>
      </w:r>
      <w:proofErr w:type="spellEnd"/>
      <w:r w:rsidR="0026177A" w:rsidRPr="0026177A">
        <w:rPr>
          <w:rFonts w:ascii="Segoe UI Symbol" w:hAnsi="Segoe UI Symbol" w:cs="Segoe UI Symbol"/>
        </w:rPr>
        <w:t xml:space="preserve"> de </w:t>
      </w:r>
      <w:proofErr w:type="spellStart"/>
      <w:r w:rsidR="0026177A" w:rsidRPr="0026177A">
        <w:rPr>
          <w:rFonts w:ascii="Segoe UI Symbol" w:hAnsi="Segoe UI Symbol" w:cs="Segoe UI Symbol"/>
        </w:rPr>
        <w:t>aeroporto</w:t>
      </w:r>
      <w:proofErr w:type="spellEnd"/>
    </w:p>
    <w:p w14:paraId="6F1FDFA7" w14:textId="77777777" w:rsidR="0026177A" w:rsidRPr="0026177A" w:rsidRDefault="0026177A" w:rsidP="0026177A">
      <w:pPr>
        <w:spacing w:after="40" w:line="252" w:lineRule="auto"/>
        <w:rPr>
          <w:rFonts w:ascii="Segoe UI Symbol" w:hAnsi="Segoe UI Symbol" w:cs="Segoe UI Symbol"/>
        </w:rPr>
      </w:pPr>
      <w:r w:rsidRPr="0026177A">
        <w:rPr>
          <w:rFonts w:ascii="Segoe UI Symbol" w:hAnsi="Segoe UI Symbol" w:cs="Segoe UI Symbol"/>
        </w:rPr>
        <w:t xml:space="preserve">✘ </w:t>
      </w:r>
      <w:proofErr w:type="spellStart"/>
      <w:r w:rsidRPr="0026177A">
        <w:rPr>
          <w:rFonts w:ascii="Segoe UI Symbol" w:hAnsi="Segoe UI Symbol" w:cs="Segoe UI Symbol"/>
        </w:rPr>
        <w:t>Refeições</w:t>
      </w:r>
      <w:proofErr w:type="spellEnd"/>
      <w:r w:rsidRPr="0026177A">
        <w:rPr>
          <w:rFonts w:ascii="Segoe UI Symbol" w:hAnsi="Segoe UI Symbol" w:cs="Segoe UI Symbol"/>
        </w:rPr>
        <w:t xml:space="preserve"> </w:t>
      </w:r>
      <w:proofErr w:type="spellStart"/>
      <w:r w:rsidRPr="0026177A">
        <w:rPr>
          <w:rFonts w:ascii="Segoe UI Symbol" w:hAnsi="Segoe UI Symbol" w:cs="Segoe UI Symbol"/>
        </w:rPr>
        <w:t>não</w:t>
      </w:r>
      <w:proofErr w:type="spellEnd"/>
      <w:r w:rsidRPr="0026177A">
        <w:rPr>
          <w:rFonts w:ascii="Segoe UI Symbol" w:hAnsi="Segoe UI Symbol" w:cs="Segoe UI Symbol"/>
        </w:rPr>
        <w:t xml:space="preserve"> </w:t>
      </w:r>
      <w:proofErr w:type="spellStart"/>
      <w:r w:rsidRPr="0026177A">
        <w:rPr>
          <w:rFonts w:ascii="Segoe UI Symbol" w:hAnsi="Segoe UI Symbol" w:cs="Segoe UI Symbol"/>
        </w:rPr>
        <w:t>mencionadas</w:t>
      </w:r>
      <w:proofErr w:type="spellEnd"/>
      <w:r w:rsidRPr="0026177A">
        <w:rPr>
          <w:rFonts w:ascii="Segoe UI Symbol" w:hAnsi="Segoe UI Symbol" w:cs="Segoe UI Symbol"/>
        </w:rPr>
        <w:t xml:space="preserve"> no </w:t>
      </w:r>
      <w:proofErr w:type="spellStart"/>
      <w:r w:rsidRPr="0026177A">
        <w:rPr>
          <w:rFonts w:ascii="Segoe UI Symbol" w:hAnsi="Segoe UI Symbol" w:cs="Segoe UI Symbol"/>
        </w:rPr>
        <w:t>programa</w:t>
      </w:r>
      <w:proofErr w:type="spellEnd"/>
      <w:r w:rsidRPr="0026177A">
        <w:rPr>
          <w:rFonts w:ascii="Segoe UI Symbol" w:hAnsi="Segoe UI Symbol" w:cs="Segoe UI Symbol"/>
        </w:rPr>
        <w:t xml:space="preserve"> </w:t>
      </w:r>
      <w:proofErr w:type="spellStart"/>
      <w:r w:rsidRPr="0026177A">
        <w:rPr>
          <w:rFonts w:ascii="Segoe UI Symbol" w:hAnsi="Segoe UI Symbol" w:cs="Segoe UI Symbol"/>
        </w:rPr>
        <w:t>detalhado</w:t>
      </w:r>
      <w:proofErr w:type="spellEnd"/>
    </w:p>
    <w:p w14:paraId="34D3F0C5" w14:textId="77777777" w:rsidR="0026177A" w:rsidRPr="0026177A" w:rsidRDefault="0026177A" w:rsidP="0026177A">
      <w:pPr>
        <w:spacing w:after="40" w:line="252" w:lineRule="auto"/>
        <w:rPr>
          <w:rFonts w:ascii="Segoe UI Symbol" w:hAnsi="Segoe UI Symbol" w:cs="Segoe UI Symbol"/>
        </w:rPr>
      </w:pPr>
      <w:r w:rsidRPr="0026177A">
        <w:rPr>
          <w:rFonts w:ascii="Segoe UI Symbol" w:hAnsi="Segoe UI Symbol" w:cs="Segoe UI Symbol"/>
        </w:rPr>
        <w:t xml:space="preserve">✘ Taxa de visto do </w:t>
      </w:r>
      <w:proofErr w:type="spellStart"/>
      <w:r w:rsidRPr="0026177A">
        <w:rPr>
          <w:rFonts w:ascii="Segoe UI Symbol" w:hAnsi="Segoe UI Symbol" w:cs="Segoe UI Symbol"/>
        </w:rPr>
        <w:t>Vietnã</w:t>
      </w:r>
      <w:proofErr w:type="spellEnd"/>
      <w:r w:rsidRPr="0026177A">
        <w:rPr>
          <w:rFonts w:ascii="Segoe UI Symbol" w:hAnsi="Segoe UI Symbol" w:cs="Segoe UI Symbol"/>
        </w:rPr>
        <w:t xml:space="preserve"> (se </w:t>
      </w:r>
      <w:proofErr w:type="spellStart"/>
      <w:r w:rsidRPr="0026177A">
        <w:rPr>
          <w:rFonts w:ascii="Segoe UI Symbol" w:hAnsi="Segoe UI Symbol" w:cs="Segoe UI Symbol"/>
        </w:rPr>
        <w:t>aplicável</w:t>
      </w:r>
      <w:proofErr w:type="spellEnd"/>
      <w:r w:rsidRPr="0026177A">
        <w:rPr>
          <w:rFonts w:ascii="Segoe UI Symbol" w:hAnsi="Segoe UI Symbol" w:cs="Segoe UI Symbol"/>
        </w:rPr>
        <w:t>)</w:t>
      </w:r>
    </w:p>
    <w:p w14:paraId="41C88D02" w14:textId="77777777" w:rsidR="0026177A" w:rsidRPr="0026177A" w:rsidRDefault="0026177A" w:rsidP="0026177A">
      <w:pPr>
        <w:spacing w:after="40" w:line="252" w:lineRule="auto"/>
        <w:rPr>
          <w:rFonts w:ascii="Segoe UI Symbol" w:hAnsi="Segoe UI Symbol" w:cs="Segoe UI Symbol"/>
        </w:rPr>
      </w:pPr>
      <w:r w:rsidRPr="0026177A">
        <w:rPr>
          <w:rFonts w:ascii="Segoe UI Symbol" w:hAnsi="Segoe UI Symbol" w:cs="Segoe UI Symbol"/>
        </w:rPr>
        <w:t xml:space="preserve">✘ </w:t>
      </w:r>
      <w:proofErr w:type="spellStart"/>
      <w:r w:rsidRPr="0026177A">
        <w:rPr>
          <w:rFonts w:ascii="Segoe UI Symbol" w:hAnsi="Segoe UI Symbol" w:cs="Segoe UI Symbol"/>
        </w:rPr>
        <w:t>Suplemento</w:t>
      </w:r>
      <w:proofErr w:type="spellEnd"/>
      <w:r w:rsidRPr="0026177A">
        <w:rPr>
          <w:rFonts w:ascii="Segoe UI Symbol" w:hAnsi="Segoe UI Symbol" w:cs="Segoe UI Symbol"/>
        </w:rPr>
        <w:t xml:space="preserve"> para early check-in e late check-out</w:t>
      </w:r>
    </w:p>
    <w:p w14:paraId="45D65E97" w14:textId="77777777" w:rsidR="0026177A" w:rsidRPr="0026177A" w:rsidRDefault="0026177A" w:rsidP="0026177A">
      <w:pPr>
        <w:spacing w:after="40" w:line="252" w:lineRule="auto"/>
        <w:rPr>
          <w:rFonts w:ascii="Segoe UI Symbol" w:hAnsi="Segoe UI Symbol" w:cs="Segoe UI Symbol"/>
        </w:rPr>
      </w:pPr>
      <w:r w:rsidRPr="0026177A">
        <w:rPr>
          <w:rFonts w:ascii="Segoe UI Symbol" w:hAnsi="Segoe UI Symbol" w:cs="Segoe UI Symbol"/>
        </w:rPr>
        <w:t xml:space="preserve">✘ </w:t>
      </w:r>
      <w:proofErr w:type="spellStart"/>
      <w:r w:rsidRPr="0026177A">
        <w:rPr>
          <w:rFonts w:ascii="Segoe UI Symbol" w:hAnsi="Segoe UI Symbol" w:cs="Segoe UI Symbol"/>
        </w:rPr>
        <w:t>Gorjetas</w:t>
      </w:r>
      <w:proofErr w:type="spellEnd"/>
      <w:r w:rsidRPr="0026177A">
        <w:rPr>
          <w:rFonts w:ascii="Segoe UI Symbol" w:hAnsi="Segoe UI Symbol" w:cs="Segoe UI Symbol"/>
        </w:rPr>
        <w:t xml:space="preserve"> para </w:t>
      </w:r>
      <w:proofErr w:type="spellStart"/>
      <w:r w:rsidRPr="0026177A">
        <w:rPr>
          <w:rFonts w:ascii="Segoe UI Symbol" w:hAnsi="Segoe UI Symbol" w:cs="Segoe UI Symbol"/>
        </w:rPr>
        <w:t>guias</w:t>
      </w:r>
      <w:proofErr w:type="spellEnd"/>
      <w:r w:rsidRPr="0026177A">
        <w:rPr>
          <w:rFonts w:ascii="Segoe UI Symbol" w:hAnsi="Segoe UI Symbol" w:cs="Segoe UI Symbol"/>
        </w:rPr>
        <w:t xml:space="preserve">, </w:t>
      </w:r>
      <w:proofErr w:type="spellStart"/>
      <w:r w:rsidRPr="0026177A">
        <w:rPr>
          <w:rFonts w:ascii="Segoe UI Symbol" w:hAnsi="Segoe UI Symbol" w:cs="Segoe UI Symbol"/>
        </w:rPr>
        <w:t>motoristas</w:t>
      </w:r>
      <w:proofErr w:type="spellEnd"/>
      <w:r w:rsidRPr="0026177A">
        <w:rPr>
          <w:rFonts w:ascii="Segoe UI Symbol" w:hAnsi="Segoe UI Symbol" w:cs="Segoe UI Symbol"/>
        </w:rPr>
        <w:t xml:space="preserve"> e </w:t>
      </w:r>
      <w:proofErr w:type="spellStart"/>
      <w:r w:rsidRPr="0026177A">
        <w:rPr>
          <w:rFonts w:ascii="Segoe UI Symbol" w:hAnsi="Segoe UI Symbol" w:cs="Segoe UI Symbol"/>
        </w:rPr>
        <w:t>demais</w:t>
      </w:r>
      <w:proofErr w:type="spellEnd"/>
      <w:r w:rsidRPr="0026177A">
        <w:rPr>
          <w:rFonts w:ascii="Segoe UI Symbol" w:hAnsi="Segoe UI Symbol" w:cs="Segoe UI Symbol"/>
        </w:rPr>
        <w:t xml:space="preserve"> equipe local</w:t>
      </w:r>
    </w:p>
    <w:p w14:paraId="4BF7B107" w14:textId="77777777" w:rsidR="0026177A" w:rsidRPr="0026177A" w:rsidRDefault="0026177A" w:rsidP="0026177A">
      <w:pPr>
        <w:spacing w:after="40" w:line="252" w:lineRule="auto"/>
        <w:rPr>
          <w:rFonts w:ascii="Segoe UI Symbol" w:hAnsi="Segoe UI Symbol" w:cs="Segoe UI Symbol"/>
        </w:rPr>
      </w:pPr>
      <w:r w:rsidRPr="0026177A">
        <w:rPr>
          <w:rFonts w:ascii="Segoe UI Symbol" w:hAnsi="Segoe UI Symbol" w:cs="Segoe UI Symbol"/>
        </w:rPr>
        <w:t xml:space="preserve">✘ </w:t>
      </w:r>
      <w:proofErr w:type="spellStart"/>
      <w:r w:rsidRPr="0026177A">
        <w:rPr>
          <w:rFonts w:ascii="Segoe UI Symbol" w:hAnsi="Segoe UI Symbol" w:cs="Segoe UI Symbol"/>
        </w:rPr>
        <w:t>Taxas</w:t>
      </w:r>
      <w:proofErr w:type="spellEnd"/>
      <w:r w:rsidRPr="0026177A">
        <w:rPr>
          <w:rFonts w:ascii="Segoe UI Symbol" w:hAnsi="Segoe UI Symbol" w:cs="Segoe UI Symbol"/>
        </w:rPr>
        <w:t xml:space="preserve"> </w:t>
      </w:r>
      <w:proofErr w:type="spellStart"/>
      <w:r w:rsidRPr="0026177A">
        <w:rPr>
          <w:rFonts w:ascii="Segoe UI Symbol" w:hAnsi="Segoe UI Symbol" w:cs="Segoe UI Symbol"/>
        </w:rPr>
        <w:t>bancárias</w:t>
      </w:r>
      <w:proofErr w:type="spellEnd"/>
      <w:r w:rsidRPr="0026177A">
        <w:rPr>
          <w:rFonts w:ascii="Segoe UI Symbol" w:hAnsi="Segoe UI Symbol" w:cs="Segoe UI Symbol"/>
        </w:rPr>
        <w:t xml:space="preserve"> para </w:t>
      </w:r>
      <w:proofErr w:type="spellStart"/>
      <w:r w:rsidRPr="0026177A">
        <w:rPr>
          <w:rFonts w:ascii="Segoe UI Symbol" w:hAnsi="Segoe UI Symbol" w:cs="Segoe UI Symbol"/>
        </w:rPr>
        <w:t>pagamento</w:t>
      </w:r>
      <w:proofErr w:type="spellEnd"/>
      <w:r w:rsidRPr="0026177A">
        <w:rPr>
          <w:rFonts w:ascii="Segoe UI Symbol" w:hAnsi="Segoe UI Symbol" w:cs="Segoe UI Symbol"/>
        </w:rPr>
        <w:t xml:space="preserve"> via </w:t>
      </w:r>
      <w:proofErr w:type="spellStart"/>
      <w:r w:rsidRPr="0026177A">
        <w:rPr>
          <w:rFonts w:ascii="Segoe UI Symbol" w:hAnsi="Segoe UI Symbol" w:cs="Segoe UI Symbol"/>
        </w:rPr>
        <w:t>transferência</w:t>
      </w:r>
      <w:proofErr w:type="spellEnd"/>
    </w:p>
    <w:p w14:paraId="7F328C46" w14:textId="784F4224" w:rsidR="00B569A9" w:rsidRDefault="0026177A" w:rsidP="0026177A">
      <w:pPr>
        <w:spacing w:after="40" w:line="252" w:lineRule="auto"/>
      </w:pPr>
      <w:r w:rsidRPr="0026177A">
        <w:rPr>
          <w:rFonts w:ascii="Segoe UI Symbol" w:hAnsi="Segoe UI Symbol" w:cs="Segoe UI Symbol"/>
        </w:rPr>
        <w:t xml:space="preserve">✘ Outros </w:t>
      </w:r>
      <w:proofErr w:type="spellStart"/>
      <w:r w:rsidRPr="0026177A">
        <w:rPr>
          <w:rFonts w:ascii="Segoe UI Symbol" w:hAnsi="Segoe UI Symbol" w:cs="Segoe UI Symbol"/>
        </w:rPr>
        <w:t>gastos</w:t>
      </w:r>
      <w:proofErr w:type="spellEnd"/>
      <w:r w:rsidRPr="0026177A">
        <w:rPr>
          <w:rFonts w:ascii="Segoe UI Symbol" w:hAnsi="Segoe UI Symbol" w:cs="Segoe UI Symbol"/>
        </w:rPr>
        <w:t xml:space="preserve"> </w:t>
      </w:r>
      <w:proofErr w:type="spellStart"/>
      <w:r w:rsidRPr="0026177A">
        <w:rPr>
          <w:rFonts w:ascii="Segoe UI Symbol" w:hAnsi="Segoe UI Symbol" w:cs="Segoe UI Symbol"/>
        </w:rPr>
        <w:t>não</w:t>
      </w:r>
      <w:proofErr w:type="spellEnd"/>
      <w:r w:rsidRPr="0026177A">
        <w:rPr>
          <w:rFonts w:ascii="Segoe UI Symbol" w:hAnsi="Segoe UI Symbol" w:cs="Segoe UI Symbol"/>
        </w:rPr>
        <w:t xml:space="preserve"> </w:t>
      </w:r>
      <w:proofErr w:type="spellStart"/>
      <w:r w:rsidRPr="0026177A">
        <w:rPr>
          <w:rFonts w:ascii="Segoe UI Symbol" w:hAnsi="Segoe UI Symbol" w:cs="Segoe UI Symbol"/>
        </w:rPr>
        <w:t>mencionados</w:t>
      </w:r>
      <w:proofErr w:type="spellEnd"/>
      <w:r w:rsidRPr="0026177A">
        <w:rPr>
          <w:rFonts w:ascii="Segoe UI Symbol" w:hAnsi="Segoe UI Symbol" w:cs="Segoe UI Symbol"/>
        </w:rPr>
        <w:t xml:space="preserve"> no </w:t>
      </w:r>
      <w:proofErr w:type="spellStart"/>
      <w:r w:rsidRPr="0026177A">
        <w:rPr>
          <w:rFonts w:ascii="Segoe UI Symbol" w:hAnsi="Segoe UI Symbol" w:cs="Segoe UI Symbol"/>
        </w:rPr>
        <w:t>programa</w:t>
      </w:r>
      <w:proofErr w:type="spellEnd"/>
      <w:r w:rsidR="001040EA">
        <w:br w:type="page"/>
      </w:r>
    </w:p>
    <w:p w14:paraId="10702E65" w14:textId="31368B7D" w:rsidR="00B569A9" w:rsidRDefault="00000000" w:rsidP="00C173F0">
      <w:pPr>
        <w:pStyle w:val="HeadingViagem"/>
        <w:spacing w:before="80" w:after="80"/>
        <w:jc w:val="center"/>
      </w:pPr>
      <w:r>
        <w:rPr>
          <w:rFonts w:ascii="Segoe UI Emoji" w:hAnsi="Segoe UI Emoji" w:cs="Segoe UI Emoji"/>
        </w:rPr>
        <w:lastRenderedPageBreak/>
        <w:t>🌅</w:t>
      </w:r>
      <w:r>
        <w:t xml:space="preserve"> </w:t>
      </w:r>
      <w:r w:rsidR="0026177A" w:rsidRPr="0026177A">
        <w:t>DESCUBRA TAILANDIA, VIETNÃ &amp; CAMBOJA</w:t>
      </w:r>
      <w:r w:rsidR="000A19C9">
        <w:t xml:space="preserve"> </w:t>
      </w:r>
      <w:r>
        <w:t>(</w:t>
      </w:r>
      <w:r w:rsidR="000A19C9">
        <w:t>1</w:t>
      </w:r>
      <w:r w:rsidR="0026177A">
        <w:t>2</w:t>
      </w:r>
      <w:r>
        <w:t xml:space="preserve"> DIAS / </w:t>
      </w:r>
      <w:r w:rsidR="0026177A">
        <w:t>11</w:t>
      </w:r>
      <w:r>
        <w:t xml:space="preserve"> NOITES)</w:t>
      </w:r>
    </w:p>
    <w:p w14:paraId="3AB0A079" w14:textId="77777777" w:rsidR="00B569A9" w:rsidRDefault="00B569A9">
      <w:pPr>
        <w:pBdr>
          <w:bottom w:val="single" w:sz="12" w:space="1" w:color="E6B35A"/>
        </w:pBdr>
        <w:spacing w:after="120"/>
      </w:pPr>
    </w:p>
    <w:p w14:paraId="25091C3F" w14:textId="77777777" w:rsidR="00B569A9" w:rsidRDefault="00000000">
      <w:pPr>
        <w:pStyle w:val="Subheading"/>
        <w:spacing w:after="100"/>
        <w:jc w:val="center"/>
      </w:pPr>
      <w:r>
        <w:t>📅 SAÍDAS DIÁRIAS</w:t>
      </w:r>
    </w:p>
    <w:p w14:paraId="698D7201" w14:textId="79A792A9" w:rsidR="00B569A9" w:rsidRDefault="00000000" w:rsidP="000A19C9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CHEGADA A BANGKOK</w:t>
      </w:r>
    </w:p>
    <w:p w14:paraId="3E53DBE7" w14:textId="45362B09" w:rsidR="0026177A" w:rsidRDefault="0026177A" w:rsidP="0026177A">
      <w:pPr>
        <w:spacing w:after="40" w:line="252" w:lineRule="auto"/>
        <w:jc w:val="both"/>
      </w:pPr>
      <w:proofErr w:type="spellStart"/>
      <w:r>
        <w:t>Chegada</w:t>
      </w:r>
      <w:proofErr w:type="spellEnd"/>
      <w:r>
        <w:t xml:space="preserve"> a Bangkok.</w:t>
      </w:r>
    </w:p>
    <w:p w14:paraId="7588288A" w14:textId="77777777" w:rsidR="0026177A" w:rsidRDefault="0026177A" w:rsidP="0026177A">
      <w:pPr>
        <w:spacing w:after="40" w:line="252" w:lineRule="auto"/>
        <w:jc w:val="both"/>
      </w:pPr>
      <w:proofErr w:type="spellStart"/>
      <w:r>
        <w:t>Recepção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nosso</w:t>
      </w:r>
      <w:proofErr w:type="spellEnd"/>
      <w:r>
        <w:t xml:space="preserve"> </w:t>
      </w:r>
      <w:proofErr w:type="spellStart"/>
      <w:r>
        <w:t>guia</w:t>
      </w:r>
      <w:proofErr w:type="spellEnd"/>
      <w:r>
        <w:t xml:space="preserve"> e </w:t>
      </w: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hotel. Tempo livre para </w:t>
      </w:r>
      <w:proofErr w:type="spellStart"/>
      <w:r>
        <w:t>descanso</w:t>
      </w:r>
      <w:proofErr w:type="spellEnd"/>
      <w:r>
        <w:t>.</w:t>
      </w:r>
    </w:p>
    <w:p w14:paraId="3A0007CD" w14:textId="217C2F6F" w:rsidR="00B569A9" w:rsidRDefault="00000000" w:rsidP="0026177A">
      <w:pPr>
        <w:pStyle w:val="Dia"/>
        <w:spacing w:before="120" w:after="20"/>
        <w:jc w:val="both"/>
      </w:pPr>
      <w:r w:rsidRPr="0026177A">
        <w:rPr>
          <w:rFonts w:ascii="Segoe UI Emoji" w:hAnsi="Segoe UI Emoji" w:cs="Segoe UI Emoji"/>
        </w:rPr>
        <w:t>📍</w:t>
      </w:r>
      <w:r>
        <w:t xml:space="preserve"> 2º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BANGKOK – City tour</w:t>
      </w:r>
    </w:p>
    <w:p w14:paraId="4F703F53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Saída</w:t>
      </w:r>
      <w:proofErr w:type="spellEnd"/>
      <w:r w:rsidRPr="0026177A">
        <w:t xml:space="preserve"> para </w:t>
      </w:r>
      <w:proofErr w:type="spellStart"/>
      <w:r w:rsidRPr="0026177A">
        <w:t>visitar</w:t>
      </w:r>
      <w:proofErr w:type="spellEnd"/>
      <w:r w:rsidRPr="0026177A">
        <w:t xml:space="preserve"> </w:t>
      </w:r>
      <w:proofErr w:type="spellStart"/>
      <w:r w:rsidRPr="0026177A">
        <w:t>três</w:t>
      </w:r>
      <w:proofErr w:type="spellEnd"/>
      <w:r w:rsidRPr="0026177A">
        <w:t xml:space="preserve"> dos </w:t>
      </w:r>
      <w:proofErr w:type="spellStart"/>
      <w:r w:rsidRPr="0026177A">
        <w:t>templos</w:t>
      </w:r>
      <w:proofErr w:type="spellEnd"/>
      <w:r w:rsidRPr="0026177A">
        <w:t xml:space="preserve"> </w:t>
      </w:r>
      <w:proofErr w:type="spellStart"/>
      <w:r w:rsidRPr="0026177A">
        <w:t>budistas</w:t>
      </w:r>
      <w:proofErr w:type="spellEnd"/>
      <w:r w:rsidRPr="0026177A">
        <w:t xml:space="preserve">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incomuns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. </w:t>
      </w:r>
      <w:proofErr w:type="spellStart"/>
      <w:r w:rsidRPr="0026177A">
        <w:t>Começaremos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Wat </w:t>
      </w:r>
      <w:proofErr w:type="spellStart"/>
      <w:r w:rsidRPr="0026177A">
        <w:t>Traimit</w:t>
      </w:r>
      <w:proofErr w:type="spellEnd"/>
      <w:r w:rsidRPr="0026177A">
        <w:t xml:space="preserve">, </w:t>
      </w:r>
      <w:proofErr w:type="spellStart"/>
      <w:r w:rsidRPr="0026177A">
        <w:t>localizado</w:t>
      </w:r>
      <w:proofErr w:type="spellEnd"/>
      <w:r w:rsidRPr="0026177A">
        <w:t xml:space="preserve"> no extremo de Chinatown, </w:t>
      </w:r>
      <w:proofErr w:type="spellStart"/>
      <w:r w:rsidRPr="0026177A">
        <w:t>na</w:t>
      </w:r>
      <w:proofErr w:type="spellEnd"/>
      <w:r w:rsidRPr="0026177A">
        <w:t xml:space="preserve"> </w:t>
      </w:r>
      <w:proofErr w:type="spellStart"/>
      <w:r w:rsidRPr="0026177A">
        <w:t>Yaowarat</w:t>
      </w:r>
      <w:proofErr w:type="spellEnd"/>
      <w:r w:rsidRPr="0026177A">
        <w:t xml:space="preserve"> Road, </w:t>
      </w:r>
      <w:proofErr w:type="spellStart"/>
      <w:r w:rsidRPr="0026177A">
        <w:t>próximo</w:t>
      </w:r>
      <w:proofErr w:type="spellEnd"/>
      <w:r w:rsidRPr="0026177A">
        <w:t xml:space="preserve"> à </w:t>
      </w:r>
      <w:proofErr w:type="spellStart"/>
      <w:r w:rsidRPr="0026177A">
        <w:t>estação</w:t>
      </w:r>
      <w:proofErr w:type="spellEnd"/>
      <w:r w:rsidRPr="0026177A">
        <w:t xml:space="preserve"> </w:t>
      </w:r>
      <w:proofErr w:type="spellStart"/>
      <w:r w:rsidRPr="0026177A">
        <w:t>ferroviária</w:t>
      </w:r>
      <w:proofErr w:type="spellEnd"/>
      <w:r w:rsidRPr="0026177A">
        <w:t xml:space="preserve"> Hua </w:t>
      </w:r>
      <w:proofErr w:type="spellStart"/>
      <w:r w:rsidRPr="0026177A">
        <w:t>Lamphong</w:t>
      </w:r>
      <w:proofErr w:type="spellEnd"/>
      <w:r w:rsidRPr="0026177A">
        <w:t xml:space="preserve">. O Wat </w:t>
      </w:r>
      <w:proofErr w:type="spellStart"/>
      <w:r w:rsidRPr="0026177A">
        <w:t>Traimit</w:t>
      </w:r>
      <w:proofErr w:type="spellEnd"/>
      <w:r w:rsidRPr="0026177A">
        <w:t xml:space="preserve"> </w:t>
      </w:r>
      <w:proofErr w:type="spellStart"/>
      <w:r w:rsidRPr="0026177A">
        <w:t>abriga</w:t>
      </w:r>
      <w:proofErr w:type="spellEnd"/>
      <w:r w:rsidRPr="0026177A">
        <w:t xml:space="preserve"> o </w:t>
      </w:r>
      <w:proofErr w:type="spellStart"/>
      <w:r w:rsidRPr="0026177A">
        <w:t>maior</w:t>
      </w:r>
      <w:proofErr w:type="spellEnd"/>
      <w:r w:rsidRPr="0026177A">
        <w:t xml:space="preserve"> Buda de </w:t>
      </w:r>
      <w:proofErr w:type="spellStart"/>
      <w:r w:rsidRPr="0026177A">
        <w:t>ouro</w:t>
      </w:r>
      <w:proofErr w:type="spellEnd"/>
      <w:r w:rsidRPr="0026177A">
        <w:t xml:space="preserve"> </w:t>
      </w:r>
      <w:proofErr w:type="spellStart"/>
      <w:r w:rsidRPr="0026177A">
        <w:t>maciço</w:t>
      </w:r>
      <w:proofErr w:type="spellEnd"/>
      <w:r w:rsidRPr="0026177A">
        <w:t xml:space="preserve"> do </w:t>
      </w:r>
      <w:proofErr w:type="spellStart"/>
      <w:r w:rsidRPr="0026177A">
        <w:t>mundo</w:t>
      </w:r>
      <w:proofErr w:type="spellEnd"/>
      <w:r w:rsidRPr="0026177A">
        <w:t xml:space="preserve">, com </w:t>
      </w:r>
      <w:proofErr w:type="spellStart"/>
      <w:r w:rsidRPr="0026177A">
        <w:t>quase</w:t>
      </w:r>
      <w:proofErr w:type="spellEnd"/>
      <w:r w:rsidRPr="0026177A">
        <w:t xml:space="preserve"> </w:t>
      </w:r>
      <w:proofErr w:type="spellStart"/>
      <w:r w:rsidRPr="0026177A">
        <w:t>cinco</w:t>
      </w:r>
      <w:proofErr w:type="spellEnd"/>
      <w:r w:rsidRPr="0026177A">
        <w:t xml:space="preserve"> metros de </w:t>
      </w:r>
      <w:proofErr w:type="spellStart"/>
      <w:r w:rsidRPr="0026177A">
        <w:t>altura</w:t>
      </w:r>
      <w:proofErr w:type="spellEnd"/>
      <w:r w:rsidRPr="0026177A">
        <w:t xml:space="preserve"> e peso de </w:t>
      </w:r>
      <w:proofErr w:type="spellStart"/>
      <w:r w:rsidRPr="0026177A">
        <w:t>cinco</w:t>
      </w:r>
      <w:proofErr w:type="spellEnd"/>
      <w:r w:rsidRPr="0026177A">
        <w:t xml:space="preserve"> </w:t>
      </w:r>
      <w:proofErr w:type="spellStart"/>
      <w:r w:rsidRPr="0026177A">
        <w:t>toneladas</w:t>
      </w:r>
      <w:proofErr w:type="spellEnd"/>
      <w:r w:rsidRPr="0026177A">
        <w:t xml:space="preserve"> e </w:t>
      </w:r>
      <w:proofErr w:type="spellStart"/>
      <w:r w:rsidRPr="0026177A">
        <w:t>meia</w:t>
      </w:r>
      <w:proofErr w:type="spellEnd"/>
      <w:r w:rsidRPr="0026177A">
        <w:t>.</w:t>
      </w:r>
    </w:p>
    <w:p w14:paraId="203A2DF8" w14:textId="77777777" w:rsidR="0026177A" w:rsidRPr="0026177A" w:rsidRDefault="0026177A" w:rsidP="0026177A">
      <w:pPr>
        <w:spacing w:after="40" w:line="252" w:lineRule="auto"/>
        <w:jc w:val="both"/>
      </w:pPr>
      <w:proofErr w:type="gramStart"/>
      <w:r w:rsidRPr="0026177A">
        <w:t>A</w:t>
      </w:r>
      <w:proofErr w:type="gramEnd"/>
      <w:r w:rsidRPr="0026177A">
        <w:t xml:space="preserve"> </w:t>
      </w:r>
      <w:proofErr w:type="spellStart"/>
      <w:r w:rsidRPr="0026177A">
        <w:t>excursão</w:t>
      </w:r>
      <w:proofErr w:type="spellEnd"/>
      <w:r w:rsidRPr="0026177A">
        <w:t xml:space="preserve"> continua </w:t>
      </w:r>
      <w:proofErr w:type="spellStart"/>
      <w:r w:rsidRPr="0026177A">
        <w:t>até</w:t>
      </w:r>
      <w:proofErr w:type="spellEnd"/>
      <w:r w:rsidRPr="0026177A">
        <w:t xml:space="preserve"> o Wat Pho, o </w:t>
      </w:r>
      <w:proofErr w:type="spellStart"/>
      <w:r w:rsidRPr="0026177A">
        <w:t>maior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de Bangkok, </w:t>
      </w:r>
      <w:proofErr w:type="spellStart"/>
      <w:r w:rsidRPr="0026177A">
        <w:t>famoso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enorme</w:t>
      </w:r>
      <w:proofErr w:type="spellEnd"/>
      <w:r w:rsidRPr="0026177A">
        <w:t xml:space="preserve"> Buda </w:t>
      </w:r>
      <w:proofErr w:type="spellStart"/>
      <w:r w:rsidRPr="0026177A">
        <w:t>Reclinado</w:t>
      </w:r>
      <w:proofErr w:type="spellEnd"/>
      <w:r w:rsidRPr="0026177A">
        <w:t xml:space="preserve"> e </w:t>
      </w:r>
      <w:proofErr w:type="spellStart"/>
      <w:r w:rsidRPr="0026177A">
        <w:t>pelos</w:t>
      </w:r>
      <w:proofErr w:type="spellEnd"/>
      <w:r w:rsidRPr="0026177A">
        <w:t xml:space="preserve"> Chedis dos Reis. O Buda </w:t>
      </w:r>
      <w:proofErr w:type="spellStart"/>
      <w:r w:rsidRPr="0026177A">
        <w:t>mede</w:t>
      </w:r>
      <w:proofErr w:type="spellEnd"/>
      <w:r w:rsidRPr="0026177A">
        <w:t xml:space="preserve"> 46 metros de </w:t>
      </w:r>
      <w:proofErr w:type="spellStart"/>
      <w:r w:rsidRPr="0026177A">
        <w:t>comprimento</w:t>
      </w:r>
      <w:proofErr w:type="spellEnd"/>
      <w:r w:rsidRPr="0026177A">
        <w:t xml:space="preserve"> e é </w:t>
      </w:r>
      <w:proofErr w:type="spellStart"/>
      <w:r w:rsidRPr="0026177A">
        <w:t>coberto</w:t>
      </w:r>
      <w:proofErr w:type="spellEnd"/>
      <w:r w:rsidRPr="0026177A">
        <w:t xml:space="preserve"> de </w:t>
      </w:r>
      <w:proofErr w:type="spellStart"/>
      <w:r w:rsidRPr="0026177A">
        <w:t>ouro</w:t>
      </w:r>
      <w:proofErr w:type="spellEnd"/>
      <w:r w:rsidRPr="0026177A">
        <w:t>.</w:t>
      </w:r>
    </w:p>
    <w:p w14:paraId="73023C43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Em </w:t>
      </w:r>
      <w:proofErr w:type="spellStart"/>
      <w:r w:rsidRPr="0026177A">
        <w:t>seguida</w:t>
      </w:r>
      <w:proofErr w:type="spellEnd"/>
      <w:r w:rsidRPr="0026177A">
        <w:t xml:space="preserve">, visita </w:t>
      </w:r>
      <w:proofErr w:type="spellStart"/>
      <w:r w:rsidRPr="0026177A">
        <w:t>ao</w:t>
      </w:r>
      <w:proofErr w:type="spellEnd"/>
      <w:r w:rsidRPr="0026177A">
        <w:t xml:space="preserve"> Grande Palácio, </w:t>
      </w:r>
      <w:proofErr w:type="spellStart"/>
      <w:r w:rsidRPr="0026177A">
        <w:t>sem</w:t>
      </w:r>
      <w:proofErr w:type="spellEnd"/>
      <w:r w:rsidRPr="0026177A">
        <w:t xml:space="preserve"> </w:t>
      </w:r>
      <w:proofErr w:type="spellStart"/>
      <w:r w:rsidRPr="0026177A">
        <w:t>dúvida</w:t>
      </w:r>
      <w:proofErr w:type="spellEnd"/>
      <w:r w:rsidRPr="0026177A">
        <w:t xml:space="preserve"> o </w:t>
      </w:r>
      <w:proofErr w:type="spellStart"/>
      <w:r w:rsidRPr="0026177A">
        <w:t>monumento</w:t>
      </w:r>
      <w:proofErr w:type="spellEnd"/>
      <w:r w:rsidRPr="0026177A">
        <w:t xml:space="preserve">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famoso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. </w:t>
      </w:r>
      <w:proofErr w:type="spellStart"/>
      <w:r w:rsidRPr="0026177A">
        <w:t>Construído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1782, </w:t>
      </w:r>
      <w:proofErr w:type="spellStart"/>
      <w:r w:rsidRPr="0026177A">
        <w:t>foi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150 </w:t>
      </w:r>
      <w:proofErr w:type="spellStart"/>
      <w:r w:rsidRPr="0026177A">
        <w:t>anos</w:t>
      </w:r>
      <w:proofErr w:type="spellEnd"/>
      <w:r w:rsidRPr="0026177A">
        <w:t xml:space="preserve"> </w:t>
      </w:r>
      <w:proofErr w:type="spellStart"/>
      <w:r w:rsidRPr="0026177A">
        <w:t>residência</w:t>
      </w:r>
      <w:proofErr w:type="spellEnd"/>
      <w:r w:rsidRPr="0026177A">
        <w:t xml:space="preserve"> do rei da </w:t>
      </w:r>
      <w:proofErr w:type="spellStart"/>
      <w:r w:rsidRPr="0026177A">
        <w:t>Tailândia</w:t>
      </w:r>
      <w:proofErr w:type="spellEnd"/>
      <w:r w:rsidRPr="0026177A">
        <w:t xml:space="preserve">, </w:t>
      </w:r>
      <w:proofErr w:type="spellStart"/>
      <w:r w:rsidRPr="0026177A">
        <w:t>sede</w:t>
      </w:r>
      <w:proofErr w:type="spellEnd"/>
      <w:r w:rsidRPr="0026177A">
        <w:t xml:space="preserve"> da corte real e </w:t>
      </w:r>
      <w:proofErr w:type="spellStart"/>
      <w:r w:rsidRPr="0026177A">
        <w:t>centro</w:t>
      </w:r>
      <w:proofErr w:type="spellEnd"/>
      <w:r w:rsidRPr="0026177A">
        <w:t xml:space="preserve"> </w:t>
      </w:r>
      <w:proofErr w:type="spellStart"/>
      <w:r w:rsidRPr="0026177A">
        <w:t>administrativo</w:t>
      </w:r>
      <w:proofErr w:type="spellEnd"/>
      <w:r w:rsidRPr="0026177A">
        <w:t xml:space="preserve"> do </w:t>
      </w:r>
      <w:proofErr w:type="spellStart"/>
      <w:r w:rsidRPr="0026177A">
        <w:t>governo</w:t>
      </w:r>
      <w:proofErr w:type="spellEnd"/>
      <w:r w:rsidRPr="0026177A">
        <w:t>.</w:t>
      </w:r>
    </w:p>
    <w:p w14:paraId="37CEC6E2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Dentro</w:t>
      </w:r>
      <w:proofErr w:type="spellEnd"/>
      <w:r w:rsidRPr="0026177A">
        <w:t xml:space="preserve"> do </w:t>
      </w:r>
      <w:proofErr w:type="spellStart"/>
      <w:r w:rsidRPr="0026177A">
        <w:t>complexo</w:t>
      </w:r>
      <w:proofErr w:type="spellEnd"/>
      <w:r w:rsidRPr="0026177A">
        <w:t xml:space="preserve"> </w:t>
      </w:r>
      <w:proofErr w:type="spellStart"/>
      <w:r w:rsidRPr="0026177A">
        <w:t>está</w:t>
      </w:r>
      <w:proofErr w:type="spellEnd"/>
      <w:r w:rsidRPr="0026177A">
        <w:t xml:space="preserve"> o Wat Phra Kaew, o Templo do Buda de Esmeralda, </w:t>
      </w:r>
      <w:proofErr w:type="spellStart"/>
      <w:r w:rsidRPr="0026177A">
        <w:t>considerado</w:t>
      </w:r>
      <w:proofErr w:type="spellEnd"/>
      <w:r w:rsidRPr="0026177A">
        <w:t xml:space="preserve"> o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importante</w:t>
      </w:r>
      <w:proofErr w:type="spellEnd"/>
      <w:r w:rsidRPr="0026177A">
        <w:t xml:space="preserve"> da </w:t>
      </w:r>
      <w:proofErr w:type="spellStart"/>
      <w:r w:rsidRPr="0026177A">
        <w:t>Tailândia</w:t>
      </w:r>
      <w:proofErr w:type="spellEnd"/>
      <w:r w:rsidRPr="0026177A">
        <w:t xml:space="preserve">, </w:t>
      </w:r>
      <w:proofErr w:type="spellStart"/>
      <w:r w:rsidRPr="0026177A">
        <w:t>onde</w:t>
      </w:r>
      <w:proofErr w:type="spellEnd"/>
      <w:r w:rsidRPr="0026177A">
        <w:t xml:space="preserve"> se </w:t>
      </w:r>
      <w:proofErr w:type="spellStart"/>
      <w:r w:rsidRPr="0026177A">
        <w:t>encontra</w:t>
      </w:r>
      <w:proofErr w:type="spellEnd"/>
      <w:r w:rsidRPr="0026177A">
        <w:t xml:space="preserve"> </w:t>
      </w:r>
      <w:proofErr w:type="spellStart"/>
      <w:r w:rsidRPr="0026177A">
        <w:t>uma</w:t>
      </w:r>
      <w:proofErr w:type="spellEnd"/>
      <w:r w:rsidRPr="0026177A">
        <w:t xml:space="preserve"> </w:t>
      </w:r>
      <w:proofErr w:type="spellStart"/>
      <w:r w:rsidRPr="0026177A">
        <w:t>imagem</w:t>
      </w:r>
      <w:proofErr w:type="spellEnd"/>
      <w:r w:rsidRPr="0026177A">
        <w:t xml:space="preserve"> </w:t>
      </w:r>
      <w:proofErr w:type="spellStart"/>
      <w:r w:rsidRPr="0026177A">
        <w:t>altamente</w:t>
      </w:r>
      <w:proofErr w:type="spellEnd"/>
      <w:r w:rsidRPr="0026177A">
        <w:t xml:space="preserve"> </w:t>
      </w:r>
      <w:proofErr w:type="spellStart"/>
      <w:r w:rsidRPr="0026177A">
        <w:t>venerada</w:t>
      </w:r>
      <w:proofErr w:type="spellEnd"/>
      <w:r w:rsidRPr="0026177A">
        <w:t xml:space="preserve"> de Buda </w:t>
      </w:r>
      <w:proofErr w:type="spellStart"/>
      <w:r w:rsidRPr="0026177A">
        <w:t>esculpida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um </w:t>
      </w:r>
      <w:proofErr w:type="spellStart"/>
      <w:r w:rsidRPr="0026177A">
        <w:t>único</w:t>
      </w:r>
      <w:proofErr w:type="spellEnd"/>
      <w:r w:rsidRPr="0026177A">
        <w:t xml:space="preserve"> </w:t>
      </w:r>
      <w:proofErr w:type="spellStart"/>
      <w:r w:rsidRPr="0026177A">
        <w:t>bloco</w:t>
      </w:r>
      <w:proofErr w:type="spellEnd"/>
      <w:r w:rsidRPr="0026177A">
        <w:t xml:space="preserve"> de jade.</w:t>
      </w:r>
    </w:p>
    <w:p w14:paraId="08A45DB9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693FEBDA" w14:textId="0B34B47B" w:rsidR="00B569A9" w:rsidRDefault="00000000" w:rsidP="0026177A">
      <w:pPr>
        <w:pStyle w:val="Dia"/>
        <w:spacing w:before="120" w:after="20"/>
        <w:jc w:val="both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BANGKOK – CHIANG RAI</w:t>
      </w:r>
    </w:p>
    <w:p w14:paraId="0B04F72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para </w:t>
      </w:r>
      <w:proofErr w:type="spellStart"/>
      <w:proofErr w:type="gramStart"/>
      <w:r w:rsidRPr="0026177A">
        <w:t>voo</w:t>
      </w:r>
      <w:proofErr w:type="spellEnd"/>
      <w:r w:rsidRPr="0026177A">
        <w:t>(</w:t>
      </w:r>
      <w:proofErr w:type="spellStart"/>
      <w:proofErr w:type="gramEnd"/>
      <w:r w:rsidRPr="0026177A">
        <w:t>não</w:t>
      </w:r>
      <w:proofErr w:type="spellEnd"/>
      <w:r w:rsidRPr="0026177A">
        <w:t xml:space="preserve"> </w:t>
      </w:r>
      <w:proofErr w:type="spellStart"/>
      <w:r w:rsidRPr="0026177A">
        <w:t>incído</w:t>
      </w:r>
      <w:proofErr w:type="spellEnd"/>
      <w:r w:rsidRPr="0026177A">
        <w:t xml:space="preserve">) a Chiang Rai. </w:t>
      </w:r>
      <w:proofErr w:type="spellStart"/>
      <w:r w:rsidRPr="0026177A">
        <w:t>Recepção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guia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espanhol</w:t>
      </w:r>
      <w:proofErr w:type="spellEnd"/>
      <w:r w:rsidRPr="0026177A">
        <w:t>.</w:t>
      </w:r>
    </w:p>
    <w:p w14:paraId="588A7626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Continuação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minibus </w:t>
      </w:r>
      <w:proofErr w:type="spellStart"/>
      <w:r w:rsidRPr="0026177A">
        <w:t>até</w:t>
      </w:r>
      <w:proofErr w:type="spellEnd"/>
      <w:r w:rsidRPr="0026177A">
        <w:t xml:space="preserve"> o </w:t>
      </w:r>
      <w:proofErr w:type="spellStart"/>
      <w:r w:rsidRPr="0026177A">
        <w:t>Triângulo</w:t>
      </w:r>
      <w:proofErr w:type="spellEnd"/>
      <w:r w:rsidRPr="0026177A">
        <w:t xml:space="preserve"> de Ouro, </w:t>
      </w:r>
      <w:proofErr w:type="spellStart"/>
      <w:r w:rsidRPr="0026177A">
        <w:t>onde</w:t>
      </w:r>
      <w:proofErr w:type="spellEnd"/>
      <w:r w:rsidRPr="0026177A">
        <w:t xml:space="preserve"> se </w:t>
      </w:r>
      <w:proofErr w:type="spellStart"/>
      <w:r w:rsidRPr="0026177A">
        <w:t>encontram</w:t>
      </w:r>
      <w:proofErr w:type="spellEnd"/>
      <w:r w:rsidRPr="0026177A">
        <w:t xml:space="preserve"> as </w:t>
      </w:r>
      <w:proofErr w:type="spellStart"/>
      <w:r w:rsidRPr="0026177A">
        <w:t>fronteiras</w:t>
      </w:r>
      <w:proofErr w:type="spellEnd"/>
      <w:r w:rsidRPr="0026177A">
        <w:t xml:space="preserve"> de Myanmar, Laos e </w:t>
      </w:r>
      <w:proofErr w:type="spellStart"/>
      <w:r w:rsidRPr="0026177A">
        <w:t>Tailândia</w:t>
      </w:r>
      <w:proofErr w:type="spellEnd"/>
      <w:r w:rsidRPr="0026177A">
        <w:t xml:space="preserve">, no Rio Mekong. </w:t>
      </w: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barco</w:t>
      </w:r>
      <w:proofErr w:type="spellEnd"/>
      <w:r w:rsidRPr="0026177A">
        <w:t xml:space="preserve"> </w:t>
      </w:r>
      <w:proofErr w:type="spellStart"/>
      <w:r w:rsidRPr="0026177A">
        <w:t>tradicional</w:t>
      </w:r>
      <w:proofErr w:type="spellEnd"/>
      <w:r w:rsidRPr="0026177A">
        <w:t xml:space="preserve"> (30 </w:t>
      </w:r>
      <w:proofErr w:type="spellStart"/>
      <w:r w:rsidRPr="0026177A">
        <w:t>minutos</w:t>
      </w:r>
      <w:proofErr w:type="spellEnd"/>
      <w:r w:rsidRPr="0026177A">
        <w:t xml:space="preserve">), </w:t>
      </w:r>
      <w:proofErr w:type="spellStart"/>
      <w:r w:rsidRPr="0026177A">
        <w:t>observando</w:t>
      </w:r>
      <w:proofErr w:type="spellEnd"/>
      <w:r w:rsidRPr="0026177A">
        <w:t xml:space="preserve"> a </w:t>
      </w:r>
      <w:proofErr w:type="spellStart"/>
      <w:r w:rsidRPr="0026177A">
        <w:t>vida</w:t>
      </w:r>
      <w:proofErr w:type="spellEnd"/>
      <w:r w:rsidRPr="0026177A">
        <w:t xml:space="preserve"> local no Laos.</w:t>
      </w:r>
    </w:p>
    <w:p w14:paraId="52E3679F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 Visita à Casa do </w:t>
      </w:r>
      <w:proofErr w:type="spellStart"/>
      <w:r w:rsidRPr="0026177A">
        <w:t>Ópio</w:t>
      </w:r>
      <w:proofErr w:type="spellEnd"/>
      <w:r w:rsidRPr="0026177A">
        <w:t xml:space="preserve"> e </w:t>
      </w:r>
      <w:proofErr w:type="spellStart"/>
      <w:r w:rsidRPr="0026177A">
        <w:t>às</w:t>
      </w:r>
      <w:proofErr w:type="spellEnd"/>
      <w:r w:rsidRPr="0026177A">
        <w:t xml:space="preserve"> aldeias das </w:t>
      </w:r>
      <w:proofErr w:type="spellStart"/>
      <w:r w:rsidRPr="0026177A">
        <w:t>minorias</w:t>
      </w:r>
      <w:proofErr w:type="spellEnd"/>
      <w:r w:rsidRPr="0026177A">
        <w:t xml:space="preserve"> </w:t>
      </w:r>
      <w:proofErr w:type="spellStart"/>
      <w:r w:rsidRPr="0026177A">
        <w:t>étnicas</w:t>
      </w:r>
      <w:proofErr w:type="spellEnd"/>
      <w:r w:rsidRPr="0026177A">
        <w:t xml:space="preserve"> Akha e Yao.</w:t>
      </w:r>
    </w:p>
    <w:p w14:paraId="790B141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povoado</w:t>
      </w:r>
      <w:proofErr w:type="spellEnd"/>
      <w:r w:rsidRPr="0026177A">
        <w:t xml:space="preserve"> das </w:t>
      </w:r>
      <w:proofErr w:type="spellStart"/>
      <w:r w:rsidRPr="0026177A">
        <w:t>famosas</w:t>
      </w:r>
      <w:proofErr w:type="spellEnd"/>
      <w:r w:rsidRPr="0026177A">
        <w:t xml:space="preserve"> </w:t>
      </w:r>
      <w:proofErr w:type="spellStart"/>
      <w:r w:rsidRPr="0026177A">
        <w:t>mulheres</w:t>
      </w:r>
      <w:proofErr w:type="spellEnd"/>
      <w:r w:rsidRPr="0026177A">
        <w:t xml:space="preserve"> </w:t>
      </w:r>
      <w:proofErr w:type="spellStart"/>
      <w:r w:rsidRPr="0026177A">
        <w:t>girafa</w:t>
      </w:r>
      <w:proofErr w:type="spellEnd"/>
      <w:r w:rsidRPr="0026177A">
        <w:t>.</w:t>
      </w:r>
    </w:p>
    <w:p w14:paraId="17ADFA30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Jantar e </w:t>
      </w:r>
      <w:proofErr w:type="spellStart"/>
      <w:r w:rsidRPr="0026177A">
        <w:t>hospedagem</w:t>
      </w:r>
      <w:proofErr w:type="spellEnd"/>
      <w:r w:rsidRPr="0026177A">
        <w:t>.</w:t>
      </w:r>
    </w:p>
    <w:p w14:paraId="69CD8CEB" w14:textId="16D485CD" w:rsidR="00B569A9" w:rsidRDefault="00000000" w:rsidP="0026177A">
      <w:pPr>
        <w:pStyle w:val="Dia"/>
        <w:spacing w:before="120" w:after="20"/>
        <w:jc w:val="both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26177A" w:rsidRPr="0026177A">
        <w:t>CHIANG RAI – CHIANG MAI</w:t>
      </w:r>
    </w:p>
    <w:p w14:paraId="01340D8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Pela </w:t>
      </w:r>
      <w:proofErr w:type="spellStart"/>
      <w:r w:rsidRPr="0026177A">
        <w:t>manhã</w:t>
      </w:r>
      <w:proofErr w:type="spellEnd"/>
      <w:r w:rsidRPr="0026177A">
        <w:t xml:space="preserve">, </w:t>
      </w: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barco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rio</w:t>
      </w:r>
      <w:proofErr w:type="spellEnd"/>
      <w:r w:rsidRPr="0026177A">
        <w:t xml:space="preserve"> Kok, </w:t>
      </w:r>
      <w:proofErr w:type="spellStart"/>
      <w:r w:rsidRPr="0026177A">
        <w:t>visitando</w:t>
      </w:r>
      <w:proofErr w:type="spellEnd"/>
      <w:r w:rsidRPr="0026177A">
        <w:t xml:space="preserve"> </w:t>
      </w:r>
      <w:proofErr w:type="spellStart"/>
      <w:r w:rsidRPr="0026177A">
        <w:t>tribos</w:t>
      </w:r>
      <w:proofErr w:type="spellEnd"/>
      <w:r w:rsidRPr="0026177A">
        <w:t xml:space="preserve"> Karen </w:t>
      </w:r>
      <w:proofErr w:type="spellStart"/>
      <w:r w:rsidRPr="0026177A">
        <w:t>que</w:t>
      </w:r>
      <w:proofErr w:type="spellEnd"/>
      <w:r w:rsidRPr="0026177A">
        <w:t xml:space="preserve"> </w:t>
      </w:r>
      <w:proofErr w:type="spellStart"/>
      <w:r w:rsidRPr="0026177A">
        <w:t>vivem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cabanas de </w:t>
      </w:r>
      <w:proofErr w:type="spellStart"/>
      <w:r w:rsidRPr="0026177A">
        <w:t>bambu</w:t>
      </w:r>
      <w:proofErr w:type="spellEnd"/>
      <w:r w:rsidRPr="0026177A">
        <w:t xml:space="preserve"> </w:t>
      </w:r>
      <w:proofErr w:type="spellStart"/>
      <w:r w:rsidRPr="0026177A">
        <w:t>na</w:t>
      </w:r>
      <w:proofErr w:type="spellEnd"/>
      <w:r w:rsidRPr="0026177A">
        <w:t xml:space="preserve"> selva.</w:t>
      </w:r>
    </w:p>
    <w:p w14:paraId="44F8289F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Templo Azul (Wat Rong Suea Ten), </w:t>
      </w:r>
      <w:proofErr w:type="spellStart"/>
      <w:r w:rsidRPr="0026177A">
        <w:t>conhecido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sua</w:t>
      </w:r>
      <w:proofErr w:type="spellEnd"/>
      <w:r w:rsidRPr="0026177A">
        <w:t xml:space="preserve"> </w:t>
      </w:r>
      <w:proofErr w:type="spellStart"/>
      <w:r w:rsidRPr="0026177A">
        <w:t>cor</w:t>
      </w:r>
      <w:proofErr w:type="spellEnd"/>
      <w:r w:rsidRPr="0026177A">
        <w:t xml:space="preserve"> </w:t>
      </w:r>
      <w:proofErr w:type="spellStart"/>
      <w:r w:rsidRPr="0026177A">
        <w:t>azul</w:t>
      </w:r>
      <w:proofErr w:type="spellEnd"/>
      <w:r w:rsidRPr="0026177A">
        <w:t xml:space="preserve"> </w:t>
      </w:r>
      <w:proofErr w:type="spellStart"/>
      <w:r w:rsidRPr="0026177A">
        <w:t>intensa</w:t>
      </w:r>
      <w:proofErr w:type="spellEnd"/>
      <w:r w:rsidRPr="0026177A">
        <w:t xml:space="preserve"> e </w:t>
      </w:r>
      <w:proofErr w:type="spellStart"/>
      <w:r w:rsidRPr="0026177A">
        <w:t>esculturas</w:t>
      </w:r>
      <w:proofErr w:type="spellEnd"/>
      <w:r w:rsidRPr="0026177A">
        <w:t xml:space="preserve"> </w:t>
      </w:r>
      <w:proofErr w:type="spellStart"/>
      <w:r w:rsidRPr="0026177A">
        <w:t>elaboradas</w:t>
      </w:r>
      <w:proofErr w:type="spellEnd"/>
      <w:r w:rsidRPr="0026177A">
        <w:t>.</w:t>
      </w:r>
    </w:p>
    <w:p w14:paraId="7F3B2C2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famoso</w:t>
      </w:r>
      <w:proofErr w:type="spellEnd"/>
      <w:r w:rsidRPr="0026177A">
        <w:t xml:space="preserve"> Templo Branco (Wat Rong Khun).</w:t>
      </w:r>
    </w:p>
    <w:p w14:paraId="1C1A0261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Seguimos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estrada</w:t>
      </w:r>
      <w:proofErr w:type="spellEnd"/>
      <w:r w:rsidRPr="0026177A">
        <w:t xml:space="preserve"> </w:t>
      </w:r>
      <w:proofErr w:type="spellStart"/>
      <w:r w:rsidRPr="0026177A">
        <w:t>até</w:t>
      </w:r>
      <w:proofErr w:type="spellEnd"/>
      <w:r w:rsidRPr="0026177A">
        <w:t xml:space="preserve"> Chiang Mai (</w:t>
      </w:r>
      <w:proofErr w:type="spellStart"/>
      <w:r w:rsidRPr="0026177A">
        <w:t>aprox</w:t>
      </w:r>
      <w:proofErr w:type="spellEnd"/>
      <w:r w:rsidRPr="0026177A">
        <w:t>. 3 horas).</w:t>
      </w:r>
    </w:p>
    <w:p w14:paraId="2CDA02DB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Chegada</w:t>
      </w:r>
      <w:proofErr w:type="spellEnd"/>
      <w:r w:rsidRPr="0026177A">
        <w:t xml:space="preserve">, </w:t>
      </w: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</w:t>
      </w:r>
    </w:p>
    <w:p w14:paraId="42AC4734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Wat Doi Suthep, o </w:t>
      </w:r>
      <w:proofErr w:type="spellStart"/>
      <w:r w:rsidRPr="0026177A">
        <w:t>mais</w:t>
      </w:r>
      <w:proofErr w:type="spellEnd"/>
      <w:r w:rsidRPr="0026177A">
        <w:t xml:space="preserve"> </w:t>
      </w:r>
      <w:proofErr w:type="spellStart"/>
      <w:r w:rsidRPr="0026177A">
        <w:t>famoso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, </w:t>
      </w:r>
      <w:proofErr w:type="spellStart"/>
      <w:r w:rsidRPr="0026177A">
        <w:t>localizado</w:t>
      </w:r>
      <w:proofErr w:type="spellEnd"/>
      <w:r w:rsidRPr="0026177A">
        <w:t xml:space="preserve"> no topo de </w:t>
      </w:r>
      <w:proofErr w:type="spellStart"/>
      <w:r w:rsidRPr="0026177A">
        <w:t>uma</w:t>
      </w:r>
      <w:proofErr w:type="spellEnd"/>
      <w:r w:rsidRPr="0026177A">
        <w:t xml:space="preserve"> </w:t>
      </w:r>
      <w:proofErr w:type="spellStart"/>
      <w:r w:rsidRPr="0026177A">
        <w:t>colina</w:t>
      </w:r>
      <w:proofErr w:type="spellEnd"/>
      <w:r w:rsidRPr="0026177A">
        <w:t>.</w:t>
      </w:r>
    </w:p>
    <w:p w14:paraId="1A037A49" w14:textId="77777777" w:rsidR="0026177A" w:rsidRDefault="0026177A" w:rsidP="0026177A">
      <w:pPr>
        <w:spacing w:after="40" w:line="252" w:lineRule="auto"/>
        <w:jc w:val="both"/>
      </w:pPr>
      <w:r w:rsidRPr="0026177A">
        <w:t xml:space="preserve">Jantar e </w:t>
      </w:r>
      <w:proofErr w:type="spellStart"/>
      <w:r w:rsidRPr="0026177A">
        <w:t>hospedagem.</w:t>
      </w:r>
      <w:proofErr w:type="spellEnd"/>
    </w:p>
    <w:p w14:paraId="18AAF1CD" w14:textId="0AF0F0E2" w:rsidR="0026177A" w:rsidRPr="0026177A" w:rsidRDefault="0026177A" w:rsidP="0026177A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5º</w:t>
      </w:r>
      <w:r>
        <w:t xml:space="preserve"> </w:t>
      </w:r>
      <w:proofErr w:type="spellStart"/>
      <w:r>
        <w:t>dia</w:t>
      </w:r>
      <w:proofErr w:type="spellEnd"/>
      <w:r>
        <w:t>:</w:t>
      </w:r>
      <w:r w:rsidRPr="0026177A">
        <w:t xml:space="preserve"> CHIANG MAI</w:t>
      </w:r>
    </w:p>
    <w:p w14:paraId="710AFDDB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Visita a </w:t>
      </w:r>
      <w:proofErr w:type="spellStart"/>
      <w:r w:rsidRPr="0026177A">
        <w:t>fábricas</w:t>
      </w:r>
      <w:proofErr w:type="spellEnd"/>
      <w:r w:rsidRPr="0026177A">
        <w:t xml:space="preserve"> de </w:t>
      </w:r>
      <w:proofErr w:type="spellStart"/>
      <w:r w:rsidRPr="0026177A">
        <w:t>artesanato</w:t>
      </w:r>
      <w:proofErr w:type="spellEnd"/>
      <w:r w:rsidRPr="0026177A">
        <w:t xml:space="preserve"> local.</w:t>
      </w:r>
    </w:p>
    <w:p w14:paraId="4DB99B7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Seguimos </w:t>
      </w:r>
      <w:proofErr w:type="spellStart"/>
      <w:r w:rsidRPr="0026177A">
        <w:t>ao</w:t>
      </w:r>
      <w:proofErr w:type="spellEnd"/>
      <w:r w:rsidRPr="0026177A">
        <w:t xml:space="preserve"> vale de Mae Sa para visita à fazenda de </w:t>
      </w:r>
      <w:proofErr w:type="spellStart"/>
      <w:r w:rsidRPr="0026177A">
        <w:t>orquídeas</w:t>
      </w:r>
      <w:proofErr w:type="spellEnd"/>
      <w:r w:rsidRPr="0026177A">
        <w:t>.</w:t>
      </w:r>
    </w:p>
    <w:p w14:paraId="648E828A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</w:t>
      </w:r>
    </w:p>
    <w:p w14:paraId="4A32E590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À </w:t>
      </w:r>
      <w:proofErr w:type="spellStart"/>
      <w:r w:rsidRPr="0026177A">
        <w:t>tarde</w:t>
      </w:r>
      <w:proofErr w:type="spellEnd"/>
      <w:r w:rsidRPr="0026177A">
        <w:t xml:space="preserve">, visita </w:t>
      </w:r>
      <w:proofErr w:type="gramStart"/>
      <w:r w:rsidRPr="0026177A">
        <w:t>a</w:t>
      </w:r>
      <w:proofErr w:type="gramEnd"/>
      <w:r w:rsidRPr="0026177A">
        <w:t xml:space="preserve"> um </w:t>
      </w:r>
      <w:proofErr w:type="spellStart"/>
      <w:r w:rsidRPr="0026177A">
        <w:t>santuário</w:t>
      </w:r>
      <w:proofErr w:type="spellEnd"/>
      <w:r w:rsidRPr="0026177A">
        <w:t xml:space="preserve"> de </w:t>
      </w:r>
      <w:proofErr w:type="spellStart"/>
      <w:r w:rsidRPr="0026177A">
        <w:t>elefantes</w:t>
      </w:r>
      <w:proofErr w:type="spellEnd"/>
      <w:r w:rsidRPr="0026177A">
        <w:t xml:space="preserve"> para </w:t>
      </w:r>
      <w:proofErr w:type="spellStart"/>
      <w:r w:rsidRPr="0026177A">
        <w:t>aprender</w:t>
      </w:r>
      <w:proofErr w:type="spellEnd"/>
      <w:r w:rsidRPr="0026177A">
        <w:t xml:space="preserve"> </w:t>
      </w:r>
      <w:proofErr w:type="spellStart"/>
      <w:r w:rsidRPr="0026177A">
        <w:t>sobre</w:t>
      </w:r>
      <w:proofErr w:type="spellEnd"/>
      <w:r w:rsidRPr="0026177A">
        <w:t xml:space="preserve"> </w:t>
      </w:r>
      <w:proofErr w:type="spellStart"/>
      <w:r w:rsidRPr="0026177A">
        <w:t>os</w:t>
      </w:r>
      <w:proofErr w:type="spellEnd"/>
      <w:r w:rsidRPr="0026177A">
        <w:t xml:space="preserve"> </w:t>
      </w:r>
      <w:proofErr w:type="spellStart"/>
      <w:r w:rsidRPr="0026177A">
        <w:t>animais</w:t>
      </w:r>
      <w:proofErr w:type="spellEnd"/>
      <w:r w:rsidRPr="0026177A">
        <w:t xml:space="preserve">, </w:t>
      </w:r>
      <w:proofErr w:type="spellStart"/>
      <w:r w:rsidRPr="0026177A">
        <w:t>alimentá-los</w:t>
      </w:r>
      <w:proofErr w:type="spellEnd"/>
      <w:r w:rsidRPr="0026177A">
        <w:t xml:space="preserve"> e </w:t>
      </w:r>
      <w:proofErr w:type="spellStart"/>
      <w:r w:rsidRPr="0026177A">
        <w:t>participar</w:t>
      </w:r>
      <w:proofErr w:type="spellEnd"/>
      <w:r w:rsidRPr="0026177A">
        <w:t xml:space="preserve"> de </w:t>
      </w:r>
      <w:proofErr w:type="spellStart"/>
      <w:r w:rsidRPr="0026177A">
        <w:t>atividades</w:t>
      </w:r>
      <w:proofErr w:type="spellEnd"/>
      <w:r w:rsidRPr="0026177A">
        <w:t xml:space="preserve"> </w:t>
      </w:r>
      <w:proofErr w:type="spellStart"/>
      <w:r w:rsidRPr="0026177A">
        <w:t>como</w:t>
      </w:r>
      <w:proofErr w:type="spellEnd"/>
      <w:r w:rsidRPr="0026177A">
        <w:t xml:space="preserve"> </w:t>
      </w:r>
      <w:proofErr w:type="spellStart"/>
      <w:r w:rsidRPr="0026177A">
        <w:t>banho</w:t>
      </w:r>
      <w:proofErr w:type="spellEnd"/>
      <w:r w:rsidRPr="0026177A">
        <w:t xml:space="preserve"> — </w:t>
      </w:r>
      <w:proofErr w:type="spellStart"/>
      <w:r w:rsidRPr="0026177A">
        <w:t>uma</w:t>
      </w:r>
      <w:proofErr w:type="spellEnd"/>
      <w:r w:rsidRPr="0026177A">
        <w:t xml:space="preserve"> </w:t>
      </w:r>
      <w:proofErr w:type="spellStart"/>
      <w:r w:rsidRPr="0026177A">
        <w:t>experiência</w:t>
      </w:r>
      <w:proofErr w:type="spellEnd"/>
      <w:r w:rsidRPr="0026177A">
        <w:t xml:space="preserve"> </w:t>
      </w:r>
      <w:proofErr w:type="spellStart"/>
      <w:r w:rsidRPr="0026177A">
        <w:t>inesquecível</w:t>
      </w:r>
      <w:proofErr w:type="spellEnd"/>
      <w:r w:rsidRPr="0026177A">
        <w:t>.</w:t>
      </w:r>
    </w:p>
    <w:p w14:paraId="1D9DA1B4" w14:textId="77777777" w:rsidR="0026177A" w:rsidRPr="0026177A" w:rsidRDefault="0026177A" w:rsidP="0026177A">
      <w:pPr>
        <w:spacing w:after="40" w:line="252" w:lineRule="auto"/>
        <w:jc w:val="both"/>
      </w:pPr>
      <w:r w:rsidRPr="0026177A">
        <w:t>Jantar Kantoke.</w:t>
      </w:r>
    </w:p>
    <w:p w14:paraId="43512871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3AC88916" w14:textId="47530797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6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CHIANG MAI – HANOI</w:t>
      </w:r>
    </w:p>
    <w:p w14:paraId="3A3FD301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para </w:t>
      </w:r>
      <w:proofErr w:type="spellStart"/>
      <w:r w:rsidRPr="0026177A">
        <w:t>voo</w:t>
      </w:r>
      <w:proofErr w:type="spellEnd"/>
      <w:r w:rsidRPr="0026177A">
        <w:t xml:space="preserve"> (</w:t>
      </w:r>
      <w:proofErr w:type="spellStart"/>
      <w:r w:rsidRPr="0026177A">
        <w:t>não</w:t>
      </w:r>
      <w:proofErr w:type="spellEnd"/>
      <w:r w:rsidRPr="0026177A">
        <w:t xml:space="preserve"> </w:t>
      </w:r>
      <w:proofErr w:type="spellStart"/>
      <w:r w:rsidRPr="0026177A">
        <w:t>incluído</w:t>
      </w:r>
      <w:proofErr w:type="spellEnd"/>
      <w:r w:rsidRPr="0026177A">
        <w:t>) a Hanoi.</w:t>
      </w:r>
    </w:p>
    <w:p w14:paraId="3D8EA82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Chegada</w:t>
      </w:r>
      <w:proofErr w:type="spellEnd"/>
      <w:r w:rsidRPr="0026177A">
        <w:t xml:space="preserve"> e </w:t>
      </w:r>
      <w:proofErr w:type="spellStart"/>
      <w:r w:rsidRPr="0026177A">
        <w:t>recepção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</w:t>
      </w:r>
      <w:proofErr w:type="spellStart"/>
      <w:r w:rsidRPr="0026177A">
        <w:t>guia</w:t>
      </w:r>
      <w:proofErr w:type="spellEnd"/>
      <w:r w:rsidRPr="0026177A">
        <w:t xml:space="preserve">.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 (</w:t>
      </w:r>
      <w:proofErr w:type="spellStart"/>
      <w:r w:rsidRPr="0026177A">
        <w:t>aprox</w:t>
      </w:r>
      <w:proofErr w:type="spellEnd"/>
      <w:r w:rsidRPr="0026177A">
        <w:t xml:space="preserve">. 1h), com </w:t>
      </w:r>
      <w:proofErr w:type="spellStart"/>
      <w:r w:rsidRPr="0026177A">
        <w:t>primeiras</w:t>
      </w:r>
      <w:proofErr w:type="spellEnd"/>
      <w:r w:rsidRPr="0026177A">
        <w:t xml:space="preserve"> </w:t>
      </w:r>
      <w:proofErr w:type="spellStart"/>
      <w:r w:rsidRPr="0026177A">
        <w:t>impressões</w:t>
      </w:r>
      <w:proofErr w:type="spellEnd"/>
      <w:r w:rsidRPr="0026177A">
        <w:t xml:space="preserve"> da </w:t>
      </w:r>
      <w:proofErr w:type="spellStart"/>
      <w:r w:rsidRPr="0026177A">
        <w:t>cidade</w:t>
      </w:r>
      <w:proofErr w:type="spellEnd"/>
      <w:r w:rsidRPr="0026177A">
        <w:t xml:space="preserve"> e </w:t>
      </w:r>
      <w:proofErr w:type="spellStart"/>
      <w:r w:rsidRPr="0026177A">
        <w:t>sua</w:t>
      </w:r>
      <w:proofErr w:type="spellEnd"/>
      <w:r w:rsidRPr="0026177A">
        <w:t xml:space="preserve"> </w:t>
      </w:r>
      <w:proofErr w:type="spellStart"/>
      <w:r w:rsidRPr="0026177A">
        <w:t>mistura</w:t>
      </w:r>
      <w:proofErr w:type="spellEnd"/>
      <w:r w:rsidRPr="0026177A">
        <w:t xml:space="preserve"> de </w:t>
      </w:r>
      <w:proofErr w:type="spellStart"/>
      <w:r w:rsidRPr="0026177A">
        <w:t>movimento</w:t>
      </w:r>
      <w:proofErr w:type="spellEnd"/>
      <w:r w:rsidRPr="0026177A">
        <w:t xml:space="preserve"> e </w:t>
      </w:r>
      <w:proofErr w:type="spellStart"/>
      <w:r w:rsidRPr="0026177A">
        <w:t>tranquilidade</w:t>
      </w:r>
      <w:proofErr w:type="spellEnd"/>
      <w:r w:rsidRPr="0026177A">
        <w:t>.</w:t>
      </w:r>
    </w:p>
    <w:p w14:paraId="24D6A5E2" w14:textId="77777777" w:rsidR="0026177A" w:rsidRPr="0026177A" w:rsidRDefault="0026177A" w:rsidP="0026177A">
      <w:pPr>
        <w:spacing w:after="40" w:line="252" w:lineRule="auto"/>
        <w:jc w:val="both"/>
      </w:pPr>
      <w:r w:rsidRPr="0026177A">
        <w:t>Tempo livre.</w:t>
      </w:r>
    </w:p>
    <w:p w14:paraId="59A69948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Hanoi.</w:t>
      </w:r>
    </w:p>
    <w:p w14:paraId="344CFC7D" w14:textId="77777777" w:rsidR="0026177A" w:rsidRDefault="0026177A" w:rsidP="0026177A">
      <w:pPr>
        <w:spacing w:after="40" w:line="252" w:lineRule="auto"/>
        <w:jc w:val="both"/>
      </w:pPr>
    </w:p>
    <w:p w14:paraId="7DBBABF2" w14:textId="5953E8AD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lastRenderedPageBreak/>
        <w:t>📍</w:t>
      </w:r>
      <w:r>
        <w:t xml:space="preserve"> </w:t>
      </w:r>
      <w:r>
        <w:t>7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HANOI</w:t>
      </w:r>
    </w:p>
    <w:p w14:paraId="23C055EE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24AD5E69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Complexo</w:t>
      </w:r>
      <w:proofErr w:type="spellEnd"/>
      <w:r w:rsidRPr="0026177A">
        <w:t xml:space="preserve"> de Ho Chi Minh (exterior do </w:t>
      </w:r>
      <w:proofErr w:type="spellStart"/>
      <w:r w:rsidRPr="0026177A">
        <w:t>mausoléu</w:t>
      </w:r>
      <w:proofErr w:type="spellEnd"/>
      <w:r w:rsidRPr="0026177A">
        <w:t xml:space="preserve"> e casa </w:t>
      </w:r>
      <w:proofErr w:type="spellStart"/>
      <w:r w:rsidRPr="0026177A">
        <w:t>sobre</w:t>
      </w:r>
      <w:proofErr w:type="spellEnd"/>
      <w:r w:rsidRPr="0026177A">
        <w:t xml:space="preserve"> </w:t>
      </w:r>
      <w:proofErr w:type="spellStart"/>
      <w:r w:rsidRPr="0026177A">
        <w:t>palafitas</w:t>
      </w:r>
      <w:proofErr w:type="spellEnd"/>
      <w:r w:rsidRPr="0026177A">
        <w:t>).</w:t>
      </w:r>
    </w:p>
    <w:p w14:paraId="2A0B988B" w14:textId="77777777" w:rsidR="0026177A" w:rsidRPr="0026177A" w:rsidRDefault="0026177A" w:rsidP="0026177A">
      <w:pPr>
        <w:spacing w:after="40" w:line="252" w:lineRule="auto"/>
        <w:jc w:val="both"/>
      </w:pPr>
      <w:r w:rsidRPr="0026177A">
        <w:t>Visita à Pagoda de Um Pilar.</w:t>
      </w:r>
    </w:p>
    <w:p w14:paraId="19E7E164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Continuação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Templo da </w:t>
      </w:r>
      <w:proofErr w:type="spellStart"/>
      <w:r w:rsidRPr="0026177A">
        <w:t>Literatura</w:t>
      </w:r>
      <w:proofErr w:type="spellEnd"/>
      <w:r w:rsidRPr="0026177A">
        <w:t xml:space="preserve">, </w:t>
      </w:r>
      <w:proofErr w:type="spellStart"/>
      <w:r w:rsidRPr="0026177A">
        <w:t>primeira</w:t>
      </w:r>
      <w:proofErr w:type="spellEnd"/>
      <w:r w:rsidRPr="0026177A">
        <w:t xml:space="preserve"> </w:t>
      </w:r>
      <w:proofErr w:type="spellStart"/>
      <w:r w:rsidRPr="0026177A">
        <w:t>universidade</w:t>
      </w:r>
      <w:proofErr w:type="spellEnd"/>
      <w:r w:rsidRPr="0026177A">
        <w:t xml:space="preserve"> do </w:t>
      </w:r>
      <w:proofErr w:type="spellStart"/>
      <w:r w:rsidRPr="0026177A">
        <w:t>Vietnã</w:t>
      </w:r>
      <w:proofErr w:type="spellEnd"/>
      <w:r w:rsidRPr="0026177A">
        <w:t>.</w:t>
      </w:r>
    </w:p>
    <w:p w14:paraId="6FBE8B72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Após</w:t>
      </w:r>
      <w:proofErr w:type="spellEnd"/>
      <w:r w:rsidRPr="0026177A">
        <w:t xml:space="preserve"> </w:t>
      </w:r>
      <w:proofErr w:type="spellStart"/>
      <w:r w:rsidRPr="0026177A">
        <w:t>almoço</w:t>
      </w:r>
      <w:proofErr w:type="spellEnd"/>
      <w:r w:rsidRPr="0026177A">
        <w:t xml:space="preserve"> livre, 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Museu</w:t>
      </w:r>
      <w:proofErr w:type="spellEnd"/>
      <w:r w:rsidRPr="0026177A">
        <w:t xml:space="preserve"> de </w:t>
      </w:r>
      <w:proofErr w:type="spellStart"/>
      <w:r w:rsidRPr="0026177A">
        <w:t>Etnologia</w:t>
      </w:r>
      <w:proofErr w:type="spellEnd"/>
      <w:r w:rsidRPr="0026177A">
        <w:t xml:space="preserve">, com </w:t>
      </w:r>
      <w:proofErr w:type="spellStart"/>
      <w:r w:rsidRPr="0026177A">
        <w:t>exposições</w:t>
      </w:r>
      <w:proofErr w:type="spellEnd"/>
      <w:r w:rsidRPr="0026177A">
        <w:t xml:space="preserve"> </w:t>
      </w:r>
      <w:proofErr w:type="spellStart"/>
      <w:r w:rsidRPr="0026177A">
        <w:t>sobre</w:t>
      </w:r>
      <w:proofErr w:type="spellEnd"/>
      <w:r w:rsidRPr="0026177A">
        <w:t xml:space="preserve"> </w:t>
      </w:r>
      <w:proofErr w:type="spellStart"/>
      <w:r w:rsidRPr="0026177A">
        <w:t>os</w:t>
      </w:r>
      <w:proofErr w:type="spellEnd"/>
      <w:r w:rsidRPr="0026177A">
        <w:t xml:space="preserve"> 54 </w:t>
      </w:r>
      <w:proofErr w:type="spellStart"/>
      <w:r w:rsidRPr="0026177A">
        <w:t>grupos</w:t>
      </w:r>
      <w:proofErr w:type="spellEnd"/>
      <w:r w:rsidRPr="0026177A">
        <w:t xml:space="preserve"> </w:t>
      </w:r>
      <w:proofErr w:type="spellStart"/>
      <w:r w:rsidRPr="0026177A">
        <w:t>étnicos</w:t>
      </w:r>
      <w:proofErr w:type="spellEnd"/>
      <w:r w:rsidRPr="0026177A">
        <w:t xml:space="preserve"> do </w:t>
      </w:r>
      <w:proofErr w:type="spellStart"/>
      <w:r w:rsidRPr="0026177A">
        <w:t>país</w:t>
      </w:r>
      <w:proofErr w:type="spellEnd"/>
      <w:r w:rsidRPr="0026177A">
        <w:t>.</w:t>
      </w:r>
    </w:p>
    <w:p w14:paraId="7BF8979C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Passeio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Lago Hoan Kiem e </w:t>
      </w:r>
      <w:proofErr w:type="spellStart"/>
      <w:r w:rsidRPr="0026177A">
        <w:t>pelos</w:t>
      </w:r>
      <w:proofErr w:type="spellEnd"/>
      <w:r w:rsidRPr="0026177A">
        <w:t xml:space="preserve"> bairros </w:t>
      </w:r>
      <w:proofErr w:type="spellStart"/>
      <w:r w:rsidRPr="0026177A">
        <w:t>antigos</w:t>
      </w:r>
      <w:proofErr w:type="spellEnd"/>
      <w:r w:rsidRPr="0026177A">
        <w:t>.</w:t>
      </w:r>
    </w:p>
    <w:p w14:paraId="0ADD3DFA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ciclo</w:t>
      </w:r>
      <w:proofErr w:type="spellEnd"/>
      <w:r w:rsidRPr="0026177A">
        <w:t xml:space="preserve"> (</w:t>
      </w:r>
      <w:proofErr w:type="spellStart"/>
      <w:r w:rsidRPr="0026177A">
        <w:t>tipo</w:t>
      </w:r>
      <w:proofErr w:type="spellEnd"/>
      <w:r w:rsidRPr="0026177A">
        <w:t xml:space="preserve"> </w:t>
      </w:r>
      <w:proofErr w:type="spellStart"/>
      <w:r w:rsidRPr="0026177A">
        <w:t>riquixá</w:t>
      </w:r>
      <w:proofErr w:type="spellEnd"/>
      <w:r w:rsidRPr="0026177A">
        <w:t xml:space="preserve">) </w:t>
      </w:r>
      <w:proofErr w:type="spellStart"/>
      <w:r w:rsidRPr="0026177A">
        <w:t>pelas</w:t>
      </w:r>
      <w:proofErr w:type="spellEnd"/>
      <w:r w:rsidRPr="0026177A">
        <w:t xml:space="preserve"> </w:t>
      </w:r>
      <w:proofErr w:type="spellStart"/>
      <w:r w:rsidRPr="0026177A">
        <w:t>ruas</w:t>
      </w:r>
      <w:proofErr w:type="spellEnd"/>
      <w:r w:rsidRPr="0026177A">
        <w:t xml:space="preserve"> do </w:t>
      </w:r>
      <w:proofErr w:type="spellStart"/>
      <w:r w:rsidRPr="0026177A">
        <w:t>centro</w:t>
      </w:r>
      <w:proofErr w:type="spellEnd"/>
      <w:r w:rsidRPr="0026177A">
        <w:t xml:space="preserve"> histórico.</w:t>
      </w:r>
    </w:p>
    <w:p w14:paraId="649F4E80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Retorno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hotel.</w:t>
      </w:r>
    </w:p>
    <w:p w14:paraId="0785968C" w14:textId="440BEF9F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8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HANOI – BAÍA DE HALONG</w:t>
      </w:r>
    </w:p>
    <w:p w14:paraId="2AED2F1C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 xml:space="preserve">. </w:t>
      </w:r>
      <w:proofErr w:type="spellStart"/>
      <w:r w:rsidRPr="0026177A">
        <w:t>Saída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estrada</w:t>
      </w:r>
      <w:proofErr w:type="spellEnd"/>
      <w:r w:rsidRPr="0026177A">
        <w:t xml:space="preserve"> para a Baía de Halong (“o </w:t>
      </w:r>
      <w:proofErr w:type="spellStart"/>
      <w:r w:rsidRPr="0026177A">
        <w:t>dragão</w:t>
      </w:r>
      <w:proofErr w:type="spellEnd"/>
      <w:r w:rsidRPr="0026177A">
        <w:t xml:space="preserve"> </w:t>
      </w:r>
      <w:proofErr w:type="spellStart"/>
      <w:r w:rsidRPr="0026177A">
        <w:t>que</w:t>
      </w:r>
      <w:proofErr w:type="spellEnd"/>
      <w:r w:rsidRPr="0026177A">
        <w:t xml:space="preserve"> </w:t>
      </w:r>
      <w:proofErr w:type="spellStart"/>
      <w:r w:rsidRPr="0026177A">
        <w:t>desce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mar”).</w:t>
      </w:r>
    </w:p>
    <w:p w14:paraId="68350C20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Embarque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cruzeiro.</w:t>
      </w:r>
    </w:p>
    <w:p w14:paraId="561F285A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a </w:t>
      </w:r>
      <w:proofErr w:type="spellStart"/>
      <w:r w:rsidRPr="0026177A">
        <w:t>bordo</w:t>
      </w:r>
      <w:proofErr w:type="spellEnd"/>
      <w:r w:rsidRPr="0026177A">
        <w:t>.</w:t>
      </w:r>
    </w:p>
    <w:p w14:paraId="045BE0C9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Navegação</w:t>
      </w:r>
      <w:proofErr w:type="spellEnd"/>
      <w:r w:rsidRPr="0026177A">
        <w:t xml:space="preserve"> entre </w:t>
      </w:r>
      <w:proofErr w:type="spellStart"/>
      <w:r w:rsidRPr="0026177A">
        <w:t>milhares</w:t>
      </w:r>
      <w:proofErr w:type="spellEnd"/>
      <w:r w:rsidRPr="0026177A">
        <w:t xml:space="preserve"> de </w:t>
      </w:r>
      <w:proofErr w:type="spellStart"/>
      <w:r w:rsidRPr="0026177A">
        <w:t>ilhas</w:t>
      </w:r>
      <w:proofErr w:type="spellEnd"/>
      <w:r w:rsidRPr="0026177A">
        <w:t xml:space="preserve"> e </w:t>
      </w:r>
      <w:proofErr w:type="spellStart"/>
      <w:r w:rsidRPr="0026177A">
        <w:t>formações</w:t>
      </w:r>
      <w:proofErr w:type="spellEnd"/>
      <w:r w:rsidRPr="0026177A">
        <w:t xml:space="preserve"> </w:t>
      </w:r>
      <w:proofErr w:type="spellStart"/>
      <w:r w:rsidRPr="0026177A">
        <w:t>rochosas</w:t>
      </w:r>
      <w:proofErr w:type="spellEnd"/>
      <w:r w:rsidRPr="0026177A">
        <w:t xml:space="preserve"> de formas </w:t>
      </w:r>
      <w:proofErr w:type="spellStart"/>
      <w:r w:rsidRPr="0026177A">
        <w:t>únicas</w:t>
      </w:r>
      <w:proofErr w:type="spellEnd"/>
      <w:r w:rsidRPr="0026177A">
        <w:t>.</w:t>
      </w:r>
    </w:p>
    <w:p w14:paraId="53CB3B90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Tempo livre para </w:t>
      </w:r>
      <w:proofErr w:type="spellStart"/>
      <w:r w:rsidRPr="0026177A">
        <w:t>atividades</w:t>
      </w:r>
      <w:proofErr w:type="spellEnd"/>
      <w:r w:rsidRPr="0026177A">
        <w:t xml:space="preserve"> </w:t>
      </w:r>
      <w:proofErr w:type="spellStart"/>
      <w:r w:rsidRPr="0026177A">
        <w:t>opcionais</w:t>
      </w:r>
      <w:proofErr w:type="spellEnd"/>
      <w:r w:rsidRPr="0026177A">
        <w:t xml:space="preserve"> </w:t>
      </w:r>
      <w:proofErr w:type="spellStart"/>
      <w:r w:rsidRPr="0026177A">
        <w:t>como</w:t>
      </w:r>
      <w:proofErr w:type="spellEnd"/>
      <w:r w:rsidRPr="0026177A">
        <w:t xml:space="preserve"> </w:t>
      </w:r>
      <w:proofErr w:type="spellStart"/>
      <w:r w:rsidRPr="0026177A">
        <w:t>natação</w:t>
      </w:r>
      <w:proofErr w:type="spellEnd"/>
      <w:r w:rsidRPr="0026177A">
        <w:t xml:space="preserve">, </w:t>
      </w:r>
      <w:proofErr w:type="spellStart"/>
      <w:r w:rsidRPr="0026177A">
        <w:t>caiaque</w:t>
      </w:r>
      <w:proofErr w:type="spellEnd"/>
      <w:r w:rsidRPr="0026177A">
        <w:t xml:space="preserve"> </w:t>
      </w:r>
      <w:proofErr w:type="spellStart"/>
      <w:r w:rsidRPr="0026177A">
        <w:t>ou</w:t>
      </w:r>
      <w:proofErr w:type="spellEnd"/>
      <w:r w:rsidRPr="0026177A">
        <w:t xml:space="preserve"> aula de </w:t>
      </w:r>
      <w:proofErr w:type="spellStart"/>
      <w:r w:rsidRPr="0026177A">
        <w:t>culinária</w:t>
      </w:r>
      <w:proofErr w:type="spellEnd"/>
      <w:r w:rsidRPr="0026177A">
        <w:t xml:space="preserve"> </w:t>
      </w:r>
      <w:proofErr w:type="spellStart"/>
      <w:r w:rsidRPr="0026177A">
        <w:t>vietnamita</w:t>
      </w:r>
      <w:proofErr w:type="spellEnd"/>
      <w:r w:rsidRPr="0026177A">
        <w:t>.</w:t>
      </w:r>
    </w:p>
    <w:p w14:paraId="36B8D429" w14:textId="77777777" w:rsidR="0026177A" w:rsidRDefault="0026177A" w:rsidP="0026177A">
      <w:pPr>
        <w:spacing w:after="40" w:line="252" w:lineRule="auto"/>
        <w:jc w:val="both"/>
      </w:pPr>
      <w:r w:rsidRPr="0026177A">
        <w:t xml:space="preserve">Jantar e </w:t>
      </w:r>
      <w:proofErr w:type="spellStart"/>
      <w:r w:rsidRPr="0026177A">
        <w:t>pernoite</w:t>
      </w:r>
      <w:proofErr w:type="spellEnd"/>
      <w:r w:rsidRPr="0026177A">
        <w:t xml:space="preserve"> a </w:t>
      </w:r>
      <w:proofErr w:type="spellStart"/>
      <w:r w:rsidRPr="0026177A">
        <w:t>bordo</w:t>
      </w:r>
      <w:proofErr w:type="spellEnd"/>
      <w:r w:rsidRPr="0026177A">
        <w:t>.</w:t>
      </w:r>
    </w:p>
    <w:p w14:paraId="5A57589D" w14:textId="1B0619FD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9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HALONG – SIEM REAP</w:t>
      </w:r>
    </w:p>
    <w:p w14:paraId="63EF6D1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Ao </w:t>
      </w:r>
      <w:proofErr w:type="spellStart"/>
      <w:r w:rsidRPr="0026177A">
        <w:t>amanhecer</w:t>
      </w:r>
      <w:proofErr w:type="spellEnd"/>
      <w:r w:rsidRPr="0026177A">
        <w:t>, aula de Tai Chi no deck (</w:t>
      </w:r>
      <w:proofErr w:type="spellStart"/>
      <w:r w:rsidRPr="0026177A">
        <w:t>opcional</w:t>
      </w:r>
      <w:proofErr w:type="spellEnd"/>
      <w:r w:rsidRPr="0026177A">
        <w:t>).</w:t>
      </w:r>
    </w:p>
    <w:p w14:paraId="73397820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Continuação</w:t>
      </w:r>
      <w:proofErr w:type="spellEnd"/>
      <w:r w:rsidRPr="0026177A">
        <w:t xml:space="preserve"> da </w:t>
      </w:r>
      <w:proofErr w:type="spellStart"/>
      <w:r w:rsidRPr="0026177A">
        <w:t>navegação</w:t>
      </w:r>
      <w:proofErr w:type="spellEnd"/>
      <w:r w:rsidRPr="0026177A">
        <w:t xml:space="preserve"> e </w:t>
      </w:r>
      <w:proofErr w:type="spellStart"/>
      <w:r w:rsidRPr="0026177A">
        <w:t>contemplação</w:t>
      </w:r>
      <w:proofErr w:type="spellEnd"/>
      <w:r w:rsidRPr="0026177A">
        <w:t xml:space="preserve"> das </w:t>
      </w:r>
      <w:proofErr w:type="spellStart"/>
      <w:r w:rsidRPr="0026177A">
        <w:t>paisagens</w:t>
      </w:r>
      <w:proofErr w:type="spellEnd"/>
      <w:r w:rsidRPr="0026177A">
        <w:t>.</w:t>
      </w:r>
    </w:p>
    <w:p w14:paraId="7EC26339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Brunch a </w:t>
      </w:r>
      <w:proofErr w:type="spellStart"/>
      <w:r w:rsidRPr="0026177A">
        <w:t>bordo</w:t>
      </w:r>
      <w:proofErr w:type="spellEnd"/>
      <w:r w:rsidRPr="0026177A">
        <w:t>.</w:t>
      </w:r>
    </w:p>
    <w:p w14:paraId="02658EC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Desembarque</w:t>
      </w:r>
      <w:proofErr w:type="spellEnd"/>
      <w:r w:rsidRPr="0026177A">
        <w:t xml:space="preserve"> e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de Hanoi para </w:t>
      </w:r>
      <w:proofErr w:type="spellStart"/>
      <w:r w:rsidRPr="0026177A">
        <w:t>voo</w:t>
      </w:r>
      <w:proofErr w:type="spellEnd"/>
      <w:r w:rsidRPr="0026177A">
        <w:t xml:space="preserve"> a Siem Reap (</w:t>
      </w:r>
      <w:proofErr w:type="spellStart"/>
      <w:r w:rsidRPr="0026177A">
        <w:t>incluído</w:t>
      </w:r>
      <w:proofErr w:type="spellEnd"/>
      <w:r w:rsidRPr="0026177A">
        <w:t>).</w:t>
      </w:r>
    </w:p>
    <w:p w14:paraId="0D240327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Chegada</w:t>
      </w:r>
      <w:proofErr w:type="spellEnd"/>
      <w:r w:rsidRPr="0026177A">
        <w:t xml:space="preserve"> e </w:t>
      </w: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hotel.</w:t>
      </w:r>
    </w:p>
    <w:p w14:paraId="399996E2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Tempo livre para </w:t>
      </w:r>
      <w:proofErr w:type="spellStart"/>
      <w:r w:rsidRPr="0026177A">
        <w:t>explorar</w:t>
      </w:r>
      <w:proofErr w:type="spellEnd"/>
      <w:r w:rsidRPr="0026177A">
        <w:t xml:space="preserve"> a </w:t>
      </w:r>
      <w:proofErr w:type="spellStart"/>
      <w:r w:rsidRPr="0026177A">
        <w:t>cidade</w:t>
      </w:r>
      <w:proofErr w:type="spellEnd"/>
      <w:r w:rsidRPr="0026177A">
        <w:t xml:space="preserve">, com </w:t>
      </w:r>
      <w:proofErr w:type="spellStart"/>
      <w:r w:rsidRPr="0026177A">
        <w:t>suas</w:t>
      </w:r>
      <w:proofErr w:type="spellEnd"/>
      <w:r w:rsidRPr="0026177A">
        <w:t xml:space="preserve"> </w:t>
      </w:r>
      <w:proofErr w:type="spellStart"/>
      <w:r w:rsidRPr="0026177A">
        <w:t>lojas</w:t>
      </w:r>
      <w:proofErr w:type="spellEnd"/>
      <w:r w:rsidRPr="0026177A">
        <w:t xml:space="preserve">, </w:t>
      </w:r>
      <w:proofErr w:type="spellStart"/>
      <w:r w:rsidRPr="0026177A">
        <w:t>galerias</w:t>
      </w:r>
      <w:proofErr w:type="spellEnd"/>
      <w:r w:rsidRPr="0026177A">
        <w:t xml:space="preserve">, </w:t>
      </w:r>
      <w:proofErr w:type="spellStart"/>
      <w:r w:rsidRPr="0026177A">
        <w:t>restaurantes</w:t>
      </w:r>
      <w:proofErr w:type="spellEnd"/>
      <w:r w:rsidRPr="0026177A">
        <w:t xml:space="preserve"> e </w:t>
      </w:r>
      <w:proofErr w:type="spellStart"/>
      <w:r w:rsidRPr="0026177A">
        <w:t>vida</w:t>
      </w:r>
      <w:proofErr w:type="spellEnd"/>
      <w:r w:rsidRPr="0026177A">
        <w:t xml:space="preserve"> </w:t>
      </w:r>
      <w:proofErr w:type="spellStart"/>
      <w:r w:rsidRPr="0026177A">
        <w:t>noturna</w:t>
      </w:r>
      <w:proofErr w:type="spellEnd"/>
      <w:r w:rsidRPr="0026177A">
        <w:t>.</w:t>
      </w:r>
    </w:p>
    <w:p w14:paraId="543E30E9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72173C3B" w14:textId="0A16D9A8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</w:t>
      </w:r>
      <w:r>
        <w:t>10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SIEM REAP</w:t>
      </w:r>
    </w:p>
    <w:p w14:paraId="006EA224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2F4EF88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Saída</w:t>
      </w:r>
      <w:proofErr w:type="spellEnd"/>
      <w:r w:rsidRPr="0026177A">
        <w:t xml:space="preserve"> de tuk </w:t>
      </w:r>
      <w:proofErr w:type="spellStart"/>
      <w:r w:rsidRPr="0026177A">
        <w:t>tuk</w:t>
      </w:r>
      <w:proofErr w:type="spellEnd"/>
      <w:r w:rsidRPr="0026177A">
        <w:t xml:space="preserve"> </w:t>
      </w:r>
      <w:proofErr w:type="spellStart"/>
      <w:r w:rsidRPr="0026177A">
        <w:t>até</w:t>
      </w:r>
      <w:proofErr w:type="spellEnd"/>
      <w:r w:rsidRPr="0026177A">
        <w:t xml:space="preserve"> Angkor Thom:</w:t>
      </w:r>
    </w:p>
    <w:p w14:paraId="03A1F8EB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Portão</w:t>
      </w:r>
      <w:proofErr w:type="spellEnd"/>
      <w:r w:rsidRPr="0026177A">
        <w:t xml:space="preserve"> Sul </w:t>
      </w:r>
    </w:p>
    <w:p w14:paraId="77D6F71E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Templo Bayon (com </w:t>
      </w:r>
      <w:proofErr w:type="spellStart"/>
      <w:r w:rsidRPr="0026177A">
        <w:t>rostos</w:t>
      </w:r>
      <w:proofErr w:type="spellEnd"/>
      <w:r w:rsidRPr="0026177A">
        <w:t xml:space="preserve"> </w:t>
      </w:r>
      <w:proofErr w:type="spellStart"/>
      <w:r w:rsidRPr="0026177A">
        <w:t>esculpidos</w:t>
      </w:r>
      <w:proofErr w:type="spellEnd"/>
      <w:r w:rsidRPr="0026177A">
        <w:t xml:space="preserve">) </w:t>
      </w:r>
    </w:p>
    <w:p w14:paraId="0CD334BF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Terraços</w:t>
      </w:r>
      <w:proofErr w:type="spellEnd"/>
      <w:r w:rsidRPr="0026177A">
        <w:t xml:space="preserve"> do Rei Leproso e dos Elefantes </w:t>
      </w:r>
    </w:p>
    <w:p w14:paraId="1D9B4267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Antigo </w:t>
      </w:r>
      <w:proofErr w:type="spellStart"/>
      <w:r w:rsidRPr="0026177A">
        <w:t>complexo</w:t>
      </w:r>
      <w:proofErr w:type="spellEnd"/>
      <w:r w:rsidRPr="0026177A">
        <w:t xml:space="preserve"> real </w:t>
      </w:r>
    </w:p>
    <w:p w14:paraId="684F3A0A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Ta Prohm, </w:t>
      </w:r>
      <w:proofErr w:type="spellStart"/>
      <w:r w:rsidRPr="0026177A">
        <w:t>parcialmente</w:t>
      </w:r>
      <w:proofErr w:type="spellEnd"/>
      <w:r w:rsidRPr="0026177A">
        <w:t xml:space="preserve"> </w:t>
      </w:r>
      <w:proofErr w:type="spellStart"/>
      <w:r w:rsidRPr="0026177A">
        <w:t>tomado</w:t>
      </w:r>
      <w:proofErr w:type="spellEnd"/>
      <w:r w:rsidRPr="0026177A">
        <w:t xml:space="preserve"> pela selva.</w:t>
      </w:r>
    </w:p>
    <w:p w14:paraId="42727C8E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 xml:space="preserve"> local.</w:t>
      </w:r>
    </w:p>
    <w:p w14:paraId="3D213525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À </w:t>
      </w:r>
      <w:proofErr w:type="spellStart"/>
      <w:r w:rsidRPr="0026177A">
        <w:t>tarde</w:t>
      </w:r>
      <w:proofErr w:type="spellEnd"/>
      <w:r w:rsidRPr="0026177A">
        <w:t xml:space="preserve">, visita </w:t>
      </w:r>
      <w:proofErr w:type="spellStart"/>
      <w:r w:rsidRPr="0026177A">
        <w:t>ao</w:t>
      </w:r>
      <w:proofErr w:type="spellEnd"/>
      <w:r w:rsidRPr="0026177A">
        <w:t xml:space="preserve"> Angkor Wat, </w:t>
      </w:r>
      <w:proofErr w:type="spellStart"/>
      <w:r w:rsidRPr="0026177A">
        <w:t>Patrimônio</w:t>
      </w:r>
      <w:proofErr w:type="spellEnd"/>
      <w:r w:rsidRPr="0026177A">
        <w:t xml:space="preserve"> da </w:t>
      </w:r>
      <w:proofErr w:type="spellStart"/>
      <w:r w:rsidRPr="0026177A">
        <w:t>Humanidade</w:t>
      </w:r>
      <w:proofErr w:type="spellEnd"/>
      <w:r w:rsidRPr="0026177A">
        <w:t xml:space="preserve">, </w:t>
      </w:r>
      <w:proofErr w:type="spellStart"/>
      <w:r w:rsidRPr="0026177A">
        <w:t>famoso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suas</w:t>
      </w:r>
      <w:proofErr w:type="spellEnd"/>
      <w:r w:rsidRPr="0026177A">
        <w:t xml:space="preserve"> </w:t>
      </w:r>
      <w:proofErr w:type="spellStart"/>
      <w:r w:rsidRPr="0026177A">
        <w:t>torres</w:t>
      </w:r>
      <w:proofErr w:type="spellEnd"/>
      <w:r w:rsidRPr="0026177A">
        <w:t xml:space="preserve"> e </w:t>
      </w:r>
      <w:proofErr w:type="spellStart"/>
      <w:r w:rsidRPr="0026177A">
        <w:t>arquitetura</w:t>
      </w:r>
      <w:proofErr w:type="spellEnd"/>
      <w:r w:rsidRPr="0026177A">
        <w:t xml:space="preserve"> Khmer </w:t>
      </w:r>
      <w:proofErr w:type="spellStart"/>
      <w:r w:rsidRPr="0026177A">
        <w:t>clássica</w:t>
      </w:r>
      <w:proofErr w:type="spellEnd"/>
      <w:r w:rsidRPr="0026177A">
        <w:t>.</w:t>
      </w:r>
    </w:p>
    <w:p w14:paraId="3E0092F3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Retorno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hotel.</w:t>
      </w:r>
    </w:p>
    <w:p w14:paraId="37124B32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797C1D6D" w14:textId="66E3C00B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1</w:t>
      </w:r>
      <w:r>
        <w:t>1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SIEM REAP</w:t>
      </w:r>
    </w:p>
    <w:p w14:paraId="2981CEA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73E1BC0D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Passeio</w:t>
      </w:r>
      <w:proofErr w:type="spellEnd"/>
      <w:r w:rsidRPr="0026177A">
        <w:t xml:space="preserve"> de </w:t>
      </w:r>
      <w:proofErr w:type="spellStart"/>
      <w:r w:rsidRPr="0026177A">
        <w:t>barco</w:t>
      </w:r>
      <w:proofErr w:type="spellEnd"/>
      <w:r w:rsidRPr="0026177A">
        <w:t xml:space="preserve"> </w:t>
      </w:r>
      <w:proofErr w:type="spellStart"/>
      <w:r w:rsidRPr="0026177A">
        <w:t>pelo</w:t>
      </w:r>
      <w:proofErr w:type="spellEnd"/>
      <w:r w:rsidRPr="0026177A">
        <w:t xml:space="preserve"> Lago Tonle Sap, </w:t>
      </w:r>
      <w:proofErr w:type="spellStart"/>
      <w:r w:rsidRPr="0026177A">
        <w:t>observando</w:t>
      </w:r>
      <w:proofErr w:type="spellEnd"/>
      <w:r w:rsidRPr="0026177A">
        <w:t xml:space="preserve"> </w:t>
      </w:r>
      <w:proofErr w:type="spellStart"/>
      <w:r w:rsidRPr="0026177A">
        <w:t>vilarejos</w:t>
      </w:r>
      <w:proofErr w:type="spellEnd"/>
      <w:r w:rsidRPr="0026177A">
        <w:t xml:space="preserve"> </w:t>
      </w:r>
      <w:proofErr w:type="spellStart"/>
      <w:r w:rsidRPr="0026177A">
        <w:t>flutuantes</w:t>
      </w:r>
      <w:proofErr w:type="spellEnd"/>
      <w:r w:rsidRPr="0026177A">
        <w:t xml:space="preserve"> e a </w:t>
      </w:r>
      <w:proofErr w:type="spellStart"/>
      <w:r w:rsidRPr="0026177A">
        <w:t>vida</w:t>
      </w:r>
      <w:proofErr w:type="spellEnd"/>
      <w:r w:rsidRPr="0026177A">
        <w:t xml:space="preserve"> local.</w:t>
      </w:r>
    </w:p>
    <w:p w14:paraId="35F82154" w14:textId="77777777" w:rsidR="0026177A" w:rsidRPr="0026177A" w:rsidRDefault="0026177A" w:rsidP="0026177A">
      <w:pPr>
        <w:spacing w:after="40" w:line="252" w:lineRule="auto"/>
        <w:jc w:val="both"/>
      </w:pPr>
      <w:proofErr w:type="spellStart"/>
      <w:r w:rsidRPr="0026177A">
        <w:t>Almoço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restaurante</w:t>
      </w:r>
      <w:proofErr w:type="spellEnd"/>
      <w:r w:rsidRPr="0026177A">
        <w:t>.</w:t>
      </w:r>
    </w:p>
    <w:p w14:paraId="0B236EDB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templo</w:t>
      </w:r>
      <w:proofErr w:type="spellEnd"/>
      <w:r w:rsidRPr="0026177A">
        <w:t xml:space="preserve"> Banteay </w:t>
      </w:r>
      <w:proofErr w:type="spellStart"/>
      <w:r w:rsidRPr="0026177A">
        <w:t>Samre</w:t>
      </w:r>
      <w:proofErr w:type="spellEnd"/>
      <w:r w:rsidRPr="0026177A">
        <w:t xml:space="preserve"> (</w:t>
      </w:r>
      <w:proofErr w:type="spellStart"/>
      <w:r w:rsidRPr="0026177A">
        <w:t>hinduísta</w:t>
      </w:r>
      <w:proofErr w:type="spellEnd"/>
      <w:r w:rsidRPr="0026177A">
        <w:t xml:space="preserve">, </w:t>
      </w:r>
      <w:proofErr w:type="spellStart"/>
      <w:r w:rsidRPr="0026177A">
        <w:t>dedicado</w:t>
      </w:r>
      <w:proofErr w:type="spellEnd"/>
      <w:r w:rsidRPr="0026177A">
        <w:t xml:space="preserve"> a Shiva).</w:t>
      </w:r>
    </w:p>
    <w:p w14:paraId="69608B24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Visita </w:t>
      </w:r>
      <w:proofErr w:type="spellStart"/>
      <w:r w:rsidRPr="0026177A">
        <w:t>ao</w:t>
      </w:r>
      <w:proofErr w:type="spellEnd"/>
      <w:r w:rsidRPr="0026177A">
        <w:t xml:space="preserve"> Banteay Srei (“</w:t>
      </w:r>
      <w:proofErr w:type="spellStart"/>
      <w:r w:rsidRPr="0026177A">
        <w:t>Cidadela</w:t>
      </w:r>
      <w:proofErr w:type="spellEnd"/>
      <w:r w:rsidRPr="0026177A">
        <w:t xml:space="preserve"> das </w:t>
      </w:r>
      <w:proofErr w:type="spellStart"/>
      <w:r w:rsidRPr="0026177A">
        <w:t>Mulheres</w:t>
      </w:r>
      <w:proofErr w:type="spellEnd"/>
      <w:r w:rsidRPr="0026177A">
        <w:t xml:space="preserve">”), </w:t>
      </w:r>
      <w:proofErr w:type="spellStart"/>
      <w:r w:rsidRPr="0026177A">
        <w:t>conhecido</w:t>
      </w:r>
      <w:proofErr w:type="spellEnd"/>
      <w:r w:rsidRPr="0026177A">
        <w:t xml:space="preserve"> </w:t>
      </w:r>
      <w:proofErr w:type="spellStart"/>
      <w:r w:rsidRPr="0026177A">
        <w:t>por</w:t>
      </w:r>
      <w:proofErr w:type="spellEnd"/>
      <w:r w:rsidRPr="0026177A">
        <w:t xml:space="preserve"> </w:t>
      </w:r>
      <w:proofErr w:type="spellStart"/>
      <w:r w:rsidRPr="0026177A">
        <w:t>seus</w:t>
      </w:r>
      <w:proofErr w:type="spellEnd"/>
      <w:r w:rsidRPr="0026177A">
        <w:t xml:space="preserve"> </w:t>
      </w:r>
      <w:proofErr w:type="spellStart"/>
      <w:r w:rsidRPr="0026177A">
        <w:t>detalhados</w:t>
      </w:r>
      <w:proofErr w:type="spellEnd"/>
      <w:r w:rsidRPr="0026177A">
        <w:t xml:space="preserve"> </w:t>
      </w:r>
      <w:proofErr w:type="spellStart"/>
      <w:r w:rsidRPr="0026177A">
        <w:t>relevos</w:t>
      </w:r>
      <w:proofErr w:type="spellEnd"/>
      <w:r w:rsidRPr="0026177A">
        <w:t xml:space="preserve"> </w:t>
      </w:r>
      <w:proofErr w:type="spellStart"/>
      <w:r w:rsidRPr="0026177A">
        <w:t>em</w:t>
      </w:r>
      <w:proofErr w:type="spellEnd"/>
      <w:r w:rsidRPr="0026177A">
        <w:t xml:space="preserve"> </w:t>
      </w:r>
      <w:proofErr w:type="spellStart"/>
      <w:r w:rsidRPr="0026177A">
        <w:t>pedra</w:t>
      </w:r>
      <w:proofErr w:type="spellEnd"/>
      <w:r w:rsidRPr="0026177A">
        <w:t xml:space="preserve"> rosa.</w:t>
      </w:r>
    </w:p>
    <w:p w14:paraId="37C6DE23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Parada no </w:t>
      </w:r>
      <w:proofErr w:type="spellStart"/>
      <w:r w:rsidRPr="0026177A">
        <w:t>centro</w:t>
      </w:r>
      <w:proofErr w:type="spellEnd"/>
      <w:r w:rsidRPr="0026177A">
        <w:t xml:space="preserve"> de </w:t>
      </w:r>
      <w:proofErr w:type="spellStart"/>
      <w:r w:rsidRPr="0026177A">
        <w:t>artesanato</w:t>
      </w:r>
      <w:proofErr w:type="spellEnd"/>
      <w:r w:rsidRPr="0026177A">
        <w:t xml:space="preserve"> Artisans </w:t>
      </w:r>
      <w:proofErr w:type="spellStart"/>
      <w:r w:rsidRPr="0026177A">
        <w:t>d’Angkor</w:t>
      </w:r>
      <w:proofErr w:type="spellEnd"/>
      <w:r w:rsidRPr="0026177A">
        <w:t>.</w:t>
      </w:r>
    </w:p>
    <w:p w14:paraId="6344BA6E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Hospedagem</w:t>
      </w:r>
      <w:proofErr w:type="spellEnd"/>
      <w:r w:rsidRPr="0026177A">
        <w:t>.</w:t>
      </w:r>
    </w:p>
    <w:p w14:paraId="2164B1A6" w14:textId="2CC90304" w:rsidR="0026177A" w:rsidRPr="0026177A" w:rsidRDefault="0026177A" w:rsidP="0026177A">
      <w:pPr>
        <w:pStyle w:val="Dia"/>
        <w:spacing w:before="120" w:after="20"/>
        <w:jc w:val="both"/>
        <w:rPr>
          <w:b w:val="0"/>
        </w:rPr>
      </w:pPr>
      <w:r>
        <w:rPr>
          <w:rFonts w:ascii="Segoe UI Emoji" w:hAnsi="Segoe UI Emoji" w:cs="Segoe UI Emoji"/>
        </w:rPr>
        <w:t>📍</w:t>
      </w:r>
      <w:r>
        <w:t xml:space="preserve"> 1</w:t>
      </w:r>
      <w:r>
        <w:t>2</w:t>
      </w:r>
      <w:r>
        <w:t xml:space="preserve">º </w:t>
      </w:r>
      <w:proofErr w:type="spellStart"/>
      <w:r>
        <w:t>dia</w:t>
      </w:r>
      <w:proofErr w:type="spellEnd"/>
      <w:r>
        <w:t>:</w:t>
      </w:r>
      <w:r w:rsidRPr="0026177A">
        <w:t xml:space="preserve"> SIEM REAP</w:t>
      </w:r>
    </w:p>
    <w:p w14:paraId="7D08A938" w14:textId="77777777" w:rsidR="0026177A" w:rsidRPr="0026177A" w:rsidRDefault="0026177A" w:rsidP="0026177A">
      <w:pPr>
        <w:spacing w:after="40" w:line="252" w:lineRule="auto"/>
        <w:jc w:val="both"/>
      </w:pPr>
      <w:r w:rsidRPr="0026177A">
        <w:t xml:space="preserve">Café da </w:t>
      </w:r>
      <w:proofErr w:type="spellStart"/>
      <w:r w:rsidRPr="0026177A">
        <w:t>manhã</w:t>
      </w:r>
      <w:proofErr w:type="spellEnd"/>
      <w:r w:rsidRPr="0026177A">
        <w:t>.</w:t>
      </w:r>
    </w:p>
    <w:p w14:paraId="38401D26" w14:textId="77777777" w:rsidR="0026177A" w:rsidRDefault="0026177A" w:rsidP="0026177A">
      <w:pPr>
        <w:spacing w:after="40" w:line="252" w:lineRule="auto"/>
        <w:jc w:val="both"/>
      </w:pPr>
      <w:proofErr w:type="spellStart"/>
      <w:r w:rsidRPr="0026177A">
        <w:t>Traslado</w:t>
      </w:r>
      <w:proofErr w:type="spellEnd"/>
      <w:r w:rsidRPr="0026177A">
        <w:t xml:space="preserve"> </w:t>
      </w:r>
      <w:proofErr w:type="spellStart"/>
      <w:r w:rsidRPr="0026177A">
        <w:t>ao</w:t>
      </w:r>
      <w:proofErr w:type="spellEnd"/>
      <w:r w:rsidRPr="0026177A">
        <w:t xml:space="preserve"> </w:t>
      </w:r>
      <w:proofErr w:type="spellStart"/>
      <w:r w:rsidRPr="0026177A">
        <w:t>aeroporto</w:t>
      </w:r>
      <w:proofErr w:type="spellEnd"/>
      <w:r w:rsidRPr="0026177A">
        <w:t xml:space="preserve"> no </w:t>
      </w:r>
      <w:proofErr w:type="spellStart"/>
      <w:r w:rsidRPr="0026177A">
        <w:t>horário</w:t>
      </w:r>
      <w:proofErr w:type="spellEnd"/>
      <w:r w:rsidRPr="0026177A">
        <w:t xml:space="preserve"> </w:t>
      </w:r>
      <w:proofErr w:type="spellStart"/>
      <w:r w:rsidRPr="0026177A">
        <w:t>indicado</w:t>
      </w:r>
      <w:proofErr w:type="spellEnd"/>
      <w:r w:rsidRPr="0026177A">
        <w:t xml:space="preserve"> para </w:t>
      </w:r>
      <w:proofErr w:type="spellStart"/>
      <w:r w:rsidRPr="0026177A">
        <w:t>voo</w:t>
      </w:r>
      <w:proofErr w:type="spellEnd"/>
      <w:r w:rsidRPr="0026177A">
        <w:t xml:space="preserve"> de </w:t>
      </w:r>
      <w:proofErr w:type="spellStart"/>
      <w:r w:rsidRPr="0026177A">
        <w:t>saída</w:t>
      </w:r>
      <w:proofErr w:type="spellEnd"/>
      <w:r w:rsidRPr="0026177A">
        <w:t>.</w:t>
      </w:r>
    </w:p>
    <w:p w14:paraId="2F14ABA4" w14:textId="77777777" w:rsidR="0026177A" w:rsidRPr="0026177A" w:rsidRDefault="0026177A" w:rsidP="0026177A">
      <w:pPr>
        <w:spacing w:after="40" w:line="252" w:lineRule="auto"/>
        <w:jc w:val="both"/>
      </w:pPr>
    </w:p>
    <w:p w14:paraId="2D7637F8" w14:textId="368570AB" w:rsidR="00B569A9" w:rsidRDefault="00000000" w:rsidP="0026177A">
      <w:pPr>
        <w:jc w:val="center"/>
      </w:pPr>
      <w:r>
        <w:rPr>
          <w:rFonts w:ascii="Segoe UI Emoji" w:hAnsi="Segoe UI Emoji" w:cs="Segoe UI Emoji"/>
          <w:b/>
          <w:color w:val="123C69"/>
        </w:rPr>
        <w:t>✅</w:t>
      </w:r>
      <w:r>
        <w:rPr>
          <w:b/>
          <w:color w:val="123C69"/>
        </w:rPr>
        <w:t xml:space="preserve">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C6774F" w14:paraId="4BE89332" w14:textId="77777777" w:rsidTr="0035656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8FCF33" w14:textId="4B7DC865" w:rsidR="00C6774F" w:rsidRDefault="00C6774F" w:rsidP="00C6774F">
            <w:pPr>
              <w:jc w:val="center"/>
            </w:pPr>
          </w:p>
        </w:tc>
        <w:tc>
          <w:tcPr>
            <w:tcW w:w="2660" w:type="dxa"/>
            <w:shd w:val="clear" w:color="auto" w:fill="123C69"/>
            <w:vAlign w:val="center"/>
          </w:tcPr>
          <w:p w14:paraId="23D79E5A" w14:textId="54E0E499" w:rsidR="00C6774F" w:rsidRDefault="00C6774F" w:rsidP="00C6774F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0CC4D8" w14:textId="3FD8BCA0" w:rsidR="00C6774F" w:rsidRDefault="00C6774F" w:rsidP="00C6774F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SUP / 5* - PREÇO NET POR PESSOA EM USD</w:t>
            </w:r>
          </w:p>
        </w:tc>
      </w:tr>
      <w:tr w:rsidR="00C6774F" w14:paraId="6BB57E28" w14:textId="77777777" w:rsidTr="0035656A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63C167" w14:textId="77777777" w:rsidR="00C6774F" w:rsidRDefault="00C6774F" w:rsidP="00C6774F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vAlign w:val="center"/>
          </w:tcPr>
          <w:p w14:paraId="0D518008" w14:textId="52AEA89C" w:rsidR="00C6774F" w:rsidRDefault="00C6774F" w:rsidP="00C6774F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FF56E5" w14:textId="21E29A98" w:rsidR="00C6774F" w:rsidRDefault="00C6774F" w:rsidP="00C6774F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C6774F" w14:paraId="2CB82BB3" w14:textId="77777777" w:rsidTr="0035656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5C52F" w14:textId="77777777" w:rsidR="00C6774F" w:rsidRPr="001040EA" w:rsidRDefault="00C6774F" w:rsidP="00C6774F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vAlign w:val="center"/>
          </w:tcPr>
          <w:p w14:paraId="1DC7066D" w14:textId="5FFC3EBF" w:rsidR="00C6774F" w:rsidRPr="000A19C9" w:rsidRDefault="00C6774F" w:rsidP="00C6774F">
            <w:pPr>
              <w:rPr>
                <w:sz w:val="15"/>
              </w:rPr>
            </w:pPr>
            <w:r w:rsidRPr="00C6774F">
              <w:rPr>
                <w:sz w:val="15"/>
              </w:rPr>
              <w:t>USD 3598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5A7144" w14:textId="72BCDD68" w:rsidR="00C6774F" w:rsidRPr="001040EA" w:rsidRDefault="00C6774F" w:rsidP="00C6774F">
            <w:pPr>
              <w:rPr>
                <w:sz w:val="15"/>
              </w:rPr>
            </w:pPr>
            <w:r w:rsidRPr="00C6774F">
              <w:rPr>
                <w:sz w:val="15"/>
              </w:rPr>
              <w:t>USD 2897</w:t>
            </w:r>
          </w:p>
        </w:tc>
      </w:tr>
      <w:tr w:rsidR="00C6774F" w14:paraId="6AEB8FDB" w14:textId="77777777" w:rsidTr="0035656A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713E61" w14:textId="77777777" w:rsidR="00C6774F" w:rsidRPr="001040EA" w:rsidRDefault="00C6774F" w:rsidP="00C6774F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vAlign w:val="center"/>
          </w:tcPr>
          <w:p w14:paraId="0FE2B739" w14:textId="76CC51F4" w:rsidR="00C6774F" w:rsidRPr="000A19C9" w:rsidRDefault="00C6774F" w:rsidP="00C6774F">
            <w:pPr>
              <w:rPr>
                <w:sz w:val="15"/>
              </w:rPr>
            </w:pPr>
            <w:r w:rsidRPr="00C6774F">
              <w:rPr>
                <w:sz w:val="15"/>
              </w:rPr>
              <w:t>USD 3962</w:t>
            </w:r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72EC9A" w14:textId="2DB44D04" w:rsidR="00C6774F" w:rsidRPr="001040EA" w:rsidRDefault="00C6774F" w:rsidP="00C6774F">
            <w:pPr>
              <w:rPr>
                <w:sz w:val="15"/>
              </w:rPr>
            </w:pPr>
            <w:r w:rsidRPr="00C6774F">
              <w:rPr>
                <w:sz w:val="15"/>
              </w:rPr>
              <w:t>USD 4157</w:t>
            </w:r>
          </w:p>
        </w:tc>
      </w:tr>
    </w:tbl>
    <w:p w14:paraId="6046E5A6" w14:textId="77777777" w:rsidR="00B569A9" w:rsidRDefault="00B569A9"/>
    <w:p w14:paraId="32803C0A" w14:textId="77777777" w:rsidR="00C6774F" w:rsidRDefault="000A19C9" w:rsidP="00C6774F">
      <w:pPr>
        <w:pStyle w:val="BoxTitle"/>
        <w:spacing w:before="160"/>
      </w:pPr>
      <w:r>
        <w:t>Black out:</w:t>
      </w:r>
    </w:p>
    <w:p w14:paraId="5F6F52EE" w14:textId="77777777" w:rsidR="00C6774F" w:rsidRDefault="00C6774F" w:rsidP="00C6774F">
      <w:pPr>
        <w:spacing w:after="40" w:line="252" w:lineRule="auto"/>
        <w:rPr>
          <w:b/>
          <w:bCs/>
        </w:rPr>
      </w:pPr>
      <w:r w:rsidRPr="00C6774F">
        <w:rPr>
          <w:b/>
          <w:bCs/>
        </w:rPr>
        <w:t>Tailândia</w:t>
      </w:r>
    </w:p>
    <w:p w14:paraId="5DCC6D52" w14:textId="77777777" w:rsidR="00C6774F" w:rsidRP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  <w:rPr>
          <w:b/>
          <w:bCs/>
        </w:rPr>
      </w:pPr>
      <w:r>
        <w:t xml:space="preserve">4 </w:t>
      </w:r>
      <w:proofErr w:type="gramStart"/>
      <w:r>
        <w:t>a</w:t>
      </w:r>
      <w:proofErr w:type="gramEnd"/>
      <w:r>
        <w:t xml:space="preserve"> 8 de </w:t>
      </w:r>
      <w:proofErr w:type="spellStart"/>
      <w:r>
        <w:t>novembro</w:t>
      </w:r>
      <w:proofErr w:type="spellEnd"/>
      <w:r>
        <w:t>: Festival Loy Krathong</w:t>
      </w:r>
    </w:p>
    <w:p w14:paraId="09EF407C" w14:textId="77777777" w:rsidR="00C6774F" w:rsidRP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  <w:rPr>
          <w:b/>
          <w:bCs/>
        </w:rPr>
      </w:pPr>
      <w:r>
        <w:t xml:space="preserve">24 a 25 de </w:t>
      </w:r>
      <w:proofErr w:type="spellStart"/>
      <w:r>
        <w:t>novembro</w:t>
      </w:r>
      <w:proofErr w:type="spellEnd"/>
      <w:r>
        <w:t xml:space="preserve">: Festival Yi Peng </w:t>
      </w:r>
      <w:proofErr w:type="spellStart"/>
      <w:r>
        <w:t>em</w:t>
      </w:r>
      <w:proofErr w:type="spellEnd"/>
      <w:r>
        <w:t xml:space="preserve"> Chiang Mai</w:t>
      </w:r>
    </w:p>
    <w:p w14:paraId="5B431B85" w14:textId="0F88B0B1" w:rsidR="00C6774F" w:rsidRP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  <w:rPr>
          <w:b/>
          <w:bCs/>
        </w:rPr>
      </w:pPr>
      <w:r>
        <w:t xml:space="preserve">Natal e Ano Novo: 24 a 31 de </w:t>
      </w:r>
      <w:proofErr w:type="spellStart"/>
      <w:r>
        <w:t>dezembro</w:t>
      </w:r>
      <w:proofErr w:type="spellEnd"/>
      <w:r>
        <w:t xml:space="preserve"> de 2026 e 01 á 03 de </w:t>
      </w:r>
      <w:proofErr w:type="spellStart"/>
      <w:r>
        <w:t>janeiro</w:t>
      </w:r>
      <w:proofErr w:type="spellEnd"/>
    </w:p>
    <w:p w14:paraId="3883B4D4" w14:textId="77777777" w:rsidR="00C6774F" w:rsidRDefault="00C6774F" w:rsidP="00C6774F">
      <w:pPr>
        <w:spacing w:after="40" w:line="252" w:lineRule="auto"/>
      </w:pPr>
      <w:proofErr w:type="spellStart"/>
      <w:r w:rsidRPr="00C6774F">
        <w:rPr>
          <w:b/>
          <w:bCs/>
        </w:rPr>
        <w:t>Vietnã</w:t>
      </w:r>
      <w:proofErr w:type="spellEnd"/>
      <w:r>
        <w:t>:</w:t>
      </w:r>
    </w:p>
    <w:p w14:paraId="2FBCF7FE" w14:textId="404626A5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Dia da </w:t>
      </w:r>
      <w:proofErr w:type="spellStart"/>
      <w:r>
        <w:t>Independência</w:t>
      </w:r>
      <w:proofErr w:type="spellEnd"/>
      <w:r>
        <w:t xml:space="preserve">: 30 de </w:t>
      </w:r>
      <w:proofErr w:type="spellStart"/>
      <w:r>
        <w:t>agosto</w:t>
      </w:r>
      <w:proofErr w:type="spellEnd"/>
      <w:r>
        <w:t xml:space="preserve"> a 2 de </w:t>
      </w:r>
      <w:proofErr w:type="spellStart"/>
      <w:r>
        <w:t>setembro</w:t>
      </w:r>
      <w:proofErr w:type="spellEnd"/>
      <w:r>
        <w:t xml:space="preserve"> de 2026</w:t>
      </w:r>
    </w:p>
    <w:p w14:paraId="7F828FFB" w14:textId="25523803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Natal e Ano Novo: 24 a 31 de </w:t>
      </w:r>
      <w:proofErr w:type="spellStart"/>
      <w:r>
        <w:t>dezembro</w:t>
      </w:r>
      <w:proofErr w:type="spellEnd"/>
      <w:r>
        <w:t xml:space="preserve"> de 2026 e 01 a 03 de </w:t>
      </w:r>
      <w:proofErr w:type="spellStart"/>
      <w:r>
        <w:t>janeiro</w:t>
      </w:r>
      <w:proofErr w:type="spellEnd"/>
    </w:p>
    <w:p w14:paraId="4EDA7FAD" w14:textId="77777777" w:rsidR="00C6774F" w:rsidRDefault="00C6774F" w:rsidP="00C6774F">
      <w:pPr>
        <w:spacing w:after="40" w:line="252" w:lineRule="auto"/>
      </w:pPr>
      <w:proofErr w:type="spellStart"/>
      <w:r w:rsidRPr="00C6774F">
        <w:rPr>
          <w:b/>
          <w:bCs/>
        </w:rPr>
        <w:t>Camboja</w:t>
      </w:r>
      <w:proofErr w:type="spellEnd"/>
      <w:r>
        <w:t xml:space="preserve">: </w:t>
      </w:r>
    </w:p>
    <w:p w14:paraId="2F60F47A" w14:textId="64994275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Dia de </w:t>
      </w:r>
      <w:proofErr w:type="spellStart"/>
      <w:r>
        <w:t>Pchum</w:t>
      </w:r>
      <w:proofErr w:type="spellEnd"/>
      <w:r>
        <w:t xml:space="preserve"> Ben: 10 a 13 de </w:t>
      </w:r>
      <w:proofErr w:type="spellStart"/>
      <w:r>
        <w:t>outubro</w:t>
      </w:r>
      <w:proofErr w:type="spellEnd"/>
      <w:r>
        <w:t xml:space="preserve"> de 2026 </w:t>
      </w:r>
    </w:p>
    <w:p w14:paraId="358FC3FD" w14:textId="58904433" w:rsidR="00C6774F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Festival da </w:t>
      </w:r>
      <w:proofErr w:type="spellStart"/>
      <w:r>
        <w:t>Água</w:t>
      </w:r>
      <w:proofErr w:type="spellEnd"/>
      <w:r>
        <w:t xml:space="preserve">: 23 a 25 de </w:t>
      </w:r>
      <w:proofErr w:type="spellStart"/>
      <w:r>
        <w:t>novembro</w:t>
      </w:r>
      <w:proofErr w:type="spellEnd"/>
      <w:r>
        <w:t xml:space="preserve"> de 2026 </w:t>
      </w:r>
    </w:p>
    <w:p w14:paraId="42B233F8" w14:textId="4491A81F" w:rsidR="000A19C9" w:rsidRDefault="00C6774F" w:rsidP="00C6774F">
      <w:pPr>
        <w:pStyle w:val="PargrafodaLista"/>
        <w:numPr>
          <w:ilvl w:val="0"/>
          <w:numId w:val="21"/>
        </w:numPr>
        <w:spacing w:after="40" w:line="252" w:lineRule="auto"/>
      </w:pPr>
      <w:r>
        <w:t xml:space="preserve">Natal e Réveillon: 24 a 31 de </w:t>
      </w:r>
      <w:proofErr w:type="spellStart"/>
      <w:r>
        <w:t>dezembro</w:t>
      </w:r>
      <w:proofErr w:type="spellEnd"/>
      <w:r>
        <w:t xml:space="preserve"> de 2026</w:t>
      </w:r>
    </w:p>
    <w:p w14:paraId="304FFA5A" w14:textId="77777777" w:rsidR="00C6774F" w:rsidRPr="000A19C9" w:rsidRDefault="00C6774F" w:rsidP="00C6774F">
      <w:pPr>
        <w:pStyle w:val="PargrafodaLista"/>
        <w:spacing w:after="40" w:line="252" w:lineRule="auto"/>
      </w:pPr>
    </w:p>
    <w:p w14:paraId="1AE4F44A" w14:textId="1851B843" w:rsidR="00B569A9" w:rsidRDefault="00000000">
      <w:pPr>
        <w:pStyle w:val="BoxTitle"/>
        <w:spacing w:before="160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0A19C9" w14:paraId="2C5A6789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F409E6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2C9786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BD906C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 5*</w:t>
            </w:r>
          </w:p>
        </w:tc>
      </w:tr>
      <w:tr w:rsidR="00C6774F" w14:paraId="23100A6E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342C69E" w14:textId="3B3DE83C" w:rsidR="00C6774F" w:rsidRDefault="00C6774F" w:rsidP="00C6774F">
            <w:pPr>
              <w:jc w:val="center"/>
            </w:pPr>
            <w:r w:rsidRPr="00FC0539">
              <w:t>Bangkok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11A41B9" w14:textId="77777777" w:rsidR="00C6774F" w:rsidRDefault="00C6774F" w:rsidP="00C6774F">
            <w:pPr>
              <w:jc w:val="center"/>
            </w:pPr>
            <w:r>
              <w:t>Asia Hotel</w:t>
            </w:r>
          </w:p>
          <w:p w14:paraId="53CA58B0" w14:textId="6757FFC1" w:rsidR="00C6774F" w:rsidRPr="003A5BC6" w:rsidRDefault="00C6774F" w:rsidP="00C6774F">
            <w:pPr>
              <w:jc w:val="center"/>
            </w:pPr>
            <w:r>
              <w:t>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5F0314E" w14:textId="77777777" w:rsidR="00C6774F" w:rsidRDefault="00C6774F" w:rsidP="00C6774F">
            <w:pPr>
              <w:jc w:val="center"/>
            </w:pPr>
            <w:r>
              <w:t>Salinda Resort</w:t>
            </w:r>
          </w:p>
          <w:p w14:paraId="14B9481C" w14:textId="1AA065B7" w:rsidR="00C6774F" w:rsidRPr="003A5BC6" w:rsidRDefault="00C6774F" w:rsidP="00C6774F">
            <w:pPr>
              <w:jc w:val="center"/>
            </w:pPr>
            <w:r>
              <w:t>(Deluxe Hillview)</w:t>
            </w:r>
          </w:p>
        </w:tc>
      </w:tr>
      <w:tr w:rsidR="00C6774F" w14:paraId="47C2D084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0E542B5" w14:textId="77A641D9" w:rsidR="00C6774F" w:rsidRPr="003A5BC6" w:rsidRDefault="00C6774F" w:rsidP="00C6774F">
            <w:pPr>
              <w:jc w:val="center"/>
            </w:pPr>
            <w:r w:rsidRPr="00FC0539">
              <w:t>Chiang Rai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EF6C4FB" w14:textId="77777777" w:rsidR="00C6774F" w:rsidRDefault="00C6774F" w:rsidP="00C6774F">
            <w:pPr>
              <w:jc w:val="center"/>
            </w:pPr>
            <w:r>
              <w:t xml:space="preserve">The Heritage Chiang Rai </w:t>
            </w:r>
          </w:p>
          <w:p w14:paraId="563CF6D0" w14:textId="7BEF8A0D" w:rsidR="00C6774F" w:rsidRPr="003A5BC6" w:rsidRDefault="00C6774F" w:rsidP="00C6774F">
            <w:pPr>
              <w:jc w:val="center"/>
            </w:pPr>
            <w:r>
              <w:t>Deluxe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E8C2320" w14:textId="77777777" w:rsidR="00C6774F" w:rsidRDefault="00C6774F" w:rsidP="00C6774F">
            <w:pPr>
              <w:jc w:val="center"/>
            </w:pPr>
            <w:r>
              <w:t xml:space="preserve">The </w:t>
            </w:r>
            <w:proofErr w:type="spellStart"/>
            <w:r>
              <w:t>Riverie</w:t>
            </w:r>
            <w:proofErr w:type="spellEnd"/>
            <w:r>
              <w:t xml:space="preserve"> by </w:t>
            </w:r>
            <w:proofErr w:type="spellStart"/>
            <w:r>
              <w:t>Katathani</w:t>
            </w:r>
            <w:proofErr w:type="spellEnd"/>
          </w:p>
          <w:p w14:paraId="7BD57A54" w14:textId="112C690E" w:rsidR="00C6774F" w:rsidRPr="003A5BC6" w:rsidRDefault="00C6774F" w:rsidP="00C6774F">
            <w:pPr>
              <w:jc w:val="center"/>
            </w:pPr>
            <w:r>
              <w:t>Deluxe</w:t>
            </w:r>
          </w:p>
        </w:tc>
      </w:tr>
      <w:tr w:rsidR="00C6774F" w14:paraId="782698BA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7C6364A" w14:textId="6B48C019" w:rsidR="00C6774F" w:rsidRPr="003A5BC6" w:rsidRDefault="00C6774F" w:rsidP="00C6774F">
            <w:pPr>
              <w:jc w:val="center"/>
            </w:pPr>
            <w:r w:rsidRPr="00FC0539">
              <w:t>Chiang Mai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35374" w14:textId="77777777" w:rsidR="00C6774F" w:rsidRDefault="00C6774F" w:rsidP="00C6774F">
            <w:pPr>
              <w:jc w:val="center"/>
            </w:pPr>
            <w:r>
              <w:t xml:space="preserve">U </w:t>
            </w:r>
            <w:proofErr w:type="spellStart"/>
            <w:r>
              <w:t>Nimmarn</w:t>
            </w:r>
            <w:proofErr w:type="spellEnd"/>
            <w:r>
              <w:t xml:space="preserve"> Chiang Mai</w:t>
            </w:r>
          </w:p>
          <w:p w14:paraId="2A1D82A9" w14:textId="79F57329" w:rsidR="00C6774F" w:rsidRPr="003A5BC6" w:rsidRDefault="00C6774F" w:rsidP="00C6774F">
            <w:pPr>
              <w:jc w:val="center"/>
            </w:pPr>
            <w:r>
              <w:t>Deluxe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DF89A94" w14:textId="77777777" w:rsidR="00C6774F" w:rsidRDefault="00C6774F" w:rsidP="00C6774F">
            <w:pPr>
              <w:jc w:val="center"/>
            </w:pPr>
            <w:r>
              <w:t xml:space="preserve">Movenpick </w:t>
            </w:r>
            <w:proofErr w:type="spellStart"/>
            <w:r>
              <w:t>Suriwongse</w:t>
            </w:r>
            <w:proofErr w:type="spellEnd"/>
            <w:r>
              <w:t xml:space="preserve"> Hotel</w:t>
            </w:r>
          </w:p>
          <w:p w14:paraId="492A55B3" w14:textId="054F023A" w:rsidR="00C6774F" w:rsidRPr="003A5BC6" w:rsidRDefault="00C6774F" w:rsidP="00C6774F">
            <w:pPr>
              <w:jc w:val="center"/>
            </w:pPr>
            <w:r>
              <w:t>Superior</w:t>
            </w:r>
          </w:p>
        </w:tc>
      </w:tr>
      <w:tr w:rsidR="00C6774F" w14:paraId="1A4B2AC0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9756F60" w14:textId="60FE82A8" w:rsidR="00C6774F" w:rsidRPr="004C0F53" w:rsidRDefault="00C6774F" w:rsidP="00C6774F">
            <w:pPr>
              <w:jc w:val="center"/>
            </w:pPr>
            <w:r w:rsidRPr="00FC0539">
              <w:t>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A8D8B16" w14:textId="77777777" w:rsidR="00C6774F" w:rsidRDefault="00C6774F" w:rsidP="00C6774F">
            <w:pPr>
              <w:jc w:val="center"/>
            </w:pPr>
            <w:r>
              <w:t>Hanoi Pearl</w:t>
            </w:r>
          </w:p>
          <w:p w14:paraId="093E97CF" w14:textId="531DB850" w:rsidR="00C6774F" w:rsidRDefault="00C6774F" w:rsidP="00C6774F">
            <w:pPr>
              <w:jc w:val="center"/>
            </w:pPr>
            <w:r>
              <w:t>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5B06BE7" w14:textId="77777777" w:rsidR="00C6774F" w:rsidRDefault="00C6774F" w:rsidP="00C6774F">
            <w:pPr>
              <w:jc w:val="center"/>
            </w:pPr>
            <w:r>
              <w:t>The Legend Boutique Hotel</w:t>
            </w:r>
          </w:p>
          <w:p w14:paraId="4152A32F" w14:textId="4C284CF1" w:rsidR="00C6774F" w:rsidRDefault="00C6774F" w:rsidP="00C6774F">
            <w:pPr>
              <w:jc w:val="center"/>
            </w:pPr>
            <w:r>
              <w:t>Deluxe</w:t>
            </w:r>
          </w:p>
        </w:tc>
      </w:tr>
      <w:tr w:rsidR="00C6774F" w14:paraId="28C96414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7E7C7BC" w14:textId="1EE73F60" w:rsidR="00C6774F" w:rsidRPr="004C0F53" w:rsidRDefault="00C6774F" w:rsidP="00C6774F">
            <w:pPr>
              <w:jc w:val="center"/>
            </w:pPr>
            <w:r w:rsidRPr="00FC0539">
              <w:t>Halong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0BCD7D7" w14:textId="77777777" w:rsidR="00C6774F" w:rsidRDefault="00C6774F" w:rsidP="00C6774F">
            <w:pPr>
              <w:jc w:val="center"/>
            </w:pPr>
            <w:r>
              <w:t>Victory Star Cruise</w:t>
            </w:r>
          </w:p>
          <w:p w14:paraId="31E63749" w14:textId="27B126F4" w:rsidR="00C6774F" w:rsidRDefault="00C6774F" w:rsidP="00C6774F">
            <w:pPr>
              <w:jc w:val="center"/>
            </w:pPr>
            <w:r>
              <w:t>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530E5C0" w14:textId="77777777" w:rsidR="00C6774F" w:rsidRDefault="00C6774F" w:rsidP="00C6774F">
            <w:pPr>
              <w:jc w:val="center"/>
            </w:pPr>
            <w:r>
              <w:t>Indochine Lan Ha Cruise</w:t>
            </w:r>
          </w:p>
          <w:p w14:paraId="67E3CA01" w14:textId="0FEAB71E" w:rsidR="00C6774F" w:rsidRDefault="00C6774F" w:rsidP="00C6774F">
            <w:pPr>
              <w:jc w:val="center"/>
            </w:pPr>
            <w:r>
              <w:t>Junior Suite</w:t>
            </w:r>
          </w:p>
        </w:tc>
      </w:tr>
      <w:tr w:rsidR="00C6774F" w14:paraId="0933CE3E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5092A60" w14:textId="631DD64B" w:rsidR="00C6774F" w:rsidRPr="00FC0539" w:rsidRDefault="00C6774F" w:rsidP="00C6774F">
            <w:pPr>
              <w:jc w:val="center"/>
            </w:pPr>
            <w:r w:rsidRPr="00C6774F">
              <w:t>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44B7BA1" w14:textId="77777777" w:rsidR="00C6774F" w:rsidRDefault="00C6774F" w:rsidP="00C6774F">
            <w:pPr>
              <w:jc w:val="center"/>
            </w:pPr>
            <w:r>
              <w:t>Tara Angkor</w:t>
            </w:r>
          </w:p>
          <w:p w14:paraId="5BAB8D53" w14:textId="5ED286C9" w:rsidR="00C6774F" w:rsidRDefault="00C6774F" w:rsidP="00C6774F">
            <w:pPr>
              <w:jc w:val="center"/>
            </w:pPr>
            <w:r>
              <w:t>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5086D54" w14:textId="77777777" w:rsidR="00C6774F" w:rsidRDefault="00C6774F" w:rsidP="00C6774F">
            <w:pPr>
              <w:jc w:val="center"/>
            </w:pPr>
            <w:r>
              <w:t>Angkor Miracle</w:t>
            </w:r>
          </w:p>
          <w:p w14:paraId="5F598AEF" w14:textId="2F56DCEC" w:rsidR="00C6774F" w:rsidRDefault="00C6774F" w:rsidP="00C6774F">
            <w:pPr>
              <w:jc w:val="center"/>
            </w:pPr>
            <w:r>
              <w:t>Deluxe</w:t>
            </w:r>
          </w:p>
        </w:tc>
      </w:tr>
    </w:tbl>
    <w:p w14:paraId="39178B30" w14:textId="77777777" w:rsidR="00B569A9" w:rsidRDefault="00B569A9"/>
    <w:p w14:paraId="12018070" w14:textId="77777777" w:rsidR="003A5BC6" w:rsidRDefault="003A5BC6" w:rsidP="003A5BC6">
      <w:pPr>
        <w:pStyle w:val="BoxTitle"/>
        <w:spacing w:before="160"/>
      </w:pPr>
      <w:r w:rsidRPr="001040EA">
        <w:t>TARIFAS AÉREAS NET</w:t>
      </w:r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3A5BC6" w14:paraId="65862B7B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A8FD49" w14:textId="77777777" w:rsidR="003A5BC6" w:rsidRDefault="003A5BC6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Rota 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09C6FE" w14:textId="77777777" w:rsidR="003A5BC6" w:rsidRPr="001040EA" w:rsidRDefault="003A5BC6" w:rsidP="00CA43C4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AIRWAYS / VIETNAM AIRLINES</w:t>
            </w:r>
          </w:p>
          <w:p w14:paraId="5623C036" w14:textId="77777777" w:rsidR="003A5BC6" w:rsidRDefault="003A5BC6" w:rsidP="00CA43C4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Aerolínea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</w:t>
            </w:r>
            <w:proofErr w:type="spellStart"/>
            <w:r w:rsidRPr="001040EA">
              <w:rPr>
                <w:b/>
                <w:color w:val="FFFFFF"/>
                <w:sz w:val="15"/>
              </w:rPr>
              <w:t>nacional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91AB77" w14:textId="77777777" w:rsidR="003A5BC6" w:rsidRPr="001040EA" w:rsidRDefault="003A5BC6" w:rsidP="00CA43C4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VIETJET AIR</w:t>
            </w:r>
          </w:p>
          <w:p w14:paraId="536BB185" w14:textId="77777777" w:rsidR="003A5BC6" w:rsidRDefault="003A5BC6" w:rsidP="00CA43C4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Transportador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de bajo </w:t>
            </w:r>
            <w:proofErr w:type="spellStart"/>
            <w:r w:rsidRPr="001040EA">
              <w:rPr>
                <w:b/>
                <w:color w:val="FFFFFF"/>
                <w:sz w:val="15"/>
              </w:rPr>
              <w:t>costo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</w:tr>
      <w:tr w:rsidR="00C6774F" w14:paraId="25896077" w14:textId="77777777" w:rsidTr="00CA43C4">
        <w:trPr>
          <w:gridAfter w:val="1"/>
          <w:wAfter w:w="2660" w:type="dxa"/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73F0AA9" w14:textId="55C117EF" w:rsidR="00C6774F" w:rsidRDefault="00C6774F" w:rsidP="00C6774F">
            <w:pPr>
              <w:jc w:val="center"/>
            </w:pPr>
            <w:r w:rsidRPr="001603A7">
              <w:t>Bangkok – Chiang Rai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88F4B2" w14:textId="1BE89EA2" w:rsidR="00C6774F" w:rsidRPr="001040EA" w:rsidRDefault="00C6774F" w:rsidP="00C6774F">
            <w:pPr>
              <w:jc w:val="center"/>
              <w:rPr>
                <w:sz w:val="15"/>
              </w:rPr>
            </w:pPr>
            <w:r w:rsidRPr="00B25943">
              <w:t>USD 166</w:t>
            </w:r>
          </w:p>
        </w:tc>
      </w:tr>
      <w:tr w:rsidR="00C6774F" w14:paraId="49BB917A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EC35503" w14:textId="6BC01D0A" w:rsidR="00C6774F" w:rsidRPr="003A5BC6" w:rsidRDefault="00C6774F" w:rsidP="00C6774F">
            <w:pPr>
              <w:jc w:val="center"/>
            </w:pPr>
            <w:r w:rsidRPr="001603A7">
              <w:t>Chiang Mai – 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6A14CF4" w14:textId="461A75E8" w:rsidR="00C6774F" w:rsidRPr="003A5BC6" w:rsidRDefault="00C6774F" w:rsidP="00C6774F">
            <w:pPr>
              <w:jc w:val="center"/>
            </w:pPr>
            <w:r w:rsidRPr="00B25943">
              <w:t>N/A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511DF97" w14:textId="77777777" w:rsidR="00C6774F" w:rsidRPr="003A5BC6" w:rsidRDefault="00C6774F" w:rsidP="00C6774F">
            <w:pPr>
              <w:jc w:val="center"/>
            </w:pPr>
          </w:p>
        </w:tc>
      </w:tr>
      <w:tr w:rsidR="00C6774F" w14:paraId="79277778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173AD2D" w14:textId="4426F414" w:rsidR="00C6774F" w:rsidRPr="003A5BC6" w:rsidRDefault="00C6774F" w:rsidP="00C6774F">
            <w:pPr>
              <w:jc w:val="center"/>
            </w:pPr>
            <w:r w:rsidRPr="001603A7">
              <w:t>Hanoi – 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DC776BB" w14:textId="002A22F2" w:rsidR="00C6774F" w:rsidRPr="003A5BC6" w:rsidRDefault="00C6774F" w:rsidP="00C6774F">
            <w:pPr>
              <w:jc w:val="center"/>
            </w:pPr>
            <w:r w:rsidRPr="00B25943">
              <w:t>USD 335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822C68A" w14:textId="77777777" w:rsidR="00C6774F" w:rsidRPr="003A5BC6" w:rsidRDefault="00C6774F" w:rsidP="00C6774F">
            <w:pPr>
              <w:jc w:val="center"/>
            </w:pPr>
          </w:p>
        </w:tc>
      </w:tr>
    </w:tbl>
    <w:p w14:paraId="47DD5B39" w14:textId="77777777" w:rsidR="003A5BC6" w:rsidRDefault="003A5BC6">
      <w:pPr>
        <w:pStyle w:val="BoxTitle"/>
        <w:spacing w:before="160"/>
      </w:pPr>
    </w:p>
    <w:p w14:paraId="09564FC1" w14:textId="77777777" w:rsidR="00C6774F" w:rsidRDefault="00C6774F">
      <w:pPr>
        <w:pStyle w:val="BoxTitle"/>
        <w:spacing w:before="160"/>
      </w:pPr>
    </w:p>
    <w:p w14:paraId="5743925E" w14:textId="7968E31A" w:rsidR="00B569A9" w:rsidRDefault="00000000">
      <w:pPr>
        <w:pStyle w:val="BoxTitle"/>
        <w:spacing w:before="160"/>
      </w:pPr>
      <w:r>
        <w:lastRenderedPageBreak/>
        <w:t xml:space="preserve">✅ </w:t>
      </w:r>
      <w:proofErr w:type="spellStart"/>
      <w:r>
        <w:t>Inclui</w:t>
      </w:r>
      <w:proofErr w:type="spellEnd"/>
      <w:r>
        <w:t>:</w:t>
      </w:r>
    </w:p>
    <w:p w14:paraId="02501A4B" w14:textId="77777777" w:rsidR="00C6774F" w:rsidRDefault="003A5BC6" w:rsidP="00C6774F">
      <w:pPr>
        <w:spacing w:after="40" w:line="252" w:lineRule="auto"/>
      </w:pPr>
      <w:r w:rsidRPr="003A5BC6">
        <w:rPr>
          <w:rFonts w:ascii="Segoe UI Symbol" w:hAnsi="Segoe UI Symbol" w:cs="Segoe UI Symbol"/>
        </w:rPr>
        <w:t>✔</w:t>
      </w:r>
      <w:r w:rsidRPr="003A5BC6">
        <w:t xml:space="preserve"> </w:t>
      </w:r>
      <w:proofErr w:type="spellStart"/>
      <w:r w:rsidR="00C6774F">
        <w:t>Hospedagem</w:t>
      </w:r>
      <w:proofErr w:type="spellEnd"/>
      <w:r w:rsidR="00C6774F">
        <w:t xml:space="preserve"> </w:t>
      </w:r>
      <w:proofErr w:type="spellStart"/>
      <w:r w:rsidR="00C6774F">
        <w:t>em</w:t>
      </w:r>
      <w:proofErr w:type="spellEnd"/>
      <w:r w:rsidR="00C6774F">
        <w:t xml:space="preserve"> quarto </w:t>
      </w:r>
      <w:proofErr w:type="spellStart"/>
      <w:r w:rsidR="00C6774F">
        <w:t>duplo</w:t>
      </w:r>
      <w:proofErr w:type="spellEnd"/>
      <w:r w:rsidR="00C6774F">
        <w:t xml:space="preserve"> / twin / </w:t>
      </w:r>
      <w:proofErr w:type="spellStart"/>
      <w:r w:rsidR="00C6774F">
        <w:t>triplo</w:t>
      </w:r>
      <w:proofErr w:type="spellEnd"/>
      <w:r w:rsidR="00C6774F">
        <w:t xml:space="preserve"> </w:t>
      </w:r>
      <w:proofErr w:type="spellStart"/>
      <w:r w:rsidR="00C6774F">
        <w:t>básico</w:t>
      </w:r>
      <w:proofErr w:type="spellEnd"/>
      <w:r w:rsidR="00C6774F">
        <w:t xml:space="preserve"> com café da </w:t>
      </w:r>
      <w:proofErr w:type="spellStart"/>
      <w:r w:rsidR="00C6774F">
        <w:t>manhã</w:t>
      </w:r>
      <w:proofErr w:type="spellEnd"/>
      <w:r w:rsidR="00C6774F">
        <w:t>.</w:t>
      </w:r>
    </w:p>
    <w:p w14:paraId="560D5C0D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Guias de </w:t>
      </w:r>
      <w:proofErr w:type="spellStart"/>
      <w:r>
        <w:t>língua</w:t>
      </w:r>
      <w:proofErr w:type="spellEnd"/>
      <w:r>
        <w:t xml:space="preserve"> </w:t>
      </w:r>
      <w:proofErr w:type="spellStart"/>
      <w:r>
        <w:t>espanhola</w:t>
      </w:r>
      <w:proofErr w:type="spellEnd"/>
      <w:r>
        <w:t xml:space="preserve"> (um </w:t>
      </w:r>
      <w:proofErr w:type="spellStart"/>
      <w:r>
        <w:t>guia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região</w:t>
      </w:r>
      <w:proofErr w:type="spellEnd"/>
      <w:r>
        <w:t xml:space="preserve">, </w:t>
      </w:r>
      <w:proofErr w:type="spellStart"/>
      <w:r>
        <w:t>exceto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Baía de Halong).</w:t>
      </w:r>
    </w:p>
    <w:p w14:paraId="59915064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Refeições</w:t>
      </w:r>
      <w:proofErr w:type="spellEnd"/>
      <w:r>
        <w:t xml:space="preserve"> </w:t>
      </w:r>
      <w:proofErr w:type="spellStart"/>
      <w:r>
        <w:t>mencionadas</w:t>
      </w:r>
      <w:proofErr w:type="spellEnd"/>
      <w:r>
        <w:t xml:space="preserve"> no </w:t>
      </w:r>
      <w:proofErr w:type="spellStart"/>
      <w:r>
        <w:t>programa</w:t>
      </w:r>
      <w:proofErr w:type="spellEnd"/>
      <w:r>
        <w:t>.</w:t>
      </w:r>
    </w:p>
    <w:p w14:paraId="36C5EBDD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Transporte: </w:t>
      </w:r>
      <w:proofErr w:type="spellStart"/>
      <w:r>
        <w:t>traslados</w:t>
      </w:r>
      <w:proofErr w:type="spellEnd"/>
      <w:r>
        <w:t xml:space="preserve"> </w:t>
      </w:r>
      <w:proofErr w:type="spellStart"/>
      <w:r>
        <w:t>privativos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veículos</w:t>
      </w:r>
      <w:proofErr w:type="spellEnd"/>
      <w:r>
        <w:t xml:space="preserve"> com </w:t>
      </w:r>
      <w:proofErr w:type="spellStart"/>
      <w:r>
        <w:t>ar-condicionado</w:t>
      </w:r>
      <w:proofErr w:type="spellEnd"/>
      <w:r>
        <w:t>.</w:t>
      </w:r>
    </w:p>
    <w:p w14:paraId="61F64776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Entradas para </w:t>
      </w:r>
      <w:proofErr w:type="spellStart"/>
      <w:r>
        <w:t>os</w:t>
      </w:r>
      <w:proofErr w:type="spellEnd"/>
      <w:r>
        <w:t xml:space="preserve"> </w:t>
      </w:r>
      <w:proofErr w:type="spellStart"/>
      <w:r>
        <w:t>locais</w:t>
      </w:r>
      <w:proofErr w:type="spellEnd"/>
      <w:r>
        <w:t xml:space="preserve"> de visita </w:t>
      </w:r>
      <w:proofErr w:type="spellStart"/>
      <w:r>
        <w:t>previstos</w:t>
      </w:r>
      <w:proofErr w:type="spellEnd"/>
      <w:r>
        <w:t xml:space="preserve"> no </w:t>
      </w:r>
      <w:proofErr w:type="spellStart"/>
      <w:r>
        <w:t>programa</w:t>
      </w:r>
      <w:proofErr w:type="spellEnd"/>
      <w:r>
        <w:t>.</w:t>
      </w:r>
    </w:p>
    <w:p w14:paraId="40207354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1 </w:t>
      </w:r>
      <w:proofErr w:type="spellStart"/>
      <w:r>
        <w:t>garrafa</w:t>
      </w:r>
      <w:proofErr w:type="spellEnd"/>
      <w:r>
        <w:t xml:space="preserve"> de </w:t>
      </w:r>
      <w:proofErr w:type="spellStart"/>
      <w:r>
        <w:t>água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de </w:t>
      </w:r>
      <w:proofErr w:type="spellStart"/>
      <w:r>
        <w:t>excursão</w:t>
      </w:r>
      <w:proofErr w:type="spellEnd"/>
      <w:r>
        <w:t>.</w:t>
      </w:r>
    </w:p>
    <w:p w14:paraId="422F7BB4" w14:textId="77777777" w:rsidR="00C6774F" w:rsidRDefault="00C6774F" w:rsidP="00C6774F">
      <w:pPr>
        <w:spacing w:after="40" w:line="252" w:lineRule="auto"/>
      </w:pPr>
      <w:r>
        <w:rPr>
          <w:rFonts w:ascii="Segoe UI Symbol" w:hAnsi="Segoe UI Symbol" w:cs="Segoe UI Symbol"/>
        </w:rPr>
        <w:t>✔</w:t>
      </w:r>
      <w:r>
        <w:t xml:space="preserve"> </w:t>
      </w:r>
      <w:proofErr w:type="spellStart"/>
      <w:r>
        <w:t>Assistência</w:t>
      </w:r>
      <w:proofErr w:type="spellEnd"/>
      <w:r>
        <w:t xml:space="preserve"> </w:t>
      </w:r>
      <w:proofErr w:type="spellStart"/>
      <w:r>
        <w:t>telefônica</w:t>
      </w:r>
      <w:proofErr w:type="spellEnd"/>
      <w:r>
        <w:t xml:space="preserve"> </w:t>
      </w:r>
      <w:proofErr w:type="spellStart"/>
      <w:r>
        <w:t>multilíngue</w:t>
      </w:r>
      <w:proofErr w:type="spellEnd"/>
      <w:r>
        <w:t xml:space="preserve"> 24 horas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,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a </w:t>
      </w:r>
      <w:proofErr w:type="spellStart"/>
      <w:r>
        <w:t>viagem</w:t>
      </w:r>
      <w:proofErr w:type="spellEnd"/>
      <w:r>
        <w:t>.</w:t>
      </w:r>
    </w:p>
    <w:p w14:paraId="2B5AAA17" w14:textId="77777777" w:rsidR="00C6774F" w:rsidRDefault="00C6774F" w:rsidP="00C6774F">
      <w:pPr>
        <w:spacing w:after="40" w:line="252" w:lineRule="auto"/>
      </w:pPr>
    </w:p>
    <w:p w14:paraId="72EA29F2" w14:textId="32A97E2F" w:rsidR="00B569A9" w:rsidRDefault="00000000" w:rsidP="00C6774F">
      <w:pPr>
        <w:pStyle w:val="BoxTitle"/>
        <w:spacing w:before="160"/>
      </w:pPr>
      <w:r w:rsidRPr="00C6774F">
        <w:rPr>
          <w:rFonts w:ascii="Segoe UI Emoji" w:hAnsi="Segoe UI Emoji" w:cs="Segoe UI Emoji"/>
        </w:rPr>
        <w:t>❌</w:t>
      </w:r>
      <w:r>
        <w:t xml:space="preserve">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242AEF85" w14:textId="77777777" w:rsidR="00C6774F" w:rsidRPr="00C6774F" w:rsidRDefault="003A5BC6" w:rsidP="00C6774F">
      <w:pPr>
        <w:spacing w:after="40" w:line="252" w:lineRule="auto"/>
        <w:rPr>
          <w:rFonts w:ascii="Segoe UI Symbol" w:hAnsi="Segoe UI Symbol" w:cs="Segoe UI Symbol"/>
        </w:rPr>
      </w:pPr>
      <w:r w:rsidRPr="003A5BC6">
        <w:rPr>
          <w:rFonts w:ascii="Segoe UI Symbol" w:hAnsi="Segoe UI Symbol" w:cs="Segoe UI Symbol"/>
        </w:rPr>
        <w:t xml:space="preserve">✘ </w:t>
      </w:r>
      <w:r w:rsidR="00C6774F" w:rsidRPr="00C6774F">
        <w:rPr>
          <w:rFonts w:ascii="Segoe UI Symbol" w:hAnsi="Segoe UI Symbol" w:cs="Segoe UI Symbol"/>
        </w:rPr>
        <w:t xml:space="preserve">Voos </w:t>
      </w:r>
      <w:proofErr w:type="spellStart"/>
      <w:r w:rsidR="00C6774F" w:rsidRPr="00C6774F">
        <w:rPr>
          <w:rFonts w:ascii="Segoe UI Symbol" w:hAnsi="Segoe UI Symbol" w:cs="Segoe UI Symbol"/>
        </w:rPr>
        <w:t>internacionais</w:t>
      </w:r>
      <w:proofErr w:type="spellEnd"/>
      <w:r w:rsidR="00C6774F" w:rsidRPr="00C6774F">
        <w:rPr>
          <w:rFonts w:ascii="Segoe UI Symbol" w:hAnsi="Segoe UI Symbol" w:cs="Segoe UI Symbol"/>
        </w:rPr>
        <w:t xml:space="preserve"> e </w:t>
      </w:r>
      <w:proofErr w:type="spellStart"/>
      <w:r w:rsidR="00C6774F" w:rsidRPr="00C6774F">
        <w:rPr>
          <w:rFonts w:ascii="Segoe UI Symbol" w:hAnsi="Segoe UI Symbol" w:cs="Segoe UI Symbol"/>
        </w:rPr>
        <w:t>domésticos</w:t>
      </w:r>
      <w:proofErr w:type="spellEnd"/>
      <w:r w:rsidR="00C6774F" w:rsidRPr="00C6774F">
        <w:rPr>
          <w:rFonts w:ascii="Segoe UI Symbol" w:hAnsi="Segoe UI Symbol" w:cs="Segoe UI Symbol"/>
        </w:rPr>
        <w:t xml:space="preserve">, </w:t>
      </w:r>
      <w:proofErr w:type="spellStart"/>
      <w:r w:rsidR="00C6774F" w:rsidRPr="00C6774F">
        <w:rPr>
          <w:rFonts w:ascii="Segoe UI Symbol" w:hAnsi="Segoe UI Symbol" w:cs="Segoe UI Symbol"/>
        </w:rPr>
        <w:t>bem</w:t>
      </w:r>
      <w:proofErr w:type="spellEnd"/>
      <w:r w:rsidR="00C6774F" w:rsidRPr="00C6774F">
        <w:rPr>
          <w:rFonts w:ascii="Segoe UI Symbol" w:hAnsi="Segoe UI Symbol" w:cs="Segoe UI Symbol"/>
        </w:rPr>
        <w:t xml:space="preserve"> </w:t>
      </w:r>
      <w:proofErr w:type="spellStart"/>
      <w:r w:rsidR="00C6774F" w:rsidRPr="00C6774F">
        <w:rPr>
          <w:rFonts w:ascii="Segoe UI Symbol" w:hAnsi="Segoe UI Symbol" w:cs="Segoe UI Symbol"/>
        </w:rPr>
        <w:t>como</w:t>
      </w:r>
      <w:proofErr w:type="spellEnd"/>
      <w:r w:rsidR="00C6774F" w:rsidRPr="00C6774F">
        <w:rPr>
          <w:rFonts w:ascii="Segoe UI Symbol" w:hAnsi="Segoe UI Symbol" w:cs="Segoe UI Symbol"/>
        </w:rPr>
        <w:t xml:space="preserve"> </w:t>
      </w:r>
      <w:proofErr w:type="spellStart"/>
      <w:r w:rsidR="00C6774F" w:rsidRPr="00C6774F">
        <w:rPr>
          <w:rFonts w:ascii="Segoe UI Symbol" w:hAnsi="Segoe UI Symbol" w:cs="Segoe UI Symbol"/>
        </w:rPr>
        <w:t>taxas</w:t>
      </w:r>
      <w:proofErr w:type="spellEnd"/>
      <w:r w:rsidR="00C6774F" w:rsidRPr="00C6774F">
        <w:rPr>
          <w:rFonts w:ascii="Segoe UI Symbol" w:hAnsi="Segoe UI Symbol" w:cs="Segoe UI Symbol"/>
        </w:rPr>
        <w:t xml:space="preserve"> de </w:t>
      </w:r>
      <w:proofErr w:type="spellStart"/>
      <w:r w:rsidR="00C6774F" w:rsidRPr="00C6774F">
        <w:rPr>
          <w:rFonts w:ascii="Segoe UI Symbol" w:hAnsi="Segoe UI Symbol" w:cs="Segoe UI Symbol"/>
        </w:rPr>
        <w:t>embarque</w:t>
      </w:r>
      <w:proofErr w:type="spellEnd"/>
      <w:r w:rsidR="00C6774F" w:rsidRPr="00C6774F">
        <w:rPr>
          <w:rFonts w:ascii="Segoe UI Symbol" w:hAnsi="Segoe UI Symbol" w:cs="Segoe UI Symbol"/>
        </w:rPr>
        <w:t>.</w:t>
      </w:r>
    </w:p>
    <w:p w14:paraId="1E3395EA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Refeições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não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mencionadas</w:t>
      </w:r>
      <w:proofErr w:type="spellEnd"/>
      <w:r w:rsidRPr="00C6774F">
        <w:rPr>
          <w:rFonts w:ascii="Segoe UI Symbol" w:hAnsi="Segoe UI Symbol" w:cs="Segoe UI Symbol"/>
        </w:rPr>
        <w:t xml:space="preserve"> no </w:t>
      </w:r>
      <w:proofErr w:type="spellStart"/>
      <w:r w:rsidRPr="00C6774F">
        <w:rPr>
          <w:rFonts w:ascii="Segoe UI Symbol" w:hAnsi="Segoe UI Symbol" w:cs="Segoe UI Symbol"/>
        </w:rPr>
        <w:t>programa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detalhado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3C0AE842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Taxas</w:t>
      </w:r>
      <w:proofErr w:type="spellEnd"/>
      <w:r w:rsidRPr="00C6774F">
        <w:rPr>
          <w:rFonts w:ascii="Segoe UI Symbol" w:hAnsi="Segoe UI Symbol" w:cs="Segoe UI Symbol"/>
        </w:rPr>
        <w:t xml:space="preserve"> de visto para </w:t>
      </w:r>
      <w:proofErr w:type="spellStart"/>
      <w:r w:rsidRPr="00C6774F">
        <w:rPr>
          <w:rFonts w:ascii="Segoe UI Symbol" w:hAnsi="Segoe UI Symbol" w:cs="Segoe UI Symbol"/>
        </w:rPr>
        <w:t>Tailândia</w:t>
      </w:r>
      <w:proofErr w:type="spellEnd"/>
      <w:r w:rsidRPr="00C6774F">
        <w:rPr>
          <w:rFonts w:ascii="Segoe UI Symbol" w:hAnsi="Segoe UI Symbol" w:cs="Segoe UI Symbol"/>
        </w:rPr>
        <w:t>/</w:t>
      </w:r>
      <w:proofErr w:type="spellStart"/>
      <w:r w:rsidRPr="00C6774F">
        <w:rPr>
          <w:rFonts w:ascii="Segoe UI Symbol" w:hAnsi="Segoe UI Symbol" w:cs="Segoe UI Symbol"/>
        </w:rPr>
        <w:t>Vietnã</w:t>
      </w:r>
      <w:proofErr w:type="spellEnd"/>
      <w:r w:rsidRPr="00C6774F">
        <w:rPr>
          <w:rFonts w:ascii="Segoe UI Symbol" w:hAnsi="Segoe UI Symbol" w:cs="Segoe UI Symbol"/>
        </w:rPr>
        <w:t xml:space="preserve"> (se </w:t>
      </w:r>
      <w:proofErr w:type="spellStart"/>
      <w:r w:rsidRPr="00C6774F">
        <w:rPr>
          <w:rFonts w:ascii="Segoe UI Symbol" w:hAnsi="Segoe UI Symbol" w:cs="Segoe UI Symbol"/>
        </w:rPr>
        <w:t>aplicável</w:t>
      </w:r>
      <w:proofErr w:type="spellEnd"/>
      <w:r w:rsidRPr="00C6774F">
        <w:rPr>
          <w:rFonts w:ascii="Segoe UI Symbol" w:hAnsi="Segoe UI Symbol" w:cs="Segoe UI Symbol"/>
        </w:rPr>
        <w:t>).</w:t>
      </w:r>
    </w:p>
    <w:p w14:paraId="097CF2F0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Suplemento</w:t>
      </w:r>
      <w:proofErr w:type="spellEnd"/>
      <w:r w:rsidRPr="00C6774F">
        <w:rPr>
          <w:rFonts w:ascii="Segoe UI Symbol" w:hAnsi="Segoe UI Symbol" w:cs="Segoe UI Symbol"/>
        </w:rPr>
        <w:t xml:space="preserve"> para check-in </w:t>
      </w:r>
      <w:proofErr w:type="spellStart"/>
      <w:r w:rsidRPr="00C6774F">
        <w:rPr>
          <w:rFonts w:ascii="Segoe UI Symbol" w:hAnsi="Segoe UI Symbol" w:cs="Segoe UI Symbol"/>
        </w:rPr>
        <w:t>antecipado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ou</w:t>
      </w:r>
      <w:proofErr w:type="spellEnd"/>
      <w:r w:rsidRPr="00C6774F">
        <w:rPr>
          <w:rFonts w:ascii="Segoe UI Symbol" w:hAnsi="Segoe UI Symbol" w:cs="Segoe UI Symbol"/>
        </w:rPr>
        <w:t xml:space="preserve"> check-out </w:t>
      </w:r>
      <w:proofErr w:type="spellStart"/>
      <w:r w:rsidRPr="00C6774F">
        <w:rPr>
          <w:rFonts w:ascii="Segoe UI Symbol" w:hAnsi="Segoe UI Symbol" w:cs="Segoe UI Symbol"/>
        </w:rPr>
        <w:t>tardio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19809531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</w:t>
      </w:r>
      <w:proofErr w:type="spellStart"/>
      <w:r w:rsidRPr="00C6774F">
        <w:rPr>
          <w:rFonts w:ascii="Segoe UI Symbol" w:hAnsi="Segoe UI Symbol" w:cs="Segoe UI Symbol"/>
        </w:rPr>
        <w:t>Gorjetas</w:t>
      </w:r>
      <w:proofErr w:type="spellEnd"/>
      <w:r w:rsidRPr="00C6774F">
        <w:rPr>
          <w:rFonts w:ascii="Segoe UI Symbol" w:hAnsi="Segoe UI Symbol" w:cs="Segoe UI Symbol"/>
        </w:rPr>
        <w:t xml:space="preserve"> para </w:t>
      </w:r>
      <w:proofErr w:type="spellStart"/>
      <w:r w:rsidRPr="00C6774F">
        <w:rPr>
          <w:rFonts w:ascii="Segoe UI Symbol" w:hAnsi="Segoe UI Symbol" w:cs="Segoe UI Symbol"/>
        </w:rPr>
        <w:t>guias</w:t>
      </w:r>
      <w:proofErr w:type="spellEnd"/>
      <w:r w:rsidRPr="00C6774F">
        <w:rPr>
          <w:rFonts w:ascii="Segoe UI Symbol" w:hAnsi="Segoe UI Symbol" w:cs="Segoe UI Symbol"/>
        </w:rPr>
        <w:t xml:space="preserve">, </w:t>
      </w:r>
      <w:proofErr w:type="spellStart"/>
      <w:r w:rsidRPr="00C6774F">
        <w:rPr>
          <w:rFonts w:ascii="Segoe UI Symbol" w:hAnsi="Segoe UI Symbol" w:cs="Segoe UI Symbol"/>
        </w:rPr>
        <w:t>motoristas</w:t>
      </w:r>
      <w:proofErr w:type="spellEnd"/>
      <w:r w:rsidRPr="00C6774F">
        <w:rPr>
          <w:rFonts w:ascii="Segoe UI Symbol" w:hAnsi="Segoe UI Symbol" w:cs="Segoe UI Symbol"/>
        </w:rPr>
        <w:t xml:space="preserve"> e equipe local: USD 5 </w:t>
      </w:r>
      <w:proofErr w:type="spellStart"/>
      <w:r w:rsidRPr="00C6774F">
        <w:rPr>
          <w:rFonts w:ascii="Segoe UI Symbol" w:hAnsi="Segoe UI Symbol" w:cs="Segoe UI Symbol"/>
        </w:rPr>
        <w:t>por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pessoa</w:t>
      </w:r>
      <w:proofErr w:type="spellEnd"/>
      <w:r w:rsidRPr="00C6774F">
        <w:rPr>
          <w:rFonts w:ascii="Segoe UI Symbol" w:hAnsi="Segoe UI Symbol" w:cs="Segoe UI Symbol"/>
        </w:rPr>
        <w:t>/dia.</w:t>
      </w:r>
    </w:p>
    <w:p w14:paraId="74E82E85" w14:textId="77777777" w:rsidR="00C6774F" w:rsidRPr="00C6774F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Custos </w:t>
      </w:r>
      <w:proofErr w:type="spellStart"/>
      <w:r w:rsidRPr="00C6774F">
        <w:rPr>
          <w:rFonts w:ascii="Segoe UI Symbol" w:hAnsi="Segoe UI Symbol" w:cs="Segoe UI Symbol"/>
        </w:rPr>
        <w:t>bancários</w:t>
      </w:r>
      <w:proofErr w:type="spellEnd"/>
      <w:r w:rsidRPr="00C6774F">
        <w:rPr>
          <w:rFonts w:ascii="Segoe UI Symbol" w:hAnsi="Segoe UI Symbol" w:cs="Segoe UI Symbol"/>
        </w:rPr>
        <w:t xml:space="preserve"> para </w:t>
      </w:r>
      <w:proofErr w:type="spellStart"/>
      <w:r w:rsidRPr="00C6774F">
        <w:rPr>
          <w:rFonts w:ascii="Segoe UI Symbol" w:hAnsi="Segoe UI Symbol" w:cs="Segoe UI Symbol"/>
        </w:rPr>
        <w:t>pagamento</w:t>
      </w:r>
      <w:proofErr w:type="spellEnd"/>
      <w:r w:rsidRPr="00C6774F">
        <w:rPr>
          <w:rFonts w:ascii="Segoe UI Symbol" w:hAnsi="Segoe UI Symbol" w:cs="Segoe UI Symbol"/>
        </w:rPr>
        <w:t xml:space="preserve"> via </w:t>
      </w:r>
      <w:proofErr w:type="spellStart"/>
      <w:r w:rsidRPr="00C6774F">
        <w:rPr>
          <w:rFonts w:ascii="Segoe UI Symbol" w:hAnsi="Segoe UI Symbol" w:cs="Segoe UI Symbol"/>
        </w:rPr>
        <w:t>transferência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00FA94A8" w14:textId="0A4DAD97" w:rsidR="003A5BC6" w:rsidRDefault="00C6774F" w:rsidP="00C6774F">
      <w:pPr>
        <w:spacing w:after="40" w:line="252" w:lineRule="auto"/>
        <w:rPr>
          <w:rFonts w:ascii="Segoe UI Symbol" w:hAnsi="Segoe UI Symbol" w:cs="Segoe UI Symbol"/>
        </w:rPr>
      </w:pPr>
      <w:r w:rsidRPr="00C6774F">
        <w:rPr>
          <w:rFonts w:ascii="Segoe UI Symbol" w:hAnsi="Segoe UI Symbol" w:cs="Segoe UI Symbol"/>
        </w:rPr>
        <w:t xml:space="preserve">✖ Outros </w:t>
      </w:r>
      <w:proofErr w:type="spellStart"/>
      <w:r w:rsidRPr="00C6774F">
        <w:rPr>
          <w:rFonts w:ascii="Segoe UI Symbol" w:hAnsi="Segoe UI Symbol" w:cs="Segoe UI Symbol"/>
        </w:rPr>
        <w:t>gastos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não</w:t>
      </w:r>
      <w:proofErr w:type="spellEnd"/>
      <w:r w:rsidRPr="00C6774F">
        <w:rPr>
          <w:rFonts w:ascii="Segoe UI Symbol" w:hAnsi="Segoe UI Symbol" w:cs="Segoe UI Symbol"/>
        </w:rPr>
        <w:t xml:space="preserve"> </w:t>
      </w:r>
      <w:proofErr w:type="spellStart"/>
      <w:r w:rsidRPr="00C6774F">
        <w:rPr>
          <w:rFonts w:ascii="Segoe UI Symbol" w:hAnsi="Segoe UI Symbol" w:cs="Segoe UI Symbol"/>
        </w:rPr>
        <w:t>mencionados</w:t>
      </w:r>
      <w:proofErr w:type="spellEnd"/>
      <w:r w:rsidRPr="00C6774F">
        <w:rPr>
          <w:rFonts w:ascii="Segoe UI Symbol" w:hAnsi="Segoe UI Symbol" w:cs="Segoe UI Symbol"/>
        </w:rPr>
        <w:t xml:space="preserve"> no </w:t>
      </w:r>
      <w:proofErr w:type="spellStart"/>
      <w:r w:rsidRPr="00C6774F">
        <w:rPr>
          <w:rFonts w:ascii="Segoe UI Symbol" w:hAnsi="Segoe UI Symbol" w:cs="Segoe UI Symbol"/>
        </w:rPr>
        <w:t>programa</w:t>
      </w:r>
      <w:proofErr w:type="spellEnd"/>
      <w:r w:rsidRPr="00C6774F">
        <w:rPr>
          <w:rFonts w:ascii="Segoe UI Symbol" w:hAnsi="Segoe UI Symbol" w:cs="Segoe UI Symbol"/>
        </w:rPr>
        <w:t>.</w:t>
      </w:r>
    </w:p>
    <w:p w14:paraId="36C3F712" w14:textId="77777777" w:rsidR="00C6774F" w:rsidRPr="003A5BC6" w:rsidRDefault="00C6774F" w:rsidP="00C6774F">
      <w:pPr>
        <w:spacing w:after="40" w:line="252" w:lineRule="auto"/>
        <w:rPr>
          <w:rFonts w:ascii="Segoe UI Symbol" w:hAnsi="Segoe UI Symbol" w:cs="Segoe UI Symbol"/>
        </w:rPr>
      </w:pPr>
    </w:p>
    <w:p w14:paraId="35AA7C63" w14:textId="77777777" w:rsidR="00C6774F" w:rsidRDefault="00C6774F">
      <w:pPr>
        <w:rPr>
          <w:rFonts w:ascii="Segoe UI Emoji" w:hAnsi="Segoe UI Emoji" w:cs="Segoe UI Emoji"/>
          <w:b/>
          <w:color w:val="123C69"/>
          <w:sz w:val="22"/>
        </w:rPr>
      </w:pPr>
      <w:r>
        <w:rPr>
          <w:rFonts w:ascii="Segoe UI Emoji" w:hAnsi="Segoe UI Emoji" w:cs="Segoe UI Emoji"/>
        </w:rPr>
        <w:br w:type="page"/>
      </w:r>
    </w:p>
    <w:p w14:paraId="36028E9B" w14:textId="77777777" w:rsidR="00F10C12" w:rsidRDefault="00F10C12" w:rsidP="00F10C12">
      <w:pPr>
        <w:pStyle w:val="HeadingViagem"/>
        <w:spacing w:before="80" w:after="80"/>
        <w:jc w:val="center"/>
      </w:pPr>
      <w:r>
        <w:lastRenderedPageBreak/>
        <w:t xml:space="preserve">🌅 </w:t>
      </w:r>
      <w:r w:rsidRPr="000A19C9">
        <w:t>EXPLORE O VIETNÃ, CAMBOJA &amp; PRATIQUE YOGA</w:t>
      </w:r>
      <w:r>
        <w:t xml:space="preserve"> (10 DIAS / 9 NOITES)</w:t>
      </w:r>
    </w:p>
    <w:p w14:paraId="1B25965E" w14:textId="77777777" w:rsidR="00F10C12" w:rsidRDefault="00F10C12" w:rsidP="00F10C12">
      <w:pPr>
        <w:pBdr>
          <w:bottom w:val="single" w:sz="12" w:space="1" w:color="E6B35A"/>
        </w:pBdr>
        <w:spacing w:after="120"/>
      </w:pPr>
    </w:p>
    <w:p w14:paraId="0C06679F" w14:textId="77777777" w:rsidR="00F10C12" w:rsidRDefault="00F10C12" w:rsidP="00F10C12">
      <w:pPr>
        <w:pStyle w:val="Subheading"/>
        <w:spacing w:after="100"/>
        <w:jc w:val="center"/>
      </w:pPr>
      <w:r>
        <w:t>📅 SAÍDAS DIÁRIAS</w:t>
      </w:r>
    </w:p>
    <w:p w14:paraId="6CC1FF93" w14:textId="77777777" w:rsidR="00F10C12" w:rsidRDefault="00F10C12" w:rsidP="00F10C12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Pr="000A19C9">
        <w:t>CHEGADA A HANOI – TOUR PELA CIDADE</w:t>
      </w:r>
    </w:p>
    <w:p w14:paraId="697688CF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Na </w:t>
      </w:r>
      <w:proofErr w:type="spellStart"/>
      <w:r w:rsidRPr="000A19C9">
        <w:t>chegada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Aeroporto Internacional de Noi Bai (HAN), o </w:t>
      </w:r>
      <w:proofErr w:type="spellStart"/>
      <w:r w:rsidRPr="000A19C9">
        <w:t>guia</w:t>
      </w:r>
      <w:proofErr w:type="spellEnd"/>
      <w:r w:rsidRPr="000A19C9">
        <w:t xml:space="preserve"> </w:t>
      </w:r>
      <w:proofErr w:type="spellStart"/>
      <w:r w:rsidRPr="000A19C9">
        <w:t>turístico</w:t>
      </w:r>
      <w:proofErr w:type="spellEnd"/>
      <w:r w:rsidRPr="000A19C9">
        <w:t xml:space="preserve"> </w:t>
      </w:r>
      <w:proofErr w:type="spellStart"/>
      <w:r w:rsidRPr="000A19C9">
        <w:t>dará</w:t>
      </w:r>
      <w:proofErr w:type="spellEnd"/>
      <w:r w:rsidRPr="000A19C9">
        <w:t xml:space="preserve">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calorosa</w:t>
      </w:r>
      <w:proofErr w:type="spellEnd"/>
      <w:r w:rsidRPr="000A19C9">
        <w:t xml:space="preserve"> boas-</w:t>
      </w:r>
      <w:proofErr w:type="spellStart"/>
      <w:r w:rsidRPr="000A19C9">
        <w:t>vindas</w:t>
      </w:r>
      <w:proofErr w:type="spellEnd"/>
      <w:r w:rsidRPr="000A19C9">
        <w:t xml:space="preserve"> e </w:t>
      </w:r>
      <w:proofErr w:type="spellStart"/>
      <w:r w:rsidRPr="000A19C9">
        <w:t>fará</w:t>
      </w:r>
      <w:proofErr w:type="spellEnd"/>
      <w:r w:rsidRPr="000A19C9">
        <w:t xml:space="preserve"> o </w:t>
      </w:r>
      <w:proofErr w:type="spellStart"/>
      <w:r w:rsidRPr="000A19C9">
        <w:t>traslado</w:t>
      </w:r>
      <w:proofErr w:type="spellEnd"/>
      <w:r w:rsidRPr="000A19C9">
        <w:t xml:space="preserve"> para o hotel para check-in </w:t>
      </w:r>
      <w:proofErr w:type="spellStart"/>
      <w:r w:rsidRPr="000A19C9">
        <w:t>às</w:t>
      </w:r>
      <w:proofErr w:type="spellEnd"/>
      <w:r w:rsidRPr="000A19C9">
        <w:t xml:space="preserve"> 14h00.</w:t>
      </w:r>
    </w:p>
    <w:p w14:paraId="036B684F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um breve </w:t>
      </w:r>
      <w:proofErr w:type="spellStart"/>
      <w:r w:rsidRPr="000A19C9">
        <w:t>descanso</w:t>
      </w:r>
      <w:proofErr w:type="spellEnd"/>
      <w:r w:rsidRPr="000A19C9">
        <w:t xml:space="preserve">, visita </w:t>
      </w:r>
      <w:proofErr w:type="spellStart"/>
      <w:r w:rsidRPr="000A19C9">
        <w:t>ao</w:t>
      </w:r>
      <w:proofErr w:type="spellEnd"/>
      <w:r w:rsidRPr="000A19C9">
        <w:t xml:space="preserve"> Lago Hoan Kiem, </w:t>
      </w:r>
      <w:proofErr w:type="spellStart"/>
      <w:r w:rsidRPr="000A19C9">
        <w:t>que</w:t>
      </w:r>
      <w:proofErr w:type="spellEnd"/>
      <w:r w:rsidRPr="000A19C9">
        <w:t xml:space="preserve"> </w:t>
      </w:r>
      <w:proofErr w:type="spellStart"/>
      <w:r w:rsidRPr="000A19C9">
        <w:t>significa</w:t>
      </w:r>
      <w:proofErr w:type="spellEnd"/>
      <w:r w:rsidRPr="000A19C9">
        <w:t xml:space="preserve"> “Lago da Espada </w:t>
      </w:r>
      <w:proofErr w:type="spellStart"/>
      <w:r w:rsidRPr="000A19C9">
        <w:t>Restaurada</w:t>
      </w:r>
      <w:proofErr w:type="spellEnd"/>
      <w:r w:rsidRPr="000A19C9">
        <w:t xml:space="preserve">”. </w:t>
      </w:r>
      <w:proofErr w:type="spellStart"/>
      <w:r w:rsidRPr="000A19C9">
        <w:t>Trata</w:t>
      </w:r>
      <w:proofErr w:type="spellEnd"/>
      <w:r w:rsidRPr="000A19C9">
        <w:t xml:space="preserve">-se de um </w:t>
      </w:r>
      <w:proofErr w:type="spellStart"/>
      <w:r w:rsidRPr="000A19C9">
        <w:t>lago</w:t>
      </w:r>
      <w:proofErr w:type="spellEnd"/>
      <w:r w:rsidRPr="000A19C9">
        <w:t xml:space="preserve"> </w:t>
      </w:r>
      <w:proofErr w:type="spellStart"/>
      <w:r w:rsidRPr="000A19C9">
        <w:t>localizado</w:t>
      </w:r>
      <w:proofErr w:type="spellEnd"/>
      <w:r w:rsidRPr="000A19C9">
        <w:t xml:space="preserve"> no </w:t>
      </w:r>
      <w:proofErr w:type="spellStart"/>
      <w:r w:rsidRPr="000A19C9">
        <w:t>centro</w:t>
      </w:r>
      <w:proofErr w:type="spellEnd"/>
      <w:r w:rsidRPr="000A19C9">
        <w:t xml:space="preserve"> histórico da capital </w:t>
      </w:r>
      <w:proofErr w:type="spellStart"/>
      <w:r w:rsidRPr="000A19C9">
        <w:t>Hanói</w:t>
      </w:r>
      <w:proofErr w:type="spellEnd"/>
      <w:r w:rsidRPr="000A19C9">
        <w:t xml:space="preserve"> e é um </w:t>
      </w:r>
      <w:proofErr w:type="spellStart"/>
      <w:r w:rsidRPr="000A19C9">
        <w:t>ponto</w:t>
      </w:r>
      <w:proofErr w:type="spellEnd"/>
      <w:r w:rsidRPr="000A19C9">
        <w:t xml:space="preserve"> de </w:t>
      </w:r>
      <w:proofErr w:type="spellStart"/>
      <w:r w:rsidRPr="000A19C9">
        <w:t>encontro</w:t>
      </w:r>
      <w:proofErr w:type="spellEnd"/>
      <w:r w:rsidRPr="000A19C9">
        <w:t xml:space="preserve"> </w:t>
      </w:r>
      <w:proofErr w:type="spellStart"/>
      <w:r w:rsidRPr="000A19C9">
        <w:t>importante</w:t>
      </w:r>
      <w:proofErr w:type="spellEnd"/>
      <w:r w:rsidRPr="000A19C9">
        <w:t xml:space="preserve"> para </w:t>
      </w:r>
      <w:proofErr w:type="spellStart"/>
      <w:r w:rsidRPr="000A19C9">
        <w:t>os</w:t>
      </w:r>
      <w:proofErr w:type="spellEnd"/>
      <w:r w:rsidRPr="000A19C9">
        <w:t xml:space="preserve"> </w:t>
      </w:r>
      <w:proofErr w:type="spellStart"/>
      <w:r w:rsidRPr="000A19C9">
        <w:t>moradores</w:t>
      </w:r>
      <w:proofErr w:type="spellEnd"/>
      <w:r w:rsidRPr="000A19C9">
        <w:t xml:space="preserve"> </w:t>
      </w:r>
      <w:proofErr w:type="spellStart"/>
      <w:r w:rsidRPr="000A19C9">
        <w:t>locais</w:t>
      </w:r>
      <w:proofErr w:type="spellEnd"/>
      <w:r w:rsidRPr="000A19C9">
        <w:t xml:space="preserve">. A Torre da </w:t>
      </w:r>
      <w:proofErr w:type="spellStart"/>
      <w:r w:rsidRPr="000A19C9">
        <w:t>Tartaruga</w:t>
      </w:r>
      <w:proofErr w:type="spellEnd"/>
      <w:r w:rsidRPr="000A19C9">
        <w:t xml:space="preserve"> (Thap Rua), </w:t>
      </w:r>
      <w:proofErr w:type="spellStart"/>
      <w:r w:rsidRPr="000A19C9">
        <w:t>situada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pequena</w:t>
      </w:r>
      <w:proofErr w:type="spellEnd"/>
      <w:r w:rsidRPr="000A19C9">
        <w:t xml:space="preserve"> </w:t>
      </w:r>
      <w:proofErr w:type="spellStart"/>
      <w:r w:rsidRPr="000A19C9">
        <w:t>ilha</w:t>
      </w:r>
      <w:proofErr w:type="spellEnd"/>
      <w:r w:rsidRPr="000A19C9">
        <w:t xml:space="preserve"> </w:t>
      </w:r>
      <w:proofErr w:type="spellStart"/>
      <w:r w:rsidRPr="000A19C9">
        <w:t>próxima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centro</w:t>
      </w:r>
      <w:proofErr w:type="spellEnd"/>
      <w:r w:rsidRPr="000A19C9">
        <w:t xml:space="preserve"> do </w:t>
      </w:r>
      <w:proofErr w:type="spellStart"/>
      <w:r w:rsidRPr="000A19C9">
        <w:t>lago</w:t>
      </w:r>
      <w:proofErr w:type="spellEnd"/>
      <w:r w:rsidRPr="000A19C9">
        <w:t xml:space="preserve">, </w:t>
      </w:r>
      <w:proofErr w:type="spellStart"/>
      <w:r w:rsidRPr="000A19C9">
        <w:t>está</w:t>
      </w:r>
      <w:proofErr w:type="spellEnd"/>
      <w:r w:rsidRPr="000A19C9">
        <w:t xml:space="preserve"> </w:t>
      </w:r>
      <w:proofErr w:type="spellStart"/>
      <w:r w:rsidRPr="000A19C9">
        <w:t>ligada</w:t>
      </w:r>
      <w:proofErr w:type="spellEnd"/>
      <w:r w:rsidRPr="000A19C9">
        <w:t xml:space="preserve"> a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lenda</w:t>
      </w:r>
      <w:proofErr w:type="spellEnd"/>
      <w:r w:rsidRPr="000A19C9">
        <w:t xml:space="preserve"> local. Em </w:t>
      </w:r>
      <w:proofErr w:type="spellStart"/>
      <w:r w:rsidRPr="000A19C9">
        <w:t>seguida</w:t>
      </w:r>
      <w:proofErr w:type="spellEnd"/>
      <w:r w:rsidRPr="000A19C9">
        <w:t xml:space="preserve">, visita </w:t>
      </w:r>
      <w:proofErr w:type="spellStart"/>
      <w:r w:rsidRPr="000A19C9">
        <w:t>ao</w:t>
      </w:r>
      <w:proofErr w:type="spellEnd"/>
      <w:r w:rsidRPr="000A19C9">
        <w:t xml:space="preserve"> Templo Ngoc Son e à Ponte do Sol </w:t>
      </w:r>
      <w:proofErr w:type="spellStart"/>
      <w:r w:rsidRPr="000A19C9">
        <w:t>Nascente</w:t>
      </w:r>
      <w:proofErr w:type="spellEnd"/>
      <w:r w:rsidRPr="000A19C9">
        <w:t>.</w:t>
      </w:r>
    </w:p>
    <w:p w14:paraId="4A8D62E2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noite</w:t>
      </w:r>
      <w:proofErr w:type="spellEnd"/>
      <w:r w:rsidRPr="000A19C9">
        <w:t xml:space="preserve">, </w:t>
      </w:r>
      <w:proofErr w:type="spellStart"/>
      <w:r w:rsidRPr="000A19C9">
        <w:t>passeio</w:t>
      </w:r>
      <w:proofErr w:type="spellEnd"/>
      <w:r w:rsidRPr="000A19C9">
        <w:t xml:space="preserve"> de </w:t>
      </w:r>
      <w:proofErr w:type="spellStart"/>
      <w:r w:rsidRPr="000A19C9">
        <w:t>ciclo</w:t>
      </w:r>
      <w:proofErr w:type="spellEnd"/>
      <w:r w:rsidRPr="000A19C9">
        <w:t xml:space="preserve"> (</w:t>
      </w:r>
      <w:proofErr w:type="spellStart"/>
      <w:r w:rsidRPr="000A19C9">
        <w:t>triciclo</w:t>
      </w:r>
      <w:proofErr w:type="spellEnd"/>
      <w:r w:rsidRPr="000A19C9">
        <w:t xml:space="preserve"> </w:t>
      </w:r>
      <w:proofErr w:type="spellStart"/>
      <w:r w:rsidRPr="000A19C9">
        <w:t>típico</w:t>
      </w:r>
      <w:proofErr w:type="spellEnd"/>
      <w:r w:rsidRPr="000A19C9">
        <w:t xml:space="preserve">) para </w:t>
      </w:r>
      <w:proofErr w:type="spellStart"/>
      <w:r w:rsidRPr="000A19C9">
        <w:t>explorar</w:t>
      </w:r>
      <w:proofErr w:type="spellEnd"/>
      <w:r w:rsidRPr="000A19C9">
        <w:t xml:space="preserve"> a </w:t>
      </w:r>
      <w:proofErr w:type="spellStart"/>
      <w:r w:rsidRPr="000A19C9">
        <w:t>cidade</w:t>
      </w:r>
      <w:proofErr w:type="spellEnd"/>
      <w:r w:rsidRPr="000A19C9">
        <w:t xml:space="preserve">. </w:t>
      </w:r>
      <w:proofErr w:type="spellStart"/>
      <w:r w:rsidRPr="000A19C9">
        <w:t>Hanói</w:t>
      </w:r>
      <w:proofErr w:type="spellEnd"/>
      <w:r w:rsidRPr="000A19C9">
        <w:t xml:space="preserve"> é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mistura</w:t>
      </w:r>
      <w:proofErr w:type="spellEnd"/>
      <w:r w:rsidRPr="000A19C9">
        <w:t xml:space="preserve"> de </w:t>
      </w:r>
      <w:proofErr w:type="spellStart"/>
      <w:r w:rsidRPr="000A19C9">
        <w:t>tradições</w:t>
      </w:r>
      <w:proofErr w:type="spellEnd"/>
      <w:r w:rsidRPr="000A19C9">
        <w:t xml:space="preserve"> </w:t>
      </w:r>
      <w:proofErr w:type="spellStart"/>
      <w:r w:rsidRPr="000A19C9">
        <w:t>enraizadas</w:t>
      </w:r>
      <w:proofErr w:type="spellEnd"/>
      <w:r w:rsidRPr="000A19C9">
        <w:t xml:space="preserve"> e </w:t>
      </w:r>
      <w:proofErr w:type="spellStart"/>
      <w:r w:rsidRPr="000A19C9">
        <w:t>influências</w:t>
      </w:r>
      <w:proofErr w:type="spellEnd"/>
      <w:r w:rsidRPr="000A19C9">
        <w:t xml:space="preserve"> </w:t>
      </w:r>
      <w:proofErr w:type="spellStart"/>
      <w:r w:rsidRPr="000A19C9">
        <w:t>modernas</w:t>
      </w:r>
      <w:proofErr w:type="spellEnd"/>
      <w:r w:rsidRPr="000A19C9">
        <w:t xml:space="preserve"> da </w:t>
      </w:r>
      <w:proofErr w:type="spellStart"/>
      <w:r w:rsidRPr="000A19C9">
        <w:t>colonização</w:t>
      </w:r>
      <w:proofErr w:type="spellEnd"/>
      <w:r w:rsidRPr="000A19C9">
        <w:t xml:space="preserve"> </w:t>
      </w:r>
      <w:proofErr w:type="spellStart"/>
      <w:r w:rsidRPr="000A19C9">
        <w:t>ocidental</w:t>
      </w:r>
      <w:proofErr w:type="spellEnd"/>
      <w:r w:rsidRPr="000A19C9">
        <w:t xml:space="preserve">. Seus </w:t>
      </w:r>
      <w:proofErr w:type="spellStart"/>
      <w:r w:rsidRPr="000A19C9">
        <w:t>bulevares</w:t>
      </w:r>
      <w:proofErr w:type="spellEnd"/>
      <w:r w:rsidRPr="000A19C9">
        <w:t xml:space="preserve"> </w:t>
      </w:r>
      <w:proofErr w:type="spellStart"/>
      <w:r w:rsidRPr="000A19C9">
        <w:t>arborizados</w:t>
      </w:r>
      <w:proofErr w:type="spellEnd"/>
      <w:r w:rsidRPr="000A19C9">
        <w:t xml:space="preserve"> e </w:t>
      </w:r>
      <w:proofErr w:type="spellStart"/>
      <w:r w:rsidRPr="000A19C9">
        <w:t>edifícios</w:t>
      </w:r>
      <w:proofErr w:type="spellEnd"/>
      <w:r w:rsidRPr="000A19C9">
        <w:t xml:space="preserve"> </w:t>
      </w:r>
      <w:proofErr w:type="spellStart"/>
      <w:r w:rsidRPr="000A19C9">
        <w:t>coloniais</w:t>
      </w:r>
      <w:proofErr w:type="spellEnd"/>
      <w:r w:rsidRPr="000A19C9">
        <w:t xml:space="preserve"> </w:t>
      </w:r>
      <w:proofErr w:type="spellStart"/>
      <w:r w:rsidRPr="000A19C9">
        <w:t>trazem</w:t>
      </w:r>
      <w:proofErr w:type="spellEnd"/>
      <w:r w:rsidRPr="000A19C9">
        <w:t xml:space="preserve"> um toque de </w:t>
      </w:r>
      <w:proofErr w:type="spellStart"/>
      <w:r w:rsidRPr="000A19C9">
        <w:t>elegância</w:t>
      </w:r>
      <w:proofErr w:type="spellEnd"/>
      <w:r w:rsidRPr="000A19C9">
        <w:t xml:space="preserve"> </w:t>
      </w:r>
      <w:proofErr w:type="spellStart"/>
      <w:r w:rsidRPr="000A19C9">
        <w:t>europeia</w:t>
      </w:r>
      <w:proofErr w:type="spellEnd"/>
      <w:r w:rsidRPr="000A19C9">
        <w:t xml:space="preserve">, </w:t>
      </w:r>
      <w:proofErr w:type="spellStart"/>
      <w:r w:rsidRPr="000A19C9">
        <w:t>enquanto</w:t>
      </w:r>
      <w:proofErr w:type="spellEnd"/>
      <w:r w:rsidRPr="000A19C9">
        <w:t xml:space="preserve"> </w:t>
      </w:r>
      <w:proofErr w:type="spellStart"/>
      <w:r w:rsidRPr="000A19C9">
        <w:t>os</w:t>
      </w:r>
      <w:proofErr w:type="spellEnd"/>
      <w:r w:rsidRPr="000A19C9">
        <w:t xml:space="preserve"> </w:t>
      </w:r>
      <w:proofErr w:type="spellStart"/>
      <w:r w:rsidRPr="000A19C9">
        <w:t>quarteirões</w:t>
      </w:r>
      <w:proofErr w:type="spellEnd"/>
      <w:r w:rsidRPr="000A19C9">
        <w:t xml:space="preserve"> com </w:t>
      </w:r>
      <w:proofErr w:type="spellStart"/>
      <w:r w:rsidRPr="000A19C9">
        <w:t>pequenas</w:t>
      </w:r>
      <w:proofErr w:type="spellEnd"/>
      <w:r w:rsidRPr="000A19C9">
        <w:t xml:space="preserve"> casas </w:t>
      </w:r>
      <w:proofErr w:type="spellStart"/>
      <w:r w:rsidRPr="000A19C9">
        <w:t>antigas</w:t>
      </w:r>
      <w:proofErr w:type="spellEnd"/>
      <w:r w:rsidRPr="000A19C9">
        <w:t xml:space="preserve"> e </w:t>
      </w:r>
      <w:proofErr w:type="spellStart"/>
      <w:r w:rsidRPr="000A19C9">
        <w:t>vielas</w:t>
      </w:r>
      <w:proofErr w:type="spellEnd"/>
      <w:r w:rsidRPr="000A19C9">
        <w:t xml:space="preserve"> </w:t>
      </w:r>
      <w:proofErr w:type="spellStart"/>
      <w:r w:rsidRPr="000A19C9">
        <w:t>estreitas</w:t>
      </w:r>
      <w:proofErr w:type="spellEnd"/>
      <w:r w:rsidRPr="000A19C9">
        <w:t xml:space="preserve"> </w:t>
      </w:r>
      <w:proofErr w:type="spellStart"/>
      <w:r w:rsidRPr="000A19C9">
        <w:t>preservam</w:t>
      </w:r>
      <w:proofErr w:type="spellEnd"/>
      <w:r w:rsidRPr="000A19C9">
        <w:t xml:space="preserve"> o </w:t>
      </w:r>
      <w:proofErr w:type="spellStart"/>
      <w:r w:rsidRPr="000A19C9">
        <w:t>charme</w:t>
      </w:r>
      <w:proofErr w:type="spellEnd"/>
      <w:r w:rsidRPr="000A19C9">
        <w:t xml:space="preserve"> dos </w:t>
      </w:r>
      <w:proofErr w:type="spellStart"/>
      <w:r w:rsidRPr="000A19C9">
        <w:t>séculos</w:t>
      </w:r>
      <w:proofErr w:type="spellEnd"/>
      <w:r w:rsidRPr="000A19C9">
        <w:t xml:space="preserve"> passados.</w:t>
      </w:r>
    </w:p>
    <w:p w14:paraId="2D175D2E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O </w:t>
      </w:r>
      <w:proofErr w:type="spellStart"/>
      <w:r w:rsidRPr="000A19C9">
        <w:t>dia</w:t>
      </w:r>
      <w:proofErr w:type="spellEnd"/>
      <w:r w:rsidRPr="000A19C9">
        <w:t xml:space="preserve"> termina com um </w:t>
      </w:r>
      <w:proofErr w:type="spellStart"/>
      <w:r w:rsidRPr="000A19C9">
        <w:t>fascinante</w:t>
      </w:r>
      <w:proofErr w:type="spellEnd"/>
      <w:r w:rsidRPr="000A19C9">
        <w:t xml:space="preserve"> </w:t>
      </w:r>
      <w:proofErr w:type="spellStart"/>
      <w:r w:rsidRPr="000A19C9">
        <w:t>espetáculo</w:t>
      </w:r>
      <w:proofErr w:type="spellEnd"/>
      <w:r w:rsidRPr="000A19C9">
        <w:t xml:space="preserve"> de </w:t>
      </w:r>
      <w:proofErr w:type="spellStart"/>
      <w:r w:rsidRPr="000A19C9">
        <w:t>marionetes</w:t>
      </w:r>
      <w:proofErr w:type="spellEnd"/>
      <w:r w:rsidRPr="000A19C9">
        <w:t xml:space="preserve"> </w:t>
      </w:r>
      <w:proofErr w:type="spellStart"/>
      <w:r w:rsidRPr="000A19C9">
        <w:t>na</w:t>
      </w:r>
      <w:proofErr w:type="spellEnd"/>
      <w:r w:rsidRPr="000A19C9">
        <w:t xml:space="preserve"> </w:t>
      </w:r>
      <w:proofErr w:type="spellStart"/>
      <w:r w:rsidRPr="000A19C9">
        <w:t>água</w:t>
      </w:r>
      <w:proofErr w:type="spellEnd"/>
      <w:r w:rsidRPr="000A19C9">
        <w:t xml:space="preserve">,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arte</w:t>
      </w:r>
      <w:proofErr w:type="spellEnd"/>
      <w:r w:rsidRPr="000A19C9">
        <w:t xml:space="preserve"> </w:t>
      </w:r>
      <w:proofErr w:type="spellStart"/>
      <w:r w:rsidRPr="000A19C9">
        <w:t>tradicional</w:t>
      </w:r>
      <w:proofErr w:type="spellEnd"/>
      <w:r w:rsidRPr="000A19C9">
        <w:t xml:space="preserve"> do </w:t>
      </w:r>
      <w:proofErr w:type="spellStart"/>
      <w:r w:rsidRPr="000A19C9">
        <w:t>norte</w:t>
      </w:r>
      <w:proofErr w:type="spellEnd"/>
      <w:r w:rsidRPr="000A19C9">
        <w:t xml:space="preserve"> do </w:t>
      </w:r>
      <w:proofErr w:type="spellStart"/>
      <w:r w:rsidRPr="000A19C9">
        <w:t>Vietnã</w:t>
      </w:r>
      <w:proofErr w:type="spellEnd"/>
      <w:r w:rsidRPr="000A19C9">
        <w:t>.</w:t>
      </w:r>
    </w:p>
    <w:p w14:paraId="745E88D2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Hanói</w:t>
      </w:r>
      <w:proofErr w:type="spellEnd"/>
    </w:p>
    <w:p w14:paraId="69B3DBB2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Nota</w:t>
      </w:r>
      <w:proofErr w:type="spellEnd"/>
      <w:r w:rsidRPr="000A19C9">
        <w:t xml:space="preserve">: o </w:t>
      </w:r>
      <w:proofErr w:type="spellStart"/>
      <w:r w:rsidRPr="000A19C9">
        <w:t>horário</w:t>
      </w:r>
      <w:proofErr w:type="spellEnd"/>
      <w:r w:rsidRPr="000A19C9">
        <w:t xml:space="preserve"> de check-in no hotel é a </w:t>
      </w:r>
      <w:proofErr w:type="spellStart"/>
      <w:r w:rsidRPr="000A19C9">
        <w:t>partir</w:t>
      </w:r>
      <w:proofErr w:type="spellEnd"/>
      <w:r w:rsidRPr="000A19C9">
        <w:t xml:space="preserve"> das 14h00.</w:t>
      </w:r>
    </w:p>
    <w:p w14:paraId="34001BCC" w14:textId="77777777" w:rsidR="00F10C12" w:rsidRDefault="00F10C12" w:rsidP="00F10C12">
      <w:pPr>
        <w:pStyle w:val="Dia"/>
        <w:spacing w:before="120" w:after="20"/>
        <w:jc w:val="both"/>
      </w:pPr>
      <w:r>
        <w:t xml:space="preserve">📍 2º </w:t>
      </w:r>
      <w:proofErr w:type="spellStart"/>
      <w:r>
        <w:t>dia</w:t>
      </w:r>
      <w:proofErr w:type="spellEnd"/>
      <w:r>
        <w:t xml:space="preserve">: </w:t>
      </w:r>
      <w:r w:rsidRPr="000A19C9">
        <w:t xml:space="preserve">HANOI - PU LUONG - </w:t>
      </w:r>
      <w:proofErr w:type="spellStart"/>
      <w:r w:rsidRPr="000A19C9">
        <w:t>Traslado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ônibus</w:t>
      </w:r>
      <w:proofErr w:type="spellEnd"/>
      <w:r w:rsidRPr="000A19C9">
        <w:t xml:space="preserve"> </w:t>
      </w:r>
      <w:proofErr w:type="spellStart"/>
      <w:r w:rsidRPr="000A19C9">
        <w:t>compartilhado</w:t>
      </w:r>
      <w:proofErr w:type="spellEnd"/>
    </w:p>
    <w:p w14:paraId="03373CA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café da </w:t>
      </w:r>
      <w:proofErr w:type="spellStart"/>
      <w:r w:rsidRPr="000A19C9">
        <w:t>manhã</w:t>
      </w:r>
      <w:proofErr w:type="spellEnd"/>
      <w:r w:rsidRPr="000A19C9">
        <w:t xml:space="preserve"> e check-out do hotel, </w:t>
      </w:r>
      <w:proofErr w:type="spellStart"/>
      <w:r w:rsidRPr="000A19C9">
        <w:t>traslado</w:t>
      </w:r>
      <w:proofErr w:type="spellEnd"/>
      <w:r w:rsidRPr="000A19C9">
        <w:t xml:space="preserve"> para a </w:t>
      </w:r>
      <w:proofErr w:type="spellStart"/>
      <w:r w:rsidRPr="000A19C9">
        <w:t>Reserva</w:t>
      </w:r>
      <w:proofErr w:type="spellEnd"/>
      <w:r w:rsidRPr="000A19C9">
        <w:t xml:space="preserve"> Natural de Pu Luong, </w:t>
      </w:r>
      <w:proofErr w:type="spellStart"/>
      <w:r w:rsidRPr="000A19C9">
        <w:t>passando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um </w:t>
      </w:r>
      <w:proofErr w:type="spellStart"/>
      <w:r w:rsidRPr="000A19C9">
        <w:t>impressionante</w:t>
      </w:r>
      <w:proofErr w:type="spellEnd"/>
      <w:r w:rsidRPr="000A19C9">
        <w:t xml:space="preserve"> </w:t>
      </w:r>
      <w:proofErr w:type="spellStart"/>
      <w:r w:rsidRPr="000A19C9">
        <w:t>passo</w:t>
      </w:r>
      <w:proofErr w:type="spellEnd"/>
      <w:r w:rsidRPr="000A19C9">
        <w:t xml:space="preserve"> de </w:t>
      </w:r>
      <w:proofErr w:type="spellStart"/>
      <w:r w:rsidRPr="000A19C9">
        <w:t>montanha</w:t>
      </w:r>
      <w:proofErr w:type="spellEnd"/>
      <w:r w:rsidRPr="000A19C9">
        <w:t xml:space="preserve">. Durante o </w:t>
      </w:r>
      <w:proofErr w:type="spellStart"/>
      <w:r w:rsidRPr="000A19C9">
        <w:t>trajeto</w:t>
      </w:r>
      <w:proofErr w:type="spellEnd"/>
      <w:r w:rsidRPr="000A19C9">
        <w:t xml:space="preserve">, </w:t>
      </w:r>
      <w:proofErr w:type="spellStart"/>
      <w:r w:rsidRPr="000A19C9">
        <w:t>você</w:t>
      </w:r>
      <w:proofErr w:type="spellEnd"/>
      <w:r w:rsidRPr="000A19C9">
        <w:t xml:space="preserve"> </w:t>
      </w:r>
      <w:proofErr w:type="spellStart"/>
      <w:r w:rsidRPr="000A19C9">
        <w:t>desfrutará</w:t>
      </w:r>
      <w:proofErr w:type="spellEnd"/>
      <w:r w:rsidRPr="000A19C9">
        <w:t xml:space="preserve"> de vistas </w:t>
      </w:r>
      <w:proofErr w:type="spellStart"/>
      <w:r w:rsidRPr="000A19C9">
        <w:t>panorâmicas</w:t>
      </w:r>
      <w:proofErr w:type="spellEnd"/>
      <w:r w:rsidRPr="000A19C9">
        <w:t xml:space="preserve"> do vale.</w:t>
      </w:r>
    </w:p>
    <w:p w14:paraId="791F6AF9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Chegada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Pu Luong Retreat a tempo para um </w:t>
      </w:r>
      <w:proofErr w:type="spellStart"/>
      <w:r w:rsidRPr="000A19C9">
        <w:t>delicioso</w:t>
      </w:r>
      <w:proofErr w:type="spellEnd"/>
      <w:r w:rsidRPr="000A19C9">
        <w:t xml:space="preserve"> </w:t>
      </w:r>
      <w:proofErr w:type="spellStart"/>
      <w:r w:rsidRPr="000A19C9">
        <w:t>almoço</w:t>
      </w:r>
      <w:proofErr w:type="spellEnd"/>
      <w:r w:rsidRPr="000A19C9">
        <w:t xml:space="preserve"> com </w:t>
      </w:r>
      <w:proofErr w:type="spellStart"/>
      <w:r w:rsidRPr="000A19C9">
        <w:t>pratos</w:t>
      </w:r>
      <w:proofErr w:type="spellEnd"/>
      <w:r w:rsidRPr="000A19C9">
        <w:t xml:space="preserve"> </w:t>
      </w:r>
      <w:proofErr w:type="spellStart"/>
      <w:r w:rsidRPr="000A19C9">
        <w:t>locais</w:t>
      </w:r>
      <w:proofErr w:type="spellEnd"/>
      <w:r w:rsidRPr="000A19C9">
        <w:t>.</w:t>
      </w:r>
    </w:p>
    <w:p w14:paraId="4557C028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</w:t>
      </w:r>
      <w:proofErr w:type="spellStart"/>
      <w:r w:rsidRPr="000A19C9">
        <w:t>almoço</w:t>
      </w:r>
      <w:proofErr w:type="spellEnd"/>
      <w:r w:rsidRPr="000A19C9">
        <w:t xml:space="preserve">, check-in e tempo livre para </w:t>
      </w:r>
      <w:proofErr w:type="spellStart"/>
      <w:r w:rsidRPr="000A19C9">
        <w:t>explorar</w:t>
      </w:r>
      <w:proofErr w:type="spellEnd"/>
      <w:r w:rsidRPr="000A19C9">
        <w:t xml:space="preserve"> o </w:t>
      </w:r>
      <w:proofErr w:type="spellStart"/>
      <w:r w:rsidRPr="000A19C9">
        <w:t>refúgio</w:t>
      </w:r>
      <w:proofErr w:type="spellEnd"/>
      <w:r w:rsidRPr="000A19C9">
        <w:t xml:space="preserve"> e </w:t>
      </w:r>
      <w:proofErr w:type="spellStart"/>
      <w:r w:rsidRPr="000A19C9">
        <w:t>apreciar</w:t>
      </w:r>
      <w:proofErr w:type="spellEnd"/>
      <w:r w:rsidRPr="000A19C9">
        <w:t xml:space="preserve"> a </w:t>
      </w:r>
      <w:proofErr w:type="spellStart"/>
      <w:r w:rsidRPr="000A19C9">
        <w:t>paisagem</w:t>
      </w:r>
      <w:proofErr w:type="spellEnd"/>
      <w:r w:rsidRPr="000A19C9">
        <w:t xml:space="preserve"> </w:t>
      </w:r>
      <w:proofErr w:type="spellStart"/>
      <w:r w:rsidRPr="000A19C9">
        <w:t>tranquila</w:t>
      </w:r>
      <w:proofErr w:type="spellEnd"/>
      <w:r w:rsidRPr="000A19C9">
        <w:t>.</w:t>
      </w:r>
    </w:p>
    <w:p w14:paraId="52738616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tarde</w:t>
      </w:r>
      <w:proofErr w:type="spellEnd"/>
      <w:r w:rsidRPr="000A19C9">
        <w:t xml:space="preserve">, </w:t>
      </w:r>
      <w:proofErr w:type="spellStart"/>
      <w:r w:rsidRPr="000A19C9">
        <w:t>interação</w:t>
      </w:r>
      <w:proofErr w:type="spellEnd"/>
      <w:r w:rsidRPr="000A19C9">
        <w:t xml:space="preserve"> com a </w:t>
      </w:r>
      <w:proofErr w:type="spellStart"/>
      <w:r w:rsidRPr="000A19C9">
        <w:t>vida</w:t>
      </w:r>
      <w:proofErr w:type="spellEnd"/>
      <w:r w:rsidRPr="000A19C9">
        <w:t xml:space="preserve"> local, </w:t>
      </w:r>
      <w:proofErr w:type="spellStart"/>
      <w:r w:rsidRPr="000A19C9">
        <w:t>visitando</w:t>
      </w:r>
      <w:proofErr w:type="spellEnd"/>
      <w:r w:rsidRPr="000A19C9">
        <w:t xml:space="preserve"> aldeias </w:t>
      </w:r>
      <w:proofErr w:type="spellStart"/>
      <w:r w:rsidRPr="000A19C9">
        <w:t>nas</w:t>
      </w:r>
      <w:proofErr w:type="spellEnd"/>
      <w:r w:rsidRPr="000A19C9">
        <w:t xml:space="preserve"> </w:t>
      </w:r>
      <w:proofErr w:type="spellStart"/>
      <w:r w:rsidRPr="000A19C9">
        <w:t>colinas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redor</w:t>
      </w:r>
      <w:proofErr w:type="spellEnd"/>
      <w:r w:rsidRPr="000A19C9">
        <w:t xml:space="preserve">. </w:t>
      </w:r>
      <w:proofErr w:type="spellStart"/>
      <w:r w:rsidRPr="000A19C9">
        <w:t>Caminhada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</w:t>
      </w:r>
      <w:proofErr w:type="spellStart"/>
      <w:r w:rsidRPr="000A19C9">
        <w:t>plantações</w:t>
      </w:r>
      <w:proofErr w:type="spellEnd"/>
      <w:r w:rsidRPr="000A19C9">
        <w:t xml:space="preserve"> e campos de arroz, </w:t>
      </w:r>
      <w:proofErr w:type="spellStart"/>
      <w:r w:rsidRPr="000A19C9">
        <w:t>conhecendo</w:t>
      </w:r>
      <w:proofErr w:type="spellEnd"/>
      <w:r w:rsidRPr="000A19C9">
        <w:t xml:space="preserve"> </w:t>
      </w:r>
      <w:proofErr w:type="spellStart"/>
      <w:r w:rsidRPr="000A19C9">
        <w:t>mais</w:t>
      </w:r>
      <w:proofErr w:type="spellEnd"/>
      <w:r w:rsidRPr="000A19C9">
        <w:t xml:space="preserve"> </w:t>
      </w:r>
      <w:proofErr w:type="spellStart"/>
      <w:r w:rsidRPr="000A19C9">
        <w:t>sobre</w:t>
      </w:r>
      <w:proofErr w:type="spellEnd"/>
      <w:r w:rsidRPr="000A19C9">
        <w:t xml:space="preserve"> a </w:t>
      </w:r>
      <w:proofErr w:type="spellStart"/>
      <w:r w:rsidRPr="000A19C9">
        <w:t>cultura</w:t>
      </w:r>
      <w:proofErr w:type="spellEnd"/>
      <w:r w:rsidRPr="000A19C9">
        <w:t xml:space="preserve"> local.</w:t>
      </w:r>
    </w:p>
    <w:p w14:paraId="34EBE5B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Pu Luong</w:t>
      </w:r>
    </w:p>
    <w:p w14:paraId="58D96524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</w:t>
      </w:r>
      <w:proofErr w:type="spellStart"/>
      <w:r w:rsidRPr="000A19C9">
        <w:t>almoço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2709FBFC" w14:textId="77777777" w:rsidR="00F10C12" w:rsidRDefault="00F10C12" w:rsidP="00F10C12">
      <w:pPr>
        <w:pStyle w:val="Dia"/>
        <w:spacing w:before="120" w:after="20"/>
        <w:jc w:val="both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Pr="000A19C9">
        <w:t>PU LUONG – YOGA – ALDEIA UOI – ALDEIA LAN</w:t>
      </w:r>
    </w:p>
    <w:p w14:paraId="4514A739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Acorde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amanhecer</w:t>
      </w:r>
      <w:proofErr w:type="spellEnd"/>
      <w:r w:rsidRPr="000A19C9">
        <w:t xml:space="preserve"> para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sessão</w:t>
      </w:r>
      <w:proofErr w:type="spellEnd"/>
      <w:r w:rsidRPr="000A19C9">
        <w:t xml:space="preserve"> de yoga com um </w:t>
      </w:r>
      <w:proofErr w:type="spellStart"/>
      <w:r w:rsidRPr="000A19C9">
        <w:t>instrutor</w:t>
      </w:r>
      <w:proofErr w:type="spellEnd"/>
      <w:r w:rsidRPr="000A19C9">
        <w:t xml:space="preserve"> </w:t>
      </w:r>
      <w:proofErr w:type="spellStart"/>
      <w:r w:rsidRPr="000A19C9">
        <w:t>vietnamita</w:t>
      </w:r>
      <w:proofErr w:type="spellEnd"/>
      <w:r w:rsidRPr="000A19C9">
        <w:t xml:space="preserve">, </w:t>
      </w:r>
      <w:proofErr w:type="spellStart"/>
      <w:r w:rsidRPr="000A19C9">
        <w:t>explorando</w:t>
      </w:r>
      <w:proofErr w:type="spellEnd"/>
      <w:r w:rsidRPr="000A19C9">
        <w:t xml:space="preserve"> </w:t>
      </w:r>
      <w:proofErr w:type="spellStart"/>
      <w:r w:rsidRPr="000A19C9">
        <w:t>os</w:t>
      </w:r>
      <w:proofErr w:type="spellEnd"/>
      <w:r w:rsidRPr="000A19C9">
        <w:t xml:space="preserve"> </w:t>
      </w:r>
      <w:proofErr w:type="spellStart"/>
      <w:r w:rsidRPr="000A19C9">
        <w:t>princípios</w:t>
      </w:r>
      <w:proofErr w:type="spellEnd"/>
      <w:r w:rsidRPr="000A19C9">
        <w:t xml:space="preserve"> dessa </w:t>
      </w:r>
      <w:proofErr w:type="spellStart"/>
      <w:r w:rsidRPr="000A19C9">
        <w:t>prática</w:t>
      </w:r>
      <w:proofErr w:type="spellEnd"/>
      <w:r w:rsidRPr="000A19C9">
        <w:t xml:space="preserve"> </w:t>
      </w:r>
      <w:proofErr w:type="spellStart"/>
      <w:r w:rsidRPr="000A19C9">
        <w:t>milenar</w:t>
      </w:r>
      <w:proofErr w:type="spellEnd"/>
      <w:r w:rsidRPr="000A19C9">
        <w:t xml:space="preserve"> para </w:t>
      </w:r>
      <w:proofErr w:type="spellStart"/>
      <w:r w:rsidRPr="000A19C9">
        <w:t>equilibrar</w:t>
      </w:r>
      <w:proofErr w:type="spellEnd"/>
      <w:r w:rsidRPr="000A19C9">
        <w:t xml:space="preserve"> </w:t>
      </w:r>
      <w:proofErr w:type="spellStart"/>
      <w:r w:rsidRPr="000A19C9">
        <w:t>corpo</w:t>
      </w:r>
      <w:proofErr w:type="spellEnd"/>
      <w:r w:rsidRPr="000A19C9">
        <w:t xml:space="preserve"> e </w:t>
      </w:r>
      <w:proofErr w:type="spellStart"/>
      <w:r w:rsidRPr="000A19C9">
        <w:t>mente</w:t>
      </w:r>
      <w:proofErr w:type="spellEnd"/>
      <w:r w:rsidRPr="000A19C9">
        <w:t>.</w:t>
      </w:r>
    </w:p>
    <w:p w14:paraId="446003C8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Passeio</w:t>
      </w:r>
      <w:proofErr w:type="spellEnd"/>
      <w:r w:rsidRPr="000A19C9">
        <w:t xml:space="preserve"> </w:t>
      </w:r>
      <w:proofErr w:type="spellStart"/>
      <w:r w:rsidRPr="000A19C9">
        <w:t>leve</w:t>
      </w:r>
      <w:proofErr w:type="spellEnd"/>
      <w:r w:rsidRPr="000A19C9">
        <w:t xml:space="preserve"> </w:t>
      </w:r>
      <w:proofErr w:type="spellStart"/>
      <w:r w:rsidRPr="000A19C9">
        <w:t>pelo</w:t>
      </w:r>
      <w:proofErr w:type="spellEnd"/>
      <w:r w:rsidRPr="000A19C9">
        <w:t xml:space="preserve"> vale com </w:t>
      </w:r>
      <w:proofErr w:type="spellStart"/>
      <w:r w:rsidRPr="000A19C9">
        <w:t>belos</w:t>
      </w:r>
      <w:proofErr w:type="spellEnd"/>
      <w:r w:rsidRPr="000A19C9">
        <w:t xml:space="preserve"> </w:t>
      </w:r>
      <w:proofErr w:type="spellStart"/>
      <w:r w:rsidRPr="000A19C9">
        <w:t>terraços</w:t>
      </w:r>
      <w:proofErr w:type="spellEnd"/>
      <w:r w:rsidRPr="000A19C9">
        <w:t xml:space="preserve"> de arroz. </w:t>
      </w:r>
      <w:proofErr w:type="spellStart"/>
      <w:r w:rsidRPr="000A19C9">
        <w:t>Caminhada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</w:t>
      </w:r>
      <w:proofErr w:type="spellStart"/>
      <w:r w:rsidRPr="000A19C9">
        <w:t>trilhas</w:t>
      </w:r>
      <w:proofErr w:type="spellEnd"/>
      <w:r w:rsidRPr="000A19C9">
        <w:t xml:space="preserve"> </w:t>
      </w:r>
      <w:proofErr w:type="spellStart"/>
      <w:r w:rsidRPr="000A19C9">
        <w:t>cercadas</w:t>
      </w:r>
      <w:proofErr w:type="spellEnd"/>
      <w:r w:rsidRPr="000A19C9">
        <w:t xml:space="preserve"> de </w:t>
      </w:r>
      <w:proofErr w:type="spellStart"/>
      <w:r w:rsidRPr="000A19C9">
        <w:t>vegetação</w:t>
      </w:r>
      <w:proofErr w:type="spellEnd"/>
      <w:r w:rsidRPr="000A19C9">
        <w:t xml:space="preserve"> </w:t>
      </w:r>
      <w:proofErr w:type="spellStart"/>
      <w:r w:rsidRPr="000A19C9">
        <w:t>até</w:t>
      </w:r>
      <w:proofErr w:type="spellEnd"/>
      <w:r w:rsidRPr="000A19C9">
        <w:t xml:space="preserve"> a </w:t>
      </w:r>
      <w:proofErr w:type="spellStart"/>
      <w:r w:rsidRPr="000A19C9">
        <w:t>pitoresca</w:t>
      </w:r>
      <w:proofErr w:type="spellEnd"/>
      <w:r w:rsidRPr="000A19C9">
        <w:t xml:space="preserve"> aldeia de </w:t>
      </w:r>
      <w:proofErr w:type="spellStart"/>
      <w:r w:rsidRPr="000A19C9">
        <w:t>Uoi</w:t>
      </w:r>
      <w:proofErr w:type="spellEnd"/>
      <w:r w:rsidRPr="000A19C9">
        <w:t xml:space="preserve">, </w:t>
      </w:r>
      <w:proofErr w:type="spellStart"/>
      <w:r w:rsidRPr="000A19C9">
        <w:t>aos</w:t>
      </w:r>
      <w:proofErr w:type="spellEnd"/>
      <w:r w:rsidRPr="000A19C9">
        <w:t xml:space="preserve"> </w:t>
      </w:r>
      <w:proofErr w:type="spellStart"/>
      <w:r w:rsidRPr="000A19C9">
        <w:t>pés</w:t>
      </w:r>
      <w:proofErr w:type="spellEnd"/>
      <w:r w:rsidRPr="000A19C9">
        <w:t xml:space="preserve"> de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montanha</w:t>
      </w:r>
      <w:proofErr w:type="spellEnd"/>
      <w:r w:rsidRPr="000A19C9">
        <w:t xml:space="preserve"> </w:t>
      </w:r>
      <w:proofErr w:type="spellStart"/>
      <w:r w:rsidRPr="000A19C9">
        <w:t>imponente</w:t>
      </w:r>
      <w:proofErr w:type="spellEnd"/>
      <w:r w:rsidRPr="000A19C9">
        <w:t xml:space="preserve">. Vista </w:t>
      </w:r>
      <w:proofErr w:type="spellStart"/>
      <w:r w:rsidRPr="000A19C9">
        <w:t>panorâmica</w:t>
      </w:r>
      <w:proofErr w:type="spellEnd"/>
      <w:r w:rsidRPr="000A19C9">
        <w:t xml:space="preserve"> ideal para </w:t>
      </w:r>
      <w:proofErr w:type="spellStart"/>
      <w:r w:rsidRPr="000A19C9">
        <w:t>fotos</w:t>
      </w:r>
      <w:proofErr w:type="spellEnd"/>
      <w:r w:rsidRPr="000A19C9">
        <w:t>.</w:t>
      </w:r>
    </w:p>
    <w:p w14:paraId="327DF3D6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Continuação</w:t>
      </w:r>
      <w:proofErr w:type="spellEnd"/>
      <w:r w:rsidRPr="000A19C9">
        <w:t xml:space="preserve"> </w:t>
      </w:r>
      <w:proofErr w:type="spellStart"/>
      <w:r w:rsidRPr="000A19C9">
        <w:t>até</w:t>
      </w:r>
      <w:proofErr w:type="spellEnd"/>
      <w:r w:rsidRPr="000A19C9">
        <w:t xml:space="preserve"> </w:t>
      </w:r>
      <w:proofErr w:type="spellStart"/>
      <w:r w:rsidRPr="000A19C9">
        <w:t>uma</w:t>
      </w:r>
      <w:proofErr w:type="spellEnd"/>
      <w:r w:rsidRPr="000A19C9">
        <w:t xml:space="preserve"> casa local para </w:t>
      </w:r>
      <w:proofErr w:type="spellStart"/>
      <w:r w:rsidRPr="000A19C9">
        <w:t>descanso</w:t>
      </w:r>
      <w:proofErr w:type="spellEnd"/>
      <w:r w:rsidRPr="000A19C9">
        <w:t xml:space="preserve"> e, </w:t>
      </w:r>
      <w:proofErr w:type="spellStart"/>
      <w:r w:rsidRPr="000A19C9">
        <w:t>depois</w:t>
      </w:r>
      <w:proofErr w:type="spellEnd"/>
      <w:r w:rsidRPr="000A19C9">
        <w:t xml:space="preserve">, </w:t>
      </w:r>
      <w:proofErr w:type="spellStart"/>
      <w:r w:rsidRPr="000A19C9">
        <w:t>passeio</w:t>
      </w:r>
      <w:proofErr w:type="spellEnd"/>
      <w:r w:rsidRPr="000A19C9">
        <w:t xml:space="preserve"> de </w:t>
      </w:r>
      <w:proofErr w:type="spellStart"/>
      <w:r w:rsidRPr="000A19C9">
        <w:t>bicicleta</w:t>
      </w:r>
      <w:proofErr w:type="spellEnd"/>
      <w:r w:rsidRPr="000A19C9">
        <w:t xml:space="preserve"> </w:t>
      </w:r>
      <w:proofErr w:type="spellStart"/>
      <w:r w:rsidRPr="000A19C9">
        <w:t>até</w:t>
      </w:r>
      <w:proofErr w:type="spellEnd"/>
      <w:r w:rsidRPr="000A19C9">
        <w:t xml:space="preserve"> </w:t>
      </w:r>
      <w:proofErr w:type="gramStart"/>
      <w:r w:rsidRPr="000A19C9">
        <w:t>a</w:t>
      </w:r>
      <w:proofErr w:type="gramEnd"/>
      <w:r w:rsidRPr="000A19C9">
        <w:t xml:space="preserve"> aldeia de Lan. Se </w:t>
      </w:r>
      <w:proofErr w:type="spellStart"/>
      <w:r w:rsidRPr="000A19C9">
        <w:t>possível</w:t>
      </w:r>
      <w:proofErr w:type="spellEnd"/>
      <w:r w:rsidRPr="000A19C9">
        <w:t xml:space="preserve">, visita a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família</w:t>
      </w:r>
      <w:proofErr w:type="spellEnd"/>
      <w:r w:rsidRPr="000A19C9">
        <w:t xml:space="preserve"> local para </w:t>
      </w:r>
      <w:proofErr w:type="spellStart"/>
      <w:r w:rsidRPr="000A19C9">
        <w:t>conhecer</w:t>
      </w:r>
      <w:proofErr w:type="spellEnd"/>
      <w:r w:rsidRPr="000A19C9">
        <w:t xml:space="preserve"> a </w:t>
      </w:r>
      <w:proofErr w:type="spellStart"/>
      <w:r w:rsidRPr="000A19C9">
        <w:t>tecelagem</w:t>
      </w:r>
      <w:proofErr w:type="spellEnd"/>
      <w:r w:rsidRPr="000A19C9">
        <w:t xml:space="preserve"> </w:t>
      </w:r>
      <w:proofErr w:type="spellStart"/>
      <w:r w:rsidRPr="000A19C9">
        <w:t>tradicional</w:t>
      </w:r>
      <w:proofErr w:type="spellEnd"/>
      <w:r w:rsidRPr="000A19C9">
        <w:t xml:space="preserve"> (</w:t>
      </w:r>
      <w:proofErr w:type="spellStart"/>
      <w:r w:rsidRPr="000A19C9">
        <w:t>não</w:t>
      </w:r>
      <w:proofErr w:type="spellEnd"/>
      <w:r w:rsidRPr="000A19C9">
        <w:t xml:space="preserve"> </w:t>
      </w:r>
      <w:proofErr w:type="spellStart"/>
      <w:r w:rsidRPr="000A19C9">
        <w:t>garantido</w:t>
      </w:r>
      <w:proofErr w:type="spellEnd"/>
      <w:r w:rsidRPr="000A19C9">
        <w:t>).</w:t>
      </w:r>
    </w:p>
    <w:p w14:paraId="25002CF7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Passeio</w:t>
      </w:r>
      <w:proofErr w:type="spellEnd"/>
      <w:r w:rsidRPr="000A19C9">
        <w:t xml:space="preserve"> de </w:t>
      </w:r>
      <w:proofErr w:type="spellStart"/>
      <w:r w:rsidRPr="000A19C9">
        <w:t>bicicleta</w:t>
      </w:r>
      <w:proofErr w:type="spellEnd"/>
      <w:r w:rsidRPr="000A19C9">
        <w:t xml:space="preserve"> entre </w:t>
      </w:r>
      <w:proofErr w:type="spellStart"/>
      <w:r w:rsidRPr="000A19C9">
        <w:t>arrozais</w:t>
      </w:r>
      <w:proofErr w:type="spellEnd"/>
      <w:r w:rsidRPr="000A19C9">
        <w:t xml:space="preserve">, aldeias e pontes </w:t>
      </w:r>
      <w:proofErr w:type="spellStart"/>
      <w:r w:rsidRPr="000A19C9">
        <w:t>até</w:t>
      </w:r>
      <w:proofErr w:type="spellEnd"/>
      <w:r w:rsidRPr="000A19C9">
        <w:t xml:space="preserve"> </w:t>
      </w:r>
      <w:proofErr w:type="spellStart"/>
      <w:r w:rsidRPr="000A19C9">
        <w:t>chegar</w:t>
      </w:r>
      <w:proofErr w:type="spellEnd"/>
      <w:r w:rsidRPr="000A19C9">
        <w:t xml:space="preserve"> à aldeia de Hieu, </w:t>
      </w:r>
      <w:proofErr w:type="spellStart"/>
      <w:r w:rsidRPr="000A19C9">
        <w:t>onde</w:t>
      </w:r>
      <w:proofErr w:type="spellEnd"/>
      <w:r w:rsidRPr="000A19C9">
        <w:t xml:space="preserve"> </w:t>
      </w:r>
      <w:proofErr w:type="spellStart"/>
      <w:r w:rsidRPr="000A19C9">
        <w:t>você</w:t>
      </w:r>
      <w:proofErr w:type="spellEnd"/>
      <w:r w:rsidRPr="000A19C9">
        <w:t xml:space="preserve"> </w:t>
      </w:r>
      <w:proofErr w:type="spellStart"/>
      <w:r w:rsidRPr="000A19C9">
        <w:t>poderá</w:t>
      </w:r>
      <w:proofErr w:type="spellEnd"/>
      <w:r w:rsidRPr="000A19C9">
        <w:t xml:space="preserve"> </w:t>
      </w:r>
      <w:proofErr w:type="spellStart"/>
      <w:r w:rsidRPr="000A19C9">
        <w:t>apreciar</w:t>
      </w:r>
      <w:proofErr w:type="spellEnd"/>
      <w:r w:rsidRPr="000A19C9">
        <w:t xml:space="preserve"> a </w:t>
      </w:r>
      <w:proofErr w:type="spellStart"/>
      <w:r w:rsidRPr="000A19C9">
        <w:t>cachoeira</w:t>
      </w:r>
      <w:proofErr w:type="spellEnd"/>
      <w:r w:rsidRPr="000A19C9">
        <w:t xml:space="preserve"> local.</w:t>
      </w:r>
    </w:p>
    <w:p w14:paraId="12C9B981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Retorno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ponto</w:t>
      </w:r>
      <w:proofErr w:type="spellEnd"/>
      <w:r w:rsidRPr="000A19C9">
        <w:t xml:space="preserve"> de </w:t>
      </w:r>
      <w:proofErr w:type="spellStart"/>
      <w:r w:rsidRPr="000A19C9">
        <w:t>encontro</w:t>
      </w:r>
      <w:proofErr w:type="spellEnd"/>
      <w:r w:rsidRPr="000A19C9">
        <w:t xml:space="preserve"> e </w:t>
      </w:r>
      <w:proofErr w:type="spellStart"/>
      <w:r w:rsidRPr="000A19C9">
        <w:t>traslado</w:t>
      </w:r>
      <w:proofErr w:type="spellEnd"/>
      <w:r w:rsidRPr="000A19C9">
        <w:t xml:space="preserve"> de volta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retiro</w:t>
      </w:r>
      <w:proofErr w:type="spellEnd"/>
      <w:r w:rsidRPr="000A19C9">
        <w:t>.</w:t>
      </w:r>
    </w:p>
    <w:p w14:paraId="5FDE3F10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Pu Luong</w:t>
      </w:r>
    </w:p>
    <w:p w14:paraId="6C26214D" w14:textId="77777777" w:rsidR="00F10C12" w:rsidRPr="000A19C9" w:rsidRDefault="00F10C12" w:rsidP="00F10C12">
      <w:pPr>
        <w:spacing w:after="40" w:line="252" w:lineRule="auto"/>
        <w:jc w:val="both"/>
      </w:pPr>
      <w:r w:rsidRPr="000A19C9">
        <w:t>Nota:</w:t>
      </w:r>
    </w:p>
    <w:p w14:paraId="0DD874AC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Grupo de 1 a 3 </w:t>
      </w:r>
      <w:proofErr w:type="spellStart"/>
      <w:r w:rsidRPr="000A19C9">
        <w:t>pessoas</w:t>
      </w:r>
      <w:proofErr w:type="spellEnd"/>
      <w:r w:rsidRPr="000A19C9">
        <w:t xml:space="preserve">: visitas a </w:t>
      </w:r>
      <w:proofErr w:type="spellStart"/>
      <w:r w:rsidRPr="000A19C9">
        <w:t>pé</w:t>
      </w:r>
      <w:proofErr w:type="spellEnd"/>
      <w:r w:rsidRPr="000A19C9">
        <w:t xml:space="preserve"> </w:t>
      </w:r>
      <w:proofErr w:type="spellStart"/>
      <w:r w:rsidRPr="000A19C9">
        <w:t>ou</w:t>
      </w:r>
      <w:proofErr w:type="spellEnd"/>
      <w:r w:rsidRPr="000A19C9">
        <w:t xml:space="preserve"> de </w:t>
      </w:r>
      <w:proofErr w:type="spellStart"/>
      <w:r w:rsidRPr="000A19C9">
        <w:t>bicicleta</w:t>
      </w:r>
      <w:proofErr w:type="spellEnd"/>
      <w:r w:rsidRPr="000A19C9">
        <w:t xml:space="preserve">. </w:t>
      </w:r>
    </w:p>
    <w:p w14:paraId="44009AF7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Grupo a </w:t>
      </w:r>
      <w:proofErr w:type="spellStart"/>
      <w:r w:rsidRPr="000A19C9">
        <w:t>partir</w:t>
      </w:r>
      <w:proofErr w:type="spellEnd"/>
      <w:r w:rsidRPr="000A19C9">
        <w:t xml:space="preserve"> de 4 </w:t>
      </w:r>
      <w:proofErr w:type="spellStart"/>
      <w:r w:rsidRPr="000A19C9">
        <w:t>pessoas</w:t>
      </w:r>
      <w:proofErr w:type="spellEnd"/>
      <w:r w:rsidRPr="000A19C9">
        <w:t xml:space="preserve">: </w:t>
      </w:r>
      <w:proofErr w:type="spellStart"/>
      <w:r w:rsidRPr="000A19C9">
        <w:t>transporte</w:t>
      </w:r>
      <w:proofErr w:type="spellEnd"/>
      <w:r w:rsidRPr="000A19C9">
        <w:t xml:space="preserve"> </w:t>
      </w:r>
      <w:proofErr w:type="spellStart"/>
      <w:r w:rsidRPr="000A19C9">
        <w:t>conforme</w:t>
      </w:r>
      <w:proofErr w:type="spellEnd"/>
      <w:r w:rsidRPr="000A19C9">
        <w:t xml:space="preserve"> </w:t>
      </w:r>
      <w:proofErr w:type="spellStart"/>
      <w:r w:rsidRPr="000A19C9">
        <w:t>programa</w:t>
      </w:r>
      <w:proofErr w:type="spellEnd"/>
      <w:r w:rsidRPr="000A19C9">
        <w:t xml:space="preserve">. </w:t>
      </w:r>
    </w:p>
    <w:p w14:paraId="6645BD36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</w:t>
      </w:r>
      <w:proofErr w:type="spellStart"/>
      <w:r w:rsidRPr="000A19C9">
        <w:t>almoço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1C78A566" w14:textId="77777777" w:rsidR="00F10C12" w:rsidRDefault="00F10C12" w:rsidP="00F10C12">
      <w:pPr>
        <w:pStyle w:val="Dia"/>
        <w:spacing w:before="120" w:after="20"/>
        <w:jc w:val="both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Pr="000A19C9">
        <w:t>PU LUONG – YOGA – ALDEIA LOCAL – HANOI</w:t>
      </w:r>
    </w:p>
    <w:p w14:paraId="5B6DF94B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Sessão</w:t>
      </w:r>
      <w:proofErr w:type="spellEnd"/>
      <w:r w:rsidRPr="000A19C9">
        <w:t xml:space="preserve"> matinal de yoga com </w:t>
      </w:r>
      <w:proofErr w:type="spellStart"/>
      <w:r w:rsidRPr="000A19C9">
        <w:t>instrutor</w:t>
      </w:r>
      <w:proofErr w:type="spellEnd"/>
      <w:r w:rsidRPr="000A19C9">
        <w:t xml:space="preserve"> local.</w:t>
      </w:r>
    </w:p>
    <w:p w14:paraId="250197C7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café da </w:t>
      </w:r>
      <w:proofErr w:type="spellStart"/>
      <w:r w:rsidRPr="000A19C9">
        <w:t>manhã</w:t>
      </w:r>
      <w:proofErr w:type="spellEnd"/>
      <w:r w:rsidRPr="000A19C9">
        <w:t xml:space="preserve"> e check-out, visita </w:t>
      </w:r>
      <w:proofErr w:type="spellStart"/>
      <w:r w:rsidRPr="000A19C9">
        <w:t>às</w:t>
      </w:r>
      <w:proofErr w:type="spellEnd"/>
      <w:r w:rsidRPr="000A19C9">
        <w:t xml:space="preserve"> aldeias </w:t>
      </w:r>
      <w:proofErr w:type="spellStart"/>
      <w:r w:rsidRPr="000A19C9">
        <w:t>locais</w:t>
      </w:r>
      <w:proofErr w:type="spellEnd"/>
      <w:r w:rsidRPr="000A19C9">
        <w:t xml:space="preserve">, </w:t>
      </w:r>
      <w:proofErr w:type="spellStart"/>
      <w:r w:rsidRPr="000A19C9">
        <w:t>conhecendo</w:t>
      </w:r>
      <w:proofErr w:type="spellEnd"/>
      <w:r w:rsidRPr="000A19C9">
        <w:t xml:space="preserve"> o </w:t>
      </w:r>
      <w:proofErr w:type="spellStart"/>
      <w:r w:rsidRPr="000A19C9">
        <w:t>cotidiano</w:t>
      </w:r>
      <w:proofErr w:type="spellEnd"/>
      <w:r w:rsidRPr="000A19C9">
        <w:t xml:space="preserve">, </w:t>
      </w:r>
      <w:proofErr w:type="spellStart"/>
      <w:r w:rsidRPr="000A19C9">
        <w:t>plantações</w:t>
      </w:r>
      <w:proofErr w:type="spellEnd"/>
      <w:r w:rsidRPr="000A19C9">
        <w:t xml:space="preserve">, </w:t>
      </w:r>
      <w:proofErr w:type="spellStart"/>
      <w:r w:rsidRPr="000A19C9">
        <w:t>produção</w:t>
      </w:r>
      <w:proofErr w:type="spellEnd"/>
      <w:r w:rsidRPr="000A19C9">
        <w:t xml:space="preserve"> de vinho de arroz e </w:t>
      </w:r>
      <w:proofErr w:type="spellStart"/>
      <w:r w:rsidRPr="000A19C9">
        <w:t>tecelagem</w:t>
      </w:r>
      <w:proofErr w:type="spellEnd"/>
      <w:r w:rsidRPr="000A19C9">
        <w:t>.</w:t>
      </w:r>
    </w:p>
    <w:p w14:paraId="4928657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</w:t>
      </w:r>
      <w:proofErr w:type="spellStart"/>
      <w:r w:rsidRPr="000A19C9">
        <w:t>almoço</w:t>
      </w:r>
      <w:proofErr w:type="spellEnd"/>
      <w:r w:rsidRPr="000A19C9">
        <w:t xml:space="preserve">, </w:t>
      </w:r>
      <w:proofErr w:type="spellStart"/>
      <w:r w:rsidRPr="000A19C9">
        <w:t>retorno</w:t>
      </w:r>
      <w:proofErr w:type="spellEnd"/>
      <w:r w:rsidRPr="000A19C9">
        <w:t xml:space="preserve"> a </w:t>
      </w:r>
      <w:proofErr w:type="spellStart"/>
      <w:r w:rsidRPr="000A19C9">
        <w:t>Hanói</w:t>
      </w:r>
      <w:proofErr w:type="spellEnd"/>
      <w:r w:rsidRPr="000A19C9">
        <w:t>. Tempo livre.</w:t>
      </w:r>
    </w:p>
    <w:p w14:paraId="2DCA4F18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Hanói</w:t>
      </w:r>
      <w:proofErr w:type="spellEnd"/>
    </w:p>
    <w:p w14:paraId="454907A9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</w:t>
      </w:r>
      <w:proofErr w:type="spellStart"/>
      <w:r w:rsidRPr="000A19C9">
        <w:t>almoço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1DB7C439" w14:textId="77777777" w:rsidR="00F10C12" w:rsidRDefault="00F10C12" w:rsidP="00F10C12">
      <w:pPr>
        <w:pStyle w:val="Dia"/>
        <w:spacing w:before="120" w:after="20"/>
        <w:jc w:val="both"/>
      </w:pPr>
      <w:r>
        <w:t xml:space="preserve">📍 5º </w:t>
      </w:r>
      <w:proofErr w:type="spellStart"/>
      <w:r>
        <w:t>dia</w:t>
      </w:r>
      <w:proofErr w:type="spellEnd"/>
      <w:r>
        <w:t xml:space="preserve">: </w:t>
      </w:r>
      <w:r w:rsidRPr="000A19C9">
        <w:t>HANOI – BAÍA DE HALONG/LAN HA</w:t>
      </w:r>
    </w:p>
    <w:p w14:paraId="2DEF92C7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Saída</w:t>
      </w:r>
      <w:proofErr w:type="spellEnd"/>
      <w:r w:rsidRPr="000A19C9">
        <w:t xml:space="preserve"> para a Baía de Halong/Lan Ha (</w:t>
      </w:r>
      <w:proofErr w:type="spellStart"/>
      <w:r w:rsidRPr="000A19C9">
        <w:t>aprox</w:t>
      </w:r>
      <w:proofErr w:type="spellEnd"/>
      <w:r w:rsidRPr="000A19C9">
        <w:t xml:space="preserve">. 3 horas), </w:t>
      </w:r>
      <w:proofErr w:type="spellStart"/>
      <w:r w:rsidRPr="000A19C9">
        <w:t>Patrimônio</w:t>
      </w:r>
      <w:proofErr w:type="spellEnd"/>
      <w:r w:rsidRPr="000A19C9">
        <w:t xml:space="preserve"> Mundial da UNESCO.</w:t>
      </w:r>
    </w:p>
    <w:p w14:paraId="5ADEAE7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Embarque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cruzeiro para </w:t>
      </w:r>
      <w:proofErr w:type="spellStart"/>
      <w:r w:rsidRPr="000A19C9">
        <w:t>explorar</w:t>
      </w:r>
      <w:proofErr w:type="spellEnd"/>
      <w:r w:rsidRPr="000A19C9">
        <w:t xml:space="preserve"> a </w:t>
      </w:r>
      <w:proofErr w:type="spellStart"/>
      <w:r w:rsidRPr="000A19C9">
        <w:t>beleza</w:t>
      </w:r>
      <w:proofErr w:type="spellEnd"/>
      <w:r w:rsidRPr="000A19C9">
        <w:t xml:space="preserve"> da </w:t>
      </w:r>
      <w:proofErr w:type="spellStart"/>
      <w:r w:rsidRPr="000A19C9">
        <w:t>baía</w:t>
      </w:r>
      <w:proofErr w:type="spellEnd"/>
      <w:r w:rsidRPr="000A19C9">
        <w:t xml:space="preserve">, com </w:t>
      </w:r>
      <w:proofErr w:type="spellStart"/>
      <w:r w:rsidRPr="000A19C9">
        <w:t>suas</w:t>
      </w:r>
      <w:proofErr w:type="spellEnd"/>
      <w:r w:rsidRPr="000A19C9">
        <w:t xml:space="preserve"> </w:t>
      </w:r>
      <w:proofErr w:type="spellStart"/>
      <w:r w:rsidRPr="000A19C9">
        <w:t>formações</w:t>
      </w:r>
      <w:proofErr w:type="spellEnd"/>
      <w:r w:rsidRPr="000A19C9">
        <w:t xml:space="preserve"> de </w:t>
      </w:r>
      <w:proofErr w:type="spellStart"/>
      <w:r w:rsidRPr="000A19C9">
        <w:t>calcário</w:t>
      </w:r>
      <w:proofErr w:type="spellEnd"/>
      <w:r w:rsidRPr="000A19C9">
        <w:t xml:space="preserve"> e </w:t>
      </w:r>
      <w:proofErr w:type="spellStart"/>
      <w:r w:rsidRPr="000A19C9">
        <w:t>cavernas</w:t>
      </w:r>
      <w:proofErr w:type="spellEnd"/>
      <w:r w:rsidRPr="000A19C9">
        <w:t>.</w:t>
      </w:r>
    </w:p>
    <w:p w14:paraId="2BD8D537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</w:t>
      </w:r>
      <w:proofErr w:type="spellStart"/>
      <w:r w:rsidRPr="000A19C9">
        <w:t>almoço</w:t>
      </w:r>
      <w:proofErr w:type="spellEnd"/>
      <w:r w:rsidRPr="000A19C9">
        <w:t xml:space="preserve"> com </w:t>
      </w:r>
      <w:proofErr w:type="spellStart"/>
      <w:r w:rsidRPr="000A19C9">
        <w:t>frutos</w:t>
      </w:r>
      <w:proofErr w:type="spellEnd"/>
      <w:r w:rsidRPr="000A19C9">
        <w:t xml:space="preserve"> do mar, visita à </w:t>
      </w:r>
      <w:proofErr w:type="spellStart"/>
      <w:r w:rsidRPr="000A19C9">
        <w:t>caverna</w:t>
      </w:r>
      <w:proofErr w:type="spellEnd"/>
      <w:r w:rsidRPr="000A19C9">
        <w:t xml:space="preserve"> Sung Sot, </w:t>
      </w:r>
      <w:proofErr w:type="spellStart"/>
      <w:r w:rsidRPr="000A19C9">
        <w:t>possibilidade</w:t>
      </w:r>
      <w:proofErr w:type="spellEnd"/>
      <w:r w:rsidRPr="000A19C9">
        <w:t xml:space="preserve"> de </w:t>
      </w:r>
      <w:proofErr w:type="spellStart"/>
      <w:r w:rsidRPr="000A19C9">
        <w:t>nadar</w:t>
      </w:r>
      <w:proofErr w:type="spellEnd"/>
      <w:r w:rsidRPr="000A19C9">
        <w:t xml:space="preserve"> </w:t>
      </w:r>
      <w:proofErr w:type="spellStart"/>
      <w:r w:rsidRPr="000A19C9">
        <w:t>ou</w:t>
      </w:r>
      <w:proofErr w:type="spellEnd"/>
      <w:r w:rsidRPr="000A19C9">
        <w:t xml:space="preserve"> </w:t>
      </w:r>
      <w:proofErr w:type="spellStart"/>
      <w:r w:rsidRPr="000A19C9">
        <w:t>fazer</w:t>
      </w:r>
      <w:proofErr w:type="spellEnd"/>
      <w:r w:rsidRPr="000A19C9">
        <w:t xml:space="preserve"> </w:t>
      </w:r>
      <w:proofErr w:type="spellStart"/>
      <w:r w:rsidRPr="000A19C9">
        <w:t>caiaque</w:t>
      </w:r>
      <w:proofErr w:type="spellEnd"/>
      <w:r w:rsidRPr="000A19C9">
        <w:t xml:space="preserve"> e </w:t>
      </w:r>
      <w:proofErr w:type="spellStart"/>
      <w:r w:rsidRPr="000A19C9">
        <w:t>explorar</w:t>
      </w:r>
      <w:proofErr w:type="spellEnd"/>
      <w:r w:rsidRPr="000A19C9">
        <w:t xml:space="preserve"> </w:t>
      </w:r>
      <w:proofErr w:type="spellStart"/>
      <w:r w:rsidRPr="000A19C9">
        <w:t>vilas</w:t>
      </w:r>
      <w:proofErr w:type="spellEnd"/>
      <w:r w:rsidRPr="000A19C9">
        <w:t xml:space="preserve"> </w:t>
      </w:r>
      <w:proofErr w:type="spellStart"/>
      <w:r w:rsidRPr="000A19C9">
        <w:t>flutuantes</w:t>
      </w:r>
      <w:proofErr w:type="spellEnd"/>
      <w:r w:rsidRPr="000A19C9">
        <w:t>.</w:t>
      </w:r>
    </w:p>
    <w:p w14:paraId="387876B9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Retorno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cruzeiro para </w:t>
      </w:r>
      <w:proofErr w:type="spellStart"/>
      <w:r w:rsidRPr="000A19C9">
        <w:t>jantar</w:t>
      </w:r>
      <w:proofErr w:type="spellEnd"/>
      <w:r w:rsidRPr="000A19C9">
        <w:t xml:space="preserve"> e </w:t>
      </w:r>
      <w:proofErr w:type="spellStart"/>
      <w:r w:rsidRPr="000A19C9">
        <w:t>atividades</w:t>
      </w:r>
      <w:proofErr w:type="spellEnd"/>
      <w:r w:rsidRPr="000A19C9">
        <w:t xml:space="preserve"> </w:t>
      </w:r>
      <w:proofErr w:type="spellStart"/>
      <w:r w:rsidRPr="000A19C9">
        <w:t>noturnas</w:t>
      </w:r>
      <w:proofErr w:type="spellEnd"/>
      <w:r w:rsidRPr="000A19C9">
        <w:t>.</w:t>
      </w:r>
    </w:p>
    <w:p w14:paraId="006F6596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lastRenderedPageBreak/>
        <w:t>Pernoite</w:t>
      </w:r>
      <w:proofErr w:type="spellEnd"/>
      <w:r w:rsidRPr="000A19C9">
        <w:t xml:space="preserve"> a </w:t>
      </w:r>
      <w:proofErr w:type="spellStart"/>
      <w:r w:rsidRPr="000A19C9">
        <w:t>bordo</w:t>
      </w:r>
      <w:proofErr w:type="spellEnd"/>
      <w:r w:rsidRPr="000A19C9">
        <w:t xml:space="preserve"> (</w:t>
      </w:r>
      <w:proofErr w:type="spellStart"/>
      <w:r w:rsidRPr="000A19C9">
        <w:t>próximo</w:t>
      </w:r>
      <w:proofErr w:type="spellEnd"/>
      <w:r w:rsidRPr="000A19C9">
        <w:t xml:space="preserve"> à </w:t>
      </w:r>
      <w:proofErr w:type="spellStart"/>
      <w:r w:rsidRPr="000A19C9">
        <w:t>praia</w:t>
      </w:r>
      <w:proofErr w:type="spellEnd"/>
      <w:r w:rsidRPr="000A19C9">
        <w:t xml:space="preserve"> de Titov)</w:t>
      </w:r>
    </w:p>
    <w:p w14:paraId="4C98DED1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Nota</w:t>
      </w:r>
      <w:proofErr w:type="spellEnd"/>
      <w:r w:rsidRPr="000A19C9">
        <w:t xml:space="preserve">: </w:t>
      </w:r>
      <w:proofErr w:type="spellStart"/>
      <w:r w:rsidRPr="000A19C9">
        <w:t>roteiro</w:t>
      </w:r>
      <w:proofErr w:type="spellEnd"/>
      <w:r w:rsidRPr="000A19C9">
        <w:t xml:space="preserve"> </w:t>
      </w:r>
      <w:proofErr w:type="spellStart"/>
      <w:r w:rsidRPr="000A19C9">
        <w:t>sujeito</w:t>
      </w:r>
      <w:proofErr w:type="spellEnd"/>
      <w:r w:rsidRPr="000A19C9">
        <w:t xml:space="preserve"> </w:t>
      </w:r>
      <w:proofErr w:type="gramStart"/>
      <w:r w:rsidRPr="000A19C9">
        <w:t>a</w:t>
      </w:r>
      <w:proofErr w:type="gramEnd"/>
      <w:r w:rsidRPr="000A19C9">
        <w:t xml:space="preserve"> </w:t>
      </w:r>
      <w:proofErr w:type="spellStart"/>
      <w:r w:rsidRPr="000A19C9">
        <w:t>alterações</w:t>
      </w:r>
      <w:proofErr w:type="spellEnd"/>
      <w:r w:rsidRPr="000A19C9">
        <w:t xml:space="preserve"> </w:t>
      </w:r>
      <w:proofErr w:type="spellStart"/>
      <w:r w:rsidRPr="000A19C9">
        <w:t>conforme</w:t>
      </w:r>
      <w:proofErr w:type="spellEnd"/>
      <w:r w:rsidRPr="000A19C9">
        <w:t xml:space="preserve"> </w:t>
      </w:r>
      <w:proofErr w:type="spellStart"/>
      <w:r w:rsidRPr="000A19C9">
        <w:t>clima</w:t>
      </w:r>
      <w:proofErr w:type="spellEnd"/>
      <w:r w:rsidRPr="000A19C9">
        <w:t xml:space="preserve">. Guia local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inglês</w:t>
      </w:r>
      <w:proofErr w:type="spellEnd"/>
      <w:r w:rsidRPr="000A19C9">
        <w:t xml:space="preserve"> a </w:t>
      </w:r>
      <w:proofErr w:type="spellStart"/>
      <w:r w:rsidRPr="000A19C9">
        <w:t>bordo</w:t>
      </w:r>
      <w:proofErr w:type="spellEnd"/>
      <w:r w:rsidRPr="000A19C9">
        <w:t>.</w:t>
      </w:r>
    </w:p>
    <w:p w14:paraId="1FA8E207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proofErr w:type="gramStart"/>
      <w:r w:rsidRPr="000A19C9">
        <w:t>manhã</w:t>
      </w:r>
      <w:proofErr w:type="spellEnd"/>
      <w:r w:rsidRPr="000A19C9">
        <w:t xml:space="preserve">,  </w:t>
      </w:r>
      <w:proofErr w:type="spellStart"/>
      <w:r w:rsidRPr="000A19C9">
        <w:t>almoço</w:t>
      </w:r>
      <w:proofErr w:type="spellEnd"/>
      <w:proofErr w:type="gramEnd"/>
      <w:r w:rsidRPr="000A19C9">
        <w:t xml:space="preserve"> </w:t>
      </w:r>
      <w:proofErr w:type="spellStart"/>
      <w:r w:rsidRPr="000A19C9">
        <w:t>incluído</w:t>
      </w:r>
      <w:proofErr w:type="spellEnd"/>
      <w:r w:rsidRPr="000A19C9">
        <w:t xml:space="preserve"> e Jantar</w:t>
      </w:r>
    </w:p>
    <w:p w14:paraId="2CF3ED47" w14:textId="77777777" w:rsidR="00F10C12" w:rsidRDefault="00F10C12" w:rsidP="00F10C12">
      <w:pPr>
        <w:pStyle w:val="Dia"/>
        <w:spacing w:before="120" w:after="20"/>
        <w:jc w:val="both"/>
      </w:pPr>
      <w:r>
        <w:t xml:space="preserve">📍 6º </w:t>
      </w:r>
      <w:proofErr w:type="spellStart"/>
      <w:r>
        <w:t>dia</w:t>
      </w:r>
      <w:proofErr w:type="spellEnd"/>
      <w:r>
        <w:t xml:space="preserve">: </w:t>
      </w:r>
      <w:r w:rsidRPr="000A19C9">
        <w:t>BAÍA DE HALONG – HANOI</w:t>
      </w:r>
    </w:p>
    <w:p w14:paraId="24E28241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Acordar</w:t>
      </w:r>
      <w:proofErr w:type="spellEnd"/>
      <w:r w:rsidRPr="000A19C9">
        <w:t xml:space="preserve"> </w:t>
      </w:r>
      <w:proofErr w:type="spellStart"/>
      <w:r w:rsidRPr="000A19C9">
        <w:t>cedo</w:t>
      </w:r>
      <w:proofErr w:type="spellEnd"/>
      <w:r w:rsidRPr="000A19C9">
        <w:t xml:space="preserve"> para </w:t>
      </w:r>
      <w:proofErr w:type="spellStart"/>
      <w:r w:rsidRPr="000A19C9">
        <w:t>apreciar</w:t>
      </w:r>
      <w:proofErr w:type="spellEnd"/>
      <w:r w:rsidRPr="000A19C9">
        <w:t xml:space="preserve"> o </w:t>
      </w:r>
      <w:proofErr w:type="spellStart"/>
      <w:r w:rsidRPr="000A19C9">
        <w:t>nascer</w:t>
      </w:r>
      <w:proofErr w:type="spellEnd"/>
      <w:r w:rsidRPr="000A19C9">
        <w:t xml:space="preserve"> do sol no mar.</w:t>
      </w:r>
    </w:p>
    <w:p w14:paraId="20ABB9B4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café, </w:t>
      </w:r>
      <w:proofErr w:type="spellStart"/>
      <w:r w:rsidRPr="000A19C9">
        <w:t>continuação</w:t>
      </w:r>
      <w:proofErr w:type="spellEnd"/>
      <w:r w:rsidRPr="000A19C9">
        <w:t xml:space="preserve"> do cruzeiro entre </w:t>
      </w:r>
      <w:proofErr w:type="spellStart"/>
      <w:r w:rsidRPr="000A19C9">
        <w:t>ilhotas</w:t>
      </w:r>
      <w:proofErr w:type="spellEnd"/>
      <w:r w:rsidRPr="000A19C9">
        <w:t xml:space="preserve"> com formas </w:t>
      </w:r>
      <w:proofErr w:type="spellStart"/>
      <w:r w:rsidRPr="000A19C9">
        <w:t>curiosas</w:t>
      </w:r>
      <w:proofErr w:type="spellEnd"/>
      <w:r w:rsidRPr="000A19C9">
        <w:t>.</w:t>
      </w:r>
    </w:p>
    <w:p w14:paraId="76FFE9CE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Retorno</w:t>
      </w:r>
      <w:proofErr w:type="spellEnd"/>
      <w:r w:rsidRPr="000A19C9">
        <w:t xml:space="preserve"> a </w:t>
      </w:r>
      <w:proofErr w:type="spellStart"/>
      <w:r w:rsidRPr="000A19C9">
        <w:t>Hanói</w:t>
      </w:r>
      <w:proofErr w:type="spellEnd"/>
      <w:r w:rsidRPr="000A19C9">
        <w:t xml:space="preserve"> de </w:t>
      </w:r>
      <w:proofErr w:type="spellStart"/>
      <w:r w:rsidRPr="000A19C9">
        <w:t>ônibus</w:t>
      </w:r>
      <w:proofErr w:type="spellEnd"/>
      <w:r w:rsidRPr="000A19C9">
        <w:t>.</w:t>
      </w:r>
    </w:p>
    <w:p w14:paraId="52B9859C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Hanói</w:t>
      </w:r>
      <w:proofErr w:type="spellEnd"/>
    </w:p>
    <w:p w14:paraId="3247A297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Brunch</w:t>
      </w:r>
    </w:p>
    <w:p w14:paraId="01354A6F" w14:textId="77777777" w:rsidR="00F10C12" w:rsidRDefault="00F10C12" w:rsidP="00F10C12">
      <w:pPr>
        <w:pStyle w:val="Dia"/>
        <w:spacing w:before="120" w:after="20"/>
        <w:jc w:val="both"/>
      </w:pPr>
      <w:r>
        <w:t xml:space="preserve">📍 7º </w:t>
      </w:r>
      <w:proofErr w:type="spellStart"/>
      <w:r>
        <w:t>dia</w:t>
      </w:r>
      <w:proofErr w:type="spellEnd"/>
      <w:r>
        <w:t xml:space="preserve">: </w:t>
      </w:r>
      <w:r w:rsidRPr="000A19C9">
        <w:t>HANOI – YOGA – VOO PARA SIEM REAP</w:t>
      </w:r>
    </w:p>
    <w:p w14:paraId="7475340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Sugestão</w:t>
      </w:r>
      <w:proofErr w:type="spellEnd"/>
      <w:r w:rsidRPr="000A19C9">
        <w:t xml:space="preserve"> de </w:t>
      </w:r>
      <w:proofErr w:type="spellStart"/>
      <w:r w:rsidRPr="000A19C9">
        <w:t>voo</w:t>
      </w:r>
      <w:proofErr w:type="spellEnd"/>
      <w:r w:rsidRPr="000A19C9">
        <w:t>: VN 839 (17h05 – 18h50) (NÃO INCLUÍDO)</w:t>
      </w:r>
    </w:p>
    <w:p w14:paraId="4F5ACB9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Sessão</w:t>
      </w:r>
      <w:proofErr w:type="spellEnd"/>
      <w:r w:rsidRPr="000A19C9">
        <w:t xml:space="preserve"> de yoga pela </w:t>
      </w:r>
      <w:proofErr w:type="spellStart"/>
      <w:r w:rsidRPr="000A19C9">
        <w:t>manhã</w:t>
      </w:r>
      <w:proofErr w:type="spellEnd"/>
      <w:r w:rsidRPr="000A19C9">
        <w:t xml:space="preserve">. Tempo livre </w:t>
      </w:r>
      <w:proofErr w:type="spellStart"/>
      <w:r w:rsidRPr="000A19C9">
        <w:t>até</w:t>
      </w:r>
      <w:proofErr w:type="spellEnd"/>
      <w:r w:rsidRPr="000A19C9">
        <w:t xml:space="preserve"> o check-out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meio</w:t>
      </w:r>
      <w:proofErr w:type="spellEnd"/>
      <w:r w:rsidRPr="000A19C9">
        <w:t>-dia.</w:t>
      </w:r>
    </w:p>
    <w:p w14:paraId="694212D6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Traslado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aeroporto</w:t>
      </w:r>
      <w:proofErr w:type="spellEnd"/>
      <w:r w:rsidRPr="000A19C9">
        <w:t xml:space="preserve"> e </w:t>
      </w:r>
      <w:proofErr w:type="spellStart"/>
      <w:r w:rsidRPr="000A19C9">
        <w:t>voo</w:t>
      </w:r>
      <w:proofErr w:type="spellEnd"/>
      <w:r w:rsidRPr="000A19C9">
        <w:t xml:space="preserve"> para Siem Reap (</w:t>
      </w:r>
      <w:proofErr w:type="spellStart"/>
      <w:r w:rsidRPr="000A19C9">
        <w:t>Camboja</w:t>
      </w:r>
      <w:proofErr w:type="spellEnd"/>
      <w:r w:rsidRPr="000A19C9">
        <w:t>).</w:t>
      </w:r>
    </w:p>
    <w:p w14:paraId="26D97C8D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Recepção</w:t>
      </w:r>
      <w:proofErr w:type="spellEnd"/>
      <w:r w:rsidRPr="000A19C9">
        <w:t xml:space="preserve"> e </w:t>
      </w:r>
      <w:proofErr w:type="spellStart"/>
      <w:r w:rsidRPr="000A19C9">
        <w:t>traslado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hotel.</w:t>
      </w:r>
    </w:p>
    <w:p w14:paraId="008BFAC7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Siem Reap</w:t>
      </w:r>
    </w:p>
    <w:p w14:paraId="152057B2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14D1125F" w14:textId="77777777" w:rsidR="00F10C12" w:rsidRDefault="00F10C12" w:rsidP="00F10C12">
      <w:pPr>
        <w:pStyle w:val="Dia"/>
        <w:spacing w:before="120" w:after="20"/>
        <w:jc w:val="both"/>
      </w:pPr>
      <w:r>
        <w:t xml:space="preserve">📍 8º </w:t>
      </w:r>
      <w:proofErr w:type="spellStart"/>
      <w:r>
        <w:t>dia</w:t>
      </w:r>
      <w:proofErr w:type="spellEnd"/>
      <w:r>
        <w:t xml:space="preserve">: </w:t>
      </w:r>
      <w:r w:rsidRPr="000A19C9">
        <w:t>SIEM REAP – TEMPLOS DE ANGKOR</w:t>
      </w:r>
    </w:p>
    <w:p w14:paraId="33BA8929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visita </w:t>
      </w:r>
      <w:proofErr w:type="gramStart"/>
      <w:r w:rsidRPr="000A19C9">
        <w:t>a</w:t>
      </w:r>
      <w:proofErr w:type="gramEnd"/>
      <w:r w:rsidRPr="000A19C9">
        <w:t xml:space="preserve"> Angkor Thom: </w:t>
      </w:r>
      <w:proofErr w:type="spellStart"/>
      <w:r w:rsidRPr="000A19C9">
        <w:t>Portão</w:t>
      </w:r>
      <w:proofErr w:type="spellEnd"/>
      <w:r w:rsidRPr="000A19C9">
        <w:t xml:space="preserve"> Sul, Templo Bayon, </w:t>
      </w:r>
      <w:proofErr w:type="spellStart"/>
      <w:r w:rsidRPr="000A19C9">
        <w:t>Terraço</w:t>
      </w:r>
      <w:proofErr w:type="spellEnd"/>
      <w:r w:rsidRPr="000A19C9">
        <w:t xml:space="preserve"> dos Elefantes, </w:t>
      </w:r>
      <w:proofErr w:type="spellStart"/>
      <w:r w:rsidRPr="000A19C9">
        <w:t>Baphuon</w:t>
      </w:r>
      <w:proofErr w:type="spellEnd"/>
      <w:r w:rsidRPr="000A19C9">
        <w:t xml:space="preserve">, Palácio Real e </w:t>
      </w:r>
      <w:proofErr w:type="spellStart"/>
      <w:r w:rsidRPr="000A19C9">
        <w:t>Phimeanakas</w:t>
      </w:r>
      <w:proofErr w:type="spellEnd"/>
      <w:r w:rsidRPr="000A19C9">
        <w:t>.</w:t>
      </w:r>
    </w:p>
    <w:p w14:paraId="162CC665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Visita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Terraço</w:t>
      </w:r>
      <w:proofErr w:type="spellEnd"/>
      <w:r w:rsidRPr="000A19C9">
        <w:t xml:space="preserve"> do Rei Leproso e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templo</w:t>
      </w:r>
      <w:proofErr w:type="spellEnd"/>
      <w:r w:rsidRPr="000A19C9">
        <w:t xml:space="preserve"> Ta Prohm (</w:t>
      </w:r>
      <w:proofErr w:type="spellStart"/>
      <w:r w:rsidRPr="000A19C9">
        <w:t>envolto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</w:t>
      </w:r>
      <w:proofErr w:type="spellStart"/>
      <w:r w:rsidRPr="000A19C9">
        <w:t>raízes</w:t>
      </w:r>
      <w:proofErr w:type="spellEnd"/>
      <w:r w:rsidRPr="000A19C9">
        <w:t xml:space="preserve"> </w:t>
      </w:r>
      <w:proofErr w:type="spellStart"/>
      <w:r w:rsidRPr="000A19C9">
        <w:t>gigantes</w:t>
      </w:r>
      <w:proofErr w:type="spellEnd"/>
      <w:r w:rsidRPr="000A19C9">
        <w:t>).</w:t>
      </w:r>
    </w:p>
    <w:p w14:paraId="4EC3E061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tarde</w:t>
      </w:r>
      <w:proofErr w:type="spellEnd"/>
      <w:r w:rsidRPr="000A19C9">
        <w:t xml:space="preserve">, visita </w:t>
      </w:r>
      <w:proofErr w:type="spellStart"/>
      <w:r w:rsidRPr="000A19C9">
        <w:t>ao</w:t>
      </w:r>
      <w:proofErr w:type="spellEnd"/>
      <w:r w:rsidRPr="000A19C9">
        <w:t xml:space="preserve"> Angkor Wat, um dos </w:t>
      </w:r>
      <w:proofErr w:type="spellStart"/>
      <w:r w:rsidRPr="000A19C9">
        <w:t>maiores</w:t>
      </w:r>
      <w:proofErr w:type="spellEnd"/>
      <w:r w:rsidRPr="000A19C9">
        <w:t xml:space="preserve"> </w:t>
      </w:r>
      <w:proofErr w:type="spellStart"/>
      <w:r w:rsidRPr="000A19C9">
        <w:t>templos</w:t>
      </w:r>
      <w:proofErr w:type="spellEnd"/>
      <w:r w:rsidRPr="000A19C9">
        <w:t xml:space="preserve"> do </w:t>
      </w:r>
      <w:proofErr w:type="spellStart"/>
      <w:r w:rsidRPr="000A19C9">
        <w:t>mundo</w:t>
      </w:r>
      <w:proofErr w:type="spellEnd"/>
      <w:r w:rsidRPr="000A19C9">
        <w:t xml:space="preserve"> e </w:t>
      </w:r>
      <w:proofErr w:type="spellStart"/>
      <w:r w:rsidRPr="000A19C9">
        <w:t>símbolo</w:t>
      </w:r>
      <w:proofErr w:type="spellEnd"/>
      <w:r w:rsidRPr="000A19C9">
        <w:t xml:space="preserve"> do </w:t>
      </w:r>
      <w:proofErr w:type="spellStart"/>
      <w:r w:rsidRPr="000A19C9">
        <w:t>Camboja</w:t>
      </w:r>
      <w:proofErr w:type="spellEnd"/>
      <w:r w:rsidRPr="000A19C9">
        <w:t>.</w:t>
      </w:r>
    </w:p>
    <w:p w14:paraId="4B83B69A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Pôr</w:t>
      </w:r>
      <w:proofErr w:type="spellEnd"/>
      <w:r w:rsidRPr="000A19C9">
        <w:t xml:space="preserve"> do sol </w:t>
      </w:r>
      <w:proofErr w:type="spellStart"/>
      <w:r w:rsidRPr="000A19C9">
        <w:t>em</w:t>
      </w:r>
      <w:proofErr w:type="spellEnd"/>
      <w:r w:rsidRPr="000A19C9">
        <w:t xml:space="preserve"> Phnom </w:t>
      </w:r>
      <w:proofErr w:type="spellStart"/>
      <w:r w:rsidRPr="000A19C9">
        <w:t>Bakheng</w:t>
      </w:r>
      <w:proofErr w:type="spellEnd"/>
      <w:r w:rsidRPr="000A19C9">
        <w:t>.</w:t>
      </w:r>
    </w:p>
    <w:p w14:paraId="17010D83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noite</w:t>
      </w:r>
      <w:proofErr w:type="spellEnd"/>
      <w:r w:rsidRPr="000A19C9">
        <w:t xml:space="preserve">, </w:t>
      </w:r>
      <w:proofErr w:type="spellStart"/>
      <w:r w:rsidRPr="000A19C9">
        <w:t>jantar</w:t>
      </w:r>
      <w:proofErr w:type="spellEnd"/>
      <w:r w:rsidRPr="000A19C9">
        <w:t xml:space="preserve"> com </w:t>
      </w:r>
      <w:proofErr w:type="spellStart"/>
      <w:r w:rsidRPr="000A19C9">
        <w:t>espetáculo</w:t>
      </w:r>
      <w:proofErr w:type="spellEnd"/>
      <w:r w:rsidRPr="000A19C9">
        <w:t xml:space="preserve"> de </w:t>
      </w:r>
      <w:proofErr w:type="spellStart"/>
      <w:r w:rsidRPr="000A19C9">
        <w:t>dança</w:t>
      </w:r>
      <w:proofErr w:type="spellEnd"/>
      <w:r w:rsidRPr="000A19C9">
        <w:t xml:space="preserve"> Apsara.</w:t>
      </w:r>
    </w:p>
    <w:p w14:paraId="1E700CB8" w14:textId="77777777" w:rsidR="00F10C12" w:rsidRPr="000A19C9" w:rsidRDefault="00F10C12" w:rsidP="00F10C12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Siem Reap</w:t>
      </w:r>
    </w:p>
    <w:p w14:paraId="4BA4B62D" w14:textId="77777777" w:rsidR="00F10C12" w:rsidRPr="000A19C9" w:rsidRDefault="00F10C12" w:rsidP="00F10C12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Jantar </w:t>
      </w:r>
      <w:proofErr w:type="spellStart"/>
      <w:r w:rsidRPr="000A19C9">
        <w:t>incluído</w:t>
      </w:r>
      <w:proofErr w:type="spellEnd"/>
    </w:p>
    <w:p w14:paraId="08EDB331" w14:textId="77777777" w:rsidR="00F10C12" w:rsidRDefault="00F10C12" w:rsidP="00F10C12">
      <w:pPr>
        <w:pStyle w:val="Dia"/>
        <w:spacing w:before="120" w:after="20"/>
        <w:jc w:val="both"/>
      </w:pPr>
      <w:r>
        <w:t xml:space="preserve">📍 9º </w:t>
      </w:r>
      <w:proofErr w:type="spellStart"/>
      <w:r>
        <w:t>dia</w:t>
      </w:r>
      <w:proofErr w:type="spellEnd"/>
      <w:r>
        <w:t xml:space="preserve">: </w:t>
      </w:r>
      <w:r w:rsidRPr="000A19C9">
        <w:t>SIEM REAP – YOGA – VILA FLUTUANTE – CITY TOUR</w:t>
      </w:r>
    </w:p>
    <w:p w14:paraId="22002649" w14:textId="77777777" w:rsidR="00F10C12" w:rsidRDefault="00F10C12" w:rsidP="00F10C12">
      <w:pPr>
        <w:spacing w:after="40" w:line="252" w:lineRule="auto"/>
        <w:jc w:val="both"/>
      </w:pPr>
      <w:proofErr w:type="spellStart"/>
      <w:r>
        <w:t>Sessão</w:t>
      </w:r>
      <w:proofErr w:type="spellEnd"/>
      <w:r>
        <w:t xml:space="preserve"> final de yoga </w:t>
      </w:r>
      <w:proofErr w:type="spellStart"/>
      <w:r>
        <w:t>na</w:t>
      </w:r>
      <w:proofErr w:type="spellEnd"/>
      <w:r>
        <w:t xml:space="preserve"> pagoda Wat Svay </w:t>
      </w:r>
      <w:proofErr w:type="spellStart"/>
      <w:r>
        <w:t>Romeat</w:t>
      </w:r>
      <w:proofErr w:type="spellEnd"/>
      <w:r>
        <w:t>.</w:t>
      </w:r>
    </w:p>
    <w:p w14:paraId="7AC97CEE" w14:textId="77777777" w:rsidR="00F10C12" w:rsidRDefault="00F10C12" w:rsidP="00F10C12">
      <w:pPr>
        <w:spacing w:after="40" w:line="252" w:lineRule="auto"/>
        <w:jc w:val="both"/>
      </w:pPr>
      <w:r>
        <w:t xml:space="preserve">Visita </w:t>
      </w:r>
      <w:proofErr w:type="spellStart"/>
      <w:r>
        <w:t>ao</w:t>
      </w:r>
      <w:proofErr w:type="spellEnd"/>
      <w:r>
        <w:t xml:space="preserve"> Wat </w:t>
      </w:r>
      <w:proofErr w:type="spellStart"/>
      <w:r>
        <w:t>Thmei</w:t>
      </w:r>
      <w:proofErr w:type="spellEnd"/>
      <w:r>
        <w:t xml:space="preserve"> (memorial do Khmer Vermelho) e à </w:t>
      </w:r>
      <w:proofErr w:type="spellStart"/>
      <w:r>
        <w:t>escola</w:t>
      </w:r>
      <w:proofErr w:type="spellEnd"/>
      <w:r>
        <w:t xml:space="preserve"> de </w:t>
      </w:r>
      <w:proofErr w:type="spellStart"/>
      <w:r>
        <w:t>artesãos</w:t>
      </w:r>
      <w:proofErr w:type="spellEnd"/>
      <w:r>
        <w:t xml:space="preserve"> de Angkor.</w:t>
      </w:r>
    </w:p>
    <w:p w14:paraId="1ECAC26E" w14:textId="77777777" w:rsidR="00F10C12" w:rsidRDefault="00F10C12" w:rsidP="00F10C12">
      <w:pPr>
        <w:spacing w:after="40" w:line="252" w:lineRule="auto"/>
        <w:jc w:val="both"/>
      </w:pPr>
      <w:r>
        <w:t xml:space="preserve">À </w:t>
      </w:r>
      <w:proofErr w:type="spellStart"/>
      <w:r>
        <w:t>tarde</w:t>
      </w:r>
      <w:proofErr w:type="spellEnd"/>
      <w:r>
        <w:t xml:space="preserve">, visita </w:t>
      </w:r>
      <w:proofErr w:type="spellStart"/>
      <w:r>
        <w:t>às</w:t>
      </w:r>
      <w:proofErr w:type="spellEnd"/>
      <w:r>
        <w:t xml:space="preserve"> </w:t>
      </w:r>
      <w:proofErr w:type="spellStart"/>
      <w:r>
        <w:t>vilas</w:t>
      </w:r>
      <w:proofErr w:type="spellEnd"/>
      <w:r>
        <w:t xml:space="preserve"> </w:t>
      </w:r>
      <w:proofErr w:type="spellStart"/>
      <w:r>
        <w:t>flutuantes</w:t>
      </w:r>
      <w:proofErr w:type="spellEnd"/>
      <w:r>
        <w:t xml:space="preserve"> no </w:t>
      </w:r>
      <w:proofErr w:type="spellStart"/>
      <w:r>
        <w:t>lago</w:t>
      </w:r>
      <w:proofErr w:type="spellEnd"/>
      <w:r>
        <w:t xml:space="preserve"> Tonle Sap. </w:t>
      </w:r>
      <w:proofErr w:type="spellStart"/>
      <w:r>
        <w:t>Passeio</w:t>
      </w:r>
      <w:proofErr w:type="spellEnd"/>
      <w:r>
        <w:t xml:space="preserve"> de </w:t>
      </w:r>
      <w:proofErr w:type="spellStart"/>
      <w:r>
        <w:t>barco</w:t>
      </w:r>
      <w:proofErr w:type="spellEnd"/>
      <w:r>
        <w:t xml:space="preserve"> </w:t>
      </w:r>
      <w:proofErr w:type="spellStart"/>
      <w:r>
        <w:t>tradicional</w:t>
      </w:r>
      <w:proofErr w:type="spellEnd"/>
      <w:r>
        <w:t xml:space="preserve"> para </w:t>
      </w:r>
      <w:proofErr w:type="spellStart"/>
      <w:r>
        <w:t>conhecer</w:t>
      </w:r>
      <w:proofErr w:type="spellEnd"/>
      <w:r>
        <w:t xml:space="preserve"> o </w:t>
      </w:r>
      <w:proofErr w:type="spellStart"/>
      <w:r>
        <w:t>estilo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local.</w:t>
      </w:r>
    </w:p>
    <w:p w14:paraId="6391B520" w14:textId="77777777" w:rsidR="00F10C12" w:rsidRDefault="00F10C12" w:rsidP="00F10C12">
      <w:pPr>
        <w:spacing w:after="40" w:line="252" w:lineRule="auto"/>
        <w:jc w:val="both"/>
      </w:pPr>
      <w:r>
        <w:t xml:space="preserve">Visita à pagoda Wat Bo e </w:t>
      </w:r>
      <w:proofErr w:type="spellStart"/>
      <w:r>
        <w:t>ao</w:t>
      </w:r>
      <w:proofErr w:type="spellEnd"/>
      <w:r>
        <w:t xml:space="preserve"> Mercado Antigo (</w:t>
      </w:r>
      <w:proofErr w:type="spellStart"/>
      <w:r>
        <w:t>Psar</w:t>
      </w:r>
      <w:proofErr w:type="spellEnd"/>
      <w:r>
        <w:t xml:space="preserve"> Chas).</w:t>
      </w:r>
    </w:p>
    <w:p w14:paraId="67DE6B2F" w14:textId="77777777" w:rsidR="00F10C12" w:rsidRDefault="00F10C12" w:rsidP="00F10C12">
      <w:pPr>
        <w:spacing w:after="40" w:line="252" w:lineRule="auto"/>
        <w:jc w:val="both"/>
      </w:pPr>
      <w:proofErr w:type="spellStart"/>
      <w:r>
        <w:t>Pernoite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Siem Reap</w:t>
      </w:r>
    </w:p>
    <w:p w14:paraId="5AC2CCC1" w14:textId="77777777" w:rsidR="00F10C12" w:rsidRDefault="00F10C12" w:rsidP="00F10C12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</w:t>
      </w:r>
      <w:proofErr w:type="spellStart"/>
      <w:r>
        <w:t>incluído</w:t>
      </w:r>
      <w:proofErr w:type="spellEnd"/>
    </w:p>
    <w:p w14:paraId="7E35EA6A" w14:textId="77777777" w:rsidR="00F10C12" w:rsidRDefault="00F10C12" w:rsidP="00F10C12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10º </w:t>
      </w:r>
      <w:proofErr w:type="spellStart"/>
      <w:r>
        <w:t>dia</w:t>
      </w:r>
      <w:proofErr w:type="spellEnd"/>
      <w:r>
        <w:t xml:space="preserve">: </w:t>
      </w:r>
      <w:r w:rsidRPr="000A19C9">
        <w:t>SIEM REAP – SAÍDA</w:t>
      </w:r>
    </w:p>
    <w:p w14:paraId="756EF0B2" w14:textId="77777777" w:rsidR="00F10C12" w:rsidRDefault="00F10C12" w:rsidP="00F10C12">
      <w:pPr>
        <w:spacing w:after="40" w:line="252" w:lineRule="auto"/>
        <w:jc w:val="both"/>
      </w:pPr>
      <w:proofErr w:type="spellStart"/>
      <w:r>
        <w:t>Após</w:t>
      </w:r>
      <w:proofErr w:type="spellEnd"/>
      <w:r>
        <w:t xml:space="preserve"> o café da </w:t>
      </w:r>
      <w:proofErr w:type="spellStart"/>
      <w:r>
        <w:t>manhã</w:t>
      </w:r>
      <w:proofErr w:type="spellEnd"/>
      <w:r>
        <w:t xml:space="preserve">, tempo livre </w:t>
      </w:r>
      <w:proofErr w:type="spellStart"/>
      <w:r>
        <w:t>até</w:t>
      </w:r>
      <w:proofErr w:type="spellEnd"/>
      <w:r>
        <w:t xml:space="preserve"> o check-out (12h00).</w:t>
      </w:r>
    </w:p>
    <w:p w14:paraId="3C14D72C" w14:textId="77777777" w:rsidR="00F10C12" w:rsidRDefault="00F10C12" w:rsidP="00F10C12">
      <w:pPr>
        <w:spacing w:after="40" w:line="252" w:lineRule="auto"/>
        <w:jc w:val="both"/>
      </w:pP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 para o </w:t>
      </w:r>
      <w:proofErr w:type="spellStart"/>
      <w:r>
        <w:t>voo</w:t>
      </w:r>
      <w:proofErr w:type="spellEnd"/>
      <w:r>
        <w:t xml:space="preserve"> de </w:t>
      </w:r>
      <w:proofErr w:type="spellStart"/>
      <w:r>
        <w:t>retorno</w:t>
      </w:r>
      <w:proofErr w:type="spellEnd"/>
      <w:r>
        <w:t>.</w:t>
      </w:r>
    </w:p>
    <w:p w14:paraId="068F8C3A" w14:textId="77777777" w:rsidR="00F10C12" w:rsidRDefault="00F10C12" w:rsidP="00F10C12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1492"/>
        <w:gridCol w:w="4246"/>
        <w:gridCol w:w="4902"/>
      </w:tblGrid>
      <w:tr w:rsidR="00F10C12" w14:paraId="78865219" w14:textId="02D91C47" w:rsidTr="00F10C12">
        <w:trPr>
          <w:jc w:val="center"/>
        </w:trPr>
        <w:tc>
          <w:tcPr>
            <w:tcW w:w="0" w:type="auto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034D5C" w14:textId="57EEAC79" w:rsidR="00F10C12" w:rsidRDefault="00F10C12" w:rsidP="00F10C12">
            <w:pPr>
              <w:jc w:val="center"/>
            </w:pPr>
          </w:p>
        </w:tc>
        <w:tc>
          <w:tcPr>
            <w:tcW w:w="0" w:type="auto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BB966B" w14:textId="77777777" w:rsidR="00F10C12" w:rsidRDefault="00F10C12" w:rsidP="00F10C12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0" w:type="auto"/>
            <w:shd w:val="clear" w:color="auto" w:fill="123C69"/>
            <w:vAlign w:val="center"/>
          </w:tcPr>
          <w:p w14:paraId="0E261615" w14:textId="7AAB18B5" w:rsidR="00F10C12" w:rsidRDefault="00F10C12" w:rsidP="00F10C12">
            <w:pPr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5"/>
              </w:rPr>
              <w:t>CATEGORIA SUPERIOR 4*</w:t>
            </w:r>
            <w:r>
              <w:rPr>
                <w:b/>
                <w:color w:val="FFFFFF"/>
                <w:sz w:val="15"/>
              </w:rPr>
              <w:t xml:space="preserve"> SUP / 5*</w:t>
            </w:r>
            <w:r>
              <w:rPr>
                <w:b/>
                <w:color w:val="FFFFFF"/>
                <w:sz w:val="15"/>
              </w:rPr>
              <w:t xml:space="preserve"> - PREÇO NET POR PESSOA EM USD</w:t>
            </w:r>
          </w:p>
        </w:tc>
      </w:tr>
      <w:tr w:rsidR="00F10C12" w14:paraId="673F177C" w14:textId="52C44992" w:rsidTr="00F10C12">
        <w:trPr>
          <w:jc w:val="center"/>
        </w:trPr>
        <w:tc>
          <w:tcPr>
            <w:tcW w:w="0" w:type="auto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087102" w14:textId="77777777" w:rsidR="00F10C12" w:rsidRDefault="00F10C12" w:rsidP="00F10C12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0" w:type="auto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E4312B" w14:textId="77777777" w:rsidR="00F10C12" w:rsidRDefault="00F10C12" w:rsidP="00F10C12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  <w:tc>
          <w:tcPr>
            <w:tcW w:w="0" w:type="auto"/>
            <w:shd w:val="clear" w:color="auto" w:fill="E7F2FA"/>
            <w:vAlign w:val="center"/>
          </w:tcPr>
          <w:p w14:paraId="6EF72F6D" w14:textId="48A3E9CA" w:rsidR="00F10C12" w:rsidRDefault="00F10C12" w:rsidP="00F10C12">
            <w:pPr>
              <w:jc w:val="center"/>
              <w:rPr>
                <w:b/>
                <w:color w:val="123C69"/>
                <w:sz w:val="15"/>
              </w:rPr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F10C12" w14:paraId="2BE6D345" w14:textId="79FD5CD5" w:rsidTr="00F10C12">
        <w:trPr>
          <w:jc w:val="center"/>
        </w:trPr>
        <w:tc>
          <w:tcPr>
            <w:tcW w:w="0" w:type="auto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74DA38" w14:textId="77777777" w:rsidR="00F10C12" w:rsidRPr="001040EA" w:rsidRDefault="00F10C12" w:rsidP="00F10C12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0" w:type="auto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FE47EF1" w14:textId="3C60D198" w:rsidR="00F10C12" w:rsidRPr="001040EA" w:rsidRDefault="00F10C12" w:rsidP="00F10C12">
            <w:pPr>
              <w:rPr>
                <w:sz w:val="15"/>
              </w:rPr>
            </w:pPr>
            <w:r w:rsidRPr="00F10C12">
              <w:rPr>
                <w:sz w:val="15"/>
              </w:rPr>
              <w:t>USD 1817</w:t>
            </w:r>
          </w:p>
        </w:tc>
        <w:tc>
          <w:tcPr>
            <w:tcW w:w="0" w:type="auto"/>
            <w:shd w:val="clear" w:color="auto" w:fill="F7FAFC"/>
            <w:vAlign w:val="center"/>
          </w:tcPr>
          <w:p w14:paraId="7B2A7565" w14:textId="4A785A49" w:rsidR="00F10C12" w:rsidRPr="000A19C9" w:rsidRDefault="00F10C12" w:rsidP="00F10C12">
            <w:pPr>
              <w:rPr>
                <w:sz w:val="15"/>
              </w:rPr>
            </w:pPr>
            <w:r w:rsidRPr="00F10C12">
              <w:rPr>
                <w:sz w:val="15"/>
              </w:rPr>
              <w:t>USD 2207</w:t>
            </w:r>
          </w:p>
        </w:tc>
      </w:tr>
      <w:tr w:rsidR="00F10C12" w14:paraId="7062F3A6" w14:textId="1C107965" w:rsidTr="00F10C12">
        <w:trPr>
          <w:jc w:val="center"/>
        </w:trPr>
        <w:tc>
          <w:tcPr>
            <w:tcW w:w="0" w:type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43D150" w14:textId="77777777" w:rsidR="00F10C12" w:rsidRPr="001040EA" w:rsidRDefault="00F10C12" w:rsidP="00F10C12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0" w:type="auto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C1BC56" w14:textId="4BB7B29E" w:rsidR="00F10C12" w:rsidRPr="001040EA" w:rsidRDefault="00F10C12" w:rsidP="00F10C12">
            <w:pPr>
              <w:rPr>
                <w:sz w:val="15"/>
              </w:rPr>
            </w:pPr>
            <w:r w:rsidRPr="00F10C12">
              <w:rPr>
                <w:sz w:val="15"/>
              </w:rPr>
              <w:t>USD 1882</w:t>
            </w:r>
          </w:p>
        </w:tc>
        <w:tc>
          <w:tcPr>
            <w:tcW w:w="0" w:type="auto"/>
            <w:vAlign w:val="center"/>
          </w:tcPr>
          <w:p w14:paraId="75A6A27D" w14:textId="17F91A73" w:rsidR="00F10C12" w:rsidRPr="000A19C9" w:rsidRDefault="00F10C12" w:rsidP="00F10C12">
            <w:pPr>
              <w:rPr>
                <w:sz w:val="15"/>
              </w:rPr>
            </w:pPr>
            <w:r w:rsidRPr="00F10C12">
              <w:rPr>
                <w:sz w:val="15"/>
              </w:rPr>
              <w:t>USD 2295</w:t>
            </w:r>
          </w:p>
        </w:tc>
      </w:tr>
    </w:tbl>
    <w:p w14:paraId="4E669163" w14:textId="77777777" w:rsidR="00F10C12" w:rsidRDefault="00F10C12" w:rsidP="00F10C12"/>
    <w:p w14:paraId="4FE45B3B" w14:textId="77777777" w:rsidR="00F10C12" w:rsidRDefault="00F10C12" w:rsidP="00F10C12">
      <w:pPr>
        <w:pStyle w:val="BoxTitle"/>
        <w:spacing w:before="160"/>
      </w:pPr>
      <w:r>
        <w:t>Black out:</w:t>
      </w:r>
    </w:p>
    <w:p w14:paraId="068CBF3A" w14:textId="77777777" w:rsidR="00F10C12" w:rsidRPr="000A19C9" w:rsidRDefault="00F10C12" w:rsidP="00F10C12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Dia da </w:t>
      </w:r>
      <w:proofErr w:type="spellStart"/>
      <w:r w:rsidRPr="000A19C9">
        <w:t>Independência</w:t>
      </w:r>
      <w:proofErr w:type="spellEnd"/>
      <w:r w:rsidRPr="000A19C9">
        <w:t xml:space="preserve">: 30 de </w:t>
      </w:r>
      <w:proofErr w:type="spellStart"/>
      <w:r w:rsidRPr="000A19C9">
        <w:t>agosto</w:t>
      </w:r>
      <w:proofErr w:type="spellEnd"/>
      <w:r w:rsidRPr="000A19C9">
        <w:t xml:space="preserve"> a 2 de </w:t>
      </w:r>
      <w:proofErr w:type="spellStart"/>
      <w:r w:rsidRPr="000A19C9">
        <w:t>setembro</w:t>
      </w:r>
      <w:proofErr w:type="spellEnd"/>
      <w:r w:rsidRPr="000A19C9">
        <w:t xml:space="preserve"> de 2026</w:t>
      </w:r>
    </w:p>
    <w:p w14:paraId="6090D0E9" w14:textId="77777777" w:rsidR="00F10C12" w:rsidRDefault="00F10C12" w:rsidP="00F10C12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 Natal e Ano Novo: 24 a 31 de </w:t>
      </w:r>
      <w:proofErr w:type="spellStart"/>
      <w:r w:rsidRPr="000A19C9">
        <w:t>dezembro</w:t>
      </w:r>
      <w:proofErr w:type="spellEnd"/>
      <w:r w:rsidRPr="000A19C9">
        <w:t xml:space="preserve"> de 2026 e 01 a 03 de Janeiro</w:t>
      </w:r>
    </w:p>
    <w:p w14:paraId="2EAB675E" w14:textId="77777777" w:rsidR="00F10C12" w:rsidRPr="000A19C9" w:rsidRDefault="00F10C12" w:rsidP="00F10C12">
      <w:pPr>
        <w:pStyle w:val="PargrafodaLista"/>
        <w:spacing w:after="40" w:line="252" w:lineRule="auto"/>
        <w:jc w:val="both"/>
      </w:pPr>
    </w:p>
    <w:p w14:paraId="00A94A22" w14:textId="77777777" w:rsidR="00F10C12" w:rsidRDefault="00F10C12" w:rsidP="00F10C12">
      <w:pPr>
        <w:pStyle w:val="BoxTitle"/>
        <w:spacing w:before="160"/>
      </w:pPr>
      <w:r>
        <w:lastRenderedPageBreak/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F10C12" w14:paraId="12B0C450" w14:textId="77777777" w:rsidTr="00BF73F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8DAAAD" w14:textId="77777777" w:rsidR="00F10C12" w:rsidRDefault="00F10C12" w:rsidP="00BF73F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D9B51F" w14:textId="77777777" w:rsidR="00F10C12" w:rsidRDefault="00F10C12" w:rsidP="00BF73F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063876" w14:textId="77777777" w:rsidR="00F10C12" w:rsidRDefault="00F10C12" w:rsidP="00BF73F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 5*</w:t>
            </w:r>
          </w:p>
        </w:tc>
      </w:tr>
      <w:tr w:rsidR="00F10C12" w14:paraId="10C1DB09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267E271" w14:textId="77777777" w:rsidR="00F10C12" w:rsidRDefault="00F10C12" w:rsidP="00BF73FA">
            <w:r w:rsidRPr="004C0F53">
              <w:t>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666D76E" w14:textId="77777777" w:rsidR="00F10C12" w:rsidRPr="003A5BC6" w:rsidRDefault="00F10C12" w:rsidP="00BF73FA">
            <w:r>
              <w:t>Thang Long Opera 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2634A4A" w14:textId="77777777" w:rsidR="00F10C12" w:rsidRPr="003A5BC6" w:rsidRDefault="00F10C12" w:rsidP="00BF73FA">
            <w:r w:rsidRPr="003A5BC6">
              <w:t>Pan Pacific</w:t>
            </w:r>
          </w:p>
          <w:p w14:paraId="2625BC9F" w14:textId="77777777" w:rsidR="00F10C12" w:rsidRPr="003A5BC6" w:rsidRDefault="00F10C12" w:rsidP="00BF73FA">
            <w:r w:rsidRPr="003A5BC6">
              <w:t>Deluxe</w:t>
            </w:r>
          </w:p>
        </w:tc>
      </w:tr>
      <w:tr w:rsidR="00F10C12" w14:paraId="3A09ACBF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7FC8F61" w14:textId="77777777" w:rsidR="00F10C12" w:rsidRDefault="00F10C12" w:rsidP="00BF73FA">
            <w:r w:rsidRPr="004C0F53">
              <w:t>Pu Luong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F157566" w14:textId="77777777" w:rsidR="00F10C12" w:rsidRPr="003A5BC6" w:rsidRDefault="00F10C12" w:rsidP="00BF73FA">
            <w:r>
              <w:t>Pu Luong Bocbandi 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54598F4" w14:textId="77777777" w:rsidR="00F10C12" w:rsidRPr="003A5BC6" w:rsidRDefault="00F10C12" w:rsidP="00BF73FA">
            <w:r>
              <w:t>Pu Luong Retreat Deluxe room</w:t>
            </w:r>
          </w:p>
        </w:tc>
      </w:tr>
      <w:tr w:rsidR="00F10C12" w14:paraId="0384B3AC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034E8A4" w14:textId="77777777" w:rsidR="00F10C12" w:rsidRPr="003A5BC6" w:rsidRDefault="00F10C12" w:rsidP="00BF73FA">
            <w:r w:rsidRPr="004C0F53">
              <w:t>Halong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8CD9978" w14:textId="77777777" w:rsidR="00F10C12" w:rsidRPr="003A5BC6" w:rsidRDefault="00F10C12" w:rsidP="00BF73FA">
            <w:r>
              <w:t>La Regina Royal Cruise Noble Suite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2856BC7" w14:textId="77777777" w:rsidR="00F10C12" w:rsidRPr="003A5BC6" w:rsidRDefault="00F10C12" w:rsidP="00BF73FA">
            <w:r>
              <w:t xml:space="preserve">Indochine </w:t>
            </w:r>
            <w:proofErr w:type="spellStart"/>
            <w:r>
              <w:t>Lanha</w:t>
            </w:r>
            <w:proofErr w:type="spellEnd"/>
            <w:r>
              <w:t xml:space="preserve"> Cruise Junior Suite</w:t>
            </w:r>
          </w:p>
        </w:tc>
      </w:tr>
      <w:tr w:rsidR="00F10C12" w14:paraId="7AABB627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4ED8310" w14:textId="77777777" w:rsidR="00F10C12" w:rsidRPr="003A5BC6" w:rsidRDefault="00F10C12" w:rsidP="00BF73FA">
            <w:r w:rsidRPr="004C0F53">
              <w:t>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6C9AB6A" w14:textId="77777777" w:rsidR="00F10C12" w:rsidRPr="003A5BC6" w:rsidRDefault="00F10C12" w:rsidP="00BF73FA">
            <w:r>
              <w:t>Memoire D’ Angkor Boutique hotel 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1C200F6" w14:textId="77777777" w:rsidR="00F10C12" w:rsidRPr="003A5BC6" w:rsidRDefault="00F10C12" w:rsidP="00BF73FA">
            <w:r>
              <w:t>Borei Angkor Resort &amp; Spa Deluxe</w:t>
            </w:r>
          </w:p>
        </w:tc>
      </w:tr>
    </w:tbl>
    <w:p w14:paraId="2877FFBD" w14:textId="77777777" w:rsidR="00F10C12" w:rsidRDefault="00F10C12" w:rsidP="00F10C12"/>
    <w:p w14:paraId="1E9ABC05" w14:textId="77777777" w:rsidR="00F10C12" w:rsidRDefault="00F10C12" w:rsidP="00F10C12">
      <w:pPr>
        <w:pStyle w:val="BoxTitle"/>
        <w:spacing w:before="160"/>
      </w:pPr>
      <w:r w:rsidRPr="001040EA">
        <w:t>TARIFAS AÉREAS NET</w:t>
      </w:r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F10C12" w14:paraId="3DF62396" w14:textId="77777777" w:rsidTr="00BF73F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12BD4CC" w14:textId="77777777" w:rsidR="00F10C12" w:rsidRDefault="00F10C12" w:rsidP="00BF73FA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Rota 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98F6CCC" w14:textId="77777777" w:rsidR="00F10C12" w:rsidRPr="001040EA" w:rsidRDefault="00F10C12" w:rsidP="00BF73FA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AIRWAYS / VIETNAM AIRLINES</w:t>
            </w:r>
          </w:p>
          <w:p w14:paraId="0E4DD462" w14:textId="77777777" w:rsidR="00F10C12" w:rsidRDefault="00F10C12" w:rsidP="00BF73FA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Aerolínea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</w:t>
            </w:r>
            <w:proofErr w:type="spellStart"/>
            <w:r w:rsidRPr="001040EA">
              <w:rPr>
                <w:b/>
                <w:color w:val="FFFFFF"/>
                <w:sz w:val="15"/>
              </w:rPr>
              <w:t>nacional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AD97A42" w14:textId="77777777" w:rsidR="00F10C12" w:rsidRPr="001040EA" w:rsidRDefault="00F10C12" w:rsidP="00BF73FA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VIETJET AIR</w:t>
            </w:r>
          </w:p>
          <w:p w14:paraId="64341AD4" w14:textId="77777777" w:rsidR="00F10C12" w:rsidRDefault="00F10C12" w:rsidP="00BF73FA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Transportador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de bajo </w:t>
            </w:r>
            <w:proofErr w:type="spellStart"/>
            <w:r w:rsidRPr="001040EA">
              <w:rPr>
                <w:b/>
                <w:color w:val="FFFFFF"/>
                <w:sz w:val="15"/>
              </w:rPr>
              <w:t>costo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</w:tr>
      <w:tr w:rsidR="00F10C12" w14:paraId="40F280BD" w14:textId="77777777" w:rsidTr="00BF73F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6C012E7" w14:textId="77777777" w:rsidR="00F10C12" w:rsidRDefault="00F10C12" w:rsidP="00BF73FA">
            <w:r w:rsidRPr="003A5BC6">
              <w:t>Hanoi – 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1A1E07D" w14:textId="0CB19FD8" w:rsidR="00F10C12" w:rsidRPr="001040EA" w:rsidRDefault="00F10C12" w:rsidP="00BF73FA">
            <w:pPr>
              <w:rPr>
                <w:sz w:val="15"/>
              </w:rPr>
            </w:pPr>
            <w:r w:rsidRPr="00F10C12">
              <w:t>USD</w:t>
            </w:r>
            <w:r>
              <w:t xml:space="preserve"> </w:t>
            </w:r>
            <w:r w:rsidRPr="00F10C12">
              <w:t>374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A2DFA92" w14:textId="18CFBFC9" w:rsidR="00F10C12" w:rsidRPr="001040EA" w:rsidRDefault="00F10C12" w:rsidP="00BF73FA">
            <w:pPr>
              <w:rPr>
                <w:sz w:val="15"/>
              </w:rPr>
            </w:pPr>
            <w:r w:rsidRPr="00F10C12">
              <w:t>USD</w:t>
            </w:r>
            <w:r>
              <w:t xml:space="preserve"> </w:t>
            </w:r>
            <w:r w:rsidRPr="00F10C12">
              <w:t>385</w:t>
            </w:r>
          </w:p>
        </w:tc>
      </w:tr>
    </w:tbl>
    <w:p w14:paraId="3241BA5D" w14:textId="77777777" w:rsidR="00F10C12" w:rsidRDefault="00F10C12" w:rsidP="00F10C12">
      <w:pPr>
        <w:pStyle w:val="BoxTitle"/>
        <w:spacing w:before="160"/>
      </w:pPr>
    </w:p>
    <w:p w14:paraId="1E974440" w14:textId="77777777" w:rsidR="00F10C12" w:rsidRDefault="00F10C12" w:rsidP="00F10C12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2C220326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</w:t>
      </w:r>
      <w:proofErr w:type="spellStart"/>
      <w:r w:rsidRPr="00F10C12">
        <w:t>Hospedagem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quarto </w:t>
      </w:r>
      <w:proofErr w:type="spellStart"/>
      <w:r w:rsidRPr="00F10C12">
        <w:t>duplo</w:t>
      </w:r>
      <w:proofErr w:type="spellEnd"/>
      <w:r w:rsidRPr="00F10C12">
        <w:t xml:space="preserve">/twin com café da </w:t>
      </w:r>
      <w:proofErr w:type="spellStart"/>
      <w:r w:rsidRPr="00F10C12">
        <w:t>manhã</w:t>
      </w:r>
      <w:proofErr w:type="spellEnd"/>
      <w:r w:rsidRPr="00F10C12">
        <w:t xml:space="preserve"> </w:t>
      </w:r>
      <w:proofErr w:type="spellStart"/>
      <w:r w:rsidRPr="00F10C12">
        <w:t>diário</w:t>
      </w:r>
      <w:proofErr w:type="spellEnd"/>
      <w:r w:rsidRPr="00F10C12">
        <w:t>.</w:t>
      </w:r>
    </w:p>
    <w:p w14:paraId="2FDF8F9D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</w:t>
      </w:r>
      <w:proofErr w:type="spellStart"/>
      <w:r w:rsidRPr="00F10C12">
        <w:t>Cabine</w:t>
      </w:r>
      <w:proofErr w:type="spellEnd"/>
      <w:r w:rsidRPr="00F10C12">
        <w:t xml:space="preserve"> </w:t>
      </w:r>
      <w:proofErr w:type="spellStart"/>
      <w:r w:rsidRPr="00F10C12">
        <w:t>privativa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</w:t>
      </w:r>
      <w:proofErr w:type="spellStart"/>
      <w:r w:rsidRPr="00F10C12">
        <w:t>barco</w:t>
      </w:r>
      <w:proofErr w:type="spellEnd"/>
      <w:r w:rsidRPr="00F10C12">
        <w:t xml:space="preserve"> </w:t>
      </w:r>
      <w:proofErr w:type="spellStart"/>
      <w:r w:rsidRPr="00F10C12">
        <w:t>compartilhado</w:t>
      </w:r>
      <w:proofErr w:type="spellEnd"/>
      <w:r w:rsidRPr="00F10C12">
        <w:t xml:space="preserve"> 5 </w:t>
      </w:r>
      <w:proofErr w:type="spellStart"/>
      <w:r w:rsidRPr="00F10C12">
        <w:t>estrelas</w:t>
      </w:r>
      <w:proofErr w:type="spellEnd"/>
      <w:r w:rsidRPr="00F10C12">
        <w:t xml:space="preserve"> </w:t>
      </w:r>
      <w:proofErr w:type="spellStart"/>
      <w:r w:rsidRPr="00F10C12">
        <w:t>na</w:t>
      </w:r>
      <w:proofErr w:type="spellEnd"/>
      <w:r w:rsidRPr="00F10C12">
        <w:t xml:space="preserve"> Baía de Halong.</w:t>
      </w:r>
    </w:p>
    <w:p w14:paraId="2E954677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Guias </w:t>
      </w:r>
      <w:proofErr w:type="spellStart"/>
      <w:r w:rsidRPr="00F10C12">
        <w:t>turísticos</w:t>
      </w:r>
      <w:proofErr w:type="spellEnd"/>
      <w:r w:rsidRPr="00F10C12">
        <w:t xml:space="preserve"> de </w:t>
      </w:r>
      <w:proofErr w:type="spellStart"/>
      <w:r w:rsidRPr="00F10C12">
        <w:t>língua</w:t>
      </w:r>
      <w:proofErr w:type="spellEnd"/>
      <w:r w:rsidRPr="00F10C12">
        <w:t xml:space="preserve"> </w:t>
      </w:r>
      <w:proofErr w:type="spellStart"/>
      <w:r w:rsidRPr="00F10C12">
        <w:t>inglesa</w:t>
      </w:r>
      <w:proofErr w:type="spellEnd"/>
      <w:r w:rsidRPr="00F10C12">
        <w:t xml:space="preserve"> (</w:t>
      </w:r>
      <w:proofErr w:type="spellStart"/>
      <w:r w:rsidRPr="00F10C12">
        <w:t>guias</w:t>
      </w:r>
      <w:proofErr w:type="spellEnd"/>
      <w:r w:rsidRPr="00F10C12">
        <w:t xml:space="preserve"> </w:t>
      </w:r>
      <w:proofErr w:type="spellStart"/>
      <w:r w:rsidRPr="00F10C12">
        <w:t>diferentes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</w:t>
      </w:r>
      <w:proofErr w:type="spellStart"/>
      <w:r w:rsidRPr="00F10C12">
        <w:t>cada</w:t>
      </w:r>
      <w:proofErr w:type="spellEnd"/>
      <w:r w:rsidRPr="00F10C12">
        <w:t xml:space="preserve"> </w:t>
      </w:r>
      <w:proofErr w:type="spellStart"/>
      <w:r w:rsidRPr="00F10C12">
        <w:t>destino</w:t>
      </w:r>
      <w:proofErr w:type="spellEnd"/>
      <w:r w:rsidRPr="00F10C12">
        <w:t>).</w:t>
      </w:r>
    </w:p>
    <w:p w14:paraId="2FBD0133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</w:t>
      </w:r>
      <w:proofErr w:type="spellStart"/>
      <w:r w:rsidRPr="00F10C12">
        <w:t>Traslados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</w:t>
      </w:r>
      <w:proofErr w:type="spellStart"/>
      <w:r w:rsidRPr="00F10C12">
        <w:t>veículos</w:t>
      </w:r>
      <w:proofErr w:type="spellEnd"/>
      <w:r w:rsidRPr="00F10C12">
        <w:t xml:space="preserve"> com </w:t>
      </w:r>
      <w:proofErr w:type="spellStart"/>
      <w:r w:rsidRPr="00F10C12">
        <w:t>ar-condicionado</w:t>
      </w:r>
      <w:proofErr w:type="spellEnd"/>
      <w:r w:rsidRPr="00F10C12">
        <w:t>.</w:t>
      </w:r>
    </w:p>
    <w:p w14:paraId="00E3BD53" w14:textId="77777777" w:rsidR="00F10C12" w:rsidRPr="00F10C12" w:rsidRDefault="00F10C12" w:rsidP="00F10C12">
      <w:pPr>
        <w:spacing w:after="40" w:line="252" w:lineRule="auto"/>
        <w:rPr>
          <w:b/>
          <w:bCs/>
        </w:rPr>
      </w:pPr>
      <w:r w:rsidRPr="00F10C12">
        <w:rPr>
          <w:b/>
          <w:bCs/>
        </w:rPr>
        <w:t xml:space="preserve">Grupo de 1 a 3 </w:t>
      </w:r>
      <w:proofErr w:type="spellStart"/>
      <w:r w:rsidRPr="00F10C12">
        <w:rPr>
          <w:b/>
          <w:bCs/>
        </w:rPr>
        <w:t>passageiros</w:t>
      </w:r>
      <w:proofErr w:type="spellEnd"/>
      <w:r w:rsidRPr="00F10C12">
        <w:rPr>
          <w:b/>
          <w:bCs/>
        </w:rPr>
        <w:t>:</w:t>
      </w:r>
    </w:p>
    <w:p w14:paraId="3BE2CAAE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rPr>
          <w:rFonts w:cs="Segoe UI Symbol"/>
        </w:rPr>
        <w:t xml:space="preserve"> </w:t>
      </w:r>
      <w:proofErr w:type="spellStart"/>
      <w:r w:rsidRPr="00F10C12">
        <w:t>Traslados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</w:t>
      </w:r>
      <w:proofErr w:type="spellStart"/>
      <w:r w:rsidRPr="00F10C12">
        <w:t>ônibus</w:t>
      </w:r>
      <w:proofErr w:type="spellEnd"/>
      <w:r w:rsidRPr="00F10C12">
        <w:t xml:space="preserve"> </w:t>
      </w:r>
      <w:proofErr w:type="spellStart"/>
      <w:r w:rsidRPr="00F10C12">
        <w:t>compartilhado</w:t>
      </w:r>
      <w:proofErr w:type="spellEnd"/>
      <w:r w:rsidRPr="00F10C12">
        <w:t xml:space="preserve"> </w:t>
      </w:r>
      <w:proofErr w:type="spellStart"/>
      <w:r w:rsidRPr="00F10C12">
        <w:t>Hanói</w:t>
      </w:r>
      <w:proofErr w:type="spellEnd"/>
      <w:r w:rsidRPr="00F10C12">
        <w:t xml:space="preserve"> – Halong – </w:t>
      </w:r>
      <w:proofErr w:type="spellStart"/>
      <w:r w:rsidRPr="00F10C12">
        <w:t>Hanói</w:t>
      </w:r>
      <w:proofErr w:type="spellEnd"/>
      <w:r w:rsidRPr="00F10C12">
        <w:t xml:space="preserve"> e Pu Luong – </w:t>
      </w:r>
      <w:proofErr w:type="spellStart"/>
      <w:r w:rsidRPr="00F10C12">
        <w:t>Hanói</w:t>
      </w:r>
      <w:proofErr w:type="spellEnd"/>
      <w:r w:rsidRPr="00F10C12">
        <w:t xml:space="preserve"> – Pu Luong </w:t>
      </w:r>
    </w:p>
    <w:p w14:paraId="06865187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rPr>
          <w:rFonts w:cs="Segoe UI Symbol"/>
        </w:rPr>
        <w:t xml:space="preserve"> </w:t>
      </w:r>
      <w:proofErr w:type="spellStart"/>
      <w:r w:rsidRPr="00F10C12">
        <w:t>Traslados</w:t>
      </w:r>
      <w:proofErr w:type="spellEnd"/>
      <w:r w:rsidRPr="00F10C12">
        <w:t xml:space="preserve"> privados no restante da </w:t>
      </w:r>
      <w:proofErr w:type="spellStart"/>
      <w:r w:rsidRPr="00F10C12">
        <w:t>viagem</w:t>
      </w:r>
      <w:proofErr w:type="spellEnd"/>
      <w:r w:rsidRPr="00F10C12">
        <w:t xml:space="preserve"> </w:t>
      </w:r>
    </w:p>
    <w:p w14:paraId="69F25E97" w14:textId="77777777" w:rsidR="00F10C12" w:rsidRPr="00F10C12" w:rsidRDefault="00F10C12" w:rsidP="00F10C12">
      <w:pPr>
        <w:spacing w:after="40" w:line="252" w:lineRule="auto"/>
        <w:rPr>
          <w:b/>
          <w:bCs/>
        </w:rPr>
      </w:pPr>
      <w:r w:rsidRPr="00F10C12">
        <w:rPr>
          <w:b/>
          <w:bCs/>
        </w:rPr>
        <w:t xml:space="preserve">Grupo a </w:t>
      </w:r>
      <w:proofErr w:type="spellStart"/>
      <w:r w:rsidRPr="00F10C12">
        <w:rPr>
          <w:b/>
          <w:bCs/>
        </w:rPr>
        <w:t>partir</w:t>
      </w:r>
      <w:proofErr w:type="spellEnd"/>
      <w:r w:rsidRPr="00F10C12">
        <w:rPr>
          <w:b/>
          <w:bCs/>
        </w:rPr>
        <w:t xml:space="preserve"> de 4 </w:t>
      </w:r>
      <w:proofErr w:type="spellStart"/>
      <w:r w:rsidRPr="00F10C12">
        <w:rPr>
          <w:b/>
          <w:bCs/>
        </w:rPr>
        <w:t>passageiros</w:t>
      </w:r>
      <w:proofErr w:type="spellEnd"/>
      <w:r w:rsidRPr="00F10C12">
        <w:rPr>
          <w:b/>
          <w:bCs/>
        </w:rPr>
        <w:t>:</w:t>
      </w:r>
    </w:p>
    <w:p w14:paraId="1223A9B0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rPr>
          <w:rFonts w:cs="Segoe UI Symbol"/>
        </w:rPr>
        <w:t xml:space="preserve"> </w:t>
      </w:r>
      <w:proofErr w:type="spellStart"/>
      <w:r w:rsidRPr="00F10C12">
        <w:t>Traslados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</w:t>
      </w:r>
      <w:proofErr w:type="spellStart"/>
      <w:r w:rsidRPr="00F10C12">
        <w:t>carro</w:t>
      </w:r>
      <w:proofErr w:type="spellEnd"/>
      <w:r w:rsidRPr="00F10C12">
        <w:t xml:space="preserve"> privado </w:t>
      </w:r>
      <w:proofErr w:type="spellStart"/>
      <w:r w:rsidRPr="00F10C12">
        <w:t>durante</w:t>
      </w:r>
      <w:proofErr w:type="spellEnd"/>
      <w:r w:rsidRPr="00F10C12">
        <w:t xml:space="preserve"> </w:t>
      </w:r>
      <w:proofErr w:type="spellStart"/>
      <w:r w:rsidRPr="00F10C12">
        <w:t>toda</w:t>
      </w:r>
      <w:proofErr w:type="spellEnd"/>
      <w:r w:rsidRPr="00F10C12">
        <w:t xml:space="preserve"> a </w:t>
      </w:r>
      <w:proofErr w:type="spellStart"/>
      <w:r w:rsidRPr="00F10C12">
        <w:t>viagem</w:t>
      </w:r>
      <w:proofErr w:type="spellEnd"/>
      <w:r w:rsidRPr="00F10C12">
        <w:t xml:space="preserve"> </w:t>
      </w:r>
    </w:p>
    <w:p w14:paraId="7D318ED0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</w:t>
      </w:r>
      <w:proofErr w:type="spellStart"/>
      <w:r w:rsidRPr="00F10C12">
        <w:t>Refeições</w:t>
      </w:r>
      <w:proofErr w:type="spellEnd"/>
      <w:r w:rsidRPr="00F10C12">
        <w:t xml:space="preserve"> </w:t>
      </w:r>
      <w:proofErr w:type="spellStart"/>
      <w:r w:rsidRPr="00F10C12">
        <w:t>mencionadas</w:t>
      </w:r>
      <w:proofErr w:type="spellEnd"/>
      <w:r w:rsidRPr="00F10C12">
        <w:t xml:space="preserve"> no </w:t>
      </w:r>
      <w:proofErr w:type="spellStart"/>
      <w:r w:rsidRPr="00F10C12">
        <w:t>programa</w:t>
      </w:r>
      <w:proofErr w:type="spellEnd"/>
      <w:r w:rsidRPr="00F10C12">
        <w:t xml:space="preserve"> (comida local, </w:t>
      </w:r>
      <w:proofErr w:type="spellStart"/>
      <w:r w:rsidRPr="00F10C12">
        <w:t>sem</w:t>
      </w:r>
      <w:proofErr w:type="spellEnd"/>
      <w:r w:rsidRPr="00F10C12">
        <w:t xml:space="preserve"> </w:t>
      </w:r>
      <w:proofErr w:type="spellStart"/>
      <w:r w:rsidRPr="00F10C12">
        <w:t>bebidas</w:t>
      </w:r>
      <w:proofErr w:type="spellEnd"/>
      <w:r w:rsidRPr="00F10C12">
        <w:t>):</w:t>
      </w:r>
    </w:p>
    <w:p w14:paraId="7140C582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Jantar com </w:t>
      </w:r>
      <w:proofErr w:type="spellStart"/>
      <w:r w:rsidRPr="00F10C12">
        <w:t>espetáculo</w:t>
      </w:r>
      <w:proofErr w:type="spellEnd"/>
      <w:r w:rsidRPr="00F10C12">
        <w:t xml:space="preserve"> de </w:t>
      </w:r>
      <w:proofErr w:type="spellStart"/>
      <w:r w:rsidRPr="00F10C12">
        <w:t>dança</w:t>
      </w:r>
      <w:proofErr w:type="spellEnd"/>
      <w:r w:rsidRPr="00F10C12">
        <w:t xml:space="preserve"> Apsara </w:t>
      </w:r>
      <w:proofErr w:type="spellStart"/>
      <w:r w:rsidRPr="00F10C12">
        <w:t>em</w:t>
      </w:r>
      <w:proofErr w:type="spellEnd"/>
      <w:r w:rsidRPr="00F10C12">
        <w:t xml:space="preserve"> Siem Reap</w:t>
      </w:r>
    </w:p>
    <w:p w14:paraId="5CE6077B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Entradas </w:t>
      </w:r>
      <w:proofErr w:type="spellStart"/>
      <w:r w:rsidRPr="00F10C12">
        <w:t>conforme</w:t>
      </w:r>
      <w:proofErr w:type="spellEnd"/>
      <w:r w:rsidRPr="00F10C12">
        <w:t xml:space="preserve"> </w:t>
      </w:r>
      <w:proofErr w:type="spellStart"/>
      <w:r w:rsidRPr="00F10C12">
        <w:t>detalhado</w:t>
      </w:r>
      <w:proofErr w:type="spellEnd"/>
      <w:r w:rsidRPr="00F10C12">
        <w:t xml:space="preserve"> no </w:t>
      </w:r>
      <w:proofErr w:type="spellStart"/>
      <w:r w:rsidRPr="00F10C12">
        <w:t>programa</w:t>
      </w:r>
      <w:proofErr w:type="spellEnd"/>
    </w:p>
    <w:p w14:paraId="7FB9F23D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</w:t>
      </w:r>
      <w:proofErr w:type="spellStart"/>
      <w:r w:rsidRPr="00F10C12">
        <w:t>Passeio</w:t>
      </w:r>
      <w:proofErr w:type="spellEnd"/>
      <w:r w:rsidRPr="00F10C12">
        <w:t xml:space="preserve"> de </w:t>
      </w:r>
      <w:proofErr w:type="spellStart"/>
      <w:r w:rsidRPr="00F10C12">
        <w:t>barco</w:t>
      </w:r>
      <w:proofErr w:type="spellEnd"/>
      <w:r w:rsidRPr="00F10C12">
        <w:t xml:space="preserve"> </w:t>
      </w:r>
      <w:proofErr w:type="spellStart"/>
      <w:r w:rsidRPr="00F10C12">
        <w:t>até</w:t>
      </w:r>
      <w:proofErr w:type="spellEnd"/>
      <w:r w:rsidRPr="00F10C12">
        <w:t xml:space="preserve"> a </w:t>
      </w:r>
      <w:proofErr w:type="spellStart"/>
      <w:r w:rsidRPr="00F10C12">
        <w:t>vila</w:t>
      </w:r>
      <w:proofErr w:type="spellEnd"/>
      <w:r w:rsidRPr="00F10C12">
        <w:t xml:space="preserve"> </w:t>
      </w:r>
      <w:proofErr w:type="spellStart"/>
      <w:r w:rsidRPr="00F10C12">
        <w:t>flutuante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Tonle Sap</w:t>
      </w:r>
    </w:p>
    <w:p w14:paraId="1B8F1855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</w:t>
      </w:r>
      <w:proofErr w:type="spellStart"/>
      <w:r w:rsidRPr="00F10C12">
        <w:t>Água</w:t>
      </w:r>
      <w:proofErr w:type="spellEnd"/>
      <w:r w:rsidRPr="00F10C12">
        <w:t xml:space="preserve"> </w:t>
      </w:r>
      <w:proofErr w:type="spellStart"/>
      <w:r w:rsidRPr="00F10C12">
        <w:t>durante</w:t>
      </w:r>
      <w:proofErr w:type="spellEnd"/>
      <w:r w:rsidRPr="00F10C12">
        <w:t xml:space="preserve"> as </w:t>
      </w:r>
      <w:proofErr w:type="spellStart"/>
      <w:r w:rsidRPr="00F10C12">
        <w:t>excursões</w:t>
      </w:r>
      <w:proofErr w:type="spellEnd"/>
      <w:r w:rsidRPr="00F10C12">
        <w:t xml:space="preserve"> (2 </w:t>
      </w:r>
      <w:proofErr w:type="spellStart"/>
      <w:r w:rsidRPr="00F10C12">
        <w:t>garrafas</w:t>
      </w:r>
      <w:proofErr w:type="spellEnd"/>
      <w:r w:rsidRPr="00F10C12">
        <w:t xml:space="preserve"> de 500 ml </w:t>
      </w:r>
      <w:proofErr w:type="spellStart"/>
      <w:r w:rsidRPr="00F10C12">
        <w:t>por</w:t>
      </w:r>
      <w:proofErr w:type="spellEnd"/>
      <w:r w:rsidRPr="00F10C12">
        <w:t xml:space="preserve"> </w:t>
      </w:r>
      <w:proofErr w:type="spellStart"/>
      <w:r w:rsidRPr="00F10C12">
        <w:t>pessoa</w:t>
      </w:r>
      <w:proofErr w:type="spellEnd"/>
      <w:r w:rsidRPr="00F10C12">
        <w:t>/</w:t>
      </w:r>
      <w:proofErr w:type="spellStart"/>
      <w:r w:rsidRPr="00F10C12">
        <w:t>dia</w:t>
      </w:r>
      <w:proofErr w:type="spellEnd"/>
      <w:r w:rsidRPr="00F10C12">
        <w:t xml:space="preserve"> de </w:t>
      </w:r>
      <w:proofErr w:type="spellStart"/>
      <w:r w:rsidRPr="00F10C12">
        <w:t>excursão</w:t>
      </w:r>
      <w:proofErr w:type="spellEnd"/>
      <w:r w:rsidRPr="00F10C12">
        <w:t>)</w:t>
      </w:r>
    </w:p>
    <w:p w14:paraId="5BA52641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Uso de </w:t>
      </w:r>
      <w:proofErr w:type="spellStart"/>
      <w:r w:rsidRPr="00F10C12">
        <w:t>bicicleta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Pu Luong </w:t>
      </w:r>
      <w:proofErr w:type="spellStart"/>
      <w:r w:rsidRPr="00F10C12">
        <w:t>conforme</w:t>
      </w:r>
      <w:proofErr w:type="spellEnd"/>
      <w:r w:rsidRPr="00F10C12">
        <w:t xml:space="preserve"> o </w:t>
      </w:r>
      <w:proofErr w:type="spellStart"/>
      <w:r w:rsidRPr="00F10C12">
        <w:t>programa</w:t>
      </w:r>
      <w:proofErr w:type="spellEnd"/>
    </w:p>
    <w:p w14:paraId="69B98059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1 </w:t>
      </w:r>
      <w:proofErr w:type="spellStart"/>
      <w:r w:rsidRPr="00F10C12">
        <w:t>espetáculo</w:t>
      </w:r>
      <w:proofErr w:type="spellEnd"/>
      <w:r w:rsidRPr="00F10C12">
        <w:t xml:space="preserve"> de </w:t>
      </w:r>
      <w:proofErr w:type="spellStart"/>
      <w:r w:rsidRPr="00F10C12">
        <w:t>marionetes</w:t>
      </w:r>
      <w:proofErr w:type="spellEnd"/>
      <w:r w:rsidRPr="00F10C12">
        <w:t xml:space="preserve"> </w:t>
      </w:r>
      <w:proofErr w:type="spellStart"/>
      <w:r w:rsidRPr="00F10C12">
        <w:t>na</w:t>
      </w:r>
      <w:proofErr w:type="spellEnd"/>
      <w:r w:rsidRPr="00F10C12">
        <w:t xml:space="preserve"> </w:t>
      </w:r>
      <w:proofErr w:type="spellStart"/>
      <w:r w:rsidRPr="00F10C12">
        <w:t>água</w:t>
      </w:r>
      <w:proofErr w:type="spellEnd"/>
      <w:r w:rsidRPr="00F10C12">
        <w:t xml:space="preserve"> </w:t>
      </w:r>
      <w:proofErr w:type="spellStart"/>
      <w:r w:rsidRPr="00F10C12">
        <w:t>em</w:t>
      </w:r>
      <w:proofErr w:type="spellEnd"/>
      <w:r w:rsidRPr="00F10C12">
        <w:t xml:space="preserve"> </w:t>
      </w:r>
      <w:proofErr w:type="spellStart"/>
      <w:r w:rsidRPr="00F10C12">
        <w:t>Hanói</w:t>
      </w:r>
      <w:proofErr w:type="spellEnd"/>
    </w:p>
    <w:p w14:paraId="0C7DD663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04 </w:t>
      </w:r>
      <w:proofErr w:type="spellStart"/>
      <w:r w:rsidRPr="00F10C12">
        <w:t>sessões</w:t>
      </w:r>
      <w:proofErr w:type="spellEnd"/>
      <w:r w:rsidRPr="00F10C12">
        <w:t xml:space="preserve"> de yoga com </w:t>
      </w:r>
      <w:proofErr w:type="spellStart"/>
      <w:r w:rsidRPr="00F10C12">
        <w:t>instrutores</w:t>
      </w:r>
      <w:proofErr w:type="spellEnd"/>
      <w:r w:rsidRPr="00F10C12">
        <w:t xml:space="preserve"> </w:t>
      </w:r>
      <w:proofErr w:type="spellStart"/>
      <w:r w:rsidRPr="00F10C12">
        <w:t>locais</w:t>
      </w:r>
      <w:proofErr w:type="spellEnd"/>
      <w:r w:rsidRPr="00F10C12">
        <w:t xml:space="preserve"> (</w:t>
      </w:r>
      <w:proofErr w:type="spellStart"/>
      <w:r w:rsidRPr="00F10C12">
        <w:t>vietnamita</w:t>
      </w:r>
      <w:proofErr w:type="spellEnd"/>
      <w:r w:rsidRPr="00F10C12">
        <w:t>/</w:t>
      </w:r>
      <w:proofErr w:type="spellStart"/>
      <w:r w:rsidRPr="00F10C12">
        <w:t>khmer</w:t>
      </w:r>
      <w:proofErr w:type="spellEnd"/>
      <w:r w:rsidRPr="00F10C12">
        <w:t>)</w:t>
      </w:r>
    </w:p>
    <w:p w14:paraId="529657B3" w14:textId="77777777" w:rsidR="00F10C12" w:rsidRPr="00F10C12" w:rsidRDefault="00F10C12" w:rsidP="00F10C12">
      <w:pPr>
        <w:spacing w:after="40" w:line="252" w:lineRule="auto"/>
      </w:pPr>
      <w:r w:rsidRPr="00F10C12">
        <w:rPr>
          <w:rFonts w:ascii="Segoe UI Symbol" w:hAnsi="Segoe UI Symbol" w:cs="Segoe UI Symbol"/>
        </w:rPr>
        <w:t>✔</w:t>
      </w:r>
      <w:r w:rsidRPr="00F10C12">
        <w:t xml:space="preserve"> 01 tapete de yoga </w:t>
      </w:r>
      <w:proofErr w:type="spellStart"/>
      <w:r w:rsidRPr="00F10C12">
        <w:t>por</w:t>
      </w:r>
      <w:proofErr w:type="spellEnd"/>
      <w:r w:rsidRPr="00F10C12">
        <w:t xml:space="preserve"> </w:t>
      </w:r>
      <w:proofErr w:type="spellStart"/>
      <w:r w:rsidRPr="00F10C12">
        <w:t>pessoa</w:t>
      </w:r>
      <w:proofErr w:type="spellEnd"/>
      <w:r w:rsidRPr="00F10C12">
        <w:t xml:space="preserve"> </w:t>
      </w:r>
      <w:proofErr w:type="spellStart"/>
      <w:r w:rsidRPr="00F10C12">
        <w:t>durante</w:t>
      </w:r>
      <w:proofErr w:type="spellEnd"/>
      <w:r w:rsidRPr="00F10C12">
        <w:t xml:space="preserve"> a </w:t>
      </w:r>
      <w:proofErr w:type="spellStart"/>
      <w:r w:rsidRPr="00F10C12">
        <w:t>viagem</w:t>
      </w:r>
      <w:proofErr w:type="spellEnd"/>
    </w:p>
    <w:p w14:paraId="55C23B4D" w14:textId="77777777" w:rsidR="00F10C12" w:rsidRPr="003A5BC6" w:rsidRDefault="00F10C12" w:rsidP="00F10C12">
      <w:pPr>
        <w:spacing w:after="40" w:line="252" w:lineRule="auto"/>
      </w:pPr>
    </w:p>
    <w:p w14:paraId="6CAF4FA8" w14:textId="77777777" w:rsidR="00F10C12" w:rsidRDefault="00F10C12" w:rsidP="00F10C12">
      <w:pPr>
        <w:pStyle w:val="BoxTitle"/>
        <w:spacing w:before="160"/>
      </w:pPr>
      <w:r>
        <w:t xml:space="preserve">❌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1C8FD3DF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ascii="Segoe UI Symbol" w:hAnsi="Segoe UI Symbol" w:cs="Segoe UI Symbol"/>
        </w:rPr>
        <w:t>✘</w:t>
      </w:r>
      <w:r w:rsidRPr="00F10C12">
        <w:rPr>
          <w:rFonts w:cs="Segoe UI Symbol"/>
        </w:rPr>
        <w:t xml:space="preserve"> Vistos para </w:t>
      </w:r>
      <w:proofErr w:type="spellStart"/>
      <w:r w:rsidRPr="00F10C12">
        <w:rPr>
          <w:rFonts w:cs="Segoe UI Symbol"/>
        </w:rPr>
        <w:t>Vietnã</w:t>
      </w:r>
      <w:proofErr w:type="spellEnd"/>
      <w:r w:rsidRPr="00F10C12">
        <w:rPr>
          <w:rFonts w:cs="Segoe UI Symbol"/>
        </w:rPr>
        <w:t>/</w:t>
      </w:r>
      <w:proofErr w:type="spellStart"/>
      <w:r w:rsidRPr="00F10C12">
        <w:rPr>
          <w:rFonts w:cs="Segoe UI Symbol"/>
        </w:rPr>
        <w:t>Camboja</w:t>
      </w:r>
      <w:proofErr w:type="spellEnd"/>
      <w:r w:rsidRPr="00F10C12">
        <w:rPr>
          <w:rFonts w:cs="Segoe UI Symbol"/>
        </w:rPr>
        <w:t xml:space="preserve"> e </w:t>
      </w:r>
      <w:proofErr w:type="spellStart"/>
      <w:r w:rsidRPr="00F10C12">
        <w:rPr>
          <w:rFonts w:cs="Segoe UI Symbol"/>
        </w:rPr>
        <w:t>taxas</w:t>
      </w:r>
      <w:proofErr w:type="spellEnd"/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consulares</w:t>
      </w:r>
      <w:proofErr w:type="spellEnd"/>
    </w:p>
    <w:p w14:paraId="54BFE4F5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ascii="Segoe UI Symbol" w:hAnsi="Segoe UI Symbol" w:cs="Segoe UI Symbol"/>
        </w:rPr>
        <w:t>✘</w:t>
      </w:r>
      <w:r w:rsidRPr="00F10C12">
        <w:rPr>
          <w:rFonts w:cs="Segoe UI Symbol"/>
        </w:rPr>
        <w:t xml:space="preserve"> Voos </w:t>
      </w:r>
      <w:proofErr w:type="spellStart"/>
      <w:r w:rsidRPr="00F10C12">
        <w:rPr>
          <w:rFonts w:cs="Segoe UI Symbol"/>
        </w:rPr>
        <w:t>internacionais</w:t>
      </w:r>
      <w:proofErr w:type="spellEnd"/>
      <w:r w:rsidRPr="00F10C12">
        <w:rPr>
          <w:rFonts w:cs="Segoe UI Symbol"/>
        </w:rPr>
        <w:t xml:space="preserve"> e </w:t>
      </w:r>
      <w:proofErr w:type="spellStart"/>
      <w:r w:rsidRPr="00F10C12">
        <w:rPr>
          <w:rFonts w:cs="Segoe UI Symbol"/>
        </w:rPr>
        <w:t>domésticos</w:t>
      </w:r>
      <w:proofErr w:type="spellEnd"/>
      <w:r w:rsidRPr="00F10C12">
        <w:rPr>
          <w:rFonts w:cs="Segoe UI Symbol"/>
        </w:rPr>
        <w:t xml:space="preserve"> e </w:t>
      </w:r>
      <w:proofErr w:type="spellStart"/>
      <w:r w:rsidRPr="00F10C12">
        <w:rPr>
          <w:rFonts w:cs="Segoe UI Symbol"/>
        </w:rPr>
        <w:t>taxas</w:t>
      </w:r>
      <w:proofErr w:type="spellEnd"/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aeroportuárias</w:t>
      </w:r>
      <w:proofErr w:type="spellEnd"/>
    </w:p>
    <w:p w14:paraId="60BF67C3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ascii="Segoe UI Symbol" w:hAnsi="Segoe UI Symbol" w:cs="Segoe UI Symbol"/>
        </w:rPr>
        <w:t>✘</w:t>
      </w:r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Suplemento</w:t>
      </w:r>
      <w:proofErr w:type="spellEnd"/>
      <w:r w:rsidRPr="00F10C12">
        <w:rPr>
          <w:rFonts w:cs="Segoe UI Symbol"/>
        </w:rPr>
        <w:t xml:space="preserve"> para early check-in e late check-out</w:t>
      </w:r>
    </w:p>
    <w:p w14:paraId="29FC9F19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ascii="Segoe UI Symbol" w:hAnsi="Segoe UI Symbol" w:cs="Segoe UI Symbol"/>
        </w:rPr>
        <w:t>✘</w:t>
      </w:r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Outras</w:t>
      </w:r>
      <w:proofErr w:type="spellEnd"/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refeições</w:t>
      </w:r>
      <w:proofErr w:type="spellEnd"/>
      <w:r w:rsidRPr="00F10C12">
        <w:rPr>
          <w:rFonts w:cs="Segoe UI Symbol"/>
        </w:rPr>
        <w:t xml:space="preserve">, </w:t>
      </w:r>
      <w:proofErr w:type="spellStart"/>
      <w:r w:rsidRPr="00F10C12">
        <w:rPr>
          <w:rFonts w:cs="Segoe UI Symbol"/>
        </w:rPr>
        <w:t>bebidas</w:t>
      </w:r>
      <w:proofErr w:type="spellEnd"/>
      <w:r w:rsidRPr="00F10C12">
        <w:rPr>
          <w:rFonts w:cs="Segoe UI Symbol"/>
        </w:rPr>
        <w:t xml:space="preserve"> e </w:t>
      </w:r>
      <w:proofErr w:type="spellStart"/>
      <w:r w:rsidRPr="00F10C12">
        <w:rPr>
          <w:rFonts w:cs="Segoe UI Symbol"/>
        </w:rPr>
        <w:t>despesas</w:t>
      </w:r>
      <w:proofErr w:type="spellEnd"/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pessoais</w:t>
      </w:r>
      <w:proofErr w:type="spellEnd"/>
      <w:r w:rsidRPr="00F10C12">
        <w:rPr>
          <w:rFonts w:cs="Segoe UI Symbol"/>
        </w:rPr>
        <w:t xml:space="preserve"> (</w:t>
      </w:r>
      <w:proofErr w:type="spellStart"/>
      <w:r w:rsidRPr="00F10C12">
        <w:rPr>
          <w:rFonts w:cs="Segoe UI Symbol"/>
        </w:rPr>
        <w:t>telefonemas</w:t>
      </w:r>
      <w:proofErr w:type="spellEnd"/>
      <w:r w:rsidRPr="00F10C12">
        <w:rPr>
          <w:rFonts w:cs="Segoe UI Symbol"/>
        </w:rPr>
        <w:t xml:space="preserve">, </w:t>
      </w:r>
      <w:proofErr w:type="spellStart"/>
      <w:r w:rsidRPr="00F10C12">
        <w:rPr>
          <w:rFonts w:cs="Segoe UI Symbol"/>
        </w:rPr>
        <w:t>lavanderia</w:t>
      </w:r>
      <w:proofErr w:type="spellEnd"/>
      <w:r w:rsidRPr="00F10C12">
        <w:rPr>
          <w:rFonts w:cs="Segoe UI Symbol"/>
        </w:rPr>
        <w:t xml:space="preserve">, </w:t>
      </w:r>
      <w:proofErr w:type="spellStart"/>
      <w:r w:rsidRPr="00F10C12">
        <w:rPr>
          <w:rFonts w:cs="Segoe UI Symbol"/>
        </w:rPr>
        <w:t>gorjetas</w:t>
      </w:r>
      <w:proofErr w:type="spellEnd"/>
      <w:r w:rsidRPr="00F10C12">
        <w:rPr>
          <w:rFonts w:cs="Segoe UI Symbol"/>
        </w:rPr>
        <w:t>, etc.)</w:t>
      </w:r>
    </w:p>
    <w:p w14:paraId="5B705434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ascii="Segoe UI Symbol" w:hAnsi="Segoe UI Symbol" w:cs="Segoe UI Symbol"/>
        </w:rPr>
        <w:t>✘</w:t>
      </w:r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Gorjetas</w:t>
      </w:r>
      <w:proofErr w:type="spellEnd"/>
      <w:r w:rsidRPr="00F10C12">
        <w:rPr>
          <w:rFonts w:cs="Segoe UI Symbol"/>
        </w:rPr>
        <w:t xml:space="preserve"> para </w:t>
      </w:r>
      <w:proofErr w:type="spellStart"/>
      <w:r w:rsidRPr="00F10C12">
        <w:rPr>
          <w:rFonts w:cs="Segoe UI Symbol"/>
        </w:rPr>
        <w:t>guias</w:t>
      </w:r>
      <w:proofErr w:type="spellEnd"/>
      <w:r w:rsidRPr="00F10C12">
        <w:rPr>
          <w:rFonts w:cs="Segoe UI Symbol"/>
        </w:rPr>
        <w:t xml:space="preserve">, </w:t>
      </w:r>
      <w:proofErr w:type="spellStart"/>
      <w:r w:rsidRPr="00F10C12">
        <w:rPr>
          <w:rFonts w:cs="Segoe UI Symbol"/>
        </w:rPr>
        <w:t>motoristas</w:t>
      </w:r>
      <w:proofErr w:type="spellEnd"/>
      <w:r w:rsidRPr="00F10C12">
        <w:rPr>
          <w:rFonts w:cs="Segoe UI Symbol"/>
        </w:rPr>
        <w:t xml:space="preserve"> e </w:t>
      </w:r>
      <w:proofErr w:type="spellStart"/>
      <w:r w:rsidRPr="00F10C12">
        <w:rPr>
          <w:rFonts w:cs="Segoe UI Symbol"/>
        </w:rPr>
        <w:t>serviços</w:t>
      </w:r>
      <w:proofErr w:type="spellEnd"/>
      <w:r w:rsidRPr="00F10C12">
        <w:rPr>
          <w:rFonts w:cs="Segoe UI Symbol"/>
        </w:rPr>
        <w:t xml:space="preserve"> </w:t>
      </w:r>
      <w:proofErr w:type="spellStart"/>
      <w:r w:rsidRPr="00F10C12">
        <w:rPr>
          <w:rFonts w:cs="Segoe UI Symbol"/>
        </w:rPr>
        <w:t>locais</w:t>
      </w:r>
      <w:proofErr w:type="spellEnd"/>
    </w:p>
    <w:p w14:paraId="7F5B2BB9" w14:textId="77777777" w:rsidR="00F10C12" w:rsidRPr="003A5BC6" w:rsidRDefault="00F10C12" w:rsidP="00F10C12">
      <w:pPr>
        <w:spacing w:after="40" w:line="252" w:lineRule="auto"/>
        <w:rPr>
          <w:rFonts w:ascii="Segoe UI Symbol" w:hAnsi="Segoe UI Symbol" w:cs="Segoe UI Symbol"/>
        </w:rPr>
      </w:pPr>
    </w:p>
    <w:p w14:paraId="67A95A6E" w14:textId="77777777" w:rsidR="00F10C12" w:rsidRDefault="00F10C12" w:rsidP="00F10C12">
      <w:pPr>
        <w:pStyle w:val="BoxTitle"/>
        <w:spacing w:before="120"/>
      </w:pPr>
      <w:r>
        <w:t xml:space="preserve">📝 </w:t>
      </w:r>
      <w:proofErr w:type="spellStart"/>
      <w:r>
        <w:t>Notas</w:t>
      </w:r>
      <w:proofErr w:type="spellEnd"/>
      <w:r>
        <w:t>:</w:t>
      </w:r>
    </w:p>
    <w:p w14:paraId="64DA671A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cs="Segoe UI Symbol"/>
        </w:rPr>
        <w:t xml:space="preserve">*SUJEITO A DISPONIBILIDADE E ALTERAÇÃO DE VALOR NO MOMENTO DA CONFIRMAÇÃO DA RESERVA. </w:t>
      </w:r>
    </w:p>
    <w:p w14:paraId="29B246E9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cs="Segoe UI Symbol"/>
        </w:rPr>
        <w:t>*CONSULTE-NOS PARA MAIS INFORMAÇÕES, POSSIBILIDADE DE OUTRAS DATAS E OUTRAS COMBINAÇÕES.</w:t>
      </w:r>
    </w:p>
    <w:p w14:paraId="375712CA" w14:textId="77777777" w:rsidR="00F10C12" w:rsidRPr="00F10C12" w:rsidRDefault="00F10C12" w:rsidP="00F10C12">
      <w:pPr>
        <w:spacing w:after="40" w:line="252" w:lineRule="auto"/>
        <w:rPr>
          <w:rFonts w:cs="Segoe UI Symbol"/>
        </w:rPr>
      </w:pPr>
      <w:r w:rsidRPr="00F10C12">
        <w:rPr>
          <w:rFonts w:cs="Segoe UI Symbol"/>
        </w:rPr>
        <w:t>* SITUAÇÕES DIFERENTES DAS CITADAS ACIMA, POR FAVOR, CONSULTE-NOS.</w:t>
      </w:r>
    </w:p>
    <w:p w14:paraId="3872A805" w14:textId="7AC587A7" w:rsidR="00B569A9" w:rsidRPr="003A5BC6" w:rsidRDefault="00B569A9" w:rsidP="00F10C12">
      <w:pPr>
        <w:pStyle w:val="HeadingViagem"/>
        <w:spacing w:before="80" w:after="80"/>
        <w:jc w:val="center"/>
        <w:rPr>
          <w:rFonts w:ascii="Segoe UI Symbol" w:hAnsi="Segoe UI Symbol" w:cs="Segoe UI Symbol"/>
        </w:rPr>
      </w:pPr>
    </w:p>
    <w:sectPr w:rsidR="00B569A9" w:rsidRPr="003A5BC6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7AE1" w14:textId="77777777" w:rsidR="006979B1" w:rsidRDefault="006979B1">
      <w:pPr>
        <w:spacing w:after="0" w:line="240" w:lineRule="auto"/>
      </w:pPr>
      <w:r>
        <w:separator/>
      </w:r>
    </w:p>
  </w:endnote>
  <w:endnote w:type="continuationSeparator" w:id="0">
    <w:p w14:paraId="723ED7B1" w14:textId="77777777" w:rsidR="006979B1" w:rsidRDefault="00697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EB9" w14:textId="78C65704" w:rsidR="00B569A9" w:rsidRDefault="00000000">
    <w:pPr>
      <w:pStyle w:val="Rodap"/>
      <w:jc w:val="center"/>
    </w:pPr>
    <w:proofErr w:type="spellStart"/>
    <w:r>
      <w:rPr>
        <w:color w:val="6B7280"/>
        <w:sz w:val="16"/>
      </w:rPr>
      <w:t>Descubra</w:t>
    </w:r>
    <w:proofErr w:type="spellEnd"/>
    <w:r>
      <w:rPr>
        <w:color w:val="6B7280"/>
        <w:sz w:val="16"/>
      </w:rPr>
      <w:t xml:space="preserve"> </w:t>
    </w:r>
    <w:r w:rsidR="00495537">
      <w:rPr>
        <w:color w:val="6B7280"/>
        <w:sz w:val="16"/>
      </w:rPr>
      <w:t xml:space="preserve">o </w:t>
    </w:r>
    <w:proofErr w:type="spellStart"/>
    <w:r w:rsidR="00CA5E98">
      <w:rPr>
        <w:color w:val="6B7280"/>
        <w:sz w:val="16"/>
      </w:rPr>
      <w:t>Vietnã</w:t>
    </w:r>
    <w:proofErr w:type="spellEnd"/>
    <w:r w:rsidR="00CA5E98">
      <w:rPr>
        <w:color w:val="6B7280"/>
        <w:sz w:val="16"/>
      </w:rPr>
      <w:t xml:space="preserve"> 2026 e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CD664" w14:textId="77777777" w:rsidR="006979B1" w:rsidRDefault="006979B1">
      <w:pPr>
        <w:spacing w:after="0" w:line="240" w:lineRule="auto"/>
      </w:pPr>
      <w:r>
        <w:separator/>
      </w:r>
    </w:p>
  </w:footnote>
  <w:footnote w:type="continuationSeparator" w:id="0">
    <w:p w14:paraId="61D885BD" w14:textId="77777777" w:rsidR="006979B1" w:rsidRDefault="00697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76132"/>
    <w:multiLevelType w:val="hybridMultilevel"/>
    <w:tmpl w:val="160E7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BE4A0C"/>
    <w:multiLevelType w:val="hybridMultilevel"/>
    <w:tmpl w:val="DFA2D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B7E50"/>
    <w:multiLevelType w:val="hybridMultilevel"/>
    <w:tmpl w:val="40985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565C90"/>
    <w:multiLevelType w:val="hybridMultilevel"/>
    <w:tmpl w:val="81CE5C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73912"/>
    <w:multiLevelType w:val="hybridMultilevel"/>
    <w:tmpl w:val="3CD65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0DADA">
      <w:numFmt w:val="bullet"/>
      <w:lvlText w:val="•"/>
      <w:lvlJc w:val="left"/>
      <w:pPr>
        <w:ind w:left="1440" w:hanging="360"/>
      </w:pPr>
      <w:rPr>
        <w:rFonts w:ascii="Aptos" w:eastAsia="Aptos" w:hAnsi="Aptos" w:cstheme="minorBidi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E00E4"/>
    <w:multiLevelType w:val="hybridMultilevel"/>
    <w:tmpl w:val="C1F0B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55B05"/>
    <w:multiLevelType w:val="multilevel"/>
    <w:tmpl w:val="420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18667B"/>
    <w:multiLevelType w:val="hybridMultilevel"/>
    <w:tmpl w:val="9BAEE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267DE"/>
    <w:multiLevelType w:val="hybridMultilevel"/>
    <w:tmpl w:val="D45A3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9409A"/>
    <w:multiLevelType w:val="hybridMultilevel"/>
    <w:tmpl w:val="3D96F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E95EC1"/>
    <w:multiLevelType w:val="hybridMultilevel"/>
    <w:tmpl w:val="DA30DE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F25BD"/>
    <w:multiLevelType w:val="hybridMultilevel"/>
    <w:tmpl w:val="1EBA0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534669">
    <w:abstractNumId w:val="8"/>
  </w:num>
  <w:num w:numId="2" w16cid:durableId="1178036200">
    <w:abstractNumId w:val="6"/>
  </w:num>
  <w:num w:numId="3" w16cid:durableId="250623158">
    <w:abstractNumId w:val="5"/>
  </w:num>
  <w:num w:numId="4" w16cid:durableId="414939376">
    <w:abstractNumId w:val="4"/>
  </w:num>
  <w:num w:numId="5" w16cid:durableId="638001872">
    <w:abstractNumId w:val="7"/>
  </w:num>
  <w:num w:numId="6" w16cid:durableId="628899519">
    <w:abstractNumId w:val="3"/>
  </w:num>
  <w:num w:numId="7" w16cid:durableId="1077744504">
    <w:abstractNumId w:val="2"/>
  </w:num>
  <w:num w:numId="8" w16cid:durableId="1077557848">
    <w:abstractNumId w:val="1"/>
  </w:num>
  <w:num w:numId="9" w16cid:durableId="993872439">
    <w:abstractNumId w:val="0"/>
  </w:num>
  <w:num w:numId="10" w16cid:durableId="2061440143">
    <w:abstractNumId w:val="15"/>
  </w:num>
  <w:num w:numId="11" w16cid:durableId="971331009">
    <w:abstractNumId w:val="9"/>
  </w:num>
  <w:num w:numId="12" w16cid:durableId="520045680">
    <w:abstractNumId w:val="14"/>
  </w:num>
  <w:num w:numId="13" w16cid:durableId="493498588">
    <w:abstractNumId w:val="11"/>
  </w:num>
  <w:num w:numId="14" w16cid:durableId="711270864">
    <w:abstractNumId w:val="18"/>
  </w:num>
  <w:num w:numId="15" w16cid:durableId="278340355">
    <w:abstractNumId w:val="20"/>
  </w:num>
  <w:num w:numId="16" w16cid:durableId="2129547237">
    <w:abstractNumId w:val="16"/>
  </w:num>
  <w:num w:numId="17" w16cid:durableId="1654331993">
    <w:abstractNumId w:val="10"/>
  </w:num>
  <w:num w:numId="18" w16cid:durableId="1640718977">
    <w:abstractNumId w:val="13"/>
  </w:num>
  <w:num w:numId="19" w16cid:durableId="64686880">
    <w:abstractNumId w:val="19"/>
  </w:num>
  <w:num w:numId="20" w16cid:durableId="790977102">
    <w:abstractNumId w:val="12"/>
  </w:num>
  <w:num w:numId="21" w16cid:durableId="19459613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C9"/>
    <w:rsid w:val="001040EA"/>
    <w:rsid w:val="0015074B"/>
    <w:rsid w:val="00253C20"/>
    <w:rsid w:val="0026177A"/>
    <w:rsid w:val="0029639D"/>
    <w:rsid w:val="00326F90"/>
    <w:rsid w:val="00346FD3"/>
    <w:rsid w:val="003A5BC6"/>
    <w:rsid w:val="003D445A"/>
    <w:rsid w:val="00495537"/>
    <w:rsid w:val="00581958"/>
    <w:rsid w:val="00664199"/>
    <w:rsid w:val="006979B1"/>
    <w:rsid w:val="007617E1"/>
    <w:rsid w:val="007F306A"/>
    <w:rsid w:val="00A70C1F"/>
    <w:rsid w:val="00AA1D8D"/>
    <w:rsid w:val="00AF6C5F"/>
    <w:rsid w:val="00B47730"/>
    <w:rsid w:val="00B569A9"/>
    <w:rsid w:val="00B700F2"/>
    <w:rsid w:val="00C173F0"/>
    <w:rsid w:val="00C6774F"/>
    <w:rsid w:val="00CA5E98"/>
    <w:rsid w:val="00CB0664"/>
    <w:rsid w:val="00F10C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7BAC"/>
  <w14:defaultImageDpi w14:val="300"/>
  <w15:docId w15:val="{2F5CCDC3-533A-44C4-A355-1CAD21D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B313A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Capa">
    <w:name w:val="TituloCapa"/>
    <w:rPr>
      <w:rFonts w:ascii="Aptos" w:eastAsia="Aptos" w:hAnsi="Aptos"/>
      <w:b/>
      <w:color w:val="FFFFFF"/>
      <w:sz w:val="56"/>
    </w:rPr>
  </w:style>
  <w:style w:type="paragraph" w:customStyle="1" w:styleId="SubtituloCapa">
    <w:name w:val="SubtituloCapa"/>
    <w:rPr>
      <w:rFonts w:ascii="Aptos" w:eastAsia="Aptos" w:hAnsi="Aptos"/>
      <w:color w:val="FFFFFF"/>
      <w:sz w:val="26"/>
    </w:rPr>
  </w:style>
  <w:style w:type="paragraph" w:customStyle="1" w:styleId="HeadingViagem">
    <w:name w:val="HeadingViagem"/>
    <w:rPr>
      <w:rFonts w:ascii="Aptos" w:eastAsia="Aptos" w:hAnsi="Aptos"/>
      <w:b/>
      <w:color w:val="123C69"/>
      <w:sz w:val="32"/>
    </w:rPr>
  </w:style>
  <w:style w:type="paragraph" w:customStyle="1" w:styleId="Subheading">
    <w:name w:val="Subheading"/>
    <w:rPr>
      <w:rFonts w:ascii="Aptos" w:eastAsia="Aptos" w:hAnsi="Aptos"/>
      <w:b/>
      <w:color w:val="1B638F"/>
    </w:rPr>
  </w:style>
  <w:style w:type="paragraph" w:customStyle="1" w:styleId="Dia">
    <w:name w:val="Dia"/>
    <w:rPr>
      <w:rFonts w:ascii="Aptos" w:eastAsia="Aptos" w:hAnsi="Aptos"/>
      <w:b/>
      <w:color w:val="0F5D7F"/>
      <w:sz w:val="21"/>
    </w:rPr>
  </w:style>
  <w:style w:type="paragraph" w:customStyle="1" w:styleId="BoxTitle">
    <w:name w:val="BoxTitle"/>
    <w:rPr>
      <w:rFonts w:ascii="Aptos" w:eastAsia="Aptos" w:hAnsi="Aptos"/>
      <w:b/>
      <w:color w:val="123C69"/>
    </w:rPr>
  </w:style>
  <w:style w:type="paragraph" w:customStyle="1" w:styleId="Legenda1">
    <w:name w:val="Legenda1"/>
    <w:rPr>
      <w:rFonts w:ascii="Aptos" w:eastAsia="Aptos" w:hAnsi="Aptos"/>
      <w:color w:val="6B7280"/>
      <w:sz w:val="14"/>
    </w:rPr>
  </w:style>
  <w:style w:type="character" w:customStyle="1" w:styleId="SemEspaamentoChar">
    <w:name w:val="Sem Espaçamento Char"/>
    <w:link w:val="SemEspaamento"/>
    <w:uiPriority w:val="1"/>
    <w:qFormat/>
    <w:locked/>
    <w:rsid w:val="0010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13</Pages>
  <Words>3540</Words>
  <Characters>19116</Characters>
  <Application>Microsoft Office Word</Application>
  <DocSecurity>0</DocSecurity>
  <Lines>159</Lines>
  <Paragraphs>45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Bueno Teixeira</cp:lastModifiedBy>
  <cp:revision>3</cp:revision>
  <dcterms:created xsi:type="dcterms:W3CDTF">2026-06-20T23:20:00Z</dcterms:created>
  <dcterms:modified xsi:type="dcterms:W3CDTF">2026-06-21T16:06:00Z</dcterms:modified>
  <cp:category/>
</cp:coreProperties>
</file>