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89EBF" w14:textId="2EC6FD1A" w:rsidR="00B569A9" w:rsidRDefault="00B569A9" w:rsidP="003A5BC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B569A9" w14:paraId="27ADA6D2" w14:textId="77777777">
        <w:trPr>
          <w:jc w:val="center"/>
        </w:trPr>
        <w:tc>
          <w:tcPr>
            <w:tcW w:w="10656" w:type="dxa"/>
            <w:shd w:val="clear" w:color="auto" w:fill="123C69"/>
            <w:tcMar>
              <w:top w:w="180" w:type="dxa"/>
              <w:left w:w="220" w:type="dxa"/>
              <w:bottom w:w="180" w:type="dxa"/>
              <w:right w:w="220" w:type="dxa"/>
            </w:tcMar>
          </w:tcPr>
          <w:p w14:paraId="1E0EF9AE" w14:textId="2DFCE9C0" w:rsidR="00B569A9" w:rsidRDefault="00000000">
            <w:pPr>
              <w:jc w:val="center"/>
            </w:pPr>
            <w:r>
              <w:rPr>
                <w:b/>
                <w:color w:val="FFFFFF"/>
                <w:sz w:val="52"/>
              </w:rPr>
              <w:t xml:space="preserve">DESCUBRA </w:t>
            </w:r>
            <w:r w:rsidR="00495537">
              <w:rPr>
                <w:b/>
                <w:color w:val="FFFFFF"/>
                <w:sz w:val="52"/>
              </w:rPr>
              <w:t>O CAMBOJA</w:t>
            </w:r>
          </w:p>
          <w:p w14:paraId="3F8D3817" w14:textId="77777777" w:rsidR="00B569A9" w:rsidRDefault="00000000">
            <w:pPr>
              <w:jc w:val="center"/>
            </w:pPr>
            <w:r>
              <w:rPr>
                <w:color w:val="FFFFFF"/>
                <w:sz w:val="24"/>
              </w:rPr>
              <w:t xml:space="preserve">2026 • </w:t>
            </w:r>
            <w:proofErr w:type="spellStart"/>
            <w:r>
              <w:rPr>
                <w:color w:val="FFFFFF"/>
                <w:sz w:val="24"/>
              </w:rPr>
              <w:t>Roteiros</w:t>
            </w:r>
            <w:proofErr w:type="spellEnd"/>
            <w:r>
              <w:rPr>
                <w:color w:val="FFFFFF"/>
                <w:sz w:val="24"/>
              </w:rPr>
              <w:t xml:space="preserve">, </w:t>
            </w:r>
            <w:proofErr w:type="spellStart"/>
            <w:r>
              <w:rPr>
                <w:color w:val="FFFFFF"/>
                <w:sz w:val="24"/>
              </w:rPr>
              <w:t>hotéis</w:t>
            </w:r>
            <w:proofErr w:type="spellEnd"/>
            <w:r>
              <w:rPr>
                <w:color w:val="FFFFFF"/>
                <w:sz w:val="24"/>
              </w:rPr>
              <w:t xml:space="preserve"> </w:t>
            </w:r>
            <w:proofErr w:type="spellStart"/>
            <w:r>
              <w:rPr>
                <w:color w:val="FFFFFF"/>
                <w:sz w:val="24"/>
              </w:rPr>
              <w:t>previstos</w:t>
            </w:r>
            <w:proofErr w:type="spellEnd"/>
            <w:r>
              <w:rPr>
                <w:color w:val="FFFFFF"/>
                <w:sz w:val="24"/>
              </w:rPr>
              <w:t xml:space="preserve">, </w:t>
            </w:r>
            <w:proofErr w:type="spellStart"/>
            <w:r>
              <w:rPr>
                <w:color w:val="FFFFFF"/>
                <w:sz w:val="24"/>
              </w:rPr>
              <w:t>inclusões</w:t>
            </w:r>
            <w:proofErr w:type="spellEnd"/>
            <w:r>
              <w:rPr>
                <w:color w:val="FFFFFF"/>
                <w:sz w:val="24"/>
              </w:rPr>
              <w:t xml:space="preserve"> e </w:t>
            </w:r>
            <w:proofErr w:type="spellStart"/>
            <w:r>
              <w:rPr>
                <w:color w:val="FFFFFF"/>
                <w:sz w:val="24"/>
              </w:rPr>
              <w:t>tarifas</w:t>
            </w:r>
            <w:proofErr w:type="spellEnd"/>
            <w:r>
              <w:rPr>
                <w:color w:val="FFFFFF"/>
                <w:sz w:val="24"/>
              </w:rPr>
              <w:t xml:space="preserve"> </w:t>
            </w:r>
            <w:proofErr w:type="spellStart"/>
            <w:r>
              <w:rPr>
                <w:color w:val="FFFFFF"/>
                <w:sz w:val="24"/>
              </w:rPr>
              <w:t>originais</w:t>
            </w:r>
            <w:proofErr w:type="spellEnd"/>
          </w:p>
        </w:tc>
      </w:tr>
    </w:tbl>
    <w:p w14:paraId="4BE57F4F" w14:textId="77777777" w:rsidR="00B569A9" w:rsidRDefault="00000000">
      <w:pPr>
        <w:jc w:val="center"/>
      </w:pPr>
      <w:r>
        <w:rPr>
          <w:i/>
        </w:rPr>
        <w:t xml:space="preserve">Material </w:t>
      </w:r>
      <w:proofErr w:type="spellStart"/>
      <w:r>
        <w:rPr>
          <w:i/>
        </w:rPr>
        <w:t>diagramado</w:t>
      </w:r>
      <w:proofErr w:type="spellEnd"/>
      <w:r>
        <w:rPr>
          <w:i/>
        </w:rPr>
        <w:t xml:space="preserve"> com imagens </w:t>
      </w:r>
      <w:proofErr w:type="spellStart"/>
      <w:r>
        <w:rPr>
          <w:i/>
        </w:rPr>
        <w:t>realistas</w:t>
      </w:r>
      <w:proofErr w:type="spellEnd"/>
      <w:r>
        <w:rPr>
          <w:i/>
        </w:rPr>
        <w:t xml:space="preserve"> e </w:t>
      </w:r>
      <w:proofErr w:type="spellStart"/>
      <w:r>
        <w:rPr>
          <w:i/>
        </w:rPr>
        <w:t>títulos</w:t>
      </w:r>
      <w:proofErr w:type="spellEnd"/>
      <w:r>
        <w:rPr>
          <w:i/>
        </w:rPr>
        <w:t xml:space="preserve"> com emojis. Valores </w:t>
      </w:r>
      <w:proofErr w:type="spellStart"/>
      <w:r>
        <w:rPr>
          <w:i/>
        </w:rPr>
        <w:t>mantidos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conforme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arquivo</w:t>
      </w:r>
      <w:proofErr w:type="spellEnd"/>
      <w:r>
        <w:rPr>
          <w:i/>
        </w:rPr>
        <w:t xml:space="preserve"> original.</w:t>
      </w:r>
    </w:p>
    <w:p w14:paraId="3E51DC4E" w14:textId="77777777" w:rsidR="00B569A9" w:rsidRDefault="00B569A9">
      <w:pPr>
        <w:pBdr>
          <w:bottom w:val="single" w:sz="12" w:space="1" w:color="E6B35A"/>
        </w:pBdr>
        <w:spacing w:after="120"/>
      </w:pPr>
    </w:p>
    <w:p w14:paraId="1964EB70" w14:textId="1B233389" w:rsidR="00B569A9" w:rsidRDefault="00000000" w:rsidP="003A5BC6">
      <w:pPr>
        <w:pStyle w:val="HeadingViagem"/>
        <w:spacing w:before="80" w:after="80"/>
        <w:jc w:val="center"/>
      </w:pPr>
      <w:r>
        <w:t xml:space="preserve">🏺 </w:t>
      </w:r>
      <w:r w:rsidR="00495537">
        <w:t>DESCUBRA O CAMBOJA</w:t>
      </w:r>
      <w:r>
        <w:t xml:space="preserve"> (</w:t>
      </w:r>
      <w:r w:rsidR="00495537">
        <w:t>5</w:t>
      </w:r>
      <w:r>
        <w:t xml:space="preserve"> DIAS / </w:t>
      </w:r>
      <w:r w:rsidR="00495537">
        <w:t>4</w:t>
      </w:r>
      <w:r>
        <w:t xml:space="preserve"> NOITES)</w:t>
      </w:r>
    </w:p>
    <w:p w14:paraId="4FA8D505" w14:textId="77777777" w:rsidR="00B569A9" w:rsidRDefault="00B569A9">
      <w:pPr>
        <w:pBdr>
          <w:bottom w:val="single" w:sz="12" w:space="1" w:color="E6B35A"/>
        </w:pBdr>
        <w:spacing w:after="120"/>
      </w:pPr>
    </w:p>
    <w:p w14:paraId="1B00F689" w14:textId="77777777" w:rsidR="00B569A9" w:rsidRDefault="00000000">
      <w:pPr>
        <w:pStyle w:val="Subheading"/>
        <w:spacing w:after="100"/>
        <w:jc w:val="center"/>
      </w:pPr>
      <w:r>
        <w:t>📅 SAÍDAS DIÁRIAS</w:t>
      </w:r>
    </w:p>
    <w:p w14:paraId="0EFEB7D2" w14:textId="7677A18E" w:rsidR="00B569A9" w:rsidRDefault="00000000">
      <w:pPr>
        <w:pStyle w:val="Dia"/>
        <w:spacing w:before="120" w:after="20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r w:rsidR="00495537" w:rsidRPr="00495537">
        <w:t>Phnom Penh</w:t>
      </w:r>
    </w:p>
    <w:p w14:paraId="2B8D19CF" w14:textId="13CBE83F" w:rsidR="00495537" w:rsidRPr="00495537" w:rsidRDefault="00495537" w:rsidP="00C173F0">
      <w:pPr>
        <w:jc w:val="both"/>
      </w:pPr>
      <w:r w:rsidRPr="00495537">
        <w:t xml:space="preserve">Na </w:t>
      </w:r>
      <w:proofErr w:type="spellStart"/>
      <w:r w:rsidRPr="00495537">
        <w:t>chegada</w:t>
      </w:r>
      <w:proofErr w:type="spellEnd"/>
      <w:r w:rsidRPr="00495537">
        <w:t xml:space="preserve"> a Phnom Penh, </w:t>
      </w:r>
      <w:proofErr w:type="spellStart"/>
      <w:r w:rsidRPr="00495537">
        <w:t>traslado</w:t>
      </w:r>
      <w:proofErr w:type="spellEnd"/>
      <w:r w:rsidRPr="00495537">
        <w:t xml:space="preserve"> </w:t>
      </w:r>
      <w:proofErr w:type="spellStart"/>
      <w:r w:rsidRPr="00495537">
        <w:t>ao</w:t>
      </w:r>
      <w:proofErr w:type="spellEnd"/>
      <w:r w:rsidRPr="00495537">
        <w:t xml:space="preserve"> hotel. À </w:t>
      </w:r>
      <w:proofErr w:type="spellStart"/>
      <w:r w:rsidRPr="00495537">
        <w:t>tarde</w:t>
      </w:r>
      <w:proofErr w:type="spellEnd"/>
      <w:r w:rsidRPr="00495537">
        <w:t xml:space="preserve">, </w:t>
      </w:r>
      <w:proofErr w:type="spellStart"/>
      <w:r w:rsidRPr="00495537">
        <w:t>saída</w:t>
      </w:r>
      <w:proofErr w:type="spellEnd"/>
      <w:r w:rsidRPr="00495537">
        <w:t xml:space="preserve"> para um </w:t>
      </w:r>
      <w:proofErr w:type="spellStart"/>
      <w:r w:rsidRPr="00495537">
        <w:t>passeio</w:t>
      </w:r>
      <w:proofErr w:type="spellEnd"/>
      <w:r w:rsidRPr="00495537">
        <w:t xml:space="preserve"> </w:t>
      </w:r>
      <w:proofErr w:type="spellStart"/>
      <w:r w:rsidRPr="00495537">
        <w:t>pelo</w:t>
      </w:r>
      <w:proofErr w:type="spellEnd"/>
      <w:r w:rsidRPr="00495537">
        <w:t xml:space="preserve"> bairro </w:t>
      </w:r>
      <w:proofErr w:type="spellStart"/>
      <w:r w:rsidRPr="00495537">
        <w:t>francês</w:t>
      </w:r>
      <w:proofErr w:type="spellEnd"/>
      <w:r w:rsidRPr="00495537">
        <w:t xml:space="preserve">, </w:t>
      </w:r>
      <w:proofErr w:type="spellStart"/>
      <w:r w:rsidRPr="00495537">
        <w:t>visitando</w:t>
      </w:r>
      <w:proofErr w:type="spellEnd"/>
      <w:r w:rsidRPr="00495537">
        <w:t xml:space="preserve"> o Palácio Real, </w:t>
      </w:r>
      <w:proofErr w:type="spellStart"/>
      <w:r w:rsidRPr="00495537">
        <w:t>construído</w:t>
      </w:r>
      <w:proofErr w:type="spellEnd"/>
      <w:r w:rsidRPr="00495537">
        <w:t xml:space="preserve"> </w:t>
      </w:r>
      <w:proofErr w:type="spellStart"/>
      <w:r w:rsidRPr="00495537">
        <w:t>durante</w:t>
      </w:r>
      <w:proofErr w:type="spellEnd"/>
      <w:r w:rsidRPr="00495537">
        <w:t xml:space="preserve"> a </w:t>
      </w:r>
      <w:proofErr w:type="spellStart"/>
      <w:r w:rsidRPr="00495537">
        <w:t>época</w:t>
      </w:r>
      <w:proofErr w:type="spellEnd"/>
      <w:r w:rsidRPr="00495537">
        <w:t xml:space="preserve"> colonial </w:t>
      </w:r>
      <w:proofErr w:type="spellStart"/>
      <w:r w:rsidRPr="00495537">
        <w:t>francesa</w:t>
      </w:r>
      <w:proofErr w:type="spellEnd"/>
      <w:r w:rsidRPr="00495537">
        <w:t xml:space="preserve">, </w:t>
      </w:r>
      <w:proofErr w:type="spellStart"/>
      <w:r w:rsidRPr="00495537">
        <w:t>em</w:t>
      </w:r>
      <w:proofErr w:type="spellEnd"/>
      <w:r w:rsidRPr="00495537">
        <w:t xml:space="preserve"> </w:t>
      </w:r>
      <w:proofErr w:type="spellStart"/>
      <w:r w:rsidRPr="00495537">
        <w:t>cujo</w:t>
      </w:r>
      <w:proofErr w:type="spellEnd"/>
      <w:r w:rsidRPr="00495537">
        <w:t xml:space="preserve"> </w:t>
      </w:r>
      <w:proofErr w:type="spellStart"/>
      <w:r w:rsidRPr="00495537">
        <w:t>complexo</w:t>
      </w:r>
      <w:proofErr w:type="spellEnd"/>
      <w:r w:rsidRPr="00495537">
        <w:t xml:space="preserve"> se </w:t>
      </w:r>
      <w:proofErr w:type="spellStart"/>
      <w:r w:rsidRPr="00495537">
        <w:t>encontra</w:t>
      </w:r>
      <w:proofErr w:type="spellEnd"/>
      <w:r w:rsidRPr="00495537">
        <w:t xml:space="preserve"> a Pagoda de Prata. Neste </w:t>
      </w:r>
      <w:proofErr w:type="spellStart"/>
      <w:r w:rsidRPr="00495537">
        <w:t>templo</w:t>
      </w:r>
      <w:proofErr w:type="spellEnd"/>
      <w:r w:rsidRPr="00495537">
        <w:t xml:space="preserve"> </w:t>
      </w:r>
      <w:proofErr w:type="spellStart"/>
      <w:r w:rsidRPr="00495537">
        <w:t>veremos</w:t>
      </w:r>
      <w:proofErr w:type="spellEnd"/>
      <w:r w:rsidRPr="00495537">
        <w:t xml:space="preserve"> </w:t>
      </w:r>
      <w:proofErr w:type="spellStart"/>
      <w:r w:rsidRPr="00495537">
        <w:t>uma</w:t>
      </w:r>
      <w:proofErr w:type="spellEnd"/>
      <w:r w:rsidRPr="00495537">
        <w:t xml:space="preserve"> grande </w:t>
      </w:r>
      <w:proofErr w:type="spellStart"/>
      <w:r w:rsidRPr="00495537">
        <w:t>coleção</w:t>
      </w:r>
      <w:proofErr w:type="spellEnd"/>
      <w:r w:rsidRPr="00495537">
        <w:t xml:space="preserve"> de imagens de Buda </w:t>
      </w:r>
      <w:proofErr w:type="spellStart"/>
      <w:r w:rsidRPr="00495537">
        <w:t>em</w:t>
      </w:r>
      <w:proofErr w:type="spellEnd"/>
      <w:r w:rsidRPr="00495537">
        <w:t xml:space="preserve"> </w:t>
      </w:r>
      <w:proofErr w:type="spellStart"/>
      <w:r w:rsidRPr="00495537">
        <w:t>ouro</w:t>
      </w:r>
      <w:proofErr w:type="spellEnd"/>
      <w:r w:rsidRPr="00495537">
        <w:t xml:space="preserve">, prata, </w:t>
      </w:r>
      <w:proofErr w:type="spellStart"/>
      <w:r w:rsidRPr="00495537">
        <w:t>cristal</w:t>
      </w:r>
      <w:proofErr w:type="spellEnd"/>
      <w:r w:rsidRPr="00495537">
        <w:t xml:space="preserve"> e bronze. </w:t>
      </w:r>
      <w:proofErr w:type="spellStart"/>
      <w:r w:rsidRPr="00495537">
        <w:t>Também</w:t>
      </w:r>
      <w:proofErr w:type="spellEnd"/>
      <w:r w:rsidRPr="00495537">
        <w:t xml:space="preserve"> </w:t>
      </w:r>
      <w:proofErr w:type="spellStart"/>
      <w:r w:rsidRPr="00495537">
        <w:t>visitaremos</w:t>
      </w:r>
      <w:proofErr w:type="spellEnd"/>
      <w:r w:rsidRPr="00495537">
        <w:t xml:space="preserve"> o </w:t>
      </w:r>
      <w:proofErr w:type="spellStart"/>
      <w:r w:rsidRPr="00495537">
        <w:t>Museu</w:t>
      </w:r>
      <w:proofErr w:type="spellEnd"/>
      <w:r w:rsidRPr="00495537">
        <w:t xml:space="preserve"> Nacional, </w:t>
      </w:r>
      <w:proofErr w:type="spellStart"/>
      <w:r w:rsidRPr="00495537">
        <w:t>em</w:t>
      </w:r>
      <w:proofErr w:type="spellEnd"/>
      <w:r w:rsidRPr="00495537">
        <w:t xml:space="preserve"> </w:t>
      </w:r>
      <w:proofErr w:type="spellStart"/>
      <w:r w:rsidRPr="00495537">
        <w:t>estilo</w:t>
      </w:r>
      <w:proofErr w:type="spellEnd"/>
      <w:r w:rsidRPr="00495537">
        <w:t xml:space="preserve"> </w:t>
      </w:r>
      <w:proofErr w:type="spellStart"/>
      <w:r w:rsidRPr="00495537">
        <w:t>tradicional</w:t>
      </w:r>
      <w:proofErr w:type="spellEnd"/>
      <w:r w:rsidRPr="00495537">
        <w:t xml:space="preserve"> </w:t>
      </w:r>
      <w:proofErr w:type="spellStart"/>
      <w:r w:rsidRPr="00495537">
        <w:t>khmer</w:t>
      </w:r>
      <w:proofErr w:type="spellEnd"/>
      <w:r w:rsidRPr="00495537">
        <w:t xml:space="preserve">, </w:t>
      </w:r>
      <w:proofErr w:type="spellStart"/>
      <w:r w:rsidRPr="00495537">
        <w:t>que</w:t>
      </w:r>
      <w:proofErr w:type="spellEnd"/>
      <w:r w:rsidRPr="00495537">
        <w:t xml:space="preserve"> </w:t>
      </w:r>
      <w:proofErr w:type="spellStart"/>
      <w:r w:rsidRPr="00495537">
        <w:t>abriga</w:t>
      </w:r>
      <w:proofErr w:type="spellEnd"/>
      <w:r w:rsidRPr="00495537">
        <w:t xml:space="preserve"> a </w:t>
      </w:r>
      <w:proofErr w:type="spellStart"/>
      <w:r w:rsidRPr="00495537">
        <w:t>mais</w:t>
      </w:r>
      <w:proofErr w:type="spellEnd"/>
      <w:r w:rsidRPr="00495537">
        <w:t xml:space="preserve"> </w:t>
      </w:r>
      <w:proofErr w:type="spellStart"/>
      <w:r w:rsidRPr="00495537">
        <w:t>importante</w:t>
      </w:r>
      <w:proofErr w:type="spellEnd"/>
      <w:r w:rsidRPr="00495537">
        <w:t xml:space="preserve"> </w:t>
      </w:r>
      <w:proofErr w:type="spellStart"/>
      <w:r w:rsidRPr="00495537">
        <w:t>coleção</w:t>
      </w:r>
      <w:proofErr w:type="spellEnd"/>
      <w:r w:rsidRPr="00495537">
        <w:t xml:space="preserve"> do </w:t>
      </w:r>
      <w:proofErr w:type="spellStart"/>
      <w:r w:rsidRPr="00495537">
        <w:t>mundo</w:t>
      </w:r>
      <w:proofErr w:type="spellEnd"/>
      <w:r w:rsidRPr="00495537">
        <w:t xml:space="preserve"> dos </w:t>
      </w:r>
      <w:proofErr w:type="spellStart"/>
      <w:r w:rsidRPr="00495537">
        <w:t>antigos</w:t>
      </w:r>
      <w:proofErr w:type="spellEnd"/>
      <w:r w:rsidRPr="00495537">
        <w:t xml:space="preserve"> </w:t>
      </w:r>
      <w:proofErr w:type="spellStart"/>
      <w:r w:rsidRPr="00495537">
        <w:t>khmers</w:t>
      </w:r>
      <w:proofErr w:type="spellEnd"/>
      <w:r w:rsidRPr="00495537">
        <w:t xml:space="preserve">, com </w:t>
      </w:r>
      <w:proofErr w:type="spellStart"/>
      <w:r w:rsidRPr="00495537">
        <w:t>peças</w:t>
      </w:r>
      <w:proofErr w:type="spellEnd"/>
      <w:r w:rsidRPr="00495537">
        <w:t xml:space="preserve"> dos </w:t>
      </w:r>
      <w:proofErr w:type="spellStart"/>
      <w:r w:rsidRPr="00495537">
        <w:t>séculos</w:t>
      </w:r>
      <w:proofErr w:type="spellEnd"/>
      <w:r w:rsidRPr="00495537">
        <w:t xml:space="preserve"> IV </w:t>
      </w:r>
      <w:proofErr w:type="spellStart"/>
      <w:r w:rsidRPr="00495537">
        <w:t>ao</w:t>
      </w:r>
      <w:proofErr w:type="spellEnd"/>
      <w:r w:rsidRPr="00495537">
        <w:t xml:space="preserve"> XIII. Por </w:t>
      </w:r>
      <w:proofErr w:type="spellStart"/>
      <w:r w:rsidRPr="00495537">
        <w:t>fim</w:t>
      </w:r>
      <w:proofErr w:type="spellEnd"/>
      <w:r w:rsidRPr="00495537">
        <w:t xml:space="preserve">, </w:t>
      </w:r>
      <w:proofErr w:type="spellStart"/>
      <w:r w:rsidRPr="00495537">
        <w:t>visitaremos</w:t>
      </w:r>
      <w:proofErr w:type="spellEnd"/>
      <w:r w:rsidRPr="00495537">
        <w:t xml:space="preserve"> Wat Phnom, </w:t>
      </w:r>
      <w:proofErr w:type="spellStart"/>
      <w:r w:rsidRPr="00495537">
        <w:t>uma</w:t>
      </w:r>
      <w:proofErr w:type="spellEnd"/>
      <w:r w:rsidRPr="00495537">
        <w:t xml:space="preserve"> </w:t>
      </w:r>
      <w:proofErr w:type="spellStart"/>
      <w:r w:rsidRPr="00495537">
        <w:t>antiga</w:t>
      </w:r>
      <w:proofErr w:type="spellEnd"/>
      <w:r w:rsidRPr="00495537">
        <w:t xml:space="preserve"> pagoda </w:t>
      </w:r>
      <w:proofErr w:type="spellStart"/>
      <w:r w:rsidRPr="00495537">
        <w:t>situada</w:t>
      </w:r>
      <w:proofErr w:type="spellEnd"/>
      <w:r w:rsidRPr="00495537">
        <w:t xml:space="preserve"> </w:t>
      </w:r>
      <w:proofErr w:type="spellStart"/>
      <w:r w:rsidRPr="00495537">
        <w:t>em</w:t>
      </w:r>
      <w:proofErr w:type="spellEnd"/>
      <w:r w:rsidRPr="00495537">
        <w:t xml:space="preserve"> </w:t>
      </w:r>
      <w:proofErr w:type="spellStart"/>
      <w:r w:rsidRPr="00495537">
        <w:t>uma</w:t>
      </w:r>
      <w:proofErr w:type="spellEnd"/>
      <w:r w:rsidRPr="00495537">
        <w:t xml:space="preserve"> </w:t>
      </w:r>
      <w:proofErr w:type="spellStart"/>
      <w:r w:rsidRPr="00495537">
        <w:t>colina</w:t>
      </w:r>
      <w:proofErr w:type="spellEnd"/>
      <w:r w:rsidRPr="00495537">
        <w:t xml:space="preserve">, </w:t>
      </w:r>
      <w:proofErr w:type="spellStart"/>
      <w:r w:rsidRPr="00495537">
        <w:t>que</w:t>
      </w:r>
      <w:proofErr w:type="spellEnd"/>
      <w:r w:rsidRPr="00495537">
        <w:t xml:space="preserve"> </w:t>
      </w:r>
      <w:proofErr w:type="spellStart"/>
      <w:r w:rsidRPr="00495537">
        <w:t>marca</w:t>
      </w:r>
      <w:proofErr w:type="spellEnd"/>
      <w:r w:rsidRPr="00495537">
        <w:t xml:space="preserve"> o local </w:t>
      </w:r>
      <w:proofErr w:type="spellStart"/>
      <w:r w:rsidRPr="00495537">
        <w:t>onde</w:t>
      </w:r>
      <w:proofErr w:type="spellEnd"/>
      <w:r w:rsidRPr="00495537">
        <w:t xml:space="preserve"> a </w:t>
      </w:r>
      <w:proofErr w:type="spellStart"/>
      <w:r w:rsidRPr="00495537">
        <w:t>cidade</w:t>
      </w:r>
      <w:proofErr w:type="spellEnd"/>
      <w:r w:rsidRPr="00495537">
        <w:t xml:space="preserve"> </w:t>
      </w:r>
      <w:proofErr w:type="spellStart"/>
      <w:r w:rsidRPr="00495537">
        <w:t>foi</w:t>
      </w:r>
      <w:proofErr w:type="spellEnd"/>
      <w:r w:rsidRPr="00495537">
        <w:t xml:space="preserve"> </w:t>
      </w:r>
      <w:proofErr w:type="spellStart"/>
      <w:r w:rsidRPr="00495537">
        <w:t>fundada</w:t>
      </w:r>
      <w:proofErr w:type="spellEnd"/>
      <w:r w:rsidRPr="00495537">
        <w:t xml:space="preserve">. </w:t>
      </w:r>
      <w:proofErr w:type="spellStart"/>
      <w:r w:rsidRPr="00495537">
        <w:t>Retorno</w:t>
      </w:r>
      <w:proofErr w:type="spellEnd"/>
      <w:r w:rsidRPr="00495537">
        <w:t xml:space="preserve"> </w:t>
      </w:r>
      <w:proofErr w:type="spellStart"/>
      <w:r w:rsidRPr="00495537">
        <w:t>ao</w:t>
      </w:r>
      <w:proofErr w:type="spellEnd"/>
      <w:r w:rsidRPr="00495537">
        <w:t xml:space="preserve"> hotel para </w:t>
      </w:r>
      <w:proofErr w:type="spellStart"/>
      <w:r w:rsidRPr="00495537">
        <w:t>hospedagem</w:t>
      </w:r>
      <w:proofErr w:type="spellEnd"/>
      <w:r w:rsidRPr="00495537">
        <w:t>.</w:t>
      </w:r>
    </w:p>
    <w:p w14:paraId="0D8F02AF" w14:textId="3B579D09" w:rsidR="00B569A9" w:rsidRDefault="00000000">
      <w:pPr>
        <w:pStyle w:val="Dia"/>
        <w:spacing w:before="120" w:after="20"/>
      </w:pPr>
      <w:r>
        <w:t xml:space="preserve">📍 2º </w:t>
      </w:r>
      <w:proofErr w:type="spellStart"/>
      <w:r>
        <w:t>dia</w:t>
      </w:r>
      <w:proofErr w:type="spellEnd"/>
      <w:r>
        <w:t xml:space="preserve">: </w:t>
      </w:r>
      <w:r w:rsidR="00495537" w:rsidRPr="00495537">
        <w:t xml:space="preserve">Phnom Penh – Siem Reap (Café da </w:t>
      </w:r>
      <w:proofErr w:type="spellStart"/>
      <w:r w:rsidR="00495537" w:rsidRPr="00495537">
        <w:t>manhã</w:t>
      </w:r>
      <w:proofErr w:type="spellEnd"/>
      <w:r w:rsidR="00495537" w:rsidRPr="00495537">
        <w:t>)</w:t>
      </w:r>
    </w:p>
    <w:p w14:paraId="1E927738" w14:textId="77777777" w:rsidR="00495537" w:rsidRDefault="00495537" w:rsidP="00495537">
      <w:pPr>
        <w:pStyle w:val="Dia"/>
        <w:spacing w:before="120" w:after="20"/>
        <w:jc w:val="both"/>
        <w:rPr>
          <w:b w:val="0"/>
          <w:color w:val="2B313A"/>
          <w:sz w:val="18"/>
        </w:rPr>
      </w:pPr>
      <w:r w:rsidRPr="00495537">
        <w:rPr>
          <w:b w:val="0"/>
          <w:color w:val="2B313A"/>
          <w:sz w:val="18"/>
        </w:rPr>
        <w:t xml:space="preserve">Café da </w:t>
      </w:r>
      <w:proofErr w:type="spellStart"/>
      <w:r w:rsidRPr="00495537">
        <w:rPr>
          <w:b w:val="0"/>
          <w:color w:val="2B313A"/>
          <w:sz w:val="18"/>
        </w:rPr>
        <w:t>manhã</w:t>
      </w:r>
      <w:proofErr w:type="spellEnd"/>
      <w:r w:rsidRPr="00495537">
        <w:rPr>
          <w:b w:val="0"/>
          <w:color w:val="2B313A"/>
          <w:sz w:val="18"/>
        </w:rPr>
        <w:t xml:space="preserve">. </w:t>
      </w:r>
      <w:proofErr w:type="spellStart"/>
      <w:r w:rsidRPr="00495537">
        <w:rPr>
          <w:b w:val="0"/>
          <w:color w:val="2B313A"/>
          <w:sz w:val="18"/>
        </w:rPr>
        <w:t>Traslado</w:t>
      </w:r>
      <w:proofErr w:type="spellEnd"/>
      <w:r w:rsidRPr="00495537">
        <w:rPr>
          <w:b w:val="0"/>
          <w:color w:val="2B313A"/>
          <w:sz w:val="18"/>
        </w:rPr>
        <w:t xml:space="preserve"> para Siem Reap </w:t>
      </w:r>
      <w:proofErr w:type="spellStart"/>
      <w:r w:rsidRPr="00495537">
        <w:rPr>
          <w:b w:val="0"/>
          <w:color w:val="2B313A"/>
          <w:sz w:val="18"/>
        </w:rPr>
        <w:t>em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veículo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privativo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sem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guia</w:t>
      </w:r>
      <w:proofErr w:type="spellEnd"/>
      <w:r w:rsidRPr="00495537">
        <w:rPr>
          <w:b w:val="0"/>
          <w:color w:val="2B313A"/>
          <w:sz w:val="18"/>
        </w:rPr>
        <w:t xml:space="preserve"> (</w:t>
      </w:r>
      <w:proofErr w:type="spellStart"/>
      <w:r w:rsidRPr="00495537">
        <w:rPr>
          <w:b w:val="0"/>
          <w:color w:val="2B313A"/>
          <w:sz w:val="18"/>
        </w:rPr>
        <w:t>duração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aproximada</w:t>
      </w:r>
      <w:proofErr w:type="spellEnd"/>
      <w:r w:rsidRPr="00495537">
        <w:rPr>
          <w:b w:val="0"/>
          <w:color w:val="2B313A"/>
          <w:sz w:val="18"/>
        </w:rPr>
        <w:t xml:space="preserve"> de 6 horas). </w:t>
      </w:r>
      <w:proofErr w:type="spellStart"/>
      <w:r w:rsidRPr="00495537">
        <w:rPr>
          <w:b w:val="0"/>
          <w:color w:val="2B313A"/>
          <w:sz w:val="18"/>
        </w:rPr>
        <w:t>Chegada</w:t>
      </w:r>
      <w:proofErr w:type="spellEnd"/>
      <w:r w:rsidRPr="00495537">
        <w:rPr>
          <w:b w:val="0"/>
          <w:color w:val="2B313A"/>
          <w:sz w:val="18"/>
        </w:rPr>
        <w:t xml:space="preserve"> e </w:t>
      </w:r>
      <w:proofErr w:type="spellStart"/>
      <w:r w:rsidRPr="00495537">
        <w:rPr>
          <w:b w:val="0"/>
          <w:color w:val="2B313A"/>
          <w:sz w:val="18"/>
        </w:rPr>
        <w:t>hospedagem</w:t>
      </w:r>
      <w:proofErr w:type="spellEnd"/>
      <w:r w:rsidRPr="00495537">
        <w:rPr>
          <w:b w:val="0"/>
          <w:color w:val="2B313A"/>
          <w:sz w:val="18"/>
        </w:rPr>
        <w:t xml:space="preserve">. Restante do </w:t>
      </w:r>
      <w:proofErr w:type="spellStart"/>
      <w:r w:rsidRPr="00495537">
        <w:rPr>
          <w:b w:val="0"/>
          <w:color w:val="2B313A"/>
          <w:sz w:val="18"/>
        </w:rPr>
        <w:t>dia</w:t>
      </w:r>
      <w:proofErr w:type="spellEnd"/>
      <w:r w:rsidRPr="00495537">
        <w:rPr>
          <w:b w:val="0"/>
          <w:color w:val="2B313A"/>
          <w:sz w:val="18"/>
        </w:rPr>
        <w:t xml:space="preserve"> livre.</w:t>
      </w:r>
    </w:p>
    <w:p w14:paraId="2EC7AD0E" w14:textId="6414A47C" w:rsidR="00B569A9" w:rsidRDefault="00000000">
      <w:pPr>
        <w:pStyle w:val="Dia"/>
        <w:spacing w:before="120" w:after="20"/>
      </w:pPr>
      <w:r>
        <w:t xml:space="preserve">📍 3º </w:t>
      </w:r>
      <w:proofErr w:type="spellStart"/>
      <w:r>
        <w:t>dia</w:t>
      </w:r>
      <w:proofErr w:type="spellEnd"/>
      <w:r>
        <w:t xml:space="preserve">: </w:t>
      </w:r>
      <w:r w:rsidR="00495537" w:rsidRPr="00495537">
        <w:t xml:space="preserve">Siem Reap – Templos de Angkor (Café da </w:t>
      </w:r>
      <w:proofErr w:type="spellStart"/>
      <w:r w:rsidR="00495537" w:rsidRPr="00495537">
        <w:t>manhã</w:t>
      </w:r>
      <w:proofErr w:type="spellEnd"/>
      <w:r w:rsidR="00495537" w:rsidRPr="00495537">
        <w:t>)</w:t>
      </w:r>
    </w:p>
    <w:p w14:paraId="145775C5" w14:textId="77777777" w:rsidR="00495537" w:rsidRDefault="00495537" w:rsidP="00495537">
      <w:pPr>
        <w:pStyle w:val="Dia"/>
        <w:spacing w:before="120" w:after="20"/>
        <w:jc w:val="both"/>
        <w:rPr>
          <w:b w:val="0"/>
          <w:color w:val="2B313A"/>
          <w:sz w:val="18"/>
        </w:rPr>
      </w:pPr>
      <w:r w:rsidRPr="00495537">
        <w:rPr>
          <w:b w:val="0"/>
          <w:color w:val="2B313A"/>
          <w:sz w:val="18"/>
        </w:rPr>
        <w:t xml:space="preserve">Café da </w:t>
      </w:r>
      <w:proofErr w:type="spellStart"/>
      <w:r w:rsidRPr="00495537">
        <w:rPr>
          <w:b w:val="0"/>
          <w:color w:val="2B313A"/>
          <w:sz w:val="18"/>
        </w:rPr>
        <w:t>manhã</w:t>
      </w:r>
      <w:proofErr w:type="spellEnd"/>
      <w:r w:rsidRPr="00495537">
        <w:rPr>
          <w:b w:val="0"/>
          <w:color w:val="2B313A"/>
          <w:sz w:val="18"/>
        </w:rPr>
        <w:t xml:space="preserve">. As visitas </w:t>
      </w:r>
      <w:proofErr w:type="spellStart"/>
      <w:r w:rsidRPr="00495537">
        <w:rPr>
          <w:b w:val="0"/>
          <w:color w:val="2B313A"/>
          <w:sz w:val="18"/>
        </w:rPr>
        <w:t>começam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pelo</w:t>
      </w:r>
      <w:proofErr w:type="spellEnd"/>
      <w:r w:rsidRPr="00495537">
        <w:rPr>
          <w:b w:val="0"/>
          <w:color w:val="2B313A"/>
          <w:sz w:val="18"/>
        </w:rPr>
        <w:t xml:space="preserve"> Templo de Ta Prohm, </w:t>
      </w:r>
      <w:proofErr w:type="spellStart"/>
      <w:r w:rsidRPr="00495537">
        <w:rPr>
          <w:b w:val="0"/>
          <w:color w:val="2B313A"/>
          <w:sz w:val="18"/>
        </w:rPr>
        <w:t>caracterizado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por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suas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enormes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árvores</w:t>
      </w:r>
      <w:proofErr w:type="spellEnd"/>
      <w:r w:rsidRPr="00495537">
        <w:rPr>
          <w:b w:val="0"/>
          <w:color w:val="2B313A"/>
          <w:sz w:val="18"/>
        </w:rPr>
        <w:t xml:space="preserve"> com </w:t>
      </w:r>
      <w:proofErr w:type="spellStart"/>
      <w:r w:rsidRPr="00495537">
        <w:rPr>
          <w:b w:val="0"/>
          <w:color w:val="2B313A"/>
          <w:sz w:val="18"/>
        </w:rPr>
        <w:t>grossas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raízes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que</w:t>
      </w:r>
      <w:proofErr w:type="spellEnd"/>
      <w:r w:rsidRPr="00495537">
        <w:rPr>
          <w:b w:val="0"/>
          <w:color w:val="2B313A"/>
          <w:sz w:val="18"/>
        </w:rPr>
        <w:t xml:space="preserve"> se </w:t>
      </w:r>
      <w:proofErr w:type="spellStart"/>
      <w:r w:rsidRPr="00495537">
        <w:rPr>
          <w:b w:val="0"/>
          <w:color w:val="2B313A"/>
          <w:sz w:val="18"/>
        </w:rPr>
        <w:t>entrelaçam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em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suas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paredes</w:t>
      </w:r>
      <w:proofErr w:type="spellEnd"/>
      <w:r w:rsidRPr="00495537">
        <w:rPr>
          <w:b w:val="0"/>
          <w:color w:val="2B313A"/>
          <w:sz w:val="18"/>
        </w:rPr>
        <w:t xml:space="preserve">. Em </w:t>
      </w:r>
      <w:proofErr w:type="spellStart"/>
      <w:r w:rsidRPr="00495537">
        <w:rPr>
          <w:b w:val="0"/>
          <w:color w:val="2B313A"/>
          <w:sz w:val="18"/>
        </w:rPr>
        <w:t>seguida</w:t>
      </w:r>
      <w:proofErr w:type="spellEnd"/>
      <w:r w:rsidRPr="00495537">
        <w:rPr>
          <w:b w:val="0"/>
          <w:color w:val="2B313A"/>
          <w:sz w:val="18"/>
        </w:rPr>
        <w:t xml:space="preserve">, </w:t>
      </w:r>
      <w:proofErr w:type="spellStart"/>
      <w:r w:rsidRPr="00495537">
        <w:rPr>
          <w:b w:val="0"/>
          <w:color w:val="2B313A"/>
          <w:sz w:val="18"/>
        </w:rPr>
        <w:t>visitaremos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uma</w:t>
      </w:r>
      <w:proofErr w:type="spellEnd"/>
      <w:r w:rsidRPr="00495537">
        <w:rPr>
          <w:b w:val="0"/>
          <w:color w:val="2B313A"/>
          <w:sz w:val="18"/>
        </w:rPr>
        <w:t xml:space="preserve"> das </w:t>
      </w:r>
      <w:proofErr w:type="spellStart"/>
      <w:r w:rsidRPr="00495537">
        <w:rPr>
          <w:b w:val="0"/>
          <w:color w:val="2B313A"/>
          <w:sz w:val="18"/>
        </w:rPr>
        <w:t>joias</w:t>
      </w:r>
      <w:proofErr w:type="spellEnd"/>
      <w:r w:rsidRPr="00495537">
        <w:rPr>
          <w:b w:val="0"/>
          <w:color w:val="2B313A"/>
          <w:sz w:val="18"/>
        </w:rPr>
        <w:t xml:space="preserve"> do </w:t>
      </w:r>
      <w:proofErr w:type="spellStart"/>
      <w:r w:rsidRPr="00495537">
        <w:rPr>
          <w:b w:val="0"/>
          <w:color w:val="2B313A"/>
          <w:sz w:val="18"/>
        </w:rPr>
        <w:t>Camboja</w:t>
      </w:r>
      <w:proofErr w:type="spellEnd"/>
      <w:r w:rsidRPr="00495537">
        <w:rPr>
          <w:b w:val="0"/>
          <w:color w:val="2B313A"/>
          <w:sz w:val="18"/>
        </w:rPr>
        <w:t xml:space="preserve">, o </w:t>
      </w:r>
      <w:proofErr w:type="spellStart"/>
      <w:r w:rsidRPr="00495537">
        <w:rPr>
          <w:b w:val="0"/>
          <w:color w:val="2B313A"/>
          <w:sz w:val="18"/>
        </w:rPr>
        <w:t>impressionante</w:t>
      </w:r>
      <w:proofErr w:type="spellEnd"/>
      <w:r w:rsidRPr="00495537">
        <w:rPr>
          <w:b w:val="0"/>
          <w:color w:val="2B313A"/>
          <w:sz w:val="18"/>
        </w:rPr>
        <w:t xml:space="preserve"> Angkor Thom, “a Grande </w:t>
      </w:r>
      <w:proofErr w:type="spellStart"/>
      <w:r w:rsidRPr="00495537">
        <w:rPr>
          <w:b w:val="0"/>
          <w:color w:val="2B313A"/>
          <w:sz w:val="18"/>
        </w:rPr>
        <w:t>Cidade</w:t>
      </w:r>
      <w:proofErr w:type="spellEnd"/>
      <w:r w:rsidRPr="00495537">
        <w:rPr>
          <w:b w:val="0"/>
          <w:color w:val="2B313A"/>
          <w:sz w:val="18"/>
        </w:rPr>
        <w:t xml:space="preserve">”. O </w:t>
      </w:r>
      <w:proofErr w:type="spellStart"/>
      <w:r w:rsidRPr="00495537">
        <w:rPr>
          <w:b w:val="0"/>
          <w:color w:val="2B313A"/>
          <w:sz w:val="18"/>
        </w:rPr>
        <w:t>passeio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inclui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alguns</w:t>
      </w:r>
      <w:proofErr w:type="spellEnd"/>
      <w:r w:rsidRPr="00495537">
        <w:rPr>
          <w:b w:val="0"/>
          <w:color w:val="2B313A"/>
          <w:sz w:val="18"/>
        </w:rPr>
        <w:t xml:space="preserve"> dos </w:t>
      </w:r>
      <w:proofErr w:type="spellStart"/>
      <w:r w:rsidRPr="00495537">
        <w:rPr>
          <w:b w:val="0"/>
          <w:color w:val="2B313A"/>
          <w:sz w:val="18"/>
        </w:rPr>
        <w:t>melhores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templos</w:t>
      </w:r>
      <w:proofErr w:type="spellEnd"/>
      <w:r w:rsidRPr="00495537">
        <w:rPr>
          <w:b w:val="0"/>
          <w:color w:val="2B313A"/>
          <w:sz w:val="18"/>
        </w:rPr>
        <w:t xml:space="preserve"> do Rei Jayavarman VII, </w:t>
      </w:r>
      <w:proofErr w:type="spellStart"/>
      <w:r w:rsidRPr="00495537">
        <w:rPr>
          <w:b w:val="0"/>
          <w:color w:val="2B313A"/>
          <w:sz w:val="18"/>
        </w:rPr>
        <w:t>que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governou</w:t>
      </w:r>
      <w:proofErr w:type="spellEnd"/>
      <w:r w:rsidRPr="00495537">
        <w:rPr>
          <w:b w:val="0"/>
          <w:color w:val="2B313A"/>
          <w:sz w:val="18"/>
        </w:rPr>
        <w:t xml:space="preserve"> de 1181 a 1220. Na porta </w:t>
      </w:r>
      <w:proofErr w:type="spellStart"/>
      <w:r w:rsidRPr="00495537">
        <w:rPr>
          <w:b w:val="0"/>
          <w:color w:val="2B313A"/>
          <w:sz w:val="18"/>
        </w:rPr>
        <w:t>sul</w:t>
      </w:r>
      <w:proofErr w:type="spellEnd"/>
      <w:r w:rsidRPr="00495537">
        <w:rPr>
          <w:b w:val="0"/>
          <w:color w:val="2B313A"/>
          <w:sz w:val="18"/>
        </w:rPr>
        <w:t xml:space="preserve"> de Angkor Thom </w:t>
      </w:r>
      <w:proofErr w:type="spellStart"/>
      <w:r w:rsidRPr="00495537">
        <w:rPr>
          <w:b w:val="0"/>
          <w:color w:val="2B313A"/>
          <w:sz w:val="18"/>
        </w:rPr>
        <w:t>poderemos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ver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uma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imponente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estátua</w:t>
      </w:r>
      <w:proofErr w:type="spellEnd"/>
      <w:r w:rsidRPr="00495537">
        <w:rPr>
          <w:b w:val="0"/>
          <w:color w:val="2B313A"/>
          <w:sz w:val="18"/>
        </w:rPr>
        <w:t xml:space="preserve"> de Avalokiteshvara, </w:t>
      </w:r>
      <w:proofErr w:type="spellStart"/>
      <w:r w:rsidRPr="00495537">
        <w:rPr>
          <w:b w:val="0"/>
          <w:color w:val="2B313A"/>
          <w:sz w:val="18"/>
        </w:rPr>
        <w:t>que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aparece</w:t>
      </w:r>
      <w:proofErr w:type="spellEnd"/>
      <w:r w:rsidRPr="00495537">
        <w:rPr>
          <w:b w:val="0"/>
          <w:color w:val="2B313A"/>
          <w:sz w:val="18"/>
        </w:rPr>
        <w:t xml:space="preserve"> no </w:t>
      </w:r>
      <w:proofErr w:type="spellStart"/>
      <w:r w:rsidRPr="00495537">
        <w:rPr>
          <w:b w:val="0"/>
          <w:color w:val="2B313A"/>
          <w:sz w:val="18"/>
        </w:rPr>
        <w:t>filme</w:t>
      </w:r>
      <w:proofErr w:type="spellEnd"/>
      <w:r w:rsidRPr="00495537">
        <w:rPr>
          <w:b w:val="0"/>
          <w:color w:val="2B313A"/>
          <w:sz w:val="18"/>
        </w:rPr>
        <w:t xml:space="preserve"> Tomb Raider. </w:t>
      </w:r>
      <w:proofErr w:type="spellStart"/>
      <w:r w:rsidRPr="00495537">
        <w:rPr>
          <w:b w:val="0"/>
          <w:color w:val="2B313A"/>
          <w:sz w:val="18"/>
        </w:rPr>
        <w:t>Também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visitaremos</w:t>
      </w:r>
      <w:proofErr w:type="spellEnd"/>
      <w:r w:rsidRPr="00495537">
        <w:rPr>
          <w:b w:val="0"/>
          <w:color w:val="2B313A"/>
          <w:sz w:val="18"/>
        </w:rPr>
        <w:t xml:space="preserve"> o </w:t>
      </w:r>
      <w:proofErr w:type="spellStart"/>
      <w:r w:rsidRPr="00495537">
        <w:rPr>
          <w:b w:val="0"/>
          <w:color w:val="2B313A"/>
          <w:sz w:val="18"/>
        </w:rPr>
        <w:t>templo</w:t>
      </w:r>
      <w:proofErr w:type="spellEnd"/>
      <w:r w:rsidRPr="00495537">
        <w:rPr>
          <w:b w:val="0"/>
          <w:color w:val="2B313A"/>
          <w:sz w:val="18"/>
        </w:rPr>
        <w:t xml:space="preserve"> de Bayon, </w:t>
      </w:r>
      <w:proofErr w:type="spellStart"/>
      <w:r w:rsidRPr="00495537">
        <w:rPr>
          <w:b w:val="0"/>
          <w:color w:val="2B313A"/>
          <w:sz w:val="18"/>
        </w:rPr>
        <w:t>construído</w:t>
      </w:r>
      <w:proofErr w:type="spellEnd"/>
      <w:r w:rsidRPr="00495537">
        <w:rPr>
          <w:b w:val="0"/>
          <w:color w:val="2B313A"/>
          <w:sz w:val="18"/>
        </w:rPr>
        <w:t xml:space="preserve"> no final do </w:t>
      </w:r>
      <w:proofErr w:type="spellStart"/>
      <w:r w:rsidRPr="00495537">
        <w:rPr>
          <w:b w:val="0"/>
          <w:color w:val="2B313A"/>
          <w:sz w:val="18"/>
        </w:rPr>
        <w:t>século</w:t>
      </w:r>
      <w:proofErr w:type="spellEnd"/>
      <w:r w:rsidRPr="00495537">
        <w:rPr>
          <w:b w:val="0"/>
          <w:color w:val="2B313A"/>
          <w:sz w:val="18"/>
        </w:rPr>
        <w:t xml:space="preserve"> XII e </w:t>
      </w:r>
      <w:proofErr w:type="spellStart"/>
      <w:r w:rsidRPr="00495537">
        <w:rPr>
          <w:b w:val="0"/>
          <w:color w:val="2B313A"/>
          <w:sz w:val="18"/>
        </w:rPr>
        <w:t>adornado</w:t>
      </w:r>
      <w:proofErr w:type="spellEnd"/>
      <w:r w:rsidRPr="00495537">
        <w:rPr>
          <w:b w:val="0"/>
          <w:color w:val="2B313A"/>
          <w:sz w:val="18"/>
        </w:rPr>
        <w:t xml:space="preserve"> com </w:t>
      </w:r>
      <w:proofErr w:type="spellStart"/>
      <w:r w:rsidRPr="00495537">
        <w:rPr>
          <w:b w:val="0"/>
          <w:color w:val="2B313A"/>
          <w:sz w:val="18"/>
        </w:rPr>
        <w:t>centenas</w:t>
      </w:r>
      <w:proofErr w:type="spellEnd"/>
      <w:r w:rsidRPr="00495537">
        <w:rPr>
          <w:b w:val="0"/>
          <w:color w:val="2B313A"/>
          <w:sz w:val="18"/>
        </w:rPr>
        <w:t xml:space="preserve"> de </w:t>
      </w:r>
      <w:proofErr w:type="spellStart"/>
      <w:r w:rsidRPr="00495537">
        <w:rPr>
          <w:b w:val="0"/>
          <w:color w:val="2B313A"/>
          <w:sz w:val="18"/>
        </w:rPr>
        <w:t>rostos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esculpidos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em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pedra</w:t>
      </w:r>
      <w:proofErr w:type="spellEnd"/>
      <w:r w:rsidRPr="00495537">
        <w:rPr>
          <w:b w:val="0"/>
          <w:color w:val="2B313A"/>
          <w:sz w:val="18"/>
        </w:rPr>
        <w:t xml:space="preserve">. </w:t>
      </w:r>
      <w:proofErr w:type="spellStart"/>
      <w:r w:rsidRPr="00495537">
        <w:rPr>
          <w:b w:val="0"/>
          <w:color w:val="2B313A"/>
          <w:sz w:val="18"/>
        </w:rPr>
        <w:t>Continuaremos</w:t>
      </w:r>
      <w:proofErr w:type="spellEnd"/>
      <w:r w:rsidRPr="00495537">
        <w:rPr>
          <w:b w:val="0"/>
          <w:color w:val="2B313A"/>
          <w:sz w:val="18"/>
        </w:rPr>
        <w:t xml:space="preserve"> pela </w:t>
      </w:r>
      <w:proofErr w:type="spellStart"/>
      <w:r w:rsidRPr="00495537">
        <w:rPr>
          <w:b w:val="0"/>
          <w:color w:val="2B313A"/>
          <w:sz w:val="18"/>
        </w:rPr>
        <w:t>Terraça</w:t>
      </w:r>
      <w:proofErr w:type="spellEnd"/>
      <w:r w:rsidRPr="00495537">
        <w:rPr>
          <w:b w:val="0"/>
          <w:color w:val="2B313A"/>
          <w:sz w:val="18"/>
        </w:rPr>
        <w:t xml:space="preserve"> dos Elefantes, </w:t>
      </w:r>
      <w:proofErr w:type="spellStart"/>
      <w:r w:rsidRPr="00495537">
        <w:rPr>
          <w:b w:val="0"/>
          <w:color w:val="2B313A"/>
          <w:sz w:val="18"/>
        </w:rPr>
        <w:t>Terraça</w:t>
      </w:r>
      <w:proofErr w:type="spellEnd"/>
      <w:r w:rsidRPr="00495537">
        <w:rPr>
          <w:b w:val="0"/>
          <w:color w:val="2B313A"/>
          <w:sz w:val="18"/>
        </w:rPr>
        <w:t xml:space="preserve"> do Rei Leproso e as 12 </w:t>
      </w:r>
      <w:proofErr w:type="spellStart"/>
      <w:r w:rsidRPr="00495537">
        <w:rPr>
          <w:b w:val="0"/>
          <w:color w:val="2B313A"/>
          <w:sz w:val="18"/>
        </w:rPr>
        <w:t>torres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idênticas</w:t>
      </w:r>
      <w:proofErr w:type="spellEnd"/>
      <w:r w:rsidRPr="00495537">
        <w:rPr>
          <w:b w:val="0"/>
          <w:color w:val="2B313A"/>
          <w:sz w:val="18"/>
        </w:rPr>
        <w:t xml:space="preserve"> de Prasat </w:t>
      </w:r>
      <w:proofErr w:type="spellStart"/>
      <w:r w:rsidRPr="00495537">
        <w:rPr>
          <w:b w:val="0"/>
          <w:color w:val="2B313A"/>
          <w:sz w:val="18"/>
        </w:rPr>
        <w:t>Suor</w:t>
      </w:r>
      <w:proofErr w:type="spellEnd"/>
      <w:r w:rsidRPr="00495537">
        <w:rPr>
          <w:b w:val="0"/>
          <w:color w:val="2B313A"/>
          <w:sz w:val="18"/>
        </w:rPr>
        <w:t xml:space="preserve"> Prat. </w:t>
      </w:r>
      <w:proofErr w:type="spellStart"/>
      <w:proofErr w:type="gramStart"/>
      <w:r w:rsidRPr="00495537">
        <w:rPr>
          <w:b w:val="0"/>
          <w:color w:val="2B313A"/>
          <w:sz w:val="18"/>
        </w:rPr>
        <w:t>Não</w:t>
      </w:r>
      <w:proofErr w:type="spellEnd"/>
      <w:proofErr w:type="gram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poderemos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deixar</w:t>
      </w:r>
      <w:proofErr w:type="spellEnd"/>
      <w:r w:rsidRPr="00495537">
        <w:rPr>
          <w:b w:val="0"/>
          <w:color w:val="2B313A"/>
          <w:sz w:val="18"/>
        </w:rPr>
        <w:t xml:space="preserve"> de </w:t>
      </w:r>
      <w:proofErr w:type="spellStart"/>
      <w:r w:rsidRPr="00495537">
        <w:rPr>
          <w:b w:val="0"/>
          <w:color w:val="2B313A"/>
          <w:sz w:val="18"/>
        </w:rPr>
        <w:t>conhecer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os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templos</w:t>
      </w:r>
      <w:proofErr w:type="spellEnd"/>
      <w:r w:rsidRPr="00495537">
        <w:rPr>
          <w:b w:val="0"/>
          <w:color w:val="2B313A"/>
          <w:sz w:val="18"/>
        </w:rPr>
        <w:t xml:space="preserve"> de </w:t>
      </w:r>
      <w:proofErr w:type="spellStart"/>
      <w:r w:rsidRPr="00495537">
        <w:rPr>
          <w:b w:val="0"/>
          <w:color w:val="2B313A"/>
          <w:sz w:val="18"/>
        </w:rPr>
        <w:t>Baphuon</w:t>
      </w:r>
      <w:proofErr w:type="spellEnd"/>
      <w:r w:rsidRPr="00495537">
        <w:rPr>
          <w:b w:val="0"/>
          <w:color w:val="2B313A"/>
          <w:sz w:val="18"/>
        </w:rPr>
        <w:t xml:space="preserve">, </w:t>
      </w:r>
      <w:proofErr w:type="spellStart"/>
      <w:r w:rsidRPr="00495537">
        <w:rPr>
          <w:b w:val="0"/>
          <w:color w:val="2B313A"/>
          <w:sz w:val="18"/>
        </w:rPr>
        <w:t>Phimeanakas</w:t>
      </w:r>
      <w:proofErr w:type="spellEnd"/>
      <w:r w:rsidRPr="00495537">
        <w:rPr>
          <w:b w:val="0"/>
          <w:color w:val="2B313A"/>
          <w:sz w:val="18"/>
        </w:rPr>
        <w:t xml:space="preserve"> e Khleang. À </w:t>
      </w:r>
      <w:proofErr w:type="spellStart"/>
      <w:r w:rsidRPr="00495537">
        <w:rPr>
          <w:b w:val="0"/>
          <w:color w:val="2B313A"/>
          <w:sz w:val="18"/>
        </w:rPr>
        <w:t>tarde</w:t>
      </w:r>
      <w:proofErr w:type="spellEnd"/>
      <w:r w:rsidRPr="00495537">
        <w:rPr>
          <w:b w:val="0"/>
          <w:color w:val="2B313A"/>
          <w:sz w:val="18"/>
        </w:rPr>
        <w:t xml:space="preserve">, </w:t>
      </w:r>
      <w:proofErr w:type="spellStart"/>
      <w:r w:rsidRPr="00495537">
        <w:rPr>
          <w:b w:val="0"/>
          <w:color w:val="2B313A"/>
          <w:sz w:val="18"/>
        </w:rPr>
        <w:t>desfrutaremos</w:t>
      </w:r>
      <w:proofErr w:type="spellEnd"/>
      <w:r w:rsidRPr="00495537">
        <w:rPr>
          <w:b w:val="0"/>
          <w:color w:val="2B313A"/>
          <w:sz w:val="18"/>
        </w:rPr>
        <w:t xml:space="preserve"> de Angkor Wat, </w:t>
      </w:r>
      <w:proofErr w:type="spellStart"/>
      <w:r w:rsidRPr="00495537">
        <w:rPr>
          <w:b w:val="0"/>
          <w:color w:val="2B313A"/>
          <w:sz w:val="18"/>
        </w:rPr>
        <w:t>considerado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uma</w:t>
      </w:r>
      <w:proofErr w:type="spellEnd"/>
      <w:r w:rsidRPr="00495537">
        <w:rPr>
          <w:b w:val="0"/>
          <w:color w:val="2B313A"/>
          <w:sz w:val="18"/>
        </w:rPr>
        <w:t xml:space="preserve"> das </w:t>
      </w:r>
      <w:proofErr w:type="spellStart"/>
      <w:r w:rsidRPr="00495537">
        <w:rPr>
          <w:b w:val="0"/>
          <w:color w:val="2B313A"/>
          <w:sz w:val="18"/>
        </w:rPr>
        <w:t>obras-primas</w:t>
      </w:r>
      <w:proofErr w:type="spellEnd"/>
      <w:r w:rsidRPr="00495537">
        <w:rPr>
          <w:b w:val="0"/>
          <w:color w:val="2B313A"/>
          <w:sz w:val="18"/>
        </w:rPr>
        <w:t xml:space="preserve"> da </w:t>
      </w:r>
      <w:proofErr w:type="spellStart"/>
      <w:r w:rsidRPr="00495537">
        <w:rPr>
          <w:b w:val="0"/>
          <w:color w:val="2B313A"/>
          <w:sz w:val="18"/>
        </w:rPr>
        <w:t>arquitetura</w:t>
      </w:r>
      <w:proofErr w:type="spellEnd"/>
      <w:r w:rsidRPr="00495537">
        <w:rPr>
          <w:b w:val="0"/>
          <w:color w:val="2B313A"/>
          <w:sz w:val="18"/>
        </w:rPr>
        <w:t xml:space="preserve"> de </w:t>
      </w:r>
      <w:proofErr w:type="spellStart"/>
      <w:r w:rsidRPr="00495537">
        <w:rPr>
          <w:b w:val="0"/>
          <w:color w:val="2B313A"/>
          <w:sz w:val="18"/>
        </w:rPr>
        <w:t>todos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os</w:t>
      </w:r>
      <w:proofErr w:type="spellEnd"/>
      <w:r w:rsidRPr="00495537">
        <w:rPr>
          <w:b w:val="0"/>
          <w:color w:val="2B313A"/>
          <w:sz w:val="18"/>
        </w:rPr>
        <w:t xml:space="preserve"> tempos. Foi </w:t>
      </w:r>
      <w:proofErr w:type="spellStart"/>
      <w:r w:rsidRPr="00495537">
        <w:rPr>
          <w:b w:val="0"/>
          <w:color w:val="2B313A"/>
          <w:sz w:val="18"/>
        </w:rPr>
        <w:t>construído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pelo</w:t>
      </w:r>
      <w:proofErr w:type="spellEnd"/>
      <w:r w:rsidRPr="00495537">
        <w:rPr>
          <w:b w:val="0"/>
          <w:color w:val="2B313A"/>
          <w:sz w:val="18"/>
        </w:rPr>
        <w:t xml:space="preserve"> rei Suryavarman e é </w:t>
      </w:r>
      <w:proofErr w:type="spellStart"/>
      <w:r w:rsidRPr="00495537">
        <w:rPr>
          <w:b w:val="0"/>
          <w:color w:val="2B313A"/>
          <w:sz w:val="18"/>
        </w:rPr>
        <w:t>dedicado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ao</w:t>
      </w:r>
      <w:proofErr w:type="spellEnd"/>
      <w:r w:rsidRPr="00495537">
        <w:rPr>
          <w:b w:val="0"/>
          <w:color w:val="2B313A"/>
          <w:sz w:val="18"/>
        </w:rPr>
        <w:t xml:space="preserve"> deus </w:t>
      </w:r>
      <w:proofErr w:type="spellStart"/>
      <w:r w:rsidRPr="00495537">
        <w:rPr>
          <w:b w:val="0"/>
          <w:color w:val="2B313A"/>
          <w:sz w:val="18"/>
        </w:rPr>
        <w:t>hindu</w:t>
      </w:r>
      <w:proofErr w:type="spellEnd"/>
      <w:r w:rsidRPr="00495537">
        <w:rPr>
          <w:b w:val="0"/>
          <w:color w:val="2B313A"/>
          <w:sz w:val="18"/>
        </w:rPr>
        <w:t xml:space="preserve"> Vishnu. </w:t>
      </w:r>
      <w:proofErr w:type="spellStart"/>
      <w:r w:rsidRPr="00495537">
        <w:rPr>
          <w:b w:val="0"/>
          <w:color w:val="2B313A"/>
          <w:sz w:val="18"/>
        </w:rPr>
        <w:t>Está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rodeado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por</w:t>
      </w:r>
      <w:proofErr w:type="spellEnd"/>
      <w:r w:rsidRPr="00495537">
        <w:rPr>
          <w:b w:val="0"/>
          <w:color w:val="2B313A"/>
          <w:sz w:val="18"/>
        </w:rPr>
        <w:t xml:space="preserve"> um </w:t>
      </w:r>
      <w:proofErr w:type="spellStart"/>
      <w:r w:rsidRPr="00495537">
        <w:rPr>
          <w:b w:val="0"/>
          <w:color w:val="2B313A"/>
          <w:sz w:val="18"/>
        </w:rPr>
        <w:t>enorme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fosso</w:t>
      </w:r>
      <w:proofErr w:type="spellEnd"/>
      <w:r w:rsidRPr="00495537">
        <w:rPr>
          <w:b w:val="0"/>
          <w:color w:val="2B313A"/>
          <w:sz w:val="18"/>
        </w:rPr>
        <w:t xml:space="preserve"> e </w:t>
      </w:r>
      <w:proofErr w:type="spellStart"/>
      <w:r w:rsidRPr="00495537">
        <w:rPr>
          <w:b w:val="0"/>
          <w:color w:val="2B313A"/>
          <w:sz w:val="18"/>
        </w:rPr>
        <w:t>possui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centenas</w:t>
      </w:r>
      <w:proofErr w:type="spellEnd"/>
      <w:r w:rsidRPr="00495537">
        <w:rPr>
          <w:b w:val="0"/>
          <w:color w:val="2B313A"/>
          <w:sz w:val="18"/>
        </w:rPr>
        <w:t xml:space="preserve"> de </w:t>
      </w:r>
      <w:proofErr w:type="spellStart"/>
      <w:r w:rsidRPr="00495537">
        <w:rPr>
          <w:b w:val="0"/>
          <w:color w:val="2B313A"/>
          <w:sz w:val="18"/>
        </w:rPr>
        <w:t>ornamentos</w:t>
      </w:r>
      <w:proofErr w:type="spellEnd"/>
      <w:r w:rsidRPr="00495537">
        <w:rPr>
          <w:b w:val="0"/>
          <w:color w:val="2B313A"/>
          <w:sz w:val="18"/>
        </w:rPr>
        <w:t xml:space="preserve"> e </w:t>
      </w:r>
      <w:proofErr w:type="spellStart"/>
      <w:r w:rsidRPr="00495537">
        <w:rPr>
          <w:b w:val="0"/>
          <w:color w:val="2B313A"/>
          <w:sz w:val="18"/>
        </w:rPr>
        <w:t>relevos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que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cobrem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suas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paredes</w:t>
      </w:r>
      <w:proofErr w:type="spellEnd"/>
      <w:r w:rsidRPr="00495537">
        <w:rPr>
          <w:b w:val="0"/>
          <w:color w:val="2B313A"/>
          <w:sz w:val="18"/>
        </w:rPr>
        <w:t xml:space="preserve">. Do </w:t>
      </w:r>
      <w:proofErr w:type="spellStart"/>
      <w:r w:rsidRPr="00495537">
        <w:rPr>
          <w:b w:val="0"/>
          <w:color w:val="2B313A"/>
          <w:sz w:val="18"/>
        </w:rPr>
        <w:t>ponto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mais</w:t>
      </w:r>
      <w:proofErr w:type="spellEnd"/>
      <w:r w:rsidRPr="00495537">
        <w:rPr>
          <w:b w:val="0"/>
          <w:color w:val="2B313A"/>
          <w:sz w:val="18"/>
        </w:rPr>
        <w:t xml:space="preserve"> alto é </w:t>
      </w:r>
      <w:proofErr w:type="spellStart"/>
      <w:r w:rsidRPr="00495537">
        <w:rPr>
          <w:b w:val="0"/>
          <w:color w:val="2B313A"/>
          <w:sz w:val="18"/>
        </w:rPr>
        <w:t>possível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observar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gramStart"/>
      <w:r w:rsidRPr="00495537">
        <w:rPr>
          <w:b w:val="0"/>
          <w:color w:val="2B313A"/>
          <w:sz w:val="18"/>
        </w:rPr>
        <w:t>a</w:t>
      </w:r>
      <w:proofErr w:type="gram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impressionante</w:t>
      </w:r>
      <w:proofErr w:type="spellEnd"/>
      <w:r w:rsidRPr="00495537">
        <w:rPr>
          <w:b w:val="0"/>
          <w:color w:val="2B313A"/>
          <w:sz w:val="18"/>
        </w:rPr>
        <w:t xml:space="preserve"> selva </w:t>
      </w:r>
      <w:proofErr w:type="spellStart"/>
      <w:r w:rsidRPr="00495537">
        <w:rPr>
          <w:b w:val="0"/>
          <w:color w:val="2B313A"/>
          <w:sz w:val="18"/>
        </w:rPr>
        <w:t>ao</w:t>
      </w:r>
      <w:proofErr w:type="spellEnd"/>
      <w:r w:rsidRPr="00495537">
        <w:rPr>
          <w:b w:val="0"/>
          <w:color w:val="2B313A"/>
          <w:sz w:val="18"/>
        </w:rPr>
        <w:t xml:space="preserve"> </w:t>
      </w:r>
      <w:proofErr w:type="spellStart"/>
      <w:r w:rsidRPr="00495537">
        <w:rPr>
          <w:b w:val="0"/>
          <w:color w:val="2B313A"/>
          <w:sz w:val="18"/>
        </w:rPr>
        <w:t>redor</w:t>
      </w:r>
      <w:proofErr w:type="spellEnd"/>
      <w:r w:rsidRPr="00495537">
        <w:rPr>
          <w:b w:val="0"/>
          <w:color w:val="2B313A"/>
          <w:sz w:val="18"/>
        </w:rPr>
        <w:t xml:space="preserve">. </w:t>
      </w:r>
      <w:proofErr w:type="spellStart"/>
      <w:r w:rsidRPr="00495537">
        <w:rPr>
          <w:b w:val="0"/>
          <w:color w:val="2B313A"/>
          <w:sz w:val="18"/>
        </w:rPr>
        <w:t>Hospedagem</w:t>
      </w:r>
      <w:proofErr w:type="spellEnd"/>
      <w:r w:rsidRPr="00495537">
        <w:rPr>
          <w:b w:val="0"/>
          <w:color w:val="2B313A"/>
          <w:sz w:val="18"/>
        </w:rPr>
        <w:t>.</w:t>
      </w:r>
    </w:p>
    <w:p w14:paraId="6A138E28" w14:textId="7DFBE61A" w:rsidR="00B569A9" w:rsidRDefault="00000000">
      <w:pPr>
        <w:pStyle w:val="Dia"/>
        <w:spacing w:before="120" w:after="20"/>
      </w:pPr>
      <w:r>
        <w:t xml:space="preserve">📍 4º </w:t>
      </w:r>
      <w:proofErr w:type="spellStart"/>
      <w:r>
        <w:t>dia</w:t>
      </w:r>
      <w:proofErr w:type="spellEnd"/>
      <w:r>
        <w:t xml:space="preserve">: </w:t>
      </w:r>
      <w:r w:rsidR="00495537" w:rsidRPr="00495537">
        <w:t xml:space="preserve">Siem Reap – Templos de Angkor (Café da </w:t>
      </w:r>
      <w:proofErr w:type="spellStart"/>
      <w:r w:rsidR="00495537" w:rsidRPr="00495537">
        <w:t>manhã</w:t>
      </w:r>
      <w:proofErr w:type="spellEnd"/>
      <w:r w:rsidR="00495537" w:rsidRPr="00495537">
        <w:t>)</w:t>
      </w:r>
    </w:p>
    <w:p w14:paraId="2D8D8F9A" w14:textId="77777777" w:rsidR="00495537" w:rsidRDefault="00495537" w:rsidP="00495537">
      <w:pPr>
        <w:jc w:val="both"/>
      </w:pPr>
      <w:proofErr w:type="spellStart"/>
      <w:r w:rsidRPr="00495537">
        <w:t>Após</w:t>
      </w:r>
      <w:proofErr w:type="spellEnd"/>
      <w:r w:rsidRPr="00495537">
        <w:t xml:space="preserve"> um café da </w:t>
      </w:r>
      <w:proofErr w:type="spellStart"/>
      <w:r w:rsidRPr="00495537">
        <w:t>manhã</w:t>
      </w:r>
      <w:proofErr w:type="spellEnd"/>
      <w:r w:rsidRPr="00495537">
        <w:t xml:space="preserve"> </w:t>
      </w:r>
      <w:proofErr w:type="spellStart"/>
      <w:r w:rsidRPr="00495537">
        <w:t>cedo</w:t>
      </w:r>
      <w:proofErr w:type="spellEnd"/>
      <w:r w:rsidRPr="00495537">
        <w:t xml:space="preserve">, </w:t>
      </w:r>
      <w:proofErr w:type="spellStart"/>
      <w:r w:rsidRPr="00495537">
        <w:t>saída</w:t>
      </w:r>
      <w:proofErr w:type="spellEnd"/>
      <w:r w:rsidRPr="00495537">
        <w:t xml:space="preserve"> para </w:t>
      </w:r>
      <w:proofErr w:type="spellStart"/>
      <w:r w:rsidRPr="00495537">
        <w:t>visitar</w:t>
      </w:r>
      <w:proofErr w:type="spellEnd"/>
      <w:r w:rsidRPr="00495537">
        <w:t xml:space="preserve"> o </w:t>
      </w:r>
      <w:proofErr w:type="spellStart"/>
      <w:r w:rsidRPr="00495537">
        <w:t>templo</w:t>
      </w:r>
      <w:proofErr w:type="spellEnd"/>
      <w:r w:rsidRPr="00495537">
        <w:t xml:space="preserve"> Banteay Srei </w:t>
      </w:r>
      <w:proofErr w:type="spellStart"/>
      <w:r w:rsidRPr="00495537">
        <w:t>ou</w:t>
      </w:r>
      <w:proofErr w:type="spellEnd"/>
      <w:r w:rsidRPr="00495537">
        <w:t xml:space="preserve"> “</w:t>
      </w:r>
      <w:proofErr w:type="spellStart"/>
      <w:r w:rsidRPr="00495537">
        <w:t>Cidadela</w:t>
      </w:r>
      <w:proofErr w:type="spellEnd"/>
      <w:r w:rsidRPr="00495537">
        <w:t xml:space="preserve"> das </w:t>
      </w:r>
      <w:proofErr w:type="spellStart"/>
      <w:r w:rsidRPr="00495537">
        <w:t>Mulheres</w:t>
      </w:r>
      <w:proofErr w:type="spellEnd"/>
      <w:r w:rsidRPr="00495537">
        <w:t xml:space="preserve">”, </w:t>
      </w:r>
      <w:proofErr w:type="spellStart"/>
      <w:r w:rsidRPr="00495537">
        <w:t>datado</w:t>
      </w:r>
      <w:proofErr w:type="spellEnd"/>
      <w:r w:rsidRPr="00495537">
        <w:t xml:space="preserve"> de 967 </w:t>
      </w:r>
      <w:proofErr w:type="spellStart"/>
      <w:r w:rsidRPr="00495537">
        <w:t>d.C.</w:t>
      </w:r>
      <w:proofErr w:type="spellEnd"/>
      <w:r w:rsidRPr="00495537">
        <w:t xml:space="preserve"> e </w:t>
      </w:r>
      <w:proofErr w:type="spellStart"/>
      <w:r w:rsidRPr="00495537">
        <w:t>considerado</w:t>
      </w:r>
      <w:proofErr w:type="spellEnd"/>
      <w:r w:rsidRPr="00495537">
        <w:t xml:space="preserve"> a </w:t>
      </w:r>
      <w:proofErr w:type="spellStart"/>
      <w:r w:rsidRPr="00495537">
        <w:t>joia</w:t>
      </w:r>
      <w:proofErr w:type="spellEnd"/>
      <w:r w:rsidRPr="00495537">
        <w:t xml:space="preserve"> da </w:t>
      </w:r>
      <w:proofErr w:type="spellStart"/>
      <w:r w:rsidRPr="00495537">
        <w:t>arte</w:t>
      </w:r>
      <w:proofErr w:type="spellEnd"/>
      <w:r w:rsidRPr="00495537">
        <w:t xml:space="preserve"> </w:t>
      </w:r>
      <w:proofErr w:type="spellStart"/>
      <w:r w:rsidRPr="00495537">
        <w:t>clássica</w:t>
      </w:r>
      <w:proofErr w:type="spellEnd"/>
      <w:r w:rsidRPr="00495537">
        <w:t xml:space="preserve"> Khmer. Este </w:t>
      </w:r>
      <w:proofErr w:type="spellStart"/>
      <w:r w:rsidRPr="00495537">
        <w:t>templo</w:t>
      </w:r>
      <w:proofErr w:type="spellEnd"/>
      <w:r w:rsidRPr="00495537">
        <w:t xml:space="preserve"> </w:t>
      </w:r>
      <w:proofErr w:type="spellStart"/>
      <w:r w:rsidRPr="00495537">
        <w:t>hindu</w:t>
      </w:r>
      <w:proofErr w:type="spellEnd"/>
      <w:r w:rsidRPr="00495537">
        <w:t xml:space="preserve"> é </w:t>
      </w:r>
      <w:proofErr w:type="spellStart"/>
      <w:r w:rsidRPr="00495537">
        <w:t>dedicado</w:t>
      </w:r>
      <w:proofErr w:type="spellEnd"/>
      <w:r w:rsidRPr="00495537">
        <w:t xml:space="preserve"> a Shiva e é </w:t>
      </w:r>
      <w:proofErr w:type="spellStart"/>
      <w:r w:rsidRPr="00495537">
        <w:t>famoso</w:t>
      </w:r>
      <w:proofErr w:type="spellEnd"/>
      <w:r w:rsidRPr="00495537">
        <w:t xml:space="preserve"> </w:t>
      </w:r>
      <w:proofErr w:type="spellStart"/>
      <w:r w:rsidRPr="00495537">
        <w:t>pelos</w:t>
      </w:r>
      <w:proofErr w:type="spellEnd"/>
      <w:r w:rsidRPr="00495537">
        <w:t xml:space="preserve"> </w:t>
      </w:r>
      <w:proofErr w:type="spellStart"/>
      <w:r w:rsidRPr="00495537">
        <w:t>frisos</w:t>
      </w:r>
      <w:proofErr w:type="spellEnd"/>
      <w:r w:rsidRPr="00495537">
        <w:t xml:space="preserve"> </w:t>
      </w:r>
      <w:proofErr w:type="spellStart"/>
      <w:r w:rsidRPr="00495537">
        <w:t>esculpidos</w:t>
      </w:r>
      <w:proofErr w:type="spellEnd"/>
      <w:r w:rsidRPr="00495537">
        <w:t xml:space="preserve"> </w:t>
      </w:r>
      <w:proofErr w:type="spellStart"/>
      <w:r w:rsidRPr="00495537">
        <w:t>em</w:t>
      </w:r>
      <w:proofErr w:type="spellEnd"/>
      <w:r w:rsidRPr="00495537">
        <w:t xml:space="preserve"> </w:t>
      </w:r>
      <w:proofErr w:type="spellStart"/>
      <w:r w:rsidRPr="00495537">
        <w:t>suas</w:t>
      </w:r>
      <w:proofErr w:type="spellEnd"/>
      <w:r w:rsidRPr="00495537">
        <w:t xml:space="preserve"> </w:t>
      </w:r>
      <w:proofErr w:type="spellStart"/>
      <w:r w:rsidRPr="00495537">
        <w:t>paredes</w:t>
      </w:r>
      <w:proofErr w:type="spellEnd"/>
      <w:r w:rsidRPr="00495537">
        <w:t xml:space="preserve"> de </w:t>
      </w:r>
      <w:proofErr w:type="spellStart"/>
      <w:r w:rsidRPr="00495537">
        <w:t>arenito</w:t>
      </w:r>
      <w:proofErr w:type="spellEnd"/>
      <w:r w:rsidRPr="00495537">
        <w:t xml:space="preserve"> </w:t>
      </w:r>
      <w:proofErr w:type="spellStart"/>
      <w:r w:rsidRPr="00495537">
        <w:t>vermelho</w:t>
      </w:r>
      <w:proofErr w:type="spellEnd"/>
      <w:r w:rsidRPr="00495537">
        <w:t xml:space="preserve">. No </w:t>
      </w:r>
      <w:proofErr w:type="spellStart"/>
      <w:r w:rsidRPr="00495537">
        <w:t>retorno</w:t>
      </w:r>
      <w:proofErr w:type="spellEnd"/>
      <w:r w:rsidRPr="00495537">
        <w:t xml:space="preserve">, </w:t>
      </w:r>
      <w:proofErr w:type="spellStart"/>
      <w:r w:rsidRPr="00495537">
        <w:t>visitaremos</w:t>
      </w:r>
      <w:proofErr w:type="spellEnd"/>
      <w:r w:rsidRPr="00495537">
        <w:t xml:space="preserve"> Banteay </w:t>
      </w:r>
      <w:proofErr w:type="spellStart"/>
      <w:r w:rsidRPr="00495537">
        <w:t>Samre</w:t>
      </w:r>
      <w:proofErr w:type="spellEnd"/>
      <w:r w:rsidRPr="00495537">
        <w:t xml:space="preserve">, </w:t>
      </w:r>
      <w:proofErr w:type="spellStart"/>
      <w:r w:rsidRPr="00495537">
        <w:t>construído</w:t>
      </w:r>
      <w:proofErr w:type="spellEnd"/>
      <w:r w:rsidRPr="00495537">
        <w:t xml:space="preserve"> </w:t>
      </w:r>
      <w:proofErr w:type="spellStart"/>
      <w:r w:rsidRPr="00495537">
        <w:t>durante</w:t>
      </w:r>
      <w:proofErr w:type="spellEnd"/>
      <w:r w:rsidRPr="00495537">
        <w:t xml:space="preserve"> o </w:t>
      </w:r>
      <w:proofErr w:type="spellStart"/>
      <w:r w:rsidRPr="00495537">
        <w:t>reinado</w:t>
      </w:r>
      <w:proofErr w:type="spellEnd"/>
      <w:r w:rsidRPr="00495537">
        <w:t xml:space="preserve"> de Suryavarman II </w:t>
      </w:r>
      <w:proofErr w:type="spellStart"/>
      <w:r w:rsidRPr="00495537">
        <w:t>em</w:t>
      </w:r>
      <w:proofErr w:type="spellEnd"/>
      <w:r w:rsidRPr="00495537">
        <w:t xml:space="preserve"> </w:t>
      </w:r>
      <w:proofErr w:type="spellStart"/>
      <w:r w:rsidRPr="00495537">
        <w:t>meados</w:t>
      </w:r>
      <w:proofErr w:type="spellEnd"/>
      <w:r w:rsidRPr="00495537">
        <w:t xml:space="preserve"> do </w:t>
      </w:r>
      <w:proofErr w:type="spellStart"/>
      <w:r w:rsidRPr="00495537">
        <w:t>século</w:t>
      </w:r>
      <w:proofErr w:type="spellEnd"/>
      <w:r w:rsidRPr="00495537">
        <w:t xml:space="preserve"> XII, </w:t>
      </w:r>
      <w:proofErr w:type="spellStart"/>
      <w:r w:rsidRPr="00495537">
        <w:t>assim</w:t>
      </w:r>
      <w:proofErr w:type="spellEnd"/>
      <w:r w:rsidRPr="00495537">
        <w:t xml:space="preserve"> </w:t>
      </w:r>
      <w:proofErr w:type="spellStart"/>
      <w:r w:rsidRPr="00495537">
        <w:t>como</w:t>
      </w:r>
      <w:proofErr w:type="spellEnd"/>
      <w:r w:rsidRPr="00495537">
        <w:t xml:space="preserve"> </w:t>
      </w:r>
      <w:proofErr w:type="spellStart"/>
      <w:r w:rsidRPr="00495537">
        <w:t>os</w:t>
      </w:r>
      <w:proofErr w:type="spellEnd"/>
      <w:r w:rsidRPr="00495537">
        <w:t xml:space="preserve"> </w:t>
      </w:r>
      <w:proofErr w:type="spellStart"/>
      <w:r w:rsidRPr="00495537">
        <w:t>templos</w:t>
      </w:r>
      <w:proofErr w:type="spellEnd"/>
      <w:r w:rsidRPr="00495537">
        <w:t xml:space="preserve"> de East </w:t>
      </w:r>
      <w:proofErr w:type="spellStart"/>
      <w:r w:rsidRPr="00495537">
        <w:t>Mebon</w:t>
      </w:r>
      <w:proofErr w:type="spellEnd"/>
      <w:r w:rsidRPr="00495537">
        <w:t xml:space="preserve">, Pre Rup, Prasat </w:t>
      </w:r>
      <w:proofErr w:type="spellStart"/>
      <w:r w:rsidRPr="00495537">
        <w:t>Kravan</w:t>
      </w:r>
      <w:proofErr w:type="spellEnd"/>
      <w:r w:rsidRPr="00495537">
        <w:t xml:space="preserve"> e Takeo (1004 </w:t>
      </w:r>
      <w:proofErr w:type="spellStart"/>
      <w:r w:rsidRPr="00495537">
        <w:t>d.C.</w:t>
      </w:r>
      <w:proofErr w:type="spellEnd"/>
      <w:r w:rsidRPr="00495537">
        <w:t>).</w:t>
      </w:r>
    </w:p>
    <w:p w14:paraId="1344BBAA" w14:textId="30D4D9BC" w:rsidR="00495537" w:rsidRDefault="00495537" w:rsidP="00495537">
      <w:pPr>
        <w:pStyle w:val="Dia"/>
        <w:spacing w:before="120" w:after="20"/>
      </w:pPr>
      <w:r>
        <w:t xml:space="preserve">📍 5º </w:t>
      </w:r>
      <w:proofErr w:type="spellStart"/>
      <w:r>
        <w:t>dia</w:t>
      </w:r>
      <w:proofErr w:type="spellEnd"/>
      <w:r>
        <w:t xml:space="preserve">: </w:t>
      </w:r>
      <w:r w:rsidRPr="00495537">
        <w:t xml:space="preserve">Siem Reap – </w:t>
      </w:r>
      <w:proofErr w:type="spellStart"/>
      <w:r w:rsidRPr="00495537">
        <w:t>Saída</w:t>
      </w:r>
      <w:proofErr w:type="spellEnd"/>
      <w:r w:rsidRPr="00495537">
        <w:t xml:space="preserve"> (Café da </w:t>
      </w:r>
      <w:proofErr w:type="spellStart"/>
      <w:r w:rsidRPr="00495537">
        <w:t>manhã</w:t>
      </w:r>
      <w:proofErr w:type="spellEnd"/>
      <w:r w:rsidRPr="00495537">
        <w:t>)</w:t>
      </w:r>
    </w:p>
    <w:p w14:paraId="785FEE45" w14:textId="31D40BB2" w:rsidR="00495537" w:rsidRDefault="00495537" w:rsidP="00495537">
      <w:pPr>
        <w:jc w:val="both"/>
      </w:pPr>
      <w:r w:rsidRPr="00495537">
        <w:t xml:space="preserve">Café da </w:t>
      </w:r>
      <w:proofErr w:type="spellStart"/>
      <w:r w:rsidRPr="00495537">
        <w:t>manhã</w:t>
      </w:r>
      <w:proofErr w:type="spellEnd"/>
      <w:r w:rsidRPr="00495537">
        <w:t xml:space="preserve">. Tempo livre para </w:t>
      </w:r>
      <w:proofErr w:type="spellStart"/>
      <w:r w:rsidRPr="00495537">
        <w:t>descobrir</w:t>
      </w:r>
      <w:proofErr w:type="spellEnd"/>
      <w:r w:rsidRPr="00495537">
        <w:t xml:space="preserve"> </w:t>
      </w:r>
      <w:proofErr w:type="spellStart"/>
      <w:r w:rsidRPr="00495537">
        <w:t>os</w:t>
      </w:r>
      <w:proofErr w:type="spellEnd"/>
      <w:r w:rsidRPr="00495537">
        <w:t xml:space="preserve"> </w:t>
      </w:r>
      <w:proofErr w:type="spellStart"/>
      <w:r w:rsidRPr="00495537">
        <w:t>cantinhos</w:t>
      </w:r>
      <w:proofErr w:type="spellEnd"/>
      <w:r w:rsidRPr="00495537">
        <w:t xml:space="preserve"> </w:t>
      </w:r>
      <w:proofErr w:type="spellStart"/>
      <w:r w:rsidRPr="00495537">
        <w:t>escondidos</w:t>
      </w:r>
      <w:proofErr w:type="spellEnd"/>
      <w:r w:rsidRPr="00495537">
        <w:t xml:space="preserve"> da </w:t>
      </w:r>
      <w:proofErr w:type="spellStart"/>
      <w:r w:rsidRPr="00495537">
        <w:t>cidade</w:t>
      </w:r>
      <w:proofErr w:type="spellEnd"/>
      <w:r w:rsidRPr="00495537">
        <w:t xml:space="preserve"> e </w:t>
      </w:r>
      <w:proofErr w:type="spellStart"/>
      <w:r w:rsidRPr="00495537">
        <w:t>sua</w:t>
      </w:r>
      <w:proofErr w:type="spellEnd"/>
      <w:r w:rsidRPr="00495537">
        <w:t xml:space="preserve"> </w:t>
      </w:r>
      <w:proofErr w:type="spellStart"/>
      <w:r w:rsidRPr="00495537">
        <w:t>famosa</w:t>
      </w:r>
      <w:proofErr w:type="spellEnd"/>
      <w:r w:rsidRPr="00495537">
        <w:t xml:space="preserve"> comida de </w:t>
      </w:r>
      <w:proofErr w:type="spellStart"/>
      <w:r w:rsidRPr="00495537">
        <w:t>rua</w:t>
      </w:r>
      <w:proofErr w:type="spellEnd"/>
      <w:r w:rsidRPr="00495537">
        <w:t xml:space="preserve"> (</w:t>
      </w:r>
      <w:proofErr w:type="spellStart"/>
      <w:r w:rsidRPr="00495537">
        <w:t>por</w:t>
      </w:r>
      <w:proofErr w:type="spellEnd"/>
      <w:r w:rsidRPr="00495537">
        <w:t xml:space="preserve"> </w:t>
      </w:r>
      <w:proofErr w:type="spellStart"/>
      <w:r w:rsidRPr="00495537">
        <w:t>conta</w:t>
      </w:r>
      <w:proofErr w:type="spellEnd"/>
      <w:r w:rsidRPr="00495537">
        <w:t xml:space="preserve"> </w:t>
      </w:r>
      <w:proofErr w:type="spellStart"/>
      <w:r w:rsidRPr="00495537">
        <w:t>própria</w:t>
      </w:r>
      <w:proofErr w:type="spellEnd"/>
      <w:r w:rsidRPr="00495537">
        <w:t xml:space="preserve">) </w:t>
      </w:r>
      <w:proofErr w:type="spellStart"/>
      <w:r w:rsidRPr="00495537">
        <w:t>até</w:t>
      </w:r>
      <w:proofErr w:type="spellEnd"/>
      <w:r w:rsidRPr="00495537">
        <w:t xml:space="preserve"> o </w:t>
      </w:r>
      <w:proofErr w:type="spellStart"/>
      <w:r w:rsidRPr="00495537">
        <w:t>traslado</w:t>
      </w:r>
      <w:proofErr w:type="spellEnd"/>
      <w:r w:rsidRPr="00495537">
        <w:t xml:space="preserve"> </w:t>
      </w:r>
      <w:proofErr w:type="spellStart"/>
      <w:r w:rsidRPr="00495537">
        <w:t>sem</w:t>
      </w:r>
      <w:proofErr w:type="spellEnd"/>
      <w:r w:rsidRPr="00495537">
        <w:t xml:space="preserve"> </w:t>
      </w:r>
      <w:proofErr w:type="spellStart"/>
      <w:r w:rsidRPr="00495537">
        <w:t>guia</w:t>
      </w:r>
      <w:proofErr w:type="spellEnd"/>
      <w:r w:rsidRPr="00495537">
        <w:t xml:space="preserve"> </w:t>
      </w:r>
      <w:proofErr w:type="spellStart"/>
      <w:r w:rsidRPr="00495537">
        <w:t>ao</w:t>
      </w:r>
      <w:proofErr w:type="spellEnd"/>
      <w:r w:rsidRPr="00495537">
        <w:t xml:space="preserve"> </w:t>
      </w:r>
      <w:proofErr w:type="spellStart"/>
      <w:r w:rsidRPr="00495537">
        <w:t>aeroporto</w:t>
      </w:r>
      <w:proofErr w:type="spellEnd"/>
      <w:r w:rsidRPr="00495537">
        <w:t xml:space="preserve"> para o </w:t>
      </w:r>
      <w:proofErr w:type="spellStart"/>
      <w:r w:rsidRPr="00495537">
        <w:t>voo</w:t>
      </w:r>
      <w:proofErr w:type="spellEnd"/>
      <w:r w:rsidRPr="00495537">
        <w:t xml:space="preserve"> de </w:t>
      </w:r>
      <w:proofErr w:type="spellStart"/>
      <w:r w:rsidRPr="00495537">
        <w:t>saída</w:t>
      </w:r>
      <w:proofErr w:type="spellEnd"/>
      <w:r w:rsidRPr="00495537">
        <w:t>.</w:t>
      </w:r>
    </w:p>
    <w:p w14:paraId="6D138C0E" w14:textId="0241B370" w:rsidR="00B569A9" w:rsidRDefault="00000000">
      <w:pPr>
        <w:jc w:val="center"/>
      </w:pPr>
      <w:r>
        <w:rPr>
          <w:b/>
          <w:color w:val="123C69"/>
        </w:rPr>
        <w:t>✅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495537" w14:paraId="26B912C3" w14:textId="77777777" w:rsidTr="00495537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F0DD03" w14:textId="5481DE4B" w:rsidR="00495537" w:rsidRDefault="00495537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5B9388" w14:textId="69D3CF1E" w:rsidR="00495537" w:rsidRDefault="00495537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</w:tr>
      <w:tr w:rsidR="00495537" w14:paraId="04462594" w14:textId="77777777" w:rsidTr="00495537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5118C32" w14:textId="77777777" w:rsidR="00495537" w:rsidRDefault="00495537">
            <w:pPr>
              <w:jc w:val="center"/>
            </w:pPr>
            <w:r>
              <w:rPr>
                <w:b/>
                <w:color w:val="123C69"/>
                <w:sz w:val="15"/>
              </w:rPr>
              <w:lastRenderedPageBreak/>
              <w:t>PERÍODO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3C2D56" w14:textId="77777777" w:rsidR="00495537" w:rsidRDefault="00495537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495537" w14:paraId="67D56D0B" w14:textId="77777777" w:rsidTr="00495537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21C4AAD" w14:textId="77777777" w:rsidR="00495537" w:rsidRDefault="00495537"/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2699341" w14:textId="77777777" w:rsidR="00495537" w:rsidRDefault="00495537"/>
        </w:tc>
      </w:tr>
      <w:tr w:rsidR="00495537" w14:paraId="39ABBD3F" w14:textId="77777777" w:rsidTr="00495537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1C53ADB" w14:textId="2500E830" w:rsidR="00495537" w:rsidRDefault="00495537">
            <w:r>
              <w:rPr>
                <w:sz w:val="15"/>
              </w:rPr>
              <w:t xml:space="preserve">Maio à </w:t>
            </w:r>
            <w:proofErr w:type="spellStart"/>
            <w:r>
              <w:rPr>
                <w:sz w:val="15"/>
              </w:rPr>
              <w:t>Setembro</w:t>
            </w:r>
            <w:proofErr w:type="spellEnd"/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66FA0B4" w14:textId="50022FCC" w:rsidR="00495537" w:rsidRPr="00495537" w:rsidRDefault="00495537">
            <w:pPr>
              <w:rPr>
                <w:sz w:val="15"/>
              </w:rPr>
            </w:pPr>
            <w:r w:rsidRPr="00495537">
              <w:rPr>
                <w:sz w:val="15"/>
              </w:rPr>
              <w:t>USD 829</w:t>
            </w:r>
          </w:p>
        </w:tc>
      </w:tr>
      <w:tr w:rsidR="00495537" w14:paraId="2CED1753" w14:textId="77777777" w:rsidTr="00495537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C87F1DB" w14:textId="77777777" w:rsidR="00495537" w:rsidRDefault="00495537"/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6561B79" w14:textId="77777777" w:rsidR="00495537" w:rsidRDefault="00495537"/>
        </w:tc>
      </w:tr>
      <w:tr w:rsidR="00495537" w14:paraId="333DCE9D" w14:textId="77777777" w:rsidTr="00495537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A4A78B" w14:textId="30839A6C" w:rsidR="00495537" w:rsidRDefault="00495537">
            <w:proofErr w:type="spellStart"/>
            <w:r>
              <w:rPr>
                <w:sz w:val="15"/>
              </w:rPr>
              <w:t>Outubro</w:t>
            </w:r>
            <w:proofErr w:type="spellEnd"/>
            <w:r>
              <w:rPr>
                <w:sz w:val="15"/>
              </w:rPr>
              <w:t xml:space="preserve"> à </w:t>
            </w:r>
            <w:proofErr w:type="spellStart"/>
            <w:r>
              <w:rPr>
                <w:sz w:val="15"/>
              </w:rPr>
              <w:t>Dezembro</w:t>
            </w:r>
            <w:proofErr w:type="spellEnd"/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DBC318D" w14:textId="1457F8BA" w:rsidR="00495537" w:rsidRDefault="00495537">
            <w:r w:rsidRPr="00495537">
              <w:rPr>
                <w:sz w:val="15"/>
              </w:rPr>
              <w:t>USD 868</w:t>
            </w:r>
          </w:p>
        </w:tc>
      </w:tr>
    </w:tbl>
    <w:p w14:paraId="0BBD7D65" w14:textId="50FC20BB" w:rsidR="00495537" w:rsidRDefault="00495537" w:rsidP="00495537">
      <w:pPr>
        <w:pStyle w:val="BoxTitle"/>
        <w:spacing w:before="160"/>
      </w:pPr>
      <w:r>
        <w:t>Black out:</w:t>
      </w:r>
    </w:p>
    <w:p w14:paraId="3F522A56" w14:textId="77777777" w:rsidR="00495537" w:rsidRPr="00495537" w:rsidRDefault="00495537" w:rsidP="00495537">
      <w:pPr>
        <w:pStyle w:val="PargrafodaLista"/>
        <w:numPr>
          <w:ilvl w:val="0"/>
          <w:numId w:val="11"/>
        </w:numPr>
        <w:jc w:val="both"/>
      </w:pPr>
      <w:r w:rsidRPr="00253C20">
        <w:rPr>
          <w:b/>
          <w:bCs/>
        </w:rPr>
        <w:t xml:space="preserve">Dia de </w:t>
      </w:r>
      <w:proofErr w:type="spellStart"/>
      <w:r w:rsidRPr="00253C20">
        <w:rPr>
          <w:b/>
          <w:bCs/>
        </w:rPr>
        <w:t>Pchum</w:t>
      </w:r>
      <w:proofErr w:type="spellEnd"/>
      <w:r w:rsidRPr="00253C20">
        <w:rPr>
          <w:b/>
          <w:bCs/>
        </w:rPr>
        <w:t xml:space="preserve"> Ben</w:t>
      </w:r>
      <w:r w:rsidRPr="00495537">
        <w:t xml:space="preserve">: 10 a 13 de </w:t>
      </w:r>
      <w:proofErr w:type="spellStart"/>
      <w:r w:rsidRPr="00495537">
        <w:t>outubro</w:t>
      </w:r>
      <w:proofErr w:type="spellEnd"/>
      <w:r w:rsidRPr="00495537">
        <w:t xml:space="preserve"> de 2026 </w:t>
      </w:r>
    </w:p>
    <w:p w14:paraId="4E2EFEA2" w14:textId="77777777" w:rsidR="00495537" w:rsidRPr="00495537" w:rsidRDefault="00495537" w:rsidP="00495537">
      <w:pPr>
        <w:pStyle w:val="PargrafodaLista"/>
        <w:numPr>
          <w:ilvl w:val="0"/>
          <w:numId w:val="11"/>
        </w:numPr>
        <w:jc w:val="both"/>
      </w:pPr>
      <w:r w:rsidRPr="00253C20">
        <w:rPr>
          <w:b/>
          <w:bCs/>
        </w:rPr>
        <w:t xml:space="preserve">Festival da </w:t>
      </w:r>
      <w:proofErr w:type="spellStart"/>
      <w:r w:rsidRPr="00253C20">
        <w:rPr>
          <w:b/>
          <w:bCs/>
        </w:rPr>
        <w:t>Água</w:t>
      </w:r>
      <w:proofErr w:type="spellEnd"/>
      <w:r w:rsidRPr="00495537">
        <w:t xml:space="preserve">: 23 a 25 de </w:t>
      </w:r>
      <w:proofErr w:type="spellStart"/>
      <w:r w:rsidRPr="00495537">
        <w:t>novembro</w:t>
      </w:r>
      <w:proofErr w:type="spellEnd"/>
      <w:r w:rsidRPr="00495537">
        <w:t xml:space="preserve"> de 2026 </w:t>
      </w:r>
    </w:p>
    <w:p w14:paraId="25CC286B" w14:textId="5C201889" w:rsidR="00495537" w:rsidRPr="00495537" w:rsidRDefault="00495537" w:rsidP="00495537">
      <w:pPr>
        <w:pStyle w:val="PargrafodaLista"/>
        <w:numPr>
          <w:ilvl w:val="0"/>
          <w:numId w:val="11"/>
        </w:numPr>
        <w:jc w:val="both"/>
      </w:pPr>
      <w:r w:rsidRPr="00253C20">
        <w:rPr>
          <w:b/>
          <w:bCs/>
        </w:rPr>
        <w:t>Natal e Réveillon</w:t>
      </w:r>
      <w:r w:rsidRPr="00495537">
        <w:t xml:space="preserve">: 24 a 31 de </w:t>
      </w:r>
      <w:proofErr w:type="spellStart"/>
      <w:r w:rsidRPr="00495537">
        <w:t>dezembro</w:t>
      </w:r>
      <w:proofErr w:type="spellEnd"/>
      <w:r w:rsidRPr="00495537">
        <w:t xml:space="preserve"> de 2026 </w:t>
      </w:r>
    </w:p>
    <w:p w14:paraId="721B1947" w14:textId="77777777" w:rsidR="00495537" w:rsidRDefault="00495537"/>
    <w:p w14:paraId="54D2FB13" w14:textId="77777777" w:rsidR="00B569A9" w:rsidRDefault="00000000">
      <w:pPr>
        <w:pStyle w:val="BoxTitle"/>
        <w:spacing w:before="160"/>
      </w:pPr>
      <w:r>
        <w:t xml:space="preserve">🏨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495537" w14:paraId="634DAB1A" w14:textId="77777777" w:rsidTr="00495537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F6DE25" w14:textId="77777777" w:rsidR="00495537" w:rsidRDefault="00495537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DE3364D" w14:textId="49F35DAC" w:rsidR="00495537" w:rsidRPr="00495537" w:rsidRDefault="00495537" w:rsidP="00495537">
            <w:pPr>
              <w:jc w:val="center"/>
              <w:rPr>
                <w:b/>
                <w:color w:val="FFFFFF"/>
                <w:sz w:val="15"/>
              </w:rPr>
            </w:pPr>
            <w:r w:rsidRPr="00495537">
              <w:rPr>
                <w:b/>
                <w:color w:val="FFFFFF"/>
                <w:sz w:val="15"/>
              </w:rPr>
              <w:t>PACOTE SUPERIOR</w:t>
            </w:r>
            <w:r>
              <w:rPr>
                <w:b/>
                <w:color w:val="FFFFFF"/>
                <w:sz w:val="15"/>
              </w:rPr>
              <w:t xml:space="preserve"> </w:t>
            </w:r>
            <w:r w:rsidRPr="00495537">
              <w:rPr>
                <w:b/>
                <w:color w:val="FFFFFF"/>
                <w:sz w:val="15"/>
              </w:rPr>
              <w:t xml:space="preserve"> 4*</w:t>
            </w:r>
          </w:p>
        </w:tc>
      </w:tr>
      <w:tr w:rsidR="00495537" w14:paraId="1F2707A2" w14:textId="77777777" w:rsidTr="00495537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5A9EE65" w14:textId="568EE513" w:rsidR="00495537" w:rsidRDefault="00495537">
            <w:pPr>
              <w:jc w:val="center"/>
            </w:pPr>
            <w:r w:rsidRPr="00495537">
              <w:rPr>
                <w:b/>
                <w:color w:val="123C69"/>
                <w:sz w:val="15"/>
              </w:rPr>
              <w:t>Phnom Penh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1D73933" w14:textId="77777777" w:rsidR="00495537" w:rsidRPr="00495537" w:rsidRDefault="00495537" w:rsidP="00495537">
            <w:pPr>
              <w:jc w:val="center"/>
              <w:rPr>
                <w:b/>
                <w:color w:val="123C69"/>
                <w:sz w:val="15"/>
              </w:rPr>
            </w:pPr>
            <w:r w:rsidRPr="00495537">
              <w:rPr>
                <w:b/>
                <w:color w:val="123C69"/>
                <w:sz w:val="15"/>
              </w:rPr>
              <w:t>Anik Palace</w:t>
            </w:r>
          </w:p>
          <w:p w14:paraId="43E9E7AF" w14:textId="58BA14B8" w:rsidR="00495537" w:rsidRDefault="00495537" w:rsidP="00495537">
            <w:pPr>
              <w:jc w:val="center"/>
            </w:pPr>
            <w:r w:rsidRPr="00495537">
              <w:rPr>
                <w:b/>
                <w:color w:val="123C69"/>
                <w:sz w:val="15"/>
              </w:rPr>
              <w:t>(Deluxe)</w:t>
            </w:r>
          </w:p>
        </w:tc>
      </w:tr>
      <w:tr w:rsidR="00495537" w14:paraId="3D84CF78" w14:textId="77777777" w:rsidTr="00495537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0BFF102" w14:textId="10C58536" w:rsidR="00495537" w:rsidRPr="00495537" w:rsidRDefault="00495537">
            <w:pPr>
              <w:jc w:val="center"/>
              <w:rPr>
                <w:b/>
                <w:color w:val="123C69"/>
                <w:sz w:val="15"/>
              </w:rPr>
            </w:pPr>
            <w:r w:rsidRPr="00495537">
              <w:rPr>
                <w:b/>
                <w:color w:val="123C69"/>
                <w:sz w:val="15"/>
              </w:rPr>
              <w:t>Siem Reap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A10E4A1" w14:textId="77777777" w:rsidR="00495537" w:rsidRPr="00495537" w:rsidRDefault="00495537" w:rsidP="00495537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proofErr w:type="spellStart"/>
            <w:r w:rsidRPr="00495537">
              <w:rPr>
                <w:b/>
                <w:color w:val="123C69"/>
                <w:sz w:val="15"/>
                <w:lang w:val="pt-BR"/>
              </w:rPr>
              <w:t>Memoire</w:t>
            </w:r>
            <w:proofErr w:type="spellEnd"/>
            <w:r w:rsidRPr="00495537">
              <w:rPr>
                <w:b/>
                <w:color w:val="123C69"/>
                <w:sz w:val="15"/>
                <w:lang w:val="pt-BR"/>
              </w:rPr>
              <w:t xml:space="preserve"> d’ Angkor Boutique</w:t>
            </w:r>
          </w:p>
          <w:p w14:paraId="1E8DB5D1" w14:textId="751FF390" w:rsidR="00495537" w:rsidRPr="00495537" w:rsidRDefault="00495537" w:rsidP="00495537">
            <w:pPr>
              <w:jc w:val="center"/>
              <w:rPr>
                <w:b/>
                <w:color w:val="123C69"/>
                <w:sz w:val="15"/>
                <w:lang w:val="pt-BR"/>
              </w:rPr>
            </w:pPr>
            <w:r w:rsidRPr="00495537">
              <w:rPr>
                <w:b/>
                <w:color w:val="123C69"/>
                <w:sz w:val="15"/>
                <w:lang w:val="pt-BR"/>
              </w:rPr>
              <w:t>(Deluxe)</w:t>
            </w:r>
          </w:p>
        </w:tc>
      </w:tr>
    </w:tbl>
    <w:p w14:paraId="375C8B9F" w14:textId="77777777" w:rsidR="00B569A9" w:rsidRDefault="00B569A9"/>
    <w:p w14:paraId="74652E52" w14:textId="77777777" w:rsidR="00B569A9" w:rsidRDefault="00000000">
      <w:pPr>
        <w:pStyle w:val="BoxTitle"/>
        <w:spacing w:before="160"/>
      </w:pPr>
      <w:r>
        <w:t xml:space="preserve">✅ </w:t>
      </w:r>
      <w:proofErr w:type="spellStart"/>
      <w:r>
        <w:t>Inclui</w:t>
      </w:r>
      <w:proofErr w:type="spellEnd"/>
      <w:r>
        <w:t>:</w:t>
      </w:r>
    </w:p>
    <w:p w14:paraId="78D0F45C" w14:textId="77777777" w:rsidR="00253C20" w:rsidRPr="00253C20" w:rsidRDefault="00253C20" w:rsidP="00253C20">
      <w:pPr>
        <w:spacing w:after="40" w:line="252" w:lineRule="auto"/>
      </w:pPr>
      <w:r w:rsidRPr="00253C20">
        <w:rPr>
          <w:rFonts w:ascii="Segoe UI Symbol" w:hAnsi="Segoe UI Symbol" w:cs="Segoe UI Symbol"/>
        </w:rPr>
        <w:t>✔</w:t>
      </w:r>
      <w:r w:rsidRPr="00253C20">
        <w:t xml:space="preserve"> </w:t>
      </w:r>
      <w:proofErr w:type="spellStart"/>
      <w:r w:rsidRPr="00253C20">
        <w:t>Hospedagem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quarto </w:t>
      </w:r>
      <w:proofErr w:type="spellStart"/>
      <w:r w:rsidRPr="00253C20">
        <w:t>duplo</w:t>
      </w:r>
      <w:proofErr w:type="spellEnd"/>
      <w:r w:rsidRPr="00253C20">
        <w:t xml:space="preserve"> / twin / </w:t>
      </w:r>
      <w:proofErr w:type="spellStart"/>
      <w:r w:rsidRPr="00253C20">
        <w:t>triplo</w:t>
      </w:r>
      <w:proofErr w:type="spellEnd"/>
      <w:r w:rsidRPr="00253C20">
        <w:t xml:space="preserve"> </w:t>
      </w:r>
      <w:proofErr w:type="spellStart"/>
      <w:r w:rsidRPr="00253C20">
        <w:t>básico</w:t>
      </w:r>
      <w:proofErr w:type="spellEnd"/>
      <w:r w:rsidRPr="00253C20">
        <w:t xml:space="preserve"> com café da </w:t>
      </w:r>
      <w:proofErr w:type="spellStart"/>
      <w:r w:rsidRPr="00253C20">
        <w:t>manhã</w:t>
      </w:r>
      <w:proofErr w:type="spellEnd"/>
      <w:r w:rsidRPr="00253C20">
        <w:t>.</w:t>
      </w:r>
    </w:p>
    <w:p w14:paraId="033B5653" w14:textId="77777777" w:rsidR="00253C20" w:rsidRPr="00253C20" w:rsidRDefault="00253C20" w:rsidP="00253C20">
      <w:pPr>
        <w:spacing w:after="40" w:line="252" w:lineRule="auto"/>
      </w:pPr>
      <w:r w:rsidRPr="00253C20">
        <w:rPr>
          <w:rFonts w:ascii="Segoe UI Symbol" w:hAnsi="Segoe UI Symbol" w:cs="Segoe UI Symbol"/>
        </w:rPr>
        <w:t>✔</w:t>
      </w:r>
      <w:r w:rsidRPr="00253C20">
        <w:t xml:space="preserve"> Guias </w:t>
      </w:r>
      <w:proofErr w:type="spellStart"/>
      <w:r w:rsidRPr="00253C20">
        <w:t>locais</w:t>
      </w:r>
      <w:proofErr w:type="spellEnd"/>
      <w:r w:rsidRPr="00253C20">
        <w:t xml:space="preserve"> </w:t>
      </w:r>
      <w:proofErr w:type="spellStart"/>
      <w:r w:rsidRPr="00253C20">
        <w:t>falando</w:t>
      </w:r>
      <w:proofErr w:type="spellEnd"/>
      <w:r w:rsidRPr="00253C20">
        <w:t xml:space="preserve"> </w:t>
      </w:r>
      <w:proofErr w:type="spellStart"/>
      <w:r w:rsidRPr="00253C20">
        <w:t>espanhol</w:t>
      </w:r>
      <w:proofErr w:type="spellEnd"/>
      <w:r w:rsidRPr="00253C20">
        <w:t xml:space="preserve">, </w:t>
      </w:r>
      <w:proofErr w:type="spellStart"/>
      <w:r w:rsidRPr="00253C20">
        <w:t>exceto</w:t>
      </w:r>
      <w:proofErr w:type="spellEnd"/>
      <w:r w:rsidRPr="00253C20">
        <w:t xml:space="preserve"> o </w:t>
      </w:r>
      <w:proofErr w:type="spellStart"/>
      <w:r w:rsidRPr="00253C20">
        <w:t>traslado</w:t>
      </w:r>
      <w:proofErr w:type="spellEnd"/>
      <w:r w:rsidRPr="00253C20">
        <w:t xml:space="preserve"> </w:t>
      </w:r>
      <w:proofErr w:type="spellStart"/>
      <w:r w:rsidRPr="00253C20">
        <w:t>rodoviário</w:t>
      </w:r>
      <w:proofErr w:type="spellEnd"/>
      <w:r w:rsidRPr="00253C20">
        <w:t xml:space="preserve"> de Phnom Penh para Siem Reap e o </w:t>
      </w:r>
      <w:proofErr w:type="spellStart"/>
      <w:r w:rsidRPr="00253C20">
        <w:t>traslado</w:t>
      </w:r>
      <w:proofErr w:type="spellEnd"/>
      <w:r w:rsidRPr="00253C20">
        <w:t xml:space="preserve"> de </w:t>
      </w:r>
      <w:proofErr w:type="spellStart"/>
      <w:r w:rsidRPr="00253C20">
        <w:t>saída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Siem Reap.</w:t>
      </w:r>
    </w:p>
    <w:p w14:paraId="166B6D05" w14:textId="77777777" w:rsidR="00253C20" w:rsidRPr="00253C20" w:rsidRDefault="00253C20" w:rsidP="00253C20">
      <w:pPr>
        <w:spacing w:after="40" w:line="252" w:lineRule="auto"/>
      </w:pPr>
      <w:r w:rsidRPr="00253C20">
        <w:rPr>
          <w:rFonts w:ascii="Segoe UI Symbol" w:hAnsi="Segoe UI Symbol" w:cs="Segoe UI Symbol"/>
        </w:rPr>
        <w:t>✔</w:t>
      </w:r>
      <w:r w:rsidRPr="00253C20">
        <w:t xml:space="preserve"> </w:t>
      </w:r>
      <w:proofErr w:type="spellStart"/>
      <w:r w:rsidRPr="00253C20">
        <w:t>Refeições</w:t>
      </w:r>
      <w:proofErr w:type="spellEnd"/>
      <w:r w:rsidRPr="00253C20">
        <w:t xml:space="preserve"> </w:t>
      </w:r>
      <w:proofErr w:type="spellStart"/>
      <w:r w:rsidRPr="00253C20">
        <w:t>mencionadas</w:t>
      </w:r>
      <w:proofErr w:type="spellEnd"/>
      <w:r w:rsidRPr="00253C20">
        <w:t xml:space="preserve"> no </w:t>
      </w:r>
      <w:proofErr w:type="spellStart"/>
      <w:r w:rsidRPr="00253C20">
        <w:t>programa</w:t>
      </w:r>
      <w:proofErr w:type="spellEnd"/>
      <w:r w:rsidRPr="00253C20">
        <w:t>.</w:t>
      </w:r>
    </w:p>
    <w:p w14:paraId="32421B82" w14:textId="77777777" w:rsidR="00253C20" w:rsidRPr="00253C20" w:rsidRDefault="00253C20" w:rsidP="00253C20">
      <w:pPr>
        <w:spacing w:after="40" w:line="252" w:lineRule="auto"/>
      </w:pPr>
      <w:r w:rsidRPr="00253C20">
        <w:rPr>
          <w:rFonts w:ascii="Segoe UI Symbol" w:hAnsi="Segoe UI Symbol" w:cs="Segoe UI Symbol"/>
        </w:rPr>
        <w:t>✔</w:t>
      </w:r>
      <w:r w:rsidRPr="00253C20">
        <w:t xml:space="preserve"> Transporte: </w:t>
      </w:r>
      <w:proofErr w:type="spellStart"/>
      <w:r w:rsidRPr="00253C20">
        <w:t>traslados</w:t>
      </w:r>
      <w:proofErr w:type="spellEnd"/>
      <w:r w:rsidRPr="00253C20">
        <w:t xml:space="preserve"> </w:t>
      </w:r>
      <w:proofErr w:type="spellStart"/>
      <w:r w:rsidRPr="00253C20">
        <w:t>privativos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</w:t>
      </w:r>
      <w:proofErr w:type="spellStart"/>
      <w:r w:rsidRPr="00253C20">
        <w:t>veículos</w:t>
      </w:r>
      <w:proofErr w:type="spellEnd"/>
      <w:r w:rsidRPr="00253C20">
        <w:t xml:space="preserve"> com </w:t>
      </w:r>
      <w:proofErr w:type="spellStart"/>
      <w:r w:rsidRPr="00253C20">
        <w:t>ar-condicionado</w:t>
      </w:r>
      <w:proofErr w:type="spellEnd"/>
      <w:r w:rsidRPr="00253C20">
        <w:t>.</w:t>
      </w:r>
    </w:p>
    <w:p w14:paraId="2D2607AB" w14:textId="77777777" w:rsidR="00253C20" w:rsidRPr="00253C20" w:rsidRDefault="00253C20" w:rsidP="00253C20">
      <w:pPr>
        <w:spacing w:after="40" w:line="252" w:lineRule="auto"/>
      </w:pPr>
      <w:r w:rsidRPr="00253C20">
        <w:rPr>
          <w:rFonts w:ascii="Segoe UI Symbol" w:hAnsi="Segoe UI Symbol" w:cs="Segoe UI Symbol"/>
        </w:rPr>
        <w:t>✔</w:t>
      </w:r>
      <w:r w:rsidRPr="00253C20">
        <w:t xml:space="preserve"> Entradas para </w:t>
      </w:r>
      <w:proofErr w:type="spellStart"/>
      <w:r w:rsidRPr="00253C20">
        <w:t>os</w:t>
      </w:r>
      <w:proofErr w:type="spellEnd"/>
      <w:r w:rsidRPr="00253C20">
        <w:t xml:space="preserve"> </w:t>
      </w:r>
      <w:proofErr w:type="spellStart"/>
      <w:r w:rsidRPr="00253C20">
        <w:t>locais</w:t>
      </w:r>
      <w:proofErr w:type="spellEnd"/>
      <w:r w:rsidRPr="00253C20">
        <w:t xml:space="preserve"> de visita </w:t>
      </w:r>
      <w:proofErr w:type="spellStart"/>
      <w:r w:rsidRPr="00253C20">
        <w:t>previstos</w:t>
      </w:r>
      <w:proofErr w:type="spellEnd"/>
      <w:r w:rsidRPr="00253C20">
        <w:t xml:space="preserve"> no </w:t>
      </w:r>
      <w:proofErr w:type="spellStart"/>
      <w:r w:rsidRPr="00253C20">
        <w:t>programa</w:t>
      </w:r>
      <w:proofErr w:type="spellEnd"/>
      <w:r w:rsidRPr="00253C20">
        <w:t>.</w:t>
      </w:r>
    </w:p>
    <w:p w14:paraId="270102DD" w14:textId="77777777" w:rsidR="00253C20" w:rsidRPr="00253C20" w:rsidRDefault="00253C20" w:rsidP="00253C20">
      <w:pPr>
        <w:spacing w:after="40" w:line="252" w:lineRule="auto"/>
      </w:pPr>
      <w:r w:rsidRPr="00253C20">
        <w:rPr>
          <w:rFonts w:ascii="Segoe UI Symbol" w:hAnsi="Segoe UI Symbol" w:cs="Segoe UI Symbol"/>
        </w:rPr>
        <w:t>✔</w:t>
      </w:r>
      <w:r w:rsidRPr="00253C20">
        <w:t xml:space="preserve"> 1 </w:t>
      </w:r>
      <w:proofErr w:type="spellStart"/>
      <w:r w:rsidRPr="00253C20">
        <w:t>garrafa</w:t>
      </w:r>
      <w:proofErr w:type="spellEnd"/>
      <w:r w:rsidRPr="00253C20">
        <w:t xml:space="preserve"> de </w:t>
      </w:r>
      <w:proofErr w:type="spellStart"/>
      <w:r w:rsidRPr="00253C20">
        <w:t>água</w:t>
      </w:r>
      <w:proofErr w:type="spellEnd"/>
      <w:r w:rsidRPr="00253C20">
        <w:t xml:space="preserve"> </w:t>
      </w:r>
      <w:proofErr w:type="spellStart"/>
      <w:r w:rsidRPr="00253C20">
        <w:t>por</w:t>
      </w:r>
      <w:proofErr w:type="spellEnd"/>
      <w:r w:rsidRPr="00253C20">
        <w:t xml:space="preserve"> </w:t>
      </w:r>
      <w:proofErr w:type="spellStart"/>
      <w:r w:rsidRPr="00253C20">
        <w:t>dia</w:t>
      </w:r>
      <w:proofErr w:type="spellEnd"/>
      <w:r w:rsidRPr="00253C20">
        <w:t xml:space="preserve"> de </w:t>
      </w:r>
      <w:proofErr w:type="spellStart"/>
      <w:r w:rsidRPr="00253C20">
        <w:t>excursão</w:t>
      </w:r>
      <w:proofErr w:type="spellEnd"/>
      <w:r w:rsidRPr="00253C20">
        <w:t>.</w:t>
      </w:r>
    </w:p>
    <w:p w14:paraId="277BBECE" w14:textId="77777777" w:rsidR="00253C20" w:rsidRDefault="00253C20" w:rsidP="00253C20">
      <w:pPr>
        <w:spacing w:after="40" w:line="252" w:lineRule="auto"/>
      </w:pPr>
      <w:r w:rsidRPr="00253C20">
        <w:rPr>
          <w:rFonts w:ascii="Segoe UI Symbol" w:hAnsi="Segoe UI Symbol" w:cs="Segoe UI Symbol"/>
        </w:rPr>
        <w:t>✔</w:t>
      </w:r>
      <w:r w:rsidRPr="00253C20">
        <w:t xml:space="preserve"> </w:t>
      </w:r>
      <w:proofErr w:type="spellStart"/>
      <w:r w:rsidRPr="00253C20">
        <w:t>Assistência</w:t>
      </w:r>
      <w:proofErr w:type="spellEnd"/>
      <w:r w:rsidRPr="00253C20">
        <w:t xml:space="preserve"> </w:t>
      </w:r>
      <w:proofErr w:type="spellStart"/>
      <w:r w:rsidRPr="00253C20">
        <w:t>telefônica</w:t>
      </w:r>
      <w:proofErr w:type="spellEnd"/>
      <w:r w:rsidRPr="00253C20">
        <w:t xml:space="preserve"> </w:t>
      </w:r>
      <w:proofErr w:type="spellStart"/>
      <w:r w:rsidRPr="00253C20">
        <w:t>multilíngue</w:t>
      </w:r>
      <w:proofErr w:type="spellEnd"/>
      <w:r w:rsidRPr="00253C20">
        <w:t xml:space="preserve"> 24 horas </w:t>
      </w:r>
      <w:proofErr w:type="spellStart"/>
      <w:r w:rsidRPr="00253C20">
        <w:t>por</w:t>
      </w:r>
      <w:proofErr w:type="spellEnd"/>
      <w:r w:rsidRPr="00253C20">
        <w:t xml:space="preserve"> </w:t>
      </w:r>
      <w:proofErr w:type="spellStart"/>
      <w:r w:rsidRPr="00253C20">
        <w:t>dia</w:t>
      </w:r>
      <w:proofErr w:type="spellEnd"/>
      <w:r w:rsidRPr="00253C20">
        <w:t xml:space="preserve">, </w:t>
      </w:r>
      <w:proofErr w:type="spellStart"/>
      <w:r w:rsidRPr="00253C20">
        <w:t>durante</w:t>
      </w:r>
      <w:proofErr w:type="spellEnd"/>
      <w:r w:rsidRPr="00253C20">
        <w:t xml:space="preserve"> </w:t>
      </w:r>
      <w:proofErr w:type="spellStart"/>
      <w:r w:rsidRPr="00253C20">
        <w:t>toda</w:t>
      </w:r>
      <w:proofErr w:type="spellEnd"/>
      <w:r w:rsidRPr="00253C20">
        <w:t xml:space="preserve"> a </w:t>
      </w:r>
      <w:proofErr w:type="spellStart"/>
      <w:r w:rsidRPr="00253C20">
        <w:t>viagem</w:t>
      </w:r>
      <w:proofErr w:type="spellEnd"/>
      <w:r w:rsidRPr="00253C20">
        <w:t>.</w:t>
      </w:r>
    </w:p>
    <w:p w14:paraId="7CDC56D7" w14:textId="77777777" w:rsidR="00253C20" w:rsidRPr="00253C20" w:rsidRDefault="00253C20" w:rsidP="00253C20">
      <w:pPr>
        <w:spacing w:after="40" w:line="252" w:lineRule="auto"/>
      </w:pPr>
    </w:p>
    <w:p w14:paraId="37747E14" w14:textId="28217B16" w:rsidR="00B569A9" w:rsidRDefault="00000000" w:rsidP="00253C20">
      <w:pPr>
        <w:pStyle w:val="BoxTitle"/>
        <w:spacing w:before="160"/>
      </w:pPr>
      <w:r>
        <w:t xml:space="preserve">❌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5721E701" w14:textId="6CE9CEE6" w:rsidR="00B569A9" w:rsidRDefault="00253C20" w:rsidP="00C173F0">
      <w:r w:rsidRPr="00253C20">
        <w:rPr>
          <w:rFonts w:ascii="Segoe UI Symbol" w:hAnsi="Segoe UI Symbol" w:cs="Segoe UI Symbol"/>
        </w:rPr>
        <w:t>✖</w:t>
      </w:r>
      <w:r w:rsidRPr="00253C20">
        <w:t xml:space="preserve"> Voos </w:t>
      </w:r>
      <w:proofErr w:type="spellStart"/>
      <w:r w:rsidRPr="00253C20">
        <w:t>internacionais</w:t>
      </w:r>
      <w:proofErr w:type="spellEnd"/>
      <w:r w:rsidRPr="00253C20">
        <w:t xml:space="preserve"> e </w:t>
      </w:r>
      <w:proofErr w:type="spellStart"/>
      <w:r w:rsidRPr="00253C20">
        <w:t>domésticos</w:t>
      </w:r>
      <w:proofErr w:type="spellEnd"/>
      <w:r w:rsidRPr="00253C20">
        <w:t xml:space="preserve">, </w:t>
      </w:r>
      <w:proofErr w:type="spellStart"/>
      <w:r w:rsidRPr="00253C20">
        <w:t>bem</w:t>
      </w:r>
      <w:proofErr w:type="spellEnd"/>
      <w:r w:rsidRPr="00253C20">
        <w:t xml:space="preserve"> </w:t>
      </w:r>
      <w:proofErr w:type="spellStart"/>
      <w:r w:rsidRPr="00253C20">
        <w:t>como</w:t>
      </w:r>
      <w:proofErr w:type="spellEnd"/>
      <w:r w:rsidRPr="00253C20">
        <w:t xml:space="preserve"> </w:t>
      </w:r>
      <w:proofErr w:type="spellStart"/>
      <w:r w:rsidRPr="00253C20">
        <w:t>taxas</w:t>
      </w:r>
      <w:proofErr w:type="spellEnd"/>
      <w:r w:rsidRPr="00253C20">
        <w:t xml:space="preserve"> de </w:t>
      </w:r>
      <w:proofErr w:type="spellStart"/>
      <w:r w:rsidRPr="00253C20">
        <w:t>embarque</w:t>
      </w:r>
      <w:proofErr w:type="spellEnd"/>
      <w:r w:rsidRPr="00253C20">
        <w:t>.</w:t>
      </w:r>
      <w:r w:rsidRPr="00253C20">
        <w:br/>
      </w:r>
      <w:r w:rsidRPr="00253C20">
        <w:rPr>
          <w:rFonts w:ascii="Segoe UI Symbol" w:hAnsi="Segoe UI Symbol" w:cs="Segoe UI Symbol"/>
        </w:rPr>
        <w:t>✖</w:t>
      </w:r>
      <w:r w:rsidRPr="00253C20">
        <w:t xml:space="preserve"> </w:t>
      </w:r>
      <w:proofErr w:type="spellStart"/>
      <w:r w:rsidRPr="00253C20">
        <w:t>Refei</w:t>
      </w:r>
      <w:r w:rsidRPr="00253C20">
        <w:rPr>
          <w:rFonts w:cs="Aptos"/>
        </w:rPr>
        <w:t>çõ</w:t>
      </w:r>
      <w:r w:rsidRPr="00253C20">
        <w:t>es</w:t>
      </w:r>
      <w:proofErr w:type="spellEnd"/>
      <w:r w:rsidRPr="00253C20">
        <w:t xml:space="preserve"> </w:t>
      </w:r>
      <w:proofErr w:type="spellStart"/>
      <w:r w:rsidRPr="00253C20">
        <w:t>n</w:t>
      </w:r>
      <w:r w:rsidRPr="00253C20">
        <w:rPr>
          <w:rFonts w:cs="Aptos"/>
        </w:rPr>
        <w:t>ã</w:t>
      </w:r>
      <w:r w:rsidRPr="00253C20">
        <w:t>o</w:t>
      </w:r>
      <w:proofErr w:type="spellEnd"/>
      <w:r w:rsidRPr="00253C20">
        <w:t xml:space="preserve"> </w:t>
      </w:r>
      <w:proofErr w:type="spellStart"/>
      <w:r w:rsidRPr="00253C20">
        <w:t>mencionadas</w:t>
      </w:r>
      <w:proofErr w:type="spellEnd"/>
      <w:r w:rsidRPr="00253C20">
        <w:t xml:space="preserve"> no </w:t>
      </w:r>
      <w:proofErr w:type="spellStart"/>
      <w:r w:rsidRPr="00253C20">
        <w:t>programa</w:t>
      </w:r>
      <w:proofErr w:type="spellEnd"/>
      <w:r w:rsidRPr="00253C20">
        <w:t xml:space="preserve"> </w:t>
      </w:r>
      <w:proofErr w:type="spellStart"/>
      <w:r w:rsidRPr="00253C20">
        <w:t>detalhado</w:t>
      </w:r>
      <w:proofErr w:type="spellEnd"/>
      <w:r w:rsidRPr="00253C20">
        <w:t>.</w:t>
      </w:r>
      <w:r w:rsidRPr="00253C20">
        <w:br/>
      </w:r>
      <w:r w:rsidRPr="00253C20">
        <w:rPr>
          <w:rFonts w:ascii="Segoe UI Symbol" w:hAnsi="Segoe UI Symbol" w:cs="Segoe UI Symbol"/>
        </w:rPr>
        <w:t>✖</w:t>
      </w:r>
      <w:r w:rsidRPr="00253C20">
        <w:t xml:space="preserve"> </w:t>
      </w:r>
      <w:proofErr w:type="spellStart"/>
      <w:r w:rsidRPr="00253C20">
        <w:t>Taxas</w:t>
      </w:r>
      <w:proofErr w:type="spellEnd"/>
      <w:r w:rsidRPr="00253C20">
        <w:t xml:space="preserve"> de visto para </w:t>
      </w:r>
      <w:proofErr w:type="spellStart"/>
      <w:r w:rsidRPr="00253C20">
        <w:t>Camboja</w:t>
      </w:r>
      <w:proofErr w:type="spellEnd"/>
      <w:r w:rsidRPr="00253C20">
        <w:t xml:space="preserve"> (se </w:t>
      </w:r>
      <w:proofErr w:type="spellStart"/>
      <w:r w:rsidRPr="00253C20">
        <w:t>aplic</w:t>
      </w:r>
      <w:r w:rsidRPr="00253C20">
        <w:rPr>
          <w:rFonts w:cs="Aptos"/>
        </w:rPr>
        <w:t>á</w:t>
      </w:r>
      <w:r w:rsidRPr="00253C20">
        <w:t>vel</w:t>
      </w:r>
      <w:proofErr w:type="spellEnd"/>
      <w:r w:rsidRPr="00253C20">
        <w:t>).</w:t>
      </w:r>
      <w:r w:rsidRPr="00253C20">
        <w:br/>
      </w:r>
      <w:r w:rsidRPr="00253C20">
        <w:rPr>
          <w:rFonts w:ascii="Segoe UI Symbol" w:hAnsi="Segoe UI Symbol" w:cs="Segoe UI Symbol"/>
        </w:rPr>
        <w:t>✖</w:t>
      </w:r>
      <w:r w:rsidRPr="00253C20">
        <w:t xml:space="preserve"> </w:t>
      </w:r>
      <w:proofErr w:type="spellStart"/>
      <w:r w:rsidRPr="00253C20">
        <w:t>Suplemento</w:t>
      </w:r>
      <w:proofErr w:type="spellEnd"/>
      <w:r w:rsidRPr="00253C20">
        <w:t xml:space="preserve"> para check-in </w:t>
      </w:r>
      <w:proofErr w:type="spellStart"/>
      <w:r w:rsidRPr="00253C20">
        <w:t>antecipado</w:t>
      </w:r>
      <w:proofErr w:type="spellEnd"/>
      <w:r w:rsidRPr="00253C20">
        <w:t xml:space="preserve"> </w:t>
      </w:r>
      <w:proofErr w:type="spellStart"/>
      <w:r w:rsidRPr="00253C20">
        <w:t>ou</w:t>
      </w:r>
      <w:proofErr w:type="spellEnd"/>
      <w:r w:rsidRPr="00253C20">
        <w:t xml:space="preserve"> check-out </w:t>
      </w:r>
      <w:proofErr w:type="spellStart"/>
      <w:r w:rsidRPr="00253C20">
        <w:t>tardio</w:t>
      </w:r>
      <w:proofErr w:type="spellEnd"/>
      <w:r w:rsidRPr="00253C20">
        <w:t>.</w:t>
      </w:r>
      <w:r w:rsidRPr="00253C20">
        <w:br/>
      </w:r>
      <w:r w:rsidRPr="00253C20">
        <w:rPr>
          <w:rFonts w:ascii="Segoe UI Symbol" w:hAnsi="Segoe UI Symbol" w:cs="Segoe UI Symbol"/>
        </w:rPr>
        <w:t>✖</w:t>
      </w:r>
      <w:r w:rsidRPr="00253C20">
        <w:t xml:space="preserve"> </w:t>
      </w:r>
      <w:proofErr w:type="spellStart"/>
      <w:r w:rsidRPr="00253C20">
        <w:t>Gorjetas</w:t>
      </w:r>
      <w:proofErr w:type="spellEnd"/>
      <w:r w:rsidRPr="00253C20">
        <w:t xml:space="preserve"> para </w:t>
      </w:r>
      <w:proofErr w:type="spellStart"/>
      <w:r w:rsidRPr="00253C20">
        <w:t>guias</w:t>
      </w:r>
      <w:proofErr w:type="spellEnd"/>
      <w:r w:rsidRPr="00253C20">
        <w:t xml:space="preserve">, </w:t>
      </w:r>
      <w:proofErr w:type="spellStart"/>
      <w:r w:rsidRPr="00253C20">
        <w:t>motoristas</w:t>
      </w:r>
      <w:proofErr w:type="spellEnd"/>
      <w:r w:rsidRPr="00253C20">
        <w:t xml:space="preserve"> e equipe local: USD 5 </w:t>
      </w:r>
      <w:proofErr w:type="spellStart"/>
      <w:r w:rsidRPr="00253C20">
        <w:t>por</w:t>
      </w:r>
      <w:proofErr w:type="spellEnd"/>
      <w:r w:rsidRPr="00253C20">
        <w:t xml:space="preserve"> </w:t>
      </w:r>
      <w:proofErr w:type="spellStart"/>
      <w:r w:rsidRPr="00253C20">
        <w:t>pessoa</w:t>
      </w:r>
      <w:proofErr w:type="spellEnd"/>
      <w:r w:rsidRPr="00253C20">
        <w:t>/dia.</w:t>
      </w:r>
      <w:r w:rsidRPr="00253C20">
        <w:br/>
      </w:r>
      <w:r w:rsidRPr="00253C20">
        <w:rPr>
          <w:rFonts w:ascii="Segoe UI Symbol" w:hAnsi="Segoe UI Symbol" w:cs="Segoe UI Symbol"/>
        </w:rPr>
        <w:t>✖</w:t>
      </w:r>
      <w:r w:rsidRPr="00253C20">
        <w:t xml:space="preserve"> Outros </w:t>
      </w:r>
      <w:proofErr w:type="spellStart"/>
      <w:r w:rsidRPr="00253C20">
        <w:t>gastos</w:t>
      </w:r>
      <w:proofErr w:type="spellEnd"/>
      <w:r w:rsidRPr="00253C20">
        <w:t xml:space="preserve"> </w:t>
      </w:r>
      <w:proofErr w:type="spellStart"/>
      <w:r w:rsidRPr="00253C20">
        <w:t>n</w:t>
      </w:r>
      <w:r w:rsidRPr="00253C20">
        <w:rPr>
          <w:rFonts w:cs="Aptos"/>
        </w:rPr>
        <w:t>ã</w:t>
      </w:r>
      <w:r w:rsidRPr="00253C20">
        <w:t>o</w:t>
      </w:r>
      <w:proofErr w:type="spellEnd"/>
      <w:r w:rsidRPr="00253C20">
        <w:t xml:space="preserve"> </w:t>
      </w:r>
      <w:proofErr w:type="spellStart"/>
      <w:r w:rsidRPr="00253C20">
        <w:t>mencionados</w:t>
      </w:r>
      <w:proofErr w:type="spellEnd"/>
      <w:r w:rsidRPr="00253C20">
        <w:t xml:space="preserve"> no </w:t>
      </w:r>
      <w:proofErr w:type="spellStart"/>
      <w:r w:rsidRPr="00253C20">
        <w:t>programa</w:t>
      </w:r>
      <w:proofErr w:type="spellEnd"/>
      <w:r w:rsidRPr="00253C20">
        <w:t>.</w:t>
      </w:r>
      <w:r>
        <w:br w:type="page"/>
      </w:r>
    </w:p>
    <w:p w14:paraId="4AA80700" w14:textId="06A41599" w:rsidR="00B569A9" w:rsidRDefault="00000000">
      <w:pPr>
        <w:pStyle w:val="HeadingViagem"/>
        <w:spacing w:before="80" w:after="80"/>
        <w:jc w:val="center"/>
      </w:pPr>
      <w:r>
        <w:lastRenderedPageBreak/>
        <w:t xml:space="preserve">🏛️ </w:t>
      </w:r>
      <w:r w:rsidR="00253C20" w:rsidRPr="00253C20">
        <w:t xml:space="preserve">DESCUBRA TAILANDIA, VIETNÃ &amp; CAMBOJA </w:t>
      </w:r>
      <w:r>
        <w:t>(</w:t>
      </w:r>
      <w:r w:rsidR="00253C20">
        <w:t>12</w:t>
      </w:r>
      <w:r>
        <w:t xml:space="preserve"> DIAS / </w:t>
      </w:r>
      <w:r w:rsidR="00253C20">
        <w:t>11</w:t>
      </w:r>
      <w:r>
        <w:t xml:space="preserve"> NOITES)</w:t>
      </w:r>
    </w:p>
    <w:p w14:paraId="2B216B96" w14:textId="77777777" w:rsidR="00B569A9" w:rsidRDefault="00B569A9">
      <w:pPr>
        <w:pBdr>
          <w:bottom w:val="single" w:sz="12" w:space="1" w:color="E6B35A"/>
        </w:pBdr>
        <w:spacing w:after="120"/>
      </w:pPr>
    </w:p>
    <w:p w14:paraId="3C291223" w14:textId="5EB05605" w:rsidR="00B569A9" w:rsidRDefault="00000000">
      <w:pPr>
        <w:pStyle w:val="Subheading"/>
        <w:spacing w:after="100"/>
        <w:jc w:val="center"/>
      </w:pPr>
      <w:r>
        <w:rPr>
          <w:rFonts w:ascii="Segoe UI Emoji" w:hAnsi="Segoe UI Emoji" w:cs="Segoe UI Emoji"/>
        </w:rPr>
        <w:t>📅</w:t>
      </w:r>
      <w:r>
        <w:t xml:space="preserve"> SAÍDAS </w:t>
      </w:r>
      <w:r w:rsidR="00253C20">
        <w:t>DIÁRIAS</w:t>
      </w:r>
    </w:p>
    <w:p w14:paraId="1EA55E0D" w14:textId="1651B93A" w:rsidR="00B569A9" w:rsidRDefault="00000000" w:rsidP="00253C20">
      <w:pPr>
        <w:pStyle w:val="Dia"/>
        <w:spacing w:before="120" w:after="20"/>
        <w:jc w:val="both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r w:rsidR="00253C20" w:rsidRPr="00253C20">
        <w:t>CHEGADA A BANGKOK</w:t>
      </w:r>
    </w:p>
    <w:p w14:paraId="277E5E0D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Chegada</w:t>
      </w:r>
      <w:proofErr w:type="spellEnd"/>
      <w:r w:rsidRPr="00253C20">
        <w:t xml:space="preserve"> a Bangkok:</w:t>
      </w:r>
    </w:p>
    <w:p w14:paraId="7F77CB47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Alimentação</w:t>
      </w:r>
      <w:proofErr w:type="spellEnd"/>
      <w:r w:rsidRPr="00253C20">
        <w:t xml:space="preserve"> </w:t>
      </w:r>
      <w:proofErr w:type="spellStart"/>
      <w:r w:rsidRPr="00253C20">
        <w:t>não</w:t>
      </w:r>
      <w:proofErr w:type="spellEnd"/>
      <w:r w:rsidRPr="00253C20">
        <w:t xml:space="preserve"> </w:t>
      </w:r>
      <w:proofErr w:type="spellStart"/>
      <w:r w:rsidRPr="00253C20">
        <w:t>incluída</w:t>
      </w:r>
      <w:proofErr w:type="spellEnd"/>
      <w:r w:rsidRPr="00253C20">
        <w:t>.</w:t>
      </w:r>
    </w:p>
    <w:p w14:paraId="3E008DA9" w14:textId="11798F36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Recepção</w:t>
      </w:r>
      <w:proofErr w:type="spellEnd"/>
      <w:r w:rsidRPr="00253C20">
        <w:t xml:space="preserve"> </w:t>
      </w:r>
      <w:proofErr w:type="spellStart"/>
      <w:r w:rsidRPr="00253C20">
        <w:t>pelo</w:t>
      </w:r>
      <w:proofErr w:type="spellEnd"/>
      <w:r w:rsidRPr="00253C20">
        <w:t xml:space="preserve"> </w:t>
      </w:r>
      <w:proofErr w:type="spellStart"/>
      <w:r w:rsidRPr="00253C20">
        <w:t>nosso</w:t>
      </w:r>
      <w:proofErr w:type="spellEnd"/>
      <w:r w:rsidRPr="00253C20">
        <w:t xml:space="preserve"> </w:t>
      </w:r>
      <w:proofErr w:type="spellStart"/>
      <w:r w:rsidRPr="00253C20">
        <w:t>guia</w:t>
      </w:r>
      <w:proofErr w:type="spellEnd"/>
      <w:r w:rsidRPr="00253C20">
        <w:t xml:space="preserve"> e </w:t>
      </w:r>
      <w:proofErr w:type="spellStart"/>
      <w:r w:rsidRPr="00253C20">
        <w:t>traslado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hotel. Tempo livre para </w:t>
      </w:r>
      <w:proofErr w:type="spellStart"/>
      <w:r w:rsidRPr="00253C20">
        <w:t>descanso</w:t>
      </w:r>
      <w:proofErr w:type="spellEnd"/>
      <w:r w:rsidRPr="00253C20">
        <w:t>.</w:t>
      </w:r>
    </w:p>
    <w:p w14:paraId="6669B9A0" w14:textId="03362AD2" w:rsidR="00B569A9" w:rsidRDefault="00000000" w:rsidP="00253C20">
      <w:pPr>
        <w:pStyle w:val="Dia"/>
        <w:spacing w:before="120" w:after="20"/>
        <w:jc w:val="both"/>
      </w:pPr>
      <w:r>
        <w:t xml:space="preserve">📍 2º </w:t>
      </w:r>
      <w:proofErr w:type="spellStart"/>
      <w:r>
        <w:t>dia</w:t>
      </w:r>
      <w:proofErr w:type="spellEnd"/>
      <w:r>
        <w:t xml:space="preserve">: </w:t>
      </w:r>
      <w:r w:rsidR="00253C20" w:rsidRPr="00253C20">
        <w:t>BANGKOK</w:t>
      </w:r>
    </w:p>
    <w:p w14:paraId="0BF4B111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Café da </w:t>
      </w:r>
      <w:proofErr w:type="spellStart"/>
      <w:r w:rsidRPr="00253C20">
        <w:t>manhã</w:t>
      </w:r>
      <w:proofErr w:type="spellEnd"/>
      <w:r w:rsidRPr="00253C20">
        <w:t xml:space="preserve">. </w:t>
      </w:r>
      <w:proofErr w:type="spellStart"/>
      <w:r w:rsidRPr="00253C20">
        <w:t>Saída</w:t>
      </w:r>
      <w:proofErr w:type="spellEnd"/>
      <w:r w:rsidRPr="00253C20">
        <w:t xml:space="preserve"> para </w:t>
      </w:r>
      <w:proofErr w:type="spellStart"/>
      <w:r w:rsidRPr="00253C20">
        <w:t>visitar</w:t>
      </w:r>
      <w:proofErr w:type="spellEnd"/>
      <w:r w:rsidRPr="00253C20">
        <w:t xml:space="preserve"> </w:t>
      </w:r>
      <w:proofErr w:type="spellStart"/>
      <w:r w:rsidRPr="00253C20">
        <w:t>três</w:t>
      </w:r>
      <w:proofErr w:type="spellEnd"/>
      <w:r w:rsidRPr="00253C20">
        <w:t xml:space="preserve"> dos </w:t>
      </w:r>
      <w:proofErr w:type="spellStart"/>
      <w:r w:rsidRPr="00253C20">
        <w:t>templos</w:t>
      </w:r>
      <w:proofErr w:type="spellEnd"/>
      <w:r w:rsidRPr="00253C20">
        <w:t xml:space="preserve"> </w:t>
      </w:r>
      <w:proofErr w:type="spellStart"/>
      <w:r w:rsidRPr="00253C20">
        <w:t>budistas</w:t>
      </w:r>
      <w:proofErr w:type="spellEnd"/>
      <w:r w:rsidRPr="00253C20">
        <w:t xml:space="preserve"> </w:t>
      </w:r>
      <w:proofErr w:type="spellStart"/>
      <w:r w:rsidRPr="00253C20">
        <w:t>mais</w:t>
      </w:r>
      <w:proofErr w:type="spellEnd"/>
      <w:r w:rsidRPr="00253C20">
        <w:t xml:space="preserve"> </w:t>
      </w:r>
      <w:proofErr w:type="spellStart"/>
      <w:r w:rsidRPr="00253C20">
        <w:t>incomuns</w:t>
      </w:r>
      <w:proofErr w:type="spellEnd"/>
      <w:r w:rsidRPr="00253C20">
        <w:t xml:space="preserve"> da </w:t>
      </w:r>
      <w:proofErr w:type="spellStart"/>
      <w:r w:rsidRPr="00253C20">
        <w:t>cidade</w:t>
      </w:r>
      <w:proofErr w:type="spellEnd"/>
      <w:r w:rsidRPr="00253C20">
        <w:t xml:space="preserve">. </w:t>
      </w:r>
      <w:proofErr w:type="spellStart"/>
      <w:r w:rsidRPr="00253C20">
        <w:t>Começaremos</w:t>
      </w:r>
      <w:proofErr w:type="spellEnd"/>
      <w:r w:rsidRPr="00253C20">
        <w:t xml:space="preserve"> </w:t>
      </w:r>
      <w:proofErr w:type="spellStart"/>
      <w:r w:rsidRPr="00253C20">
        <w:t>pelo</w:t>
      </w:r>
      <w:proofErr w:type="spellEnd"/>
      <w:r w:rsidRPr="00253C20">
        <w:t xml:space="preserve"> Wat </w:t>
      </w:r>
      <w:proofErr w:type="spellStart"/>
      <w:r w:rsidRPr="00253C20">
        <w:t>Traimit</w:t>
      </w:r>
      <w:proofErr w:type="spellEnd"/>
      <w:r w:rsidRPr="00253C20">
        <w:t xml:space="preserve">, </w:t>
      </w:r>
      <w:proofErr w:type="spellStart"/>
      <w:r w:rsidRPr="00253C20">
        <w:t>localizado</w:t>
      </w:r>
      <w:proofErr w:type="spellEnd"/>
      <w:r w:rsidRPr="00253C20">
        <w:t xml:space="preserve"> no extremo de Chinatown, </w:t>
      </w:r>
      <w:proofErr w:type="spellStart"/>
      <w:r w:rsidRPr="00253C20">
        <w:t>na</w:t>
      </w:r>
      <w:proofErr w:type="spellEnd"/>
      <w:r w:rsidRPr="00253C20">
        <w:t xml:space="preserve"> </w:t>
      </w:r>
      <w:proofErr w:type="spellStart"/>
      <w:r w:rsidRPr="00253C20">
        <w:t>Yaowarat</w:t>
      </w:r>
      <w:proofErr w:type="spellEnd"/>
      <w:r w:rsidRPr="00253C20">
        <w:t xml:space="preserve"> Road, </w:t>
      </w:r>
      <w:proofErr w:type="spellStart"/>
      <w:r w:rsidRPr="00253C20">
        <w:t>próximo</w:t>
      </w:r>
      <w:proofErr w:type="spellEnd"/>
      <w:r w:rsidRPr="00253C20">
        <w:t xml:space="preserve"> à </w:t>
      </w:r>
      <w:proofErr w:type="spellStart"/>
      <w:r w:rsidRPr="00253C20">
        <w:t>estação</w:t>
      </w:r>
      <w:proofErr w:type="spellEnd"/>
      <w:r w:rsidRPr="00253C20">
        <w:t xml:space="preserve"> </w:t>
      </w:r>
      <w:proofErr w:type="spellStart"/>
      <w:r w:rsidRPr="00253C20">
        <w:t>ferroviária</w:t>
      </w:r>
      <w:proofErr w:type="spellEnd"/>
      <w:r w:rsidRPr="00253C20">
        <w:t xml:space="preserve"> Hua </w:t>
      </w:r>
      <w:proofErr w:type="spellStart"/>
      <w:r w:rsidRPr="00253C20">
        <w:t>Lamphong</w:t>
      </w:r>
      <w:proofErr w:type="spellEnd"/>
      <w:r w:rsidRPr="00253C20">
        <w:t xml:space="preserve">. O Wat </w:t>
      </w:r>
      <w:proofErr w:type="spellStart"/>
      <w:r w:rsidRPr="00253C20">
        <w:t>Traimit</w:t>
      </w:r>
      <w:proofErr w:type="spellEnd"/>
      <w:r w:rsidRPr="00253C20">
        <w:t xml:space="preserve"> </w:t>
      </w:r>
      <w:proofErr w:type="spellStart"/>
      <w:r w:rsidRPr="00253C20">
        <w:t>abriga</w:t>
      </w:r>
      <w:proofErr w:type="spellEnd"/>
      <w:r w:rsidRPr="00253C20">
        <w:t xml:space="preserve"> o </w:t>
      </w:r>
      <w:proofErr w:type="spellStart"/>
      <w:r w:rsidRPr="00253C20">
        <w:t>maior</w:t>
      </w:r>
      <w:proofErr w:type="spellEnd"/>
      <w:r w:rsidRPr="00253C20">
        <w:t xml:space="preserve"> Buda de </w:t>
      </w:r>
      <w:proofErr w:type="spellStart"/>
      <w:r w:rsidRPr="00253C20">
        <w:t>ouro</w:t>
      </w:r>
      <w:proofErr w:type="spellEnd"/>
      <w:r w:rsidRPr="00253C20">
        <w:t xml:space="preserve"> </w:t>
      </w:r>
      <w:proofErr w:type="spellStart"/>
      <w:r w:rsidRPr="00253C20">
        <w:t>maciço</w:t>
      </w:r>
      <w:proofErr w:type="spellEnd"/>
      <w:r w:rsidRPr="00253C20">
        <w:t xml:space="preserve"> do </w:t>
      </w:r>
      <w:proofErr w:type="spellStart"/>
      <w:r w:rsidRPr="00253C20">
        <w:t>mundo</w:t>
      </w:r>
      <w:proofErr w:type="spellEnd"/>
      <w:r w:rsidRPr="00253C20">
        <w:t xml:space="preserve">, com </w:t>
      </w:r>
      <w:proofErr w:type="spellStart"/>
      <w:r w:rsidRPr="00253C20">
        <w:t>quase</w:t>
      </w:r>
      <w:proofErr w:type="spellEnd"/>
      <w:r w:rsidRPr="00253C20">
        <w:t xml:space="preserve"> </w:t>
      </w:r>
      <w:proofErr w:type="spellStart"/>
      <w:r w:rsidRPr="00253C20">
        <w:t>cinco</w:t>
      </w:r>
      <w:proofErr w:type="spellEnd"/>
      <w:r w:rsidRPr="00253C20">
        <w:t xml:space="preserve"> metros de </w:t>
      </w:r>
      <w:proofErr w:type="spellStart"/>
      <w:r w:rsidRPr="00253C20">
        <w:t>altura</w:t>
      </w:r>
      <w:proofErr w:type="spellEnd"/>
      <w:r w:rsidRPr="00253C20">
        <w:t xml:space="preserve"> e peso de </w:t>
      </w:r>
      <w:proofErr w:type="spellStart"/>
      <w:r w:rsidRPr="00253C20">
        <w:t>cinco</w:t>
      </w:r>
      <w:proofErr w:type="spellEnd"/>
      <w:r w:rsidRPr="00253C20">
        <w:t xml:space="preserve"> </w:t>
      </w:r>
      <w:proofErr w:type="spellStart"/>
      <w:r w:rsidRPr="00253C20">
        <w:t>toneladas</w:t>
      </w:r>
      <w:proofErr w:type="spellEnd"/>
      <w:r w:rsidRPr="00253C20">
        <w:t xml:space="preserve"> e </w:t>
      </w:r>
      <w:proofErr w:type="spellStart"/>
      <w:r w:rsidRPr="00253C20">
        <w:t>meia</w:t>
      </w:r>
      <w:proofErr w:type="spellEnd"/>
      <w:r w:rsidRPr="00253C20">
        <w:t>.</w:t>
      </w:r>
    </w:p>
    <w:p w14:paraId="4539A215" w14:textId="77777777" w:rsidR="00253C20" w:rsidRPr="00253C20" w:rsidRDefault="00253C20" w:rsidP="00253C20">
      <w:pPr>
        <w:spacing w:after="40" w:line="252" w:lineRule="auto"/>
        <w:jc w:val="both"/>
      </w:pPr>
      <w:proofErr w:type="gramStart"/>
      <w:r w:rsidRPr="00253C20">
        <w:t>A</w:t>
      </w:r>
      <w:proofErr w:type="gramEnd"/>
      <w:r w:rsidRPr="00253C20">
        <w:t xml:space="preserve"> </w:t>
      </w:r>
      <w:proofErr w:type="spellStart"/>
      <w:r w:rsidRPr="00253C20">
        <w:t>excursão</w:t>
      </w:r>
      <w:proofErr w:type="spellEnd"/>
      <w:r w:rsidRPr="00253C20">
        <w:t xml:space="preserve"> continua </w:t>
      </w:r>
      <w:proofErr w:type="spellStart"/>
      <w:r w:rsidRPr="00253C20">
        <w:t>até</w:t>
      </w:r>
      <w:proofErr w:type="spellEnd"/>
      <w:r w:rsidRPr="00253C20">
        <w:t xml:space="preserve"> o Wat Pho, o </w:t>
      </w:r>
      <w:proofErr w:type="spellStart"/>
      <w:r w:rsidRPr="00253C20">
        <w:t>maior</w:t>
      </w:r>
      <w:proofErr w:type="spellEnd"/>
      <w:r w:rsidRPr="00253C20">
        <w:t xml:space="preserve"> </w:t>
      </w:r>
      <w:proofErr w:type="spellStart"/>
      <w:r w:rsidRPr="00253C20">
        <w:t>templo</w:t>
      </w:r>
      <w:proofErr w:type="spellEnd"/>
      <w:r w:rsidRPr="00253C20">
        <w:t xml:space="preserve"> de Bangkok, </w:t>
      </w:r>
      <w:proofErr w:type="spellStart"/>
      <w:r w:rsidRPr="00253C20">
        <w:t>famoso</w:t>
      </w:r>
      <w:proofErr w:type="spellEnd"/>
      <w:r w:rsidRPr="00253C20">
        <w:t xml:space="preserve"> </w:t>
      </w:r>
      <w:proofErr w:type="spellStart"/>
      <w:r w:rsidRPr="00253C20">
        <w:t>pelo</w:t>
      </w:r>
      <w:proofErr w:type="spellEnd"/>
      <w:r w:rsidRPr="00253C20">
        <w:t xml:space="preserve"> </w:t>
      </w:r>
      <w:proofErr w:type="spellStart"/>
      <w:r w:rsidRPr="00253C20">
        <w:t>enorme</w:t>
      </w:r>
      <w:proofErr w:type="spellEnd"/>
      <w:r w:rsidRPr="00253C20">
        <w:t xml:space="preserve"> Buda </w:t>
      </w:r>
      <w:proofErr w:type="spellStart"/>
      <w:r w:rsidRPr="00253C20">
        <w:t>Reclinado</w:t>
      </w:r>
      <w:proofErr w:type="spellEnd"/>
      <w:r w:rsidRPr="00253C20">
        <w:t xml:space="preserve"> e </w:t>
      </w:r>
      <w:proofErr w:type="spellStart"/>
      <w:r w:rsidRPr="00253C20">
        <w:t>pelos</w:t>
      </w:r>
      <w:proofErr w:type="spellEnd"/>
      <w:r w:rsidRPr="00253C20">
        <w:t xml:space="preserve"> Chedis dos Reis. O Buda </w:t>
      </w:r>
      <w:proofErr w:type="spellStart"/>
      <w:r w:rsidRPr="00253C20">
        <w:t>mede</w:t>
      </w:r>
      <w:proofErr w:type="spellEnd"/>
      <w:r w:rsidRPr="00253C20">
        <w:t xml:space="preserve"> 46 metros de </w:t>
      </w:r>
      <w:proofErr w:type="spellStart"/>
      <w:r w:rsidRPr="00253C20">
        <w:t>comprimento</w:t>
      </w:r>
      <w:proofErr w:type="spellEnd"/>
      <w:r w:rsidRPr="00253C20">
        <w:t xml:space="preserve"> e é </w:t>
      </w:r>
      <w:proofErr w:type="spellStart"/>
      <w:r w:rsidRPr="00253C20">
        <w:t>coberto</w:t>
      </w:r>
      <w:proofErr w:type="spellEnd"/>
      <w:r w:rsidRPr="00253C20">
        <w:t xml:space="preserve"> de </w:t>
      </w:r>
      <w:proofErr w:type="spellStart"/>
      <w:r w:rsidRPr="00253C20">
        <w:t>ouro</w:t>
      </w:r>
      <w:proofErr w:type="spellEnd"/>
      <w:r w:rsidRPr="00253C20">
        <w:t>.</w:t>
      </w:r>
    </w:p>
    <w:p w14:paraId="4F0BCF5A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Em </w:t>
      </w:r>
      <w:proofErr w:type="spellStart"/>
      <w:r w:rsidRPr="00253C20">
        <w:t>seguida</w:t>
      </w:r>
      <w:proofErr w:type="spellEnd"/>
      <w:r w:rsidRPr="00253C20">
        <w:t xml:space="preserve">, visita </w:t>
      </w:r>
      <w:proofErr w:type="spellStart"/>
      <w:r w:rsidRPr="00253C20">
        <w:t>ao</w:t>
      </w:r>
      <w:proofErr w:type="spellEnd"/>
      <w:r w:rsidRPr="00253C20">
        <w:t xml:space="preserve"> Grande Palácio, </w:t>
      </w:r>
      <w:proofErr w:type="spellStart"/>
      <w:r w:rsidRPr="00253C20">
        <w:t>sem</w:t>
      </w:r>
      <w:proofErr w:type="spellEnd"/>
      <w:r w:rsidRPr="00253C20">
        <w:t xml:space="preserve"> </w:t>
      </w:r>
      <w:proofErr w:type="spellStart"/>
      <w:r w:rsidRPr="00253C20">
        <w:t>dúvida</w:t>
      </w:r>
      <w:proofErr w:type="spellEnd"/>
      <w:r w:rsidRPr="00253C20">
        <w:t xml:space="preserve"> o </w:t>
      </w:r>
      <w:proofErr w:type="spellStart"/>
      <w:r w:rsidRPr="00253C20">
        <w:t>monumento</w:t>
      </w:r>
      <w:proofErr w:type="spellEnd"/>
      <w:r w:rsidRPr="00253C20">
        <w:t xml:space="preserve"> </w:t>
      </w:r>
      <w:proofErr w:type="spellStart"/>
      <w:r w:rsidRPr="00253C20">
        <w:t>mais</w:t>
      </w:r>
      <w:proofErr w:type="spellEnd"/>
      <w:r w:rsidRPr="00253C20">
        <w:t xml:space="preserve"> </w:t>
      </w:r>
      <w:proofErr w:type="spellStart"/>
      <w:r w:rsidRPr="00253C20">
        <w:t>famoso</w:t>
      </w:r>
      <w:proofErr w:type="spellEnd"/>
      <w:r w:rsidRPr="00253C20">
        <w:t xml:space="preserve"> da </w:t>
      </w:r>
      <w:proofErr w:type="spellStart"/>
      <w:r w:rsidRPr="00253C20">
        <w:t>cidade</w:t>
      </w:r>
      <w:proofErr w:type="spellEnd"/>
      <w:r w:rsidRPr="00253C20">
        <w:t xml:space="preserve">. </w:t>
      </w:r>
      <w:proofErr w:type="spellStart"/>
      <w:r w:rsidRPr="00253C20">
        <w:t>Construído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1782, </w:t>
      </w:r>
      <w:proofErr w:type="spellStart"/>
      <w:r w:rsidRPr="00253C20">
        <w:t>foi</w:t>
      </w:r>
      <w:proofErr w:type="spellEnd"/>
      <w:r w:rsidRPr="00253C20">
        <w:t xml:space="preserve"> </w:t>
      </w:r>
      <w:proofErr w:type="spellStart"/>
      <w:r w:rsidRPr="00253C20">
        <w:t>por</w:t>
      </w:r>
      <w:proofErr w:type="spellEnd"/>
      <w:r w:rsidRPr="00253C20">
        <w:t xml:space="preserve"> 150 </w:t>
      </w:r>
      <w:proofErr w:type="spellStart"/>
      <w:r w:rsidRPr="00253C20">
        <w:t>anos</w:t>
      </w:r>
      <w:proofErr w:type="spellEnd"/>
      <w:r w:rsidRPr="00253C20">
        <w:t xml:space="preserve"> </w:t>
      </w:r>
      <w:proofErr w:type="spellStart"/>
      <w:r w:rsidRPr="00253C20">
        <w:t>residência</w:t>
      </w:r>
      <w:proofErr w:type="spellEnd"/>
      <w:r w:rsidRPr="00253C20">
        <w:t xml:space="preserve"> do rei da </w:t>
      </w:r>
      <w:proofErr w:type="spellStart"/>
      <w:r w:rsidRPr="00253C20">
        <w:t>Tailândia</w:t>
      </w:r>
      <w:proofErr w:type="spellEnd"/>
      <w:r w:rsidRPr="00253C20">
        <w:t xml:space="preserve">, </w:t>
      </w:r>
      <w:proofErr w:type="spellStart"/>
      <w:r w:rsidRPr="00253C20">
        <w:t>sede</w:t>
      </w:r>
      <w:proofErr w:type="spellEnd"/>
      <w:r w:rsidRPr="00253C20">
        <w:t xml:space="preserve"> da corte real e </w:t>
      </w:r>
      <w:proofErr w:type="spellStart"/>
      <w:r w:rsidRPr="00253C20">
        <w:t>centro</w:t>
      </w:r>
      <w:proofErr w:type="spellEnd"/>
      <w:r w:rsidRPr="00253C20">
        <w:t xml:space="preserve"> </w:t>
      </w:r>
      <w:proofErr w:type="spellStart"/>
      <w:r w:rsidRPr="00253C20">
        <w:t>administrativo</w:t>
      </w:r>
      <w:proofErr w:type="spellEnd"/>
      <w:r w:rsidRPr="00253C20">
        <w:t xml:space="preserve"> do </w:t>
      </w:r>
      <w:proofErr w:type="spellStart"/>
      <w:r w:rsidRPr="00253C20">
        <w:t>governo</w:t>
      </w:r>
      <w:proofErr w:type="spellEnd"/>
      <w:r w:rsidRPr="00253C20">
        <w:t>.</w:t>
      </w:r>
    </w:p>
    <w:p w14:paraId="131E93BA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Dentro</w:t>
      </w:r>
      <w:proofErr w:type="spellEnd"/>
      <w:r w:rsidRPr="00253C20">
        <w:t xml:space="preserve"> do </w:t>
      </w:r>
      <w:proofErr w:type="spellStart"/>
      <w:r w:rsidRPr="00253C20">
        <w:t>complexo</w:t>
      </w:r>
      <w:proofErr w:type="spellEnd"/>
      <w:r w:rsidRPr="00253C20">
        <w:t xml:space="preserve"> </w:t>
      </w:r>
      <w:proofErr w:type="spellStart"/>
      <w:r w:rsidRPr="00253C20">
        <w:t>está</w:t>
      </w:r>
      <w:proofErr w:type="spellEnd"/>
      <w:r w:rsidRPr="00253C20">
        <w:t xml:space="preserve"> o Wat Phra Kaew, o Templo do Buda de Esmeralda, </w:t>
      </w:r>
      <w:proofErr w:type="spellStart"/>
      <w:r w:rsidRPr="00253C20">
        <w:t>considerado</w:t>
      </w:r>
      <w:proofErr w:type="spellEnd"/>
      <w:r w:rsidRPr="00253C20">
        <w:t xml:space="preserve"> o </w:t>
      </w:r>
      <w:proofErr w:type="spellStart"/>
      <w:r w:rsidRPr="00253C20">
        <w:t>mais</w:t>
      </w:r>
      <w:proofErr w:type="spellEnd"/>
      <w:r w:rsidRPr="00253C20">
        <w:t xml:space="preserve"> </w:t>
      </w:r>
      <w:proofErr w:type="spellStart"/>
      <w:r w:rsidRPr="00253C20">
        <w:t>importante</w:t>
      </w:r>
      <w:proofErr w:type="spellEnd"/>
      <w:r w:rsidRPr="00253C20">
        <w:t xml:space="preserve"> da </w:t>
      </w:r>
      <w:proofErr w:type="spellStart"/>
      <w:r w:rsidRPr="00253C20">
        <w:t>Tailândia</w:t>
      </w:r>
      <w:proofErr w:type="spellEnd"/>
      <w:r w:rsidRPr="00253C20">
        <w:t xml:space="preserve">, </w:t>
      </w:r>
      <w:proofErr w:type="spellStart"/>
      <w:r w:rsidRPr="00253C20">
        <w:t>onde</w:t>
      </w:r>
      <w:proofErr w:type="spellEnd"/>
      <w:r w:rsidRPr="00253C20">
        <w:t xml:space="preserve"> se </w:t>
      </w:r>
      <w:proofErr w:type="spellStart"/>
      <w:r w:rsidRPr="00253C20">
        <w:t>encontra</w:t>
      </w:r>
      <w:proofErr w:type="spellEnd"/>
      <w:r w:rsidRPr="00253C20">
        <w:t xml:space="preserve"> </w:t>
      </w:r>
      <w:proofErr w:type="spellStart"/>
      <w:r w:rsidRPr="00253C20">
        <w:t>uma</w:t>
      </w:r>
      <w:proofErr w:type="spellEnd"/>
      <w:r w:rsidRPr="00253C20">
        <w:t xml:space="preserve"> </w:t>
      </w:r>
      <w:proofErr w:type="spellStart"/>
      <w:r w:rsidRPr="00253C20">
        <w:t>imagem</w:t>
      </w:r>
      <w:proofErr w:type="spellEnd"/>
      <w:r w:rsidRPr="00253C20">
        <w:t xml:space="preserve"> </w:t>
      </w:r>
      <w:proofErr w:type="spellStart"/>
      <w:r w:rsidRPr="00253C20">
        <w:t>altamente</w:t>
      </w:r>
      <w:proofErr w:type="spellEnd"/>
      <w:r w:rsidRPr="00253C20">
        <w:t xml:space="preserve"> </w:t>
      </w:r>
      <w:proofErr w:type="spellStart"/>
      <w:r w:rsidRPr="00253C20">
        <w:t>venerada</w:t>
      </w:r>
      <w:proofErr w:type="spellEnd"/>
      <w:r w:rsidRPr="00253C20">
        <w:t xml:space="preserve"> de Buda </w:t>
      </w:r>
      <w:proofErr w:type="spellStart"/>
      <w:r w:rsidRPr="00253C20">
        <w:t>esculpida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um </w:t>
      </w:r>
      <w:proofErr w:type="spellStart"/>
      <w:r w:rsidRPr="00253C20">
        <w:t>único</w:t>
      </w:r>
      <w:proofErr w:type="spellEnd"/>
      <w:r w:rsidRPr="00253C20">
        <w:t xml:space="preserve"> </w:t>
      </w:r>
      <w:proofErr w:type="spellStart"/>
      <w:r w:rsidRPr="00253C20">
        <w:t>bloco</w:t>
      </w:r>
      <w:proofErr w:type="spellEnd"/>
      <w:r w:rsidRPr="00253C20">
        <w:t xml:space="preserve"> de jade.</w:t>
      </w:r>
    </w:p>
    <w:p w14:paraId="19AE8EDB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Hospedagem</w:t>
      </w:r>
      <w:proofErr w:type="spellEnd"/>
      <w:r w:rsidRPr="00253C20">
        <w:t>.</w:t>
      </w:r>
    </w:p>
    <w:p w14:paraId="07ED6C85" w14:textId="24EA6AA1" w:rsidR="00B569A9" w:rsidRDefault="00000000" w:rsidP="00253C20">
      <w:pPr>
        <w:pStyle w:val="Dia"/>
        <w:spacing w:before="120" w:after="20"/>
        <w:jc w:val="both"/>
      </w:pPr>
      <w:r>
        <w:t xml:space="preserve">📍 3º </w:t>
      </w:r>
      <w:proofErr w:type="spellStart"/>
      <w:r>
        <w:t>dia</w:t>
      </w:r>
      <w:proofErr w:type="spellEnd"/>
      <w:r>
        <w:t xml:space="preserve">: </w:t>
      </w:r>
      <w:r w:rsidR="00253C20" w:rsidRPr="00253C20">
        <w:t>BANGKOK – CHIANG RAI</w:t>
      </w:r>
    </w:p>
    <w:p w14:paraId="7244653E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Café da </w:t>
      </w:r>
      <w:proofErr w:type="spellStart"/>
      <w:r w:rsidRPr="00253C20">
        <w:t>manhã</w:t>
      </w:r>
      <w:proofErr w:type="spellEnd"/>
      <w:r w:rsidRPr="00253C20">
        <w:t xml:space="preserve">. </w:t>
      </w:r>
      <w:proofErr w:type="spellStart"/>
      <w:r w:rsidRPr="00253C20">
        <w:t>Traslado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aeroporto</w:t>
      </w:r>
      <w:proofErr w:type="spellEnd"/>
      <w:r w:rsidRPr="00253C20">
        <w:t xml:space="preserve"> para </w:t>
      </w:r>
      <w:proofErr w:type="spellStart"/>
      <w:proofErr w:type="gramStart"/>
      <w:r w:rsidRPr="00253C20">
        <w:t>voo</w:t>
      </w:r>
      <w:proofErr w:type="spellEnd"/>
      <w:r w:rsidRPr="00253C20">
        <w:t>(</w:t>
      </w:r>
      <w:proofErr w:type="spellStart"/>
      <w:proofErr w:type="gramEnd"/>
      <w:r w:rsidRPr="00253C20">
        <w:t>não</w:t>
      </w:r>
      <w:proofErr w:type="spellEnd"/>
      <w:r w:rsidRPr="00253C20">
        <w:t xml:space="preserve"> </w:t>
      </w:r>
      <w:proofErr w:type="spellStart"/>
      <w:r w:rsidRPr="00253C20">
        <w:t>incído</w:t>
      </w:r>
      <w:proofErr w:type="spellEnd"/>
      <w:r w:rsidRPr="00253C20">
        <w:t xml:space="preserve">) a Chiang Rai. </w:t>
      </w:r>
      <w:proofErr w:type="spellStart"/>
      <w:r w:rsidRPr="00253C20">
        <w:t>Recepção</w:t>
      </w:r>
      <w:proofErr w:type="spellEnd"/>
      <w:r w:rsidRPr="00253C20">
        <w:t xml:space="preserve"> </w:t>
      </w:r>
      <w:proofErr w:type="spellStart"/>
      <w:r w:rsidRPr="00253C20">
        <w:t>pelo</w:t>
      </w:r>
      <w:proofErr w:type="spellEnd"/>
      <w:r w:rsidRPr="00253C20">
        <w:t xml:space="preserve"> </w:t>
      </w:r>
      <w:proofErr w:type="spellStart"/>
      <w:r w:rsidRPr="00253C20">
        <w:t>guia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</w:t>
      </w:r>
      <w:proofErr w:type="spellStart"/>
      <w:r w:rsidRPr="00253C20">
        <w:t>espanhol</w:t>
      </w:r>
      <w:proofErr w:type="spellEnd"/>
      <w:r w:rsidRPr="00253C20">
        <w:t>.</w:t>
      </w:r>
    </w:p>
    <w:p w14:paraId="44ED034B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Continuação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minibus </w:t>
      </w:r>
      <w:proofErr w:type="spellStart"/>
      <w:r w:rsidRPr="00253C20">
        <w:t>até</w:t>
      </w:r>
      <w:proofErr w:type="spellEnd"/>
      <w:r w:rsidRPr="00253C20">
        <w:t xml:space="preserve"> o </w:t>
      </w:r>
      <w:proofErr w:type="spellStart"/>
      <w:r w:rsidRPr="00253C20">
        <w:t>Triângulo</w:t>
      </w:r>
      <w:proofErr w:type="spellEnd"/>
      <w:r w:rsidRPr="00253C20">
        <w:t xml:space="preserve"> de Ouro, </w:t>
      </w:r>
      <w:proofErr w:type="spellStart"/>
      <w:r w:rsidRPr="00253C20">
        <w:t>onde</w:t>
      </w:r>
      <w:proofErr w:type="spellEnd"/>
      <w:r w:rsidRPr="00253C20">
        <w:t xml:space="preserve"> se </w:t>
      </w:r>
      <w:proofErr w:type="spellStart"/>
      <w:r w:rsidRPr="00253C20">
        <w:t>encontram</w:t>
      </w:r>
      <w:proofErr w:type="spellEnd"/>
      <w:r w:rsidRPr="00253C20">
        <w:t xml:space="preserve"> as </w:t>
      </w:r>
      <w:proofErr w:type="spellStart"/>
      <w:r w:rsidRPr="00253C20">
        <w:t>fronteiras</w:t>
      </w:r>
      <w:proofErr w:type="spellEnd"/>
      <w:r w:rsidRPr="00253C20">
        <w:t xml:space="preserve"> de Myanmar, Laos e </w:t>
      </w:r>
      <w:proofErr w:type="spellStart"/>
      <w:r w:rsidRPr="00253C20">
        <w:t>Tailândia</w:t>
      </w:r>
      <w:proofErr w:type="spellEnd"/>
      <w:r w:rsidRPr="00253C20">
        <w:t xml:space="preserve">, no Rio Mekong. </w:t>
      </w:r>
      <w:proofErr w:type="spellStart"/>
      <w:r w:rsidRPr="00253C20">
        <w:t>Passeio</w:t>
      </w:r>
      <w:proofErr w:type="spellEnd"/>
      <w:r w:rsidRPr="00253C20">
        <w:t xml:space="preserve"> de </w:t>
      </w:r>
      <w:proofErr w:type="spellStart"/>
      <w:r w:rsidRPr="00253C20">
        <w:t>barco</w:t>
      </w:r>
      <w:proofErr w:type="spellEnd"/>
      <w:r w:rsidRPr="00253C20">
        <w:t xml:space="preserve"> </w:t>
      </w:r>
      <w:proofErr w:type="spellStart"/>
      <w:r w:rsidRPr="00253C20">
        <w:t>tradicional</w:t>
      </w:r>
      <w:proofErr w:type="spellEnd"/>
      <w:r w:rsidRPr="00253C20">
        <w:t xml:space="preserve"> (30 </w:t>
      </w:r>
      <w:proofErr w:type="spellStart"/>
      <w:r w:rsidRPr="00253C20">
        <w:t>minutos</w:t>
      </w:r>
      <w:proofErr w:type="spellEnd"/>
      <w:r w:rsidRPr="00253C20">
        <w:t xml:space="preserve">), </w:t>
      </w:r>
      <w:proofErr w:type="spellStart"/>
      <w:r w:rsidRPr="00253C20">
        <w:t>observando</w:t>
      </w:r>
      <w:proofErr w:type="spellEnd"/>
      <w:r w:rsidRPr="00253C20">
        <w:t xml:space="preserve"> a </w:t>
      </w:r>
      <w:proofErr w:type="spellStart"/>
      <w:r w:rsidRPr="00253C20">
        <w:t>vida</w:t>
      </w:r>
      <w:proofErr w:type="spellEnd"/>
      <w:r w:rsidRPr="00253C20">
        <w:t xml:space="preserve"> local no Laos.</w:t>
      </w:r>
    </w:p>
    <w:p w14:paraId="53A4332E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Almoço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</w:t>
      </w:r>
      <w:proofErr w:type="spellStart"/>
      <w:r w:rsidRPr="00253C20">
        <w:t>restaurante</w:t>
      </w:r>
      <w:proofErr w:type="spellEnd"/>
      <w:r w:rsidRPr="00253C20">
        <w:t xml:space="preserve"> local. Visita à Casa do </w:t>
      </w:r>
      <w:proofErr w:type="spellStart"/>
      <w:r w:rsidRPr="00253C20">
        <w:t>Ópio</w:t>
      </w:r>
      <w:proofErr w:type="spellEnd"/>
      <w:r w:rsidRPr="00253C20">
        <w:t xml:space="preserve"> e </w:t>
      </w:r>
      <w:proofErr w:type="spellStart"/>
      <w:r w:rsidRPr="00253C20">
        <w:t>às</w:t>
      </w:r>
      <w:proofErr w:type="spellEnd"/>
      <w:r w:rsidRPr="00253C20">
        <w:t xml:space="preserve"> aldeias das </w:t>
      </w:r>
      <w:proofErr w:type="spellStart"/>
      <w:r w:rsidRPr="00253C20">
        <w:t>minorias</w:t>
      </w:r>
      <w:proofErr w:type="spellEnd"/>
      <w:r w:rsidRPr="00253C20">
        <w:t xml:space="preserve"> </w:t>
      </w:r>
      <w:proofErr w:type="spellStart"/>
      <w:r w:rsidRPr="00253C20">
        <w:t>étnicas</w:t>
      </w:r>
      <w:proofErr w:type="spellEnd"/>
      <w:r w:rsidRPr="00253C20">
        <w:t xml:space="preserve"> Akha e Yao.</w:t>
      </w:r>
    </w:p>
    <w:p w14:paraId="5D4C4ADE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Visita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povoado</w:t>
      </w:r>
      <w:proofErr w:type="spellEnd"/>
      <w:r w:rsidRPr="00253C20">
        <w:t xml:space="preserve"> das </w:t>
      </w:r>
      <w:proofErr w:type="spellStart"/>
      <w:r w:rsidRPr="00253C20">
        <w:t>famosas</w:t>
      </w:r>
      <w:proofErr w:type="spellEnd"/>
      <w:r w:rsidRPr="00253C20">
        <w:t xml:space="preserve"> </w:t>
      </w:r>
      <w:proofErr w:type="spellStart"/>
      <w:r w:rsidRPr="00253C20">
        <w:t>mulheres</w:t>
      </w:r>
      <w:proofErr w:type="spellEnd"/>
      <w:r w:rsidRPr="00253C20">
        <w:t xml:space="preserve"> </w:t>
      </w:r>
      <w:proofErr w:type="spellStart"/>
      <w:r w:rsidRPr="00253C20">
        <w:t>girafa</w:t>
      </w:r>
      <w:proofErr w:type="spellEnd"/>
      <w:r w:rsidRPr="00253C20">
        <w:t>.</w:t>
      </w:r>
    </w:p>
    <w:p w14:paraId="1861FDC1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Jantar e </w:t>
      </w:r>
      <w:proofErr w:type="spellStart"/>
      <w:r w:rsidRPr="00253C20">
        <w:t>hospedagem</w:t>
      </w:r>
      <w:proofErr w:type="spellEnd"/>
      <w:r w:rsidRPr="00253C20">
        <w:t>.</w:t>
      </w:r>
    </w:p>
    <w:p w14:paraId="46D568E7" w14:textId="32FA1F48" w:rsidR="00B569A9" w:rsidRDefault="00000000" w:rsidP="00253C20">
      <w:pPr>
        <w:pStyle w:val="Dia"/>
        <w:spacing w:before="120" w:after="20"/>
        <w:jc w:val="both"/>
      </w:pPr>
      <w:r>
        <w:t xml:space="preserve">📍 4º </w:t>
      </w:r>
      <w:proofErr w:type="spellStart"/>
      <w:r>
        <w:t>dia</w:t>
      </w:r>
      <w:proofErr w:type="spellEnd"/>
      <w:r>
        <w:t xml:space="preserve">: </w:t>
      </w:r>
      <w:r w:rsidR="00253C20" w:rsidRPr="00253C20">
        <w:t>CHIANG RAI – CHIANG MAI</w:t>
      </w:r>
    </w:p>
    <w:p w14:paraId="42DE56F8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Café da </w:t>
      </w:r>
      <w:proofErr w:type="spellStart"/>
      <w:r w:rsidRPr="00253C20">
        <w:t>manhã</w:t>
      </w:r>
      <w:proofErr w:type="spellEnd"/>
      <w:r w:rsidRPr="00253C20">
        <w:t xml:space="preserve">. Pela </w:t>
      </w:r>
      <w:proofErr w:type="spellStart"/>
      <w:r w:rsidRPr="00253C20">
        <w:t>manhã</w:t>
      </w:r>
      <w:proofErr w:type="spellEnd"/>
      <w:r w:rsidRPr="00253C20">
        <w:t xml:space="preserve">, </w:t>
      </w:r>
      <w:proofErr w:type="spellStart"/>
      <w:r w:rsidRPr="00253C20">
        <w:t>passeio</w:t>
      </w:r>
      <w:proofErr w:type="spellEnd"/>
      <w:r w:rsidRPr="00253C20">
        <w:t xml:space="preserve"> de </w:t>
      </w:r>
      <w:proofErr w:type="spellStart"/>
      <w:r w:rsidRPr="00253C20">
        <w:t>barco</w:t>
      </w:r>
      <w:proofErr w:type="spellEnd"/>
      <w:r w:rsidRPr="00253C20">
        <w:t xml:space="preserve"> </w:t>
      </w:r>
      <w:proofErr w:type="spellStart"/>
      <w:r w:rsidRPr="00253C20">
        <w:t>pelo</w:t>
      </w:r>
      <w:proofErr w:type="spellEnd"/>
      <w:r w:rsidRPr="00253C20">
        <w:t xml:space="preserve"> </w:t>
      </w:r>
      <w:proofErr w:type="spellStart"/>
      <w:r w:rsidRPr="00253C20">
        <w:t>rio</w:t>
      </w:r>
      <w:proofErr w:type="spellEnd"/>
      <w:r w:rsidRPr="00253C20">
        <w:t xml:space="preserve"> Kok, </w:t>
      </w:r>
      <w:proofErr w:type="spellStart"/>
      <w:r w:rsidRPr="00253C20">
        <w:t>visitando</w:t>
      </w:r>
      <w:proofErr w:type="spellEnd"/>
      <w:r w:rsidRPr="00253C20">
        <w:t xml:space="preserve"> </w:t>
      </w:r>
      <w:proofErr w:type="spellStart"/>
      <w:r w:rsidRPr="00253C20">
        <w:t>tribos</w:t>
      </w:r>
      <w:proofErr w:type="spellEnd"/>
      <w:r w:rsidRPr="00253C20">
        <w:t xml:space="preserve"> Karen </w:t>
      </w:r>
      <w:proofErr w:type="spellStart"/>
      <w:r w:rsidRPr="00253C20">
        <w:t>que</w:t>
      </w:r>
      <w:proofErr w:type="spellEnd"/>
      <w:r w:rsidRPr="00253C20">
        <w:t xml:space="preserve"> </w:t>
      </w:r>
      <w:proofErr w:type="spellStart"/>
      <w:r w:rsidRPr="00253C20">
        <w:t>vivem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cabanas de </w:t>
      </w:r>
      <w:proofErr w:type="spellStart"/>
      <w:r w:rsidRPr="00253C20">
        <w:t>bambu</w:t>
      </w:r>
      <w:proofErr w:type="spellEnd"/>
      <w:r w:rsidRPr="00253C20">
        <w:t xml:space="preserve"> </w:t>
      </w:r>
      <w:proofErr w:type="spellStart"/>
      <w:r w:rsidRPr="00253C20">
        <w:t>na</w:t>
      </w:r>
      <w:proofErr w:type="spellEnd"/>
      <w:r w:rsidRPr="00253C20">
        <w:t xml:space="preserve"> selva.</w:t>
      </w:r>
    </w:p>
    <w:p w14:paraId="66BB2F80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Visita </w:t>
      </w:r>
      <w:proofErr w:type="spellStart"/>
      <w:r w:rsidRPr="00253C20">
        <w:t>ao</w:t>
      </w:r>
      <w:proofErr w:type="spellEnd"/>
      <w:r w:rsidRPr="00253C20">
        <w:t xml:space="preserve"> Templo Azul (Wat Rong Suea Ten), </w:t>
      </w:r>
      <w:proofErr w:type="spellStart"/>
      <w:r w:rsidRPr="00253C20">
        <w:t>conhecido</w:t>
      </w:r>
      <w:proofErr w:type="spellEnd"/>
      <w:r w:rsidRPr="00253C20">
        <w:t xml:space="preserve"> </w:t>
      </w:r>
      <w:proofErr w:type="spellStart"/>
      <w:r w:rsidRPr="00253C20">
        <w:t>por</w:t>
      </w:r>
      <w:proofErr w:type="spellEnd"/>
      <w:r w:rsidRPr="00253C20">
        <w:t xml:space="preserve"> </w:t>
      </w:r>
      <w:proofErr w:type="spellStart"/>
      <w:r w:rsidRPr="00253C20">
        <w:t>sua</w:t>
      </w:r>
      <w:proofErr w:type="spellEnd"/>
      <w:r w:rsidRPr="00253C20">
        <w:t xml:space="preserve"> </w:t>
      </w:r>
      <w:proofErr w:type="spellStart"/>
      <w:r w:rsidRPr="00253C20">
        <w:t>cor</w:t>
      </w:r>
      <w:proofErr w:type="spellEnd"/>
      <w:r w:rsidRPr="00253C20">
        <w:t xml:space="preserve"> </w:t>
      </w:r>
      <w:proofErr w:type="spellStart"/>
      <w:r w:rsidRPr="00253C20">
        <w:t>azul</w:t>
      </w:r>
      <w:proofErr w:type="spellEnd"/>
      <w:r w:rsidRPr="00253C20">
        <w:t xml:space="preserve"> </w:t>
      </w:r>
      <w:proofErr w:type="spellStart"/>
      <w:r w:rsidRPr="00253C20">
        <w:t>intensa</w:t>
      </w:r>
      <w:proofErr w:type="spellEnd"/>
      <w:r w:rsidRPr="00253C20">
        <w:t xml:space="preserve"> e </w:t>
      </w:r>
      <w:proofErr w:type="spellStart"/>
      <w:r w:rsidRPr="00253C20">
        <w:t>esculturas</w:t>
      </w:r>
      <w:proofErr w:type="spellEnd"/>
      <w:r w:rsidRPr="00253C20">
        <w:t xml:space="preserve"> </w:t>
      </w:r>
      <w:proofErr w:type="spellStart"/>
      <w:r w:rsidRPr="00253C20">
        <w:t>elaboradas</w:t>
      </w:r>
      <w:proofErr w:type="spellEnd"/>
      <w:r w:rsidRPr="00253C20">
        <w:t>.</w:t>
      </w:r>
    </w:p>
    <w:p w14:paraId="361A1F50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Visita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famoso</w:t>
      </w:r>
      <w:proofErr w:type="spellEnd"/>
      <w:r w:rsidRPr="00253C20">
        <w:t xml:space="preserve"> Templo Branco (Wat Rong Khun).</w:t>
      </w:r>
    </w:p>
    <w:p w14:paraId="2330036D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Seguimos </w:t>
      </w:r>
      <w:proofErr w:type="spellStart"/>
      <w:r w:rsidRPr="00253C20">
        <w:t>por</w:t>
      </w:r>
      <w:proofErr w:type="spellEnd"/>
      <w:r w:rsidRPr="00253C20">
        <w:t xml:space="preserve"> </w:t>
      </w:r>
      <w:proofErr w:type="spellStart"/>
      <w:r w:rsidRPr="00253C20">
        <w:t>estrada</w:t>
      </w:r>
      <w:proofErr w:type="spellEnd"/>
      <w:r w:rsidRPr="00253C20">
        <w:t xml:space="preserve"> </w:t>
      </w:r>
      <w:proofErr w:type="spellStart"/>
      <w:r w:rsidRPr="00253C20">
        <w:t>até</w:t>
      </w:r>
      <w:proofErr w:type="spellEnd"/>
      <w:r w:rsidRPr="00253C20">
        <w:t xml:space="preserve"> Chiang Mai (</w:t>
      </w:r>
      <w:proofErr w:type="spellStart"/>
      <w:r w:rsidRPr="00253C20">
        <w:t>aprox</w:t>
      </w:r>
      <w:proofErr w:type="spellEnd"/>
      <w:r w:rsidRPr="00253C20">
        <w:t>. 3 horas).</w:t>
      </w:r>
    </w:p>
    <w:p w14:paraId="04002B64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Chegada</w:t>
      </w:r>
      <w:proofErr w:type="spellEnd"/>
      <w:r w:rsidRPr="00253C20">
        <w:t xml:space="preserve">, </w:t>
      </w:r>
      <w:proofErr w:type="spellStart"/>
      <w:r w:rsidRPr="00253C20">
        <w:t>almoço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</w:t>
      </w:r>
      <w:proofErr w:type="spellStart"/>
      <w:r w:rsidRPr="00253C20">
        <w:t>restaurante</w:t>
      </w:r>
      <w:proofErr w:type="spellEnd"/>
      <w:r w:rsidRPr="00253C20">
        <w:t xml:space="preserve"> local.</w:t>
      </w:r>
    </w:p>
    <w:p w14:paraId="158D570D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Visita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templo</w:t>
      </w:r>
      <w:proofErr w:type="spellEnd"/>
      <w:r w:rsidRPr="00253C20">
        <w:t xml:space="preserve"> Wat Doi Suthep, o </w:t>
      </w:r>
      <w:proofErr w:type="spellStart"/>
      <w:r w:rsidRPr="00253C20">
        <w:t>mais</w:t>
      </w:r>
      <w:proofErr w:type="spellEnd"/>
      <w:r w:rsidRPr="00253C20">
        <w:t xml:space="preserve"> </w:t>
      </w:r>
      <w:proofErr w:type="spellStart"/>
      <w:r w:rsidRPr="00253C20">
        <w:t>famoso</w:t>
      </w:r>
      <w:proofErr w:type="spellEnd"/>
      <w:r w:rsidRPr="00253C20">
        <w:t xml:space="preserve"> da </w:t>
      </w:r>
      <w:proofErr w:type="spellStart"/>
      <w:r w:rsidRPr="00253C20">
        <w:t>cidade</w:t>
      </w:r>
      <w:proofErr w:type="spellEnd"/>
      <w:r w:rsidRPr="00253C20">
        <w:t xml:space="preserve">, </w:t>
      </w:r>
      <w:proofErr w:type="spellStart"/>
      <w:r w:rsidRPr="00253C20">
        <w:t>localizado</w:t>
      </w:r>
      <w:proofErr w:type="spellEnd"/>
      <w:r w:rsidRPr="00253C20">
        <w:t xml:space="preserve"> no topo de </w:t>
      </w:r>
      <w:proofErr w:type="spellStart"/>
      <w:r w:rsidRPr="00253C20">
        <w:t>uma</w:t>
      </w:r>
      <w:proofErr w:type="spellEnd"/>
      <w:r w:rsidRPr="00253C20">
        <w:t xml:space="preserve"> </w:t>
      </w:r>
      <w:proofErr w:type="spellStart"/>
      <w:r w:rsidRPr="00253C20">
        <w:t>colina</w:t>
      </w:r>
      <w:proofErr w:type="spellEnd"/>
      <w:r w:rsidRPr="00253C20">
        <w:t>.</w:t>
      </w:r>
    </w:p>
    <w:p w14:paraId="2E152BEE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Jantar e </w:t>
      </w:r>
      <w:proofErr w:type="spellStart"/>
      <w:r w:rsidRPr="00253C20">
        <w:t>hospedagem</w:t>
      </w:r>
      <w:proofErr w:type="spellEnd"/>
      <w:r w:rsidRPr="00253C20">
        <w:t>.</w:t>
      </w:r>
    </w:p>
    <w:p w14:paraId="0F18CF8A" w14:textId="78604EC1" w:rsidR="00B569A9" w:rsidRDefault="00000000" w:rsidP="00253C20">
      <w:pPr>
        <w:pStyle w:val="Dia"/>
        <w:spacing w:before="120" w:after="20"/>
        <w:jc w:val="both"/>
      </w:pPr>
      <w:r>
        <w:t xml:space="preserve">📍 5º </w:t>
      </w:r>
      <w:proofErr w:type="spellStart"/>
      <w:r>
        <w:t>dia</w:t>
      </w:r>
      <w:proofErr w:type="spellEnd"/>
      <w:r>
        <w:t xml:space="preserve">: </w:t>
      </w:r>
      <w:r w:rsidR="00253C20" w:rsidRPr="00253C20">
        <w:t>CHIANG MAI</w:t>
      </w:r>
    </w:p>
    <w:p w14:paraId="45995AFC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Café da </w:t>
      </w:r>
      <w:proofErr w:type="spellStart"/>
      <w:r w:rsidRPr="00253C20">
        <w:t>manhã</w:t>
      </w:r>
      <w:proofErr w:type="spellEnd"/>
      <w:r w:rsidRPr="00253C20">
        <w:t xml:space="preserve">. Visita a </w:t>
      </w:r>
      <w:proofErr w:type="spellStart"/>
      <w:r w:rsidRPr="00253C20">
        <w:t>fábricas</w:t>
      </w:r>
      <w:proofErr w:type="spellEnd"/>
      <w:r w:rsidRPr="00253C20">
        <w:t xml:space="preserve"> de </w:t>
      </w:r>
      <w:proofErr w:type="spellStart"/>
      <w:r w:rsidRPr="00253C20">
        <w:t>artesanato</w:t>
      </w:r>
      <w:proofErr w:type="spellEnd"/>
      <w:r w:rsidRPr="00253C20">
        <w:t xml:space="preserve"> local. </w:t>
      </w:r>
    </w:p>
    <w:p w14:paraId="1A548371" w14:textId="66BB96E9" w:rsidR="00253C20" w:rsidRPr="00253C20" w:rsidRDefault="00253C20" w:rsidP="00253C20">
      <w:pPr>
        <w:spacing w:after="40" w:line="252" w:lineRule="auto"/>
        <w:jc w:val="both"/>
      </w:pPr>
      <w:r w:rsidRPr="00253C20">
        <w:t xml:space="preserve">Seguimos </w:t>
      </w:r>
      <w:proofErr w:type="spellStart"/>
      <w:r w:rsidRPr="00253C20">
        <w:t>ao</w:t>
      </w:r>
      <w:proofErr w:type="spellEnd"/>
      <w:r w:rsidRPr="00253C20">
        <w:t xml:space="preserve"> vale de Mae Sa para visita à fazenda de </w:t>
      </w:r>
      <w:proofErr w:type="spellStart"/>
      <w:r w:rsidRPr="00253C20">
        <w:t>orquídeas</w:t>
      </w:r>
      <w:proofErr w:type="spellEnd"/>
      <w:r w:rsidRPr="00253C20">
        <w:t>.</w:t>
      </w:r>
    </w:p>
    <w:p w14:paraId="37433987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Almoço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</w:t>
      </w:r>
      <w:proofErr w:type="spellStart"/>
      <w:r w:rsidRPr="00253C20">
        <w:t>restaurante</w:t>
      </w:r>
      <w:proofErr w:type="spellEnd"/>
      <w:r w:rsidRPr="00253C20">
        <w:t xml:space="preserve"> local.</w:t>
      </w:r>
    </w:p>
    <w:p w14:paraId="2902C1B7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À </w:t>
      </w:r>
      <w:proofErr w:type="spellStart"/>
      <w:r w:rsidRPr="00253C20">
        <w:t>tarde</w:t>
      </w:r>
      <w:proofErr w:type="spellEnd"/>
      <w:r w:rsidRPr="00253C20">
        <w:t xml:space="preserve">, visita </w:t>
      </w:r>
      <w:proofErr w:type="gramStart"/>
      <w:r w:rsidRPr="00253C20">
        <w:t>a</w:t>
      </w:r>
      <w:proofErr w:type="gramEnd"/>
      <w:r w:rsidRPr="00253C20">
        <w:t xml:space="preserve"> um </w:t>
      </w:r>
      <w:proofErr w:type="spellStart"/>
      <w:r w:rsidRPr="00253C20">
        <w:t>santuário</w:t>
      </w:r>
      <w:proofErr w:type="spellEnd"/>
      <w:r w:rsidRPr="00253C20">
        <w:t xml:space="preserve"> de </w:t>
      </w:r>
      <w:proofErr w:type="spellStart"/>
      <w:r w:rsidRPr="00253C20">
        <w:t>elefantes</w:t>
      </w:r>
      <w:proofErr w:type="spellEnd"/>
      <w:r w:rsidRPr="00253C20">
        <w:t xml:space="preserve"> para </w:t>
      </w:r>
      <w:proofErr w:type="spellStart"/>
      <w:r w:rsidRPr="00253C20">
        <w:t>aprender</w:t>
      </w:r>
      <w:proofErr w:type="spellEnd"/>
      <w:r w:rsidRPr="00253C20">
        <w:t xml:space="preserve"> </w:t>
      </w:r>
      <w:proofErr w:type="spellStart"/>
      <w:r w:rsidRPr="00253C20">
        <w:t>sobre</w:t>
      </w:r>
      <w:proofErr w:type="spellEnd"/>
      <w:r w:rsidRPr="00253C20">
        <w:t xml:space="preserve"> </w:t>
      </w:r>
      <w:proofErr w:type="spellStart"/>
      <w:r w:rsidRPr="00253C20">
        <w:t>os</w:t>
      </w:r>
      <w:proofErr w:type="spellEnd"/>
      <w:r w:rsidRPr="00253C20">
        <w:t xml:space="preserve"> </w:t>
      </w:r>
      <w:proofErr w:type="spellStart"/>
      <w:r w:rsidRPr="00253C20">
        <w:t>animais</w:t>
      </w:r>
      <w:proofErr w:type="spellEnd"/>
      <w:r w:rsidRPr="00253C20">
        <w:t xml:space="preserve">, </w:t>
      </w:r>
      <w:proofErr w:type="spellStart"/>
      <w:r w:rsidRPr="00253C20">
        <w:t>alimentá-los</w:t>
      </w:r>
      <w:proofErr w:type="spellEnd"/>
      <w:r w:rsidRPr="00253C20">
        <w:t xml:space="preserve"> e </w:t>
      </w:r>
      <w:proofErr w:type="spellStart"/>
      <w:r w:rsidRPr="00253C20">
        <w:t>participar</w:t>
      </w:r>
      <w:proofErr w:type="spellEnd"/>
      <w:r w:rsidRPr="00253C20">
        <w:t xml:space="preserve"> de </w:t>
      </w:r>
      <w:proofErr w:type="spellStart"/>
      <w:r w:rsidRPr="00253C20">
        <w:t>atividades</w:t>
      </w:r>
      <w:proofErr w:type="spellEnd"/>
      <w:r w:rsidRPr="00253C20">
        <w:t xml:space="preserve"> </w:t>
      </w:r>
      <w:proofErr w:type="spellStart"/>
      <w:r w:rsidRPr="00253C20">
        <w:t>como</w:t>
      </w:r>
      <w:proofErr w:type="spellEnd"/>
      <w:r w:rsidRPr="00253C20">
        <w:t xml:space="preserve"> </w:t>
      </w:r>
      <w:proofErr w:type="spellStart"/>
      <w:r w:rsidRPr="00253C20">
        <w:t>banho</w:t>
      </w:r>
      <w:proofErr w:type="spellEnd"/>
      <w:r w:rsidRPr="00253C20">
        <w:t xml:space="preserve"> — </w:t>
      </w:r>
      <w:proofErr w:type="spellStart"/>
      <w:r w:rsidRPr="00253C20">
        <w:t>uma</w:t>
      </w:r>
      <w:proofErr w:type="spellEnd"/>
      <w:r w:rsidRPr="00253C20">
        <w:t xml:space="preserve"> </w:t>
      </w:r>
      <w:proofErr w:type="spellStart"/>
      <w:r w:rsidRPr="00253C20">
        <w:t>experiência</w:t>
      </w:r>
      <w:proofErr w:type="spellEnd"/>
      <w:r w:rsidRPr="00253C20">
        <w:t xml:space="preserve"> </w:t>
      </w:r>
      <w:proofErr w:type="spellStart"/>
      <w:r w:rsidRPr="00253C20">
        <w:t>inesquecível</w:t>
      </w:r>
      <w:proofErr w:type="spellEnd"/>
      <w:r w:rsidRPr="00253C20">
        <w:t>.</w:t>
      </w:r>
    </w:p>
    <w:p w14:paraId="69CE62DE" w14:textId="77777777" w:rsidR="00253C20" w:rsidRPr="00253C20" w:rsidRDefault="00253C20" w:rsidP="00253C20">
      <w:pPr>
        <w:spacing w:after="40" w:line="252" w:lineRule="auto"/>
        <w:jc w:val="both"/>
      </w:pPr>
      <w:r w:rsidRPr="00253C20">
        <w:t>Jantar Kantoke.</w:t>
      </w:r>
    </w:p>
    <w:p w14:paraId="5E3B80C6" w14:textId="2DB3D33D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Hospedagem</w:t>
      </w:r>
      <w:proofErr w:type="spellEnd"/>
      <w:r w:rsidRPr="00253C20">
        <w:t>.</w:t>
      </w:r>
    </w:p>
    <w:p w14:paraId="59B0CA62" w14:textId="2600C22E" w:rsidR="00B569A9" w:rsidRDefault="00000000" w:rsidP="00253C20">
      <w:pPr>
        <w:pStyle w:val="Dia"/>
        <w:spacing w:before="120" w:after="20"/>
        <w:jc w:val="both"/>
      </w:pPr>
      <w:r>
        <w:t xml:space="preserve">📍 6º </w:t>
      </w:r>
      <w:proofErr w:type="spellStart"/>
      <w:r>
        <w:t>dia</w:t>
      </w:r>
      <w:proofErr w:type="spellEnd"/>
      <w:r>
        <w:t xml:space="preserve">: </w:t>
      </w:r>
      <w:r w:rsidR="00253C20" w:rsidRPr="00253C20">
        <w:t>CHIANG MAI – HANOI</w:t>
      </w:r>
    </w:p>
    <w:p w14:paraId="5446EEDF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Café da </w:t>
      </w:r>
      <w:proofErr w:type="spellStart"/>
      <w:r w:rsidRPr="00253C20">
        <w:t>manhã</w:t>
      </w:r>
      <w:proofErr w:type="spellEnd"/>
      <w:r w:rsidRPr="00253C20">
        <w:t xml:space="preserve">. </w:t>
      </w:r>
      <w:proofErr w:type="spellStart"/>
      <w:r w:rsidRPr="00253C20">
        <w:t>Traslado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aeroporto</w:t>
      </w:r>
      <w:proofErr w:type="spellEnd"/>
      <w:r w:rsidRPr="00253C20">
        <w:t xml:space="preserve"> para </w:t>
      </w:r>
      <w:proofErr w:type="spellStart"/>
      <w:r w:rsidRPr="00253C20">
        <w:t>voo</w:t>
      </w:r>
      <w:proofErr w:type="spellEnd"/>
      <w:r w:rsidRPr="00253C20">
        <w:t xml:space="preserve"> (</w:t>
      </w:r>
      <w:proofErr w:type="spellStart"/>
      <w:r w:rsidRPr="00253C20">
        <w:t>não</w:t>
      </w:r>
      <w:proofErr w:type="spellEnd"/>
      <w:r w:rsidRPr="00253C20">
        <w:t xml:space="preserve"> </w:t>
      </w:r>
      <w:proofErr w:type="spellStart"/>
      <w:r w:rsidRPr="00253C20">
        <w:t>incluído</w:t>
      </w:r>
      <w:proofErr w:type="spellEnd"/>
      <w:r w:rsidRPr="00253C20">
        <w:t>) a Hanoi.</w:t>
      </w:r>
    </w:p>
    <w:p w14:paraId="4046B156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Chegada</w:t>
      </w:r>
      <w:proofErr w:type="spellEnd"/>
      <w:r w:rsidRPr="00253C20">
        <w:t xml:space="preserve"> e </w:t>
      </w:r>
      <w:proofErr w:type="spellStart"/>
      <w:r w:rsidRPr="00253C20">
        <w:t>recepção</w:t>
      </w:r>
      <w:proofErr w:type="spellEnd"/>
      <w:r w:rsidRPr="00253C20">
        <w:t xml:space="preserve"> </w:t>
      </w:r>
      <w:proofErr w:type="spellStart"/>
      <w:r w:rsidRPr="00253C20">
        <w:t>pelo</w:t>
      </w:r>
      <w:proofErr w:type="spellEnd"/>
      <w:r w:rsidRPr="00253C20">
        <w:t xml:space="preserve"> </w:t>
      </w:r>
      <w:proofErr w:type="spellStart"/>
      <w:r w:rsidRPr="00253C20">
        <w:t>guia</w:t>
      </w:r>
      <w:proofErr w:type="spellEnd"/>
      <w:r w:rsidRPr="00253C20">
        <w:t xml:space="preserve">. </w:t>
      </w:r>
      <w:proofErr w:type="spellStart"/>
      <w:r w:rsidRPr="00253C20">
        <w:t>Traslado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hotel (</w:t>
      </w:r>
      <w:proofErr w:type="spellStart"/>
      <w:r w:rsidRPr="00253C20">
        <w:t>aprox</w:t>
      </w:r>
      <w:proofErr w:type="spellEnd"/>
      <w:r w:rsidRPr="00253C20">
        <w:t xml:space="preserve">. 1h), com </w:t>
      </w:r>
      <w:proofErr w:type="spellStart"/>
      <w:r w:rsidRPr="00253C20">
        <w:t>primeiras</w:t>
      </w:r>
      <w:proofErr w:type="spellEnd"/>
      <w:r w:rsidRPr="00253C20">
        <w:t xml:space="preserve"> </w:t>
      </w:r>
      <w:proofErr w:type="spellStart"/>
      <w:r w:rsidRPr="00253C20">
        <w:t>impressões</w:t>
      </w:r>
      <w:proofErr w:type="spellEnd"/>
      <w:r w:rsidRPr="00253C20">
        <w:t xml:space="preserve"> da </w:t>
      </w:r>
      <w:proofErr w:type="spellStart"/>
      <w:r w:rsidRPr="00253C20">
        <w:t>cidade</w:t>
      </w:r>
      <w:proofErr w:type="spellEnd"/>
      <w:r w:rsidRPr="00253C20">
        <w:t xml:space="preserve"> e </w:t>
      </w:r>
      <w:proofErr w:type="spellStart"/>
      <w:r w:rsidRPr="00253C20">
        <w:t>sua</w:t>
      </w:r>
      <w:proofErr w:type="spellEnd"/>
      <w:r w:rsidRPr="00253C20">
        <w:t xml:space="preserve"> </w:t>
      </w:r>
      <w:proofErr w:type="spellStart"/>
      <w:r w:rsidRPr="00253C20">
        <w:t>mistura</w:t>
      </w:r>
      <w:proofErr w:type="spellEnd"/>
      <w:r w:rsidRPr="00253C20">
        <w:t xml:space="preserve"> de </w:t>
      </w:r>
      <w:proofErr w:type="spellStart"/>
      <w:r w:rsidRPr="00253C20">
        <w:t>movimento</w:t>
      </w:r>
      <w:proofErr w:type="spellEnd"/>
      <w:r w:rsidRPr="00253C20">
        <w:t xml:space="preserve"> e </w:t>
      </w:r>
      <w:proofErr w:type="spellStart"/>
      <w:r w:rsidRPr="00253C20">
        <w:t>tranquilidade</w:t>
      </w:r>
      <w:proofErr w:type="spellEnd"/>
      <w:r w:rsidRPr="00253C20">
        <w:t>.</w:t>
      </w:r>
    </w:p>
    <w:p w14:paraId="730DFF4A" w14:textId="77777777" w:rsidR="00253C20" w:rsidRPr="00253C20" w:rsidRDefault="00253C20" w:rsidP="00253C20">
      <w:pPr>
        <w:spacing w:after="40" w:line="252" w:lineRule="auto"/>
        <w:jc w:val="both"/>
      </w:pPr>
      <w:r w:rsidRPr="00253C20">
        <w:t>Tempo livre.</w:t>
      </w:r>
    </w:p>
    <w:p w14:paraId="7DBB78A0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Hospedagem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Hanoi.</w:t>
      </w:r>
    </w:p>
    <w:p w14:paraId="0F5FB891" w14:textId="42996CBD" w:rsidR="00B569A9" w:rsidRDefault="00000000" w:rsidP="00253C20">
      <w:pPr>
        <w:pStyle w:val="Dia"/>
        <w:spacing w:before="120" w:after="20"/>
        <w:jc w:val="both"/>
      </w:pPr>
      <w:r>
        <w:lastRenderedPageBreak/>
        <w:t xml:space="preserve">📍 7º </w:t>
      </w:r>
      <w:proofErr w:type="spellStart"/>
      <w:r>
        <w:t>dia</w:t>
      </w:r>
      <w:proofErr w:type="spellEnd"/>
      <w:r>
        <w:t xml:space="preserve">: </w:t>
      </w:r>
      <w:r w:rsidR="00253C20" w:rsidRPr="00253C20">
        <w:t>HANOI</w:t>
      </w:r>
    </w:p>
    <w:p w14:paraId="67597334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Café da </w:t>
      </w:r>
      <w:proofErr w:type="spellStart"/>
      <w:r w:rsidRPr="00253C20">
        <w:t>manhã</w:t>
      </w:r>
      <w:proofErr w:type="spellEnd"/>
      <w:r w:rsidRPr="00253C20">
        <w:t>.</w:t>
      </w:r>
    </w:p>
    <w:p w14:paraId="6DA5735F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Visita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Complexo</w:t>
      </w:r>
      <w:proofErr w:type="spellEnd"/>
      <w:r w:rsidRPr="00253C20">
        <w:t xml:space="preserve"> de Ho Chi Minh (exterior do </w:t>
      </w:r>
      <w:proofErr w:type="spellStart"/>
      <w:r w:rsidRPr="00253C20">
        <w:t>mausoléu</w:t>
      </w:r>
      <w:proofErr w:type="spellEnd"/>
      <w:r w:rsidRPr="00253C20">
        <w:t xml:space="preserve"> e casa </w:t>
      </w:r>
      <w:proofErr w:type="spellStart"/>
      <w:r w:rsidRPr="00253C20">
        <w:t>sobre</w:t>
      </w:r>
      <w:proofErr w:type="spellEnd"/>
      <w:r w:rsidRPr="00253C20">
        <w:t xml:space="preserve"> </w:t>
      </w:r>
      <w:proofErr w:type="spellStart"/>
      <w:r w:rsidRPr="00253C20">
        <w:t>palafitas</w:t>
      </w:r>
      <w:proofErr w:type="spellEnd"/>
      <w:r w:rsidRPr="00253C20">
        <w:t>).</w:t>
      </w:r>
    </w:p>
    <w:p w14:paraId="7F47E969" w14:textId="77777777" w:rsidR="00253C20" w:rsidRPr="00253C20" w:rsidRDefault="00253C20" w:rsidP="00253C20">
      <w:pPr>
        <w:spacing w:after="40" w:line="252" w:lineRule="auto"/>
        <w:jc w:val="both"/>
      </w:pPr>
      <w:r w:rsidRPr="00253C20">
        <w:t>Visita à Pagoda de Um Pilar.</w:t>
      </w:r>
    </w:p>
    <w:p w14:paraId="04D2628D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Continuação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Templo da </w:t>
      </w:r>
      <w:proofErr w:type="spellStart"/>
      <w:r w:rsidRPr="00253C20">
        <w:t>Literatura</w:t>
      </w:r>
      <w:proofErr w:type="spellEnd"/>
      <w:r w:rsidRPr="00253C20">
        <w:t xml:space="preserve">, </w:t>
      </w:r>
      <w:proofErr w:type="spellStart"/>
      <w:r w:rsidRPr="00253C20">
        <w:t>primeira</w:t>
      </w:r>
      <w:proofErr w:type="spellEnd"/>
      <w:r w:rsidRPr="00253C20">
        <w:t xml:space="preserve"> </w:t>
      </w:r>
      <w:proofErr w:type="spellStart"/>
      <w:r w:rsidRPr="00253C20">
        <w:t>universidade</w:t>
      </w:r>
      <w:proofErr w:type="spellEnd"/>
      <w:r w:rsidRPr="00253C20">
        <w:t xml:space="preserve"> do </w:t>
      </w:r>
      <w:proofErr w:type="spellStart"/>
      <w:r w:rsidRPr="00253C20">
        <w:t>Vietnã</w:t>
      </w:r>
      <w:proofErr w:type="spellEnd"/>
      <w:r w:rsidRPr="00253C20">
        <w:t>.</w:t>
      </w:r>
    </w:p>
    <w:p w14:paraId="161B6303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Após</w:t>
      </w:r>
      <w:proofErr w:type="spellEnd"/>
      <w:r w:rsidRPr="00253C20">
        <w:t xml:space="preserve"> </w:t>
      </w:r>
      <w:proofErr w:type="spellStart"/>
      <w:r w:rsidRPr="00253C20">
        <w:t>almoço</w:t>
      </w:r>
      <w:proofErr w:type="spellEnd"/>
      <w:r w:rsidRPr="00253C20">
        <w:t xml:space="preserve"> livre, visita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Museu</w:t>
      </w:r>
      <w:proofErr w:type="spellEnd"/>
      <w:r w:rsidRPr="00253C20">
        <w:t xml:space="preserve"> de </w:t>
      </w:r>
      <w:proofErr w:type="spellStart"/>
      <w:r w:rsidRPr="00253C20">
        <w:t>Etnologia</w:t>
      </w:r>
      <w:proofErr w:type="spellEnd"/>
      <w:r w:rsidRPr="00253C20">
        <w:t xml:space="preserve">, com </w:t>
      </w:r>
      <w:proofErr w:type="spellStart"/>
      <w:r w:rsidRPr="00253C20">
        <w:t>exposições</w:t>
      </w:r>
      <w:proofErr w:type="spellEnd"/>
      <w:r w:rsidRPr="00253C20">
        <w:t xml:space="preserve"> </w:t>
      </w:r>
      <w:proofErr w:type="spellStart"/>
      <w:r w:rsidRPr="00253C20">
        <w:t>sobre</w:t>
      </w:r>
      <w:proofErr w:type="spellEnd"/>
      <w:r w:rsidRPr="00253C20">
        <w:t xml:space="preserve"> </w:t>
      </w:r>
      <w:proofErr w:type="spellStart"/>
      <w:r w:rsidRPr="00253C20">
        <w:t>os</w:t>
      </w:r>
      <w:proofErr w:type="spellEnd"/>
      <w:r w:rsidRPr="00253C20">
        <w:t xml:space="preserve"> 54 </w:t>
      </w:r>
      <w:proofErr w:type="spellStart"/>
      <w:r w:rsidRPr="00253C20">
        <w:t>grupos</w:t>
      </w:r>
      <w:proofErr w:type="spellEnd"/>
      <w:r w:rsidRPr="00253C20">
        <w:t xml:space="preserve"> </w:t>
      </w:r>
      <w:proofErr w:type="spellStart"/>
      <w:r w:rsidRPr="00253C20">
        <w:t>étnicos</w:t>
      </w:r>
      <w:proofErr w:type="spellEnd"/>
      <w:r w:rsidRPr="00253C20">
        <w:t xml:space="preserve"> do </w:t>
      </w:r>
      <w:proofErr w:type="spellStart"/>
      <w:r w:rsidRPr="00253C20">
        <w:t>país</w:t>
      </w:r>
      <w:proofErr w:type="spellEnd"/>
      <w:r w:rsidRPr="00253C20">
        <w:t>.</w:t>
      </w:r>
    </w:p>
    <w:p w14:paraId="33B22EE0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Passeio</w:t>
      </w:r>
      <w:proofErr w:type="spellEnd"/>
      <w:r w:rsidRPr="00253C20">
        <w:t xml:space="preserve"> </w:t>
      </w:r>
      <w:proofErr w:type="spellStart"/>
      <w:r w:rsidRPr="00253C20">
        <w:t>pelo</w:t>
      </w:r>
      <w:proofErr w:type="spellEnd"/>
      <w:r w:rsidRPr="00253C20">
        <w:t xml:space="preserve"> Lago Hoan Kiem e </w:t>
      </w:r>
      <w:proofErr w:type="spellStart"/>
      <w:r w:rsidRPr="00253C20">
        <w:t>pelos</w:t>
      </w:r>
      <w:proofErr w:type="spellEnd"/>
      <w:r w:rsidRPr="00253C20">
        <w:t xml:space="preserve"> bairros </w:t>
      </w:r>
      <w:proofErr w:type="spellStart"/>
      <w:r w:rsidRPr="00253C20">
        <w:t>antigos</w:t>
      </w:r>
      <w:proofErr w:type="spellEnd"/>
      <w:r w:rsidRPr="00253C20">
        <w:t>.</w:t>
      </w:r>
    </w:p>
    <w:p w14:paraId="55BD1779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Passeio</w:t>
      </w:r>
      <w:proofErr w:type="spellEnd"/>
      <w:r w:rsidRPr="00253C20">
        <w:t xml:space="preserve"> de </w:t>
      </w:r>
      <w:proofErr w:type="spellStart"/>
      <w:r w:rsidRPr="00253C20">
        <w:t>ciclo</w:t>
      </w:r>
      <w:proofErr w:type="spellEnd"/>
      <w:r w:rsidRPr="00253C20">
        <w:t xml:space="preserve"> (</w:t>
      </w:r>
      <w:proofErr w:type="spellStart"/>
      <w:r w:rsidRPr="00253C20">
        <w:t>tipo</w:t>
      </w:r>
      <w:proofErr w:type="spellEnd"/>
      <w:r w:rsidRPr="00253C20">
        <w:t xml:space="preserve"> </w:t>
      </w:r>
      <w:proofErr w:type="spellStart"/>
      <w:r w:rsidRPr="00253C20">
        <w:t>riquixá</w:t>
      </w:r>
      <w:proofErr w:type="spellEnd"/>
      <w:r w:rsidRPr="00253C20">
        <w:t xml:space="preserve">) </w:t>
      </w:r>
      <w:proofErr w:type="spellStart"/>
      <w:r w:rsidRPr="00253C20">
        <w:t>pelas</w:t>
      </w:r>
      <w:proofErr w:type="spellEnd"/>
      <w:r w:rsidRPr="00253C20">
        <w:t xml:space="preserve"> </w:t>
      </w:r>
      <w:proofErr w:type="spellStart"/>
      <w:r w:rsidRPr="00253C20">
        <w:t>ruas</w:t>
      </w:r>
      <w:proofErr w:type="spellEnd"/>
      <w:r w:rsidRPr="00253C20">
        <w:t xml:space="preserve"> do </w:t>
      </w:r>
      <w:proofErr w:type="spellStart"/>
      <w:r w:rsidRPr="00253C20">
        <w:t>centro</w:t>
      </w:r>
      <w:proofErr w:type="spellEnd"/>
      <w:r w:rsidRPr="00253C20">
        <w:t xml:space="preserve"> histórico.</w:t>
      </w:r>
    </w:p>
    <w:p w14:paraId="0C661F51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Retorno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hotel.</w:t>
      </w:r>
    </w:p>
    <w:p w14:paraId="55A077B0" w14:textId="7476317A" w:rsidR="00B569A9" w:rsidRDefault="00000000" w:rsidP="00253C20">
      <w:pPr>
        <w:pStyle w:val="Dia"/>
        <w:spacing w:before="120" w:after="20"/>
        <w:jc w:val="both"/>
      </w:pPr>
      <w:r>
        <w:t xml:space="preserve">📍 8º </w:t>
      </w:r>
      <w:proofErr w:type="spellStart"/>
      <w:r>
        <w:t>dia</w:t>
      </w:r>
      <w:proofErr w:type="spellEnd"/>
      <w:r>
        <w:t xml:space="preserve">: </w:t>
      </w:r>
      <w:r w:rsidR="00253C20" w:rsidRPr="00253C20">
        <w:t>HANOI – BAÍA DE HALONG</w:t>
      </w:r>
    </w:p>
    <w:p w14:paraId="196108D6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Café da </w:t>
      </w:r>
      <w:proofErr w:type="spellStart"/>
      <w:r w:rsidRPr="00253C20">
        <w:t>manhã</w:t>
      </w:r>
      <w:proofErr w:type="spellEnd"/>
      <w:r w:rsidRPr="00253C20">
        <w:t xml:space="preserve">. </w:t>
      </w:r>
      <w:proofErr w:type="spellStart"/>
      <w:r w:rsidRPr="00253C20">
        <w:t>Saída</w:t>
      </w:r>
      <w:proofErr w:type="spellEnd"/>
      <w:r w:rsidRPr="00253C20">
        <w:t xml:space="preserve"> </w:t>
      </w:r>
      <w:proofErr w:type="spellStart"/>
      <w:r w:rsidRPr="00253C20">
        <w:t>por</w:t>
      </w:r>
      <w:proofErr w:type="spellEnd"/>
      <w:r w:rsidRPr="00253C20">
        <w:t xml:space="preserve"> </w:t>
      </w:r>
      <w:proofErr w:type="spellStart"/>
      <w:r w:rsidRPr="00253C20">
        <w:t>estrada</w:t>
      </w:r>
      <w:proofErr w:type="spellEnd"/>
      <w:r w:rsidRPr="00253C20">
        <w:t xml:space="preserve"> para a Baía de Halong (“o </w:t>
      </w:r>
      <w:proofErr w:type="spellStart"/>
      <w:r w:rsidRPr="00253C20">
        <w:t>dragão</w:t>
      </w:r>
      <w:proofErr w:type="spellEnd"/>
      <w:r w:rsidRPr="00253C20">
        <w:t xml:space="preserve"> </w:t>
      </w:r>
      <w:proofErr w:type="spellStart"/>
      <w:r w:rsidRPr="00253C20">
        <w:t>que</w:t>
      </w:r>
      <w:proofErr w:type="spellEnd"/>
      <w:r w:rsidRPr="00253C20">
        <w:t xml:space="preserve"> </w:t>
      </w:r>
      <w:proofErr w:type="spellStart"/>
      <w:r w:rsidRPr="00253C20">
        <w:t>desce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mar”).</w:t>
      </w:r>
    </w:p>
    <w:p w14:paraId="3A9CBC81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Embarque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cruzeiro.</w:t>
      </w:r>
    </w:p>
    <w:p w14:paraId="29F874A3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Almoço</w:t>
      </w:r>
      <w:proofErr w:type="spellEnd"/>
      <w:r w:rsidRPr="00253C20">
        <w:t xml:space="preserve"> a </w:t>
      </w:r>
      <w:proofErr w:type="spellStart"/>
      <w:r w:rsidRPr="00253C20">
        <w:t>bordo</w:t>
      </w:r>
      <w:proofErr w:type="spellEnd"/>
      <w:r w:rsidRPr="00253C20">
        <w:t>.</w:t>
      </w:r>
    </w:p>
    <w:p w14:paraId="3B9F478A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Navegação</w:t>
      </w:r>
      <w:proofErr w:type="spellEnd"/>
      <w:r w:rsidRPr="00253C20">
        <w:t xml:space="preserve"> entre </w:t>
      </w:r>
      <w:proofErr w:type="spellStart"/>
      <w:r w:rsidRPr="00253C20">
        <w:t>milhares</w:t>
      </w:r>
      <w:proofErr w:type="spellEnd"/>
      <w:r w:rsidRPr="00253C20">
        <w:t xml:space="preserve"> de </w:t>
      </w:r>
      <w:proofErr w:type="spellStart"/>
      <w:r w:rsidRPr="00253C20">
        <w:t>ilhas</w:t>
      </w:r>
      <w:proofErr w:type="spellEnd"/>
      <w:r w:rsidRPr="00253C20">
        <w:t xml:space="preserve"> e </w:t>
      </w:r>
      <w:proofErr w:type="spellStart"/>
      <w:r w:rsidRPr="00253C20">
        <w:t>formações</w:t>
      </w:r>
      <w:proofErr w:type="spellEnd"/>
      <w:r w:rsidRPr="00253C20">
        <w:t xml:space="preserve"> </w:t>
      </w:r>
      <w:proofErr w:type="spellStart"/>
      <w:r w:rsidRPr="00253C20">
        <w:t>rochosas</w:t>
      </w:r>
      <w:proofErr w:type="spellEnd"/>
      <w:r w:rsidRPr="00253C20">
        <w:t xml:space="preserve"> de formas </w:t>
      </w:r>
      <w:proofErr w:type="spellStart"/>
      <w:r w:rsidRPr="00253C20">
        <w:t>únicas</w:t>
      </w:r>
      <w:proofErr w:type="spellEnd"/>
      <w:r w:rsidRPr="00253C20">
        <w:t>.</w:t>
      </w:r>
    </w:p>
    <w:p w14:paraId="6888470E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Tempo livre para </w:t>
      </w:r>
      <w:proofErr w:type="spellStart"/>
      <w:r w:rsidRPr="00253C20">
        <w:t>atividades</w:t>
      </w:r>
      <w:proofErr w:type="spellEnd"/>
      <w:r w:rsidRPr="00253C20">
        <w:t xml:space="preserve"> </w:t>
      </w:r>
      <w:proofErr w:type="spellStart"/>
      <w:r w:rsidRPr="00253C20">
        <w:t>opcionais</w:t>
      </w:r>
      <w:proofErr w:type="spellEnd"/>
      <w:r w:rsidRPr="00253C20">
        <w:t xml:space="preserve"> </w:t>
      </w:r>
      <w:proofErr w:type="spellStart"/>
      <w:r w:rsidRPr="00253C20">
        <w:t>como</w:t>
      </w:r>
      <w:proofErr w:type="spellEnd"/>
      <w:r w:rsidRPr="00253C20">
        <w:t xml:space="preserve"> </w:t>
      </w:r>
      <w:proofErr w:type="spellStart"/>
      <w:r w:rsidRPr="00253C20">
        <w:t>natação</w:t>
      </w:r>
      <w:proofErr w:type="spellEnd"/>
      <w:r w:rsidRPr="00253C20">
        <w:t xml:space="preserve">, </w:t>
      </w:r>
      <w:proofErr w:type="spellStart"/>
      <w:r w:rsidRPr="00253C20">
        <w:t>caiaque</w:t>
      </w:r>
      <w:proofErr w:type="spellEnd"/>
      <w:r w:rsidRPr="00253C20">
        <w:t xml:space="preserve"> </w:t>
      </w:r>
      <w:proofErr w:type="spellStart"/>
      <w:r w:rsidRPr="00253C20">
        <w:t>ou</w:t>
      </w:r>
      <w:proofErr w:type="spellEnd"/>
      <w:r w:rsidRPr="00253C20">
        <w:t xml:space="preserve"> aula de </w:t>
      </w:r>
      <w:proofErr w:type="spellStart"/>
      <w:r w:rsidRPr="00253C20">
        <w:t>culinária</w:t>
      </w:r>
      <w:proofErr w:type="spellEnd"/>
      <w:r w:rsidRPr="00253C20">
        <w:t xml:space="preserve"> </w:t>
      </w:r>
      <w:proofErr w:type="spellStart"/>
      <w:r w:rsidRPr="00253C20">
        <w:t>vietnamita</w:t>
      </w:r>
      <w:proofErr w:type="spellEnd"/>
      <w:r w:rsidRPr="00253C20">
        <w:t>.</w:t>
      </w:r>
    </w:p>
    <w:p w14:paraId="2AB344C6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Jantar e </w:t>
      </w:r>
      <w:proofErr w:type="spellStart"/>
      <w:r w:rsidRPr="00253C20">
        <w:t>pernoite</w:t>
      </w:r>
      <w:proofErr w:type="spellEnd"/>
      <w:r w:rsidRPr="00253C20">
        <w:t xml:space="preserve"> a </w:t>
      </w:r>
      <w:proofErr w:type="spellStart"/>
      <w:r w:rsidRPr="00253C20">
        <w:t>bordo</w:t>
      </w:r>
      <w:proofErr w:type="spellEnd"/>
      <w:r w:rsidRPr="00253C20">
        <w:t>.</w:t>
      </w:r>
    </w:p>
    <w:p w14:paraId="0336FA0E" w14:textId="43522E0A" w:rsidR="00253C20" w:rsidRDefault="00253C20" w:rsidP="00253C20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9º </w:t>
      </w:r>
      <w:proofErr w:type="spellStart"/>
      <w:r>
        <w:t>dia</w:t>
      </w:r>
      <w:proofErr w:type="spellEnd"/>
      <w:r>
        <w:t xml:space="preserve">: </w:t>
      </w:r>
      <w:r w:rsidRPr="00253C20">
        <w:t>HALONG – SIEM REAP</w:t>
      </w:r>
    </w:p>
    <w:p w14:paraId="2BF21402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Ao </w:t>
      </w:r>
      <w:proofErr w:type="spellStart"/>
      <w:r w:rsidRPr="00253C20">
        <w:t>amanhecer</w:t>
      </w:r>
      <w:proofErr w:type="spellEnd"/>
      <w:r w:rsidRPr="00253C20">
        <w:t>, aula de Tai Chi no deck (</w:t>
      </w:r>
      <w:proofErr w:type="spellStart"/>
      <w:r w:rsidRPr="00253C20">
        <w:t>opcional</w:t>
      </w:r>
      <w:proofErr w:type="spellEnd"/>
      <w:r w:rsidRPr="00253C20">
        <w:t>).</w:t>
      </w:r>
    </w:p>
    <w:p w14:paraId="00F652D1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Continuação</w:t>
      </w:r>
      <w:proofErr w:type="spellEnd"/>
      <w:r w:rsidRPr="00253C20">
        <w:t xml:space="preserve"> da </w:t>
      </w:r>
      <w:proofErr w:type="spellStart"/>
      <w:r w:rsidRPr="00253C20">
        <w:t>navegação</w:t>
      </w:r>
      <w:proofErr w:type="spellEnd"/>
      <w:r w:rsidRPr="00253C20">
        <w:t xml:space="preserve"> e </w:t>
      </w:r>
      <w:proofErr w:type="spellStart"/>
      <w:r w:rsidRPr="00253C20">
        <w:t>contemplação</w:t>
      </w:r>
      <w:proofErr w:type="spellEnd"/>
      <w:r w:rsidRPr="00253C20">
        <w:t xml:space="preserve"> das </w:t>
      </w:r>
      <w:proofErr w:type="spellStart"/>
      <w:r w:rsidRPr="00253C20">
        <w:t>paisagens</w:t>
      </w:r>
      <w:proofErr w:type="spellEnd"/>
      <w:r w:rsidRPr="00253C20">
        <w:t>.</w:t>
      </w:r>
    </w:p>
    <w:p w14:paraId="04D3D759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Brunch a </w:t>
      </w:r>
      <w:proofErr w:type="spellStart"/>
      <w:r w:rsidRPr="00253C20">
        <w:t>bordo</w:t>
      </w:r>
      <w:proofErr w:type="spellEnd"/>
      <w:r w:rsidRPr="00253C20">
        <w:t>.</w:t>
      </w:r>
    </w:p>
    <w:p w14:paraId="4DF92662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Desembarque</w:t>
      </w:r>
      <w:proofErr w:type="spellEnd"/>
      <w:r w:rsidRPr="00253C20">
        <w:t xml:space="preserve"> e </w:t>
      </w:r>
      <w:proofErr w:type="spellStart"/>
      <w:r w:rsidRPr="00253C20">
        <w:t>traslado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aeroporto</w:t>
      </w:r>
      <w:proofErr w:type="spellEnd"/>
      <w:r w:rsidRPr="00253C20">
        <w:t xml:space="preserve"> de Hanoi para </w:t>
      </w:r>
      <w:proofErr w:type="spellStart"/>
      <w:r w:rsidRPr="00253C20">
        <w:t>voo</w:t>
      </w:r>
      <w:proofErr w:type="spellEnd"/>
      <w:r w:rsidRPr="00253C20">
        <w:t xml:space="preserve"> a Siem Reap (</w:t>
      </w:r>
      <w:proofErr w:type="spellStart"/>
      <w:r w:rsidRPr="00253C20">
        <w:t>incluído</w:t>
      </w:r>
      <w:proofErr w:type="spellEnd"/>
      <w:r w:rsidRPr="00253C20">
        <w:t>).</w:t>
      </w:r>
    </w:p>
    <w:p w14:paraId="6A4253A6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Chegada</w:t>
      </w:r>
      <w:proofErr w:type="spellEnd"/>
      <w:r w:rsidRPr="00253C20">
        <w:t xml:space="preserve"> e </w:t>
      </w:r>
      <w:proofErr w:type="spellStart"/>
      <w:r w:rsidRPr="00253C20">
        <w:t>traslado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hotel.</w:t>
      </w:r>
    </w:p>
    <w:p w14:paraId="0D90044A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Tempo livre para </w:t>
      </w:r>
      <w:proofErr w:type="spellStart"/>
      <w:r w:rsidRPr="00253C20">
        <w:t>explorar</w:t>
      </w:r>
      <w:proofErr w:type="spellEnd"/>
      <w:r w:rsidRPr="00253C20">
        <w:t xml:space="preserve"> a </w:t>
      </w:r>
      <w:proofErr w:type="spellStart"/>
      <w:r w:rsidRPr="00253C20">
        <w:t>cidade</w:t>
      </w:r>
      <w:proofErr w:type="spellEnd"/>
      <w:r w:rsidRPr="00253C20">
        <w:t xml:space="preserve">, com </w:t>
      </w:r>
      <w:proofErr w:type="spellStart"/>
      <w:r w:rsidRPr="00253C20">
        <w:t>suas</w:t>
      </w:r>
      <w:proofErr w:type="spellEnd"/>
      <w:r w:rsidRPr="00253C20">
        <w:t xml:space="preserve"> </w:t>
      </w:r>
      <w:proofErr w:type="spellStart"/>
      <w:r w:rsidRPr="00253C20">
        <w:t>lojas</w:t>
      </w:r>
      <w:proofErr w:type="spellEnd"/>
      <w:r w:rsidRPr="00253C20">
        <w:t xml:space="preserve">, </w:t>
      </w:r>
      <w:proofErr w:type="spellStart"/>
      <w:r w:rsidRPr="00253C20">
        <w:t>galerias</w:t>
      </w:r>
      <w:proofErr w:type="spellEnd"/>
      <w:r w:rsidRPr="00253C20">
        <w:t xml:space="preserve">, </w:t>
      </w:r>
      <w:proofErr w:type="spellStart"/>
      <w:r w:rsidRPr="00253C20">
        <w:t>restaurantes</w:t>
      </w:r>
      <w:proofErr w:type="spellEnd"/>
      <w:r w:rsidRPr="00253C20">
        <w:t xml:space="preserve"> e </w:t>
      </w:r>
      <w:proofErr w:type="spellStart"/>
      <w:r w:rsidRPr="00253C20">
        <w:t>vida</w:t>
      </w:r>
      <w:proofErr w:type="spellEnd"/>
      <w:r w:rsidRPr="00253C20">
        <w:t xml:space="preserve"> </w:t>
      </w:r>
      <w:proofErr w:type="spellStart"/>
      <w:r w:rsidRPr="00253C20">
        <w:t>noturna</w:t>
      </w:r>
      <w:proofErr w:type="spellEnd"/>
      <w:r w:rsidRPr="00253C20">
        <w:t>.</w:t>
      </w:r>
    </w:p>
    <w:p w14:paraId="5A2F786B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Hospedagem</w:t>
      </w:r>
      <w:proofErr w:type="spellEnd"/>
      <w:r w:rsidRPr="00253C20">
        <w:t>.</w:t>
      </w:r>
    </w:p>
    <w:p w14:paraId="7B5AFFBF" w14:textId="45518731" w:rsidR="00253C20" w:rsidRDefault="00253C20" w:rsidP="00253C20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10º </w:t>
      </w:r>
      <w:proofErr w:type="spellStart"/>
      <w:r>
        <w:t>dia</w:t>
      </w:r>
      <w:proofErr w:type="spellEnd"/>
      <w:r>
        <w:t xml:space="preserve">: </w:t>
      </w:r>
      <w:r w:rsidRPr="00253C20">
        <w:t>BANGKOK</w:t>
      </w:r>
    </w:p>
    <w:p w14:paraId="0F0B277E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Café da </w:t>
      </w:r>
      <w:proofErr w:type="spellStart"/>
      <w:r w:rsidRPr="00253C20">
        <w:t>manhã</w:t>
      </w:r>
      <w:proofErr w:type="spellEnd"/>
      <w:r w:rsidRPr="00253C20">
        <w:t>.</w:t>
      </w:r>
    </w:p>
    <w:p w14:paraId="39F6D42E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Saída</w:t>
      </w:r>
      <w:proofErr w:type="spellEnd"/>
      <w:r w:rsidRPr="00253C20">
        <w:t xml:space="preserve"> de tuk </w:t>
      </w:r>
      <w:proofErr w:type="spellStart"/>
      <w:r w:rsidRPr="00253C20">
        <w:t>tuk</w:t>
      </w:r>
      <w:proofErr w:type="spellEnd"/>
      <w:r w:rsidRPr="00253C20">
        <w:t xml:space="preserve"> </w:t>
      </w:r>
      <w:proofErr w:type="spellStart"/>
      <w:r w:rsidRPr="00253C20">
        <w:t>até</w:t>
      </w:r>
      <w:proofErr w:type="spellEnd"/>
      <w:r w:rsidRPr="00253C20">
        <w:t xml:space="preserve"> Angkor Thom:</w:t>
      </w:r>
    </w:p>
    <w:p w14:paraId="4D36C685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Portão</w:t>
      </w:r>
      <w:proofErr w:type="spellEnd"/>
      <w:r w:rsidRPr="00253C20">
        <w:t xml:space="preserve"> Sul </w:t>
      </w:r>
    </w:p>
    <w:p w14:paraId="496AC60A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Templo Bayon (com </w:t>
      </w:r>
      <w:proofErr w:type="spellStart"/>
      <w:r w:rsidRPr="00253C20">
        <w:t>rostos</w:t>
      </w:r>
      <w:proofErr w:type="spellEnd"/>
      <w:r w:rsidRPr="00253C20">
        <w:t xml:space="preserve"> </w:t>
      </w:r>
      <w:proofErr w:type="spellStart"/>
      <w:r w:rsidRPr="00253C20">
        <w:t>esculpidos</w:t>
      </w:r>
      <w:proofErr w:type="spellEnd"/>
      <w:r w:rsidRPr="00253C20">
        <w:t xml:space="preserve">) </w:t>
      </w:r>
    </w:p>
    <w:p w14:paraId="203C52CA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Terraços</w:t>
      </w:r>
      <w:proofErr w:type="spellEnd"/>
      <w:r w:rsidRPr="00253C20">
        <w:t xml:space="preserve"> do Rei Leproso e dos Elefantes </w:t>
      </w:r>
    </w:p>
    <w:p w14:paraId="15EF7796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Antigo </w:t>
      </w:r>
      <w:proofErr w:type="spellStart"/>
      <w:r w:rsidRPr="00253C20">
        <w:t>complexo</w:t>
      </w:r>
      <w:proofErr w:type="spellEnd"/>
      <w:r w:rsidRPr="00253C20">
        <w:t xml:space="preserve"> real </w:t>
      </w:r>
    </w:p>
    <w:p w14:paraId="00E01098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Visita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templo</w:t>
      </w:r>
      <w:proofErr w:type="spellEnd"/>
      <w:r w:rsidRPr="00253C20">
        <w:t xml:space="preserve"> Ta Prohm, </w:t>
      </w:r>
      <w:proofErr w:type="spellStart"/>
      <w:r w:rsidRPr="00253C20">
        <w:t>parcialmente</w:t>
      </w:r>
      <w:proofErr w:type="spellEnd"/>
      <w:r w:rsidRPr="00253C20">
        <w:t xml:space="preserve"> </w:t>
      </w:r>
      <w:proofErr w:type="spellStart"/>
      <w:r w:rsidRPr="00253C20">
        <w:t>tomado</w:t>
      </w:r>
      <w:proofErr w:type="spellEnd"/>
      <w:r w:rsidRPr="00253C20">
        <w:t xml:space="preserve"> pela selva.</w:t>
      </w:r>
    </w:p>
    <w:p w14:paraId="2EE93CE9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Almoço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</w:t>
      </w:r>
      <w:proofErr w:type="spellStart"/>
      <w:r w:rsidRPr="00253C20">
        <w:t>restaurante</w:t>
      </w:r>
      <w:proofErr w:type="spellEnd"/>
      <w:r w:rsidRPr="00253C20">
        <w:t xml:space="preserve"> local.</w:t>
      </w:r>
    </w:p>
    <w:p w14:paraId="44D27822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À </w:t>
      </w:r>
      <w:proofErr w:type="spellStart"/>
      <w:r w:rsidRPr="00253C20">
        <w:t>tarde</w:t>
      </w:r>
      <w:proofErr w:type="spellEnd"/>
      <w:r w:rsidRPr="00253C20">
        <w:t xml:space="preserve">, visita </w:t>
      </w:r>
      <w:proofErr w:type="spellStart"/>
      <w:r w:rsidRPr="00253C20">
        <w:t>ao</w:t>
      </w:r>
      <w:proofErr w:type="spellEnd"/>
      <w:r w:rsidRPr="00253C20">
        <w:t xml:space="preserve"> Angkor Wat, </w:t>
      </w:r>
      <w:proofErr w:type="spellStart"/>
      <w:r w:rsidRPr="00253C20">
        <w:t>Patrimônio</w:t>
      </w:r>
      <w:proofErr w:type="spellEnd"/>
      <w:r w:rsidRPr="00253C20">
        <w:t xml:space="preserve"> da </w:t>
      </w:r>
      <w:proofErr w:type="spellStart"/>
      <w:r w:rsidRPr="00253C20">
        <w:t>Humanidade</w:t>
      </w:r>
      <w:proofErr w:type="spellEnd"/>
      <w:r w:rsidRPr="00253C20">
        <w:t xml:space="preserve">, </w:t>
      </w:r>
      <w:proofErr w:type="spellStart"/>
      <w:r w:rsidRPr="00253C20">
        <w:t>famoso</w:t>
      </w:r>
      <w:proofErr w:type="spellEnd"/>
      <w:r w:rsidRPr="00253C20">
        <w:t xml:space="preserve"> </w:t>
      </w:r>
      <w:proofErr w:type="spellStart"/>
      <w:r w:rsidRPr="00253C20">
        <w:t>por</w:t>
      </w:r>
      <w:proofErr w:type="spellEnd"/>
      <w:r w:rsidRPr="00253C20">
        <w:t xml:space="preserve"> </w:t>
      </w:r>
      <w:proofErr w:type="spellStart"/>
      <w:r w:rsidRPr="00253C20">
        <w:t>suas</w:t>
      </w:r>
      <w:proofErr w:type="spellEnd"/>
      <w:r w:rsidRPr="00253C20">
        <w:t xml:space="preserve"> </w:t>
      </w:r>
      <w:proofErr w:type="spellStart"/>
      <w:r w:rsidRPr="00253C20">
        <w:t>torres</w:t>
      </w:r>
      <w:proofErr w:type="spellEnd"/>
      <w:r w:rsidRPr="00253C20">
        <w:t xml:space="preserve"> e </w:t>
      </w:r>
      <w:proofErr w:type="spellStart"/>
      <w:r w:rsidRPr="00253C20">
        <w:t>arquitetura</w:t>
      </w:r>
      <w:proofErr w:type="spellEnd"/>
      <w:r w:rsidRPr="00253C20">
        <w:t xml:space="preserve"> Khmer </w:t>
      </w:r>
      <w:proofErr w:type="spellStart"/>
      <w:r w:rsidRPr="00253C20">
        <w:t>clássica</w:t>
      </w:r>
      <w:proofErr w:type="spellEnd"/>
      <w:r w:rsidRPr="00253C20">
        <w:t>.</w:t>
      </w:r>
    </w:p>
    <w:p w14:paraId="59578C40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Retorno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hotel.</w:t>
      </w:r>
    </w:p>
    <w:p w14:paraId="7B3672E5" w14:textId="0EAC57F5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Hospedagem</w:t>
      </w:r>
      <w:proofErr w:type="spellEnd"/>
      <w:r w:rsidRPr="00253C20">
        <w:t>.</w:t>
      </w:r>
    </w:p>
    <w:p w14:paraId="0B85B2F1" w14:textId="26689261" w:rsidR="00253C20" w:rsidRDefault="00253C20" w:rsidP="00253C20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11º </w:t>
      </w:r>
      <w:proofErr w:type="spellStart"/>
      <w:r>
        <w:t>dia</w:t>
      </w:r>
      <w:proofErr w:type="spellEnd"/>
      <w:r>
        <w:t xml:space="preserve">: </w:t>
      </w:r>
      <w:r w:rsidRPr="00253C20">
        <w:t>SIEM REAP</w:t>
      </w:r>
    </w:p>
    <w:p w14:paraId="3D026A06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Café da </w:t>
      </w:r>
      <w:proofErr w:type="spellStart"/>
      <w:r w:rsidRPr="00253C20">
        <w:t>manhã</w:t>
      </w:r>
      <w:proofErr w:type="spellEnd"/>
      <w:r w:rsidRPr="00253C20">
        <w:t>.</w:t>
      </w:r>
    </w:p>
    <w:p w14:paraId="20AA404C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Passeio</w:t>
      </w:r>
      <w:proofErr w:type="spellEnd"/>
      <w:r w:rsidRPr="00253C20">
        <w:t xml:space="preserve"> de </w:t>
      </w:r>
      <w:proofErr w:type="spellStart"/>
      <w:r w:rsidRPr="00253C20">
        <w:t>barco</w:t>
      </w:r>
      <w:proofErr w:type="spellEnd"/>
      <w:r w:rsidRPr="00253C20">
        <w:t xml:space="preserve"> </w:t>
      </w:r>
      <w:proofErr w:type="spellStart"/>
      <w:r w:rsidRPr="00253C20">
        <w:t>pelo</w:t>
      </w:r>
      <w:proofErr w:type="spellEnd"/>
      <w:r w:rsidRPr="00253C20">
        <w:t xml:space="preserve"> Lago Tonle Sap, </w:t>
      </w:r>
      <w:proofErr w:type="spellStart"/>
      <w:r w:rsidRPr="00253C20">
        <w:t>observando</w:t>
      </w:r>
      <w:proofErr w:type="spellEnd"/>
      <w:r w:rsidRPr="00253C20">
        <w:t xml:space="preserve"> </w:t>
      </w:r>
      <w:proofErr w:type="spellStart"/>
      <w:r w:rsidRPr="00253C20">
        <w:t>vilarejos</w:t>
      </w:r>
      <w:proofErr w:type="spellEnd"/>
      <w:r w:rsidRPr="00253C20">
        <w:t xml:space="preserve"> </w:t>
      </w:r>
      <w:proofErr w:type="spellStart"/>
      <w:r w:rsidRPr="00253C20">
        <w:t>flutuantes</w:t>
      </w:r>
      <w:proofErr w:type="spellEnd"/>
      <w:r w:rsidRPr="00253C20">
        <w:t xml:space="preserve"> e a </w:t>
      </w:r>
      <w:proofErr w:type="spellStart"/>
      <w:r w:rsidRPr="00253C20">
        <w:t>vida</w:t>
      </w:r>
      <w:proofErr w:type="spellEnd"/>
      <w:r w:rsidRPr="00253C20">
        <w:t xml:space="preserve"> local.</w:t>
      </w:r>
    </w:p>
    <w:p w14:paraId="3E716E77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Almoço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</w:t>
      </w:r>
      <w:proofErr w:type="spellStart"/>
      <w:r w:rsidRPr="00253C20">
        <w:t>restaurante</w:t>
      </w:r>
      <w:proofErr w:type="spellEnd"/>
      <w:r w:rsidRPr="00253C20">
        <w:t>.</w:t>
      </w:r>
    </w:p>
    <w:p w14:paraId="20A79051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Visita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templo</w:t>
      </w:r>
      <w:proofErr w:type="spellEnd"/>
      <w:r w:rsidRPr="00253C20">
        <w:t xml:space="preserve"> Banteay </w:t>
      </w:r>
      <w:proofErr w:type="spellStart"/>
      <w:r w:rsidRPr="00253C20">
        <w:t>Samre</w:t>
      </w:r>
      <w:proofErr w:type="spellEnd"/>
      <w:r w:rsidRPr="00253C20">
        <w:t xml:space="preserve"> (</w:t>
      </w:r>
      <w:proofErr w:type="spellStart"/>
      <w:r w:rsidRPr="00253C20">
        <w:t>hinduísta</w:t>
      </w:r>
      <w:proofErr w:type="spellEnd"/>
      <w:r w:rsidRPr="00253C20">
        <w:t xml:space="preserve">, </w:t>
      </w:r>
      <w:proofErr w:type="spellStart"/>
      <w:r w:rsidRPr="00253C20">
        <w:t>dedicado</w:t>
      </w:r>
      <w:proofErr w:type="spellEnd"/>
      <w:r w:rsidRPr="00253C20">
        <w:t xml:space="preserve"> a Shiva).</w:t>
      </w:r>
    </w:p>
    <w:p w14:paraId="57583908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Visita </w:t>
      </w:r>
      <w:proofErr w:type="spellStart"/>
      <w:r w:rsidRPr="00253C20">
        <w:t>ao</w:t>
      </w:r>
      <w:proofErr w:type="spellEnd"/>
      <w:r w:rsidRPr="00253C20">
        <w:t xml:space="preserve"> Banteay Srei (“</w:t>
      </w:r>
      <w:proofErr w:type="spellStart"/>
      <w:r w:rsidRPr="00253C20">
        <w:t>Cidadela</w:t>
      </w:r>
      <w:proofErr w:type="spellEnd"/>
      <w:r w:rsidRPr="00253C20">
        <w:t xml:space="preserve"> das </w:t>
      </w:r>
      <w:proofErr w:type="spellStart"/>
      <w:r w:rsidRPr="00253C20">
        <w:t>Mulheres</w:t>
      </w:r>
      <w:proofErr w:type="spellEnd"/>
      <w:r w:rsidRPr="00253C20">
        <w:t xml:space="preserve">”), </w:t>
      </w:r>
      <w:proofErr w:type="spellStart"/>
      <w:r w:rsidRPr="00253C20">
        <w:t>conhecido</w:t>
      </w:r>
      <w:proofErr w:type="spellEnd"/>
      <w:r w:rsidRPr="00253C20">
        <w:t xml:space="preserve"> </w:t>
      </w:r>
      <w:proofErr w:type="spellStart"/>
      <w:r w:rsidRPr="00253C20">
        <w:t>por</w:t>
      </w:r>
      <w:proofErr w:type="spellEnd"/>
      <w:r w:rsidRPr="00253C20">
        <w:t xml:space="preserve"> </w:t>
      </w:r>
      <w:proofErr w:type="spellStart"/>
      <w:r w:rsidRPr="00253C20">
        <w:t>seus</w:t>
      </w:r>
      <w:proofErr w:type="spellEnd"/>
      <w:r w:rsidRPr="00253C20">
        <w:t xml:space="preserve"> </w:t>
      </w:r>
      <w:proofErr w:type="spellStart"/>
      <w:r w:rsidRPr="00253C20">
        <w:t>detalhados</w:t>
      </w:r>
      <w:proofErr w:type="spellEnd"/>
      <w:r w:rsidRPr="00253C20">
        <w:t xml:space="preserve"> </w:t>
      </w:r>
      <w:proofErr w:type="spellStart"/>
      <w:r w:rsidRPr="00253C20">
        <w:t>relevos</w:t>
      </w:r>
      <w:proofErr w:type="spellEnd"/>
      <w:r w:rsidRPr="00253C20">
        <w:t xml:space="preserve"> </w:t>
      </w:r>
      <w:proofErr w:type="spellStart"/>
      <w:r w:rsidRPr="00253C20">
        <w:t>em</w:t>
      </w:r>
      <w:proofErr w:type="spellEnd"/>
      <w:r w:rsidRPr="00253C20">
        <w:t xml:space="preserve"> </w:t>
      </w:r>
      <w:proofErr w:type="spellStart"/>
      <w:r w:rsidRPr="00253C20">
        <w:t>pedra</w:t>
      </w:r>
      <w:proofErr w:type="spellEnd"/>
      <w:r w:rsidRPr="00253C20">
        <w:t xml:space="preserve"> rosa.</w:t>
      </w:r>
    </w:p>
    <w:p w14:paraId="6E90DE4A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Parada no </w:t>
      </w:r>
      <w:proofErr w:type="spellStart"/>
      <w:r w:rsidRPr="00253C20">
        <w:t>centro</w:t>
      </w:r>
      <w:proofErr w:type="spellEnd"/>
      <w:r w:rsidRPr="00253C20">
        <w:t xml:space="preserve"> de </w:t>
      </w:r>
      <w:proofErr w:type="spellStart"/>
      <w:r w:rsidRPr="00253C20">
        <w:t>artesanato</w:t>
      </w:r>
      <w:proofErr w:type="spellEnd"/>
      <w:r w:rsidRPr="00253C20">
        <w:t xml:space="preserve"> Artisans </w:t>
      </w:r>
      <w:proofErr w:type="spellStart"/>
      <w:r w:rsidRPr="00253C20">
        <w:t>d’Angkor</w:t>
      </w:r>
      <w:proofErr w:type="spellEnd"/>
      <w:r w:rsidRPr="00253C20">
        <w:t>.</w:t>
      </w:r>
    </w:p>
    <w:p w14:paraId="23617975" w14:textId="7777777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Hospedagem</w:t>
      </w:r>
      <w:proofErr w:type="spellEnd"/>
      <w:r w:rsidRPr="00253C20">
        <w:t>.</w:t>
      </w:r>
    </w:p>
    <w:p w14:paraId="4F81C45B" w14:textId="35895F8E" w:rsidR="00253C20" w:rsidRDefault="00253C20" w:rsidP="00253C20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12º </w:t>
      </w:r>
      <w:proofErr w:type="spellStart"/>
      <w:r>
        <w:t>dia</w:t>
      </w:r>
      <w:proofErr w:type="spellEnd"/>
      <w:r>
        <w:t xml:space="preserve">: </w:t>
      </w:r>
      <w:r w:rsidRPr="00253C20">
        <w:t>SIEM REAP</w:t>
      </w:r>
    </w:p>
    <w:p w14:paraId="26BF12FB" w14:textId="77777777" w:rsidR="00253C20" w:rsidRPr="00253C20" w:rsidRDefault="00253C20" w:rsidP="00253C20">
      <w:pPr>
        <w:spacing w:after="40" w:line="252" w:lineRule="auto"/>
        <w:jc w:val="both"/>
      </w:pPr>
      <w:r w:rsidRPr="00253C20">
        <w:t xml:space="preserve">Café da </w:t>
      </w:r>
      <w:proofErr w:type="spellStart"/>
      <w:r w:rsidRPr="00253C20">
        <w:t>manhã</w:t>
      </w:r>
      <w:proofErr w:type="spellEnd"/>
      <w:r w:rsidRPr="00253C20">
        <w:t>.</w:t>
      </w:r>
    </w:p>
    <w:p w14:paraId="67E6256F" w14:textId="299C5D37" w:rsidR="00253C20" w:rsidRPr="00253C20" w:rsidRDefault="00253C20" w:rsidP="00253C20">
      <w:pPr>
        <w:spacing w:after="40" w:line="252" w:lineRule="auto"/>
        <w:jc w:val="both"/>
      </w:pPr>
      <w:proofErr w:type="spellStart"/>
      <w:r w:rsidRPr="00253C20">
        <w:t>Traslado</w:t>
      </w:r>
      <w:proofErr w:type="spellEnd"/>
      <w:r w:rsidRPr="00253C20">
        <w:t xml:space="preserve"> </w:t>
      </w:r>
      <w:proofErr w:type="spellStart"/>
      <w:r w:rsidRPr="00253C20">
        <w:t>ao</w:t>
      </w:r>
      <w:proofErr w:type="spellEnd"/>
      <w:r w:rsidRPr="00253C20">
        <w:t xml:space="preserve"> </w:t>
      </w:r>
      <w:proofErr w:type="spellStart"/>
      <w:r w:rsidRPr="00253C20">
        <w:t>aeroporto</w:t>
      </w:r>
      <w:proofErr w:type="spellEnd"/>
      <w:r w:rsidRPr="00253C20">
        <w:t xml:space="preserve"> no </w:t>
      </w:r>
      <w:proofErr w:type="spellStart"/>
      <w:r w:rsidRPr="00253C20">
        <w:t>horário</w:t>
      </w:r>
      <w:proofErr w:type="spellEnd"/>
      <w:r w:rsidRPr="00253C20">
        <w:t xml:space="preserve"> </w:t>
      </w:r>
      <w:proofErr w:type="spellStart"/>
      <w:r w:rsidRPr="00253C20">
        <w:t>indicado</w:t>
      </w:r>
      <w:proofErr w:type="spellEnd"/>
      <w:r w:rsidRPr="00253C20">
        <w:t xml:space="preserve"> para </w:t>
      </w:r>
      <w:proofErr w:type="spellStart"/>
      <w:r w:rsidRPr="00253C20">
        <w:t>voo</w:t>
      </w:r>
      <w:proofErr w:type="spellEnd"/>
      <w:r w:rsidRPr="00253C20">
        <w:t xml:space="preserve"> de </w:t>
      </w:r>
      <w:proofErr w:type="spellStart"/>
      <w:r w:rsidRPr="00253C20">
        <w:t>saída</w:t>
      </w:r>
      <w:proofErr w:type="spellEnd"/>
      <w:r w:rsidRPr="00253C20">
        <w:t>.</w:t>
      </w:r>
    </w:p>
    <w:p w14:paraId="3B60CE0F" w14:textId="77777777" w:rsidR="00253C20" w:rsidRDefault="00253C20" w:rsidP="00253C20">
      <w:pPr>
        <w:spacing w:after="40" w:line="252" w:lineRule="auto"/>
        <w:jc w:val="both"/>
      </w:pPr>
    </w:p>
    <w:p w14:paraId="498A4781" w14:textId="77777777" w:rsidR="00B569A9" w:rsidRDefault="00000000">
      <w:pPr>
        <w:jc w:val="center"/>
      </w:pPr>
      <w:r>
        <w:rPr>
          <w:b/>
          <w:color w:val="123C69"/>
        </w:rPr>
        <w:t>✅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1040EA" w14:paraId="02378674" w14:textId="77777777" w:rsidTr="001040E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8E5FAAD" w14:textId="21F08374" w:rsidR="001040EA" w:rsidRDefault="001040EA">
            <w:pPr>
              <w:jc w:val="center"/>
            </w:pPr>
            <w:r>
              <w:rPr>
                <w:b/>
                <w:color w:val="FFFFFF"/>
                <w:sz w:val="15"/>
              </w:rPr>
              <w:lastRenderedPageBreak/>
              <w:t>CATEGORIA SUPERIOR 4*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9CE9E63" w14:textId="310FFDC9" w:rsidR="001040EA" w:rsidRDefault="001040EA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</w:tr>
      <w:tr w:rsidR="001040EA" w14:paraId="4902802E" w14:textId="77777777" w:rsidTr="001040EA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72DB66E" w14:textId="77777777" w:rsidR="001040EA" w:rsidRDefault="001040EA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FBC6CD6" w14:textId="77777777" w:rsidR="001040EA" w:rsidRDefault="001040EA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1040EA" w14:paraId="2496748C" w14:textId="77777777" w:rsidTr="001040E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FC44FD" w14:textId="2394598C" w:rsidR="001040EA" w:rsidRPr="001040EA" w:rsidRDefault="001040EA">
            <w:pPr>
              <w:rPr>
                <w:sz w:val="15"/>
              </w:rPr>
            </w:pPr>
            <w:r>
              <w:rPr>
                <w:sz w:val="15"/>
              </w:rPr>
              <w:t xml:space="preserve">Maio a </w:t>
            </w:r>
            <w:proofErr w:type="spellStart"/>
            <w:r>
              <w:rPr>
                <w:sz w:val="15"/>
              </w:rPr>
              <w:t>Setembro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BEFADC7" w14:textId="272E03BB" w:rsidR="001040EA" w:rsidRPr="001040EA" w:rsidRDefault="001040EA">
            <w:pPr>
              <w:rPr>
                <w:sz w:val="15"/>
              </w:rPr>
            </w:pPr>
            <w:r w:rsidRPr="001040EA">
              <w:rPr>
                <w:sz w:val="15"/>
              </w:rPr>
              <w:t>USD 3598</w:t>
            </w:r>
          </w:p>
        </w:tc>
      </w:tr>
      <w:tr w:rsidR="001040EA" w14:paraId="7C124868" w14:textId="77777777" w:rsidTr="001040EA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B01E37F" w14:textId="69383D09" w:rsidR="001040EA" w:rsidRPr="001040EA" w:rsidRDefault="001040EA">
            <w:pPr>
              <w:rPr>
                <w:sz w:val="15"/>
              </w:rPr>
            </w:pPr>
            <w:proofErr w:type="spellStart"/>
            <w:r w:rsidRPr="001040EA">
              <w:rPr>
                <w:sz w:val="15"/>
              </w:rPr>
              <w:t>Outubro</w:t>
            </w:r>
            <w:proofErr w:type="spellEnd"/>
            <w:r w:rsidRPr="001040EA">
              <w:rPr>
                <w:sz w:val="15"/>
              </w:rPr>
              <w:t xml:space="preserve"> a </w:t>
            </w:r>
            <w:proofErr w:type="spellStart"/>
            <w:r w:rsidRPr="001040EA">
              <w:rPr>
                <w:sz w:val="15"/>
              </w:rPr>
              <w:t>Dezembro</w:t>
            </w:r>
            <w:proofErr w:type="spellEnd"/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281414C" w14:textId="01794D69" w:rsidR="001040EA" w:rsidRPr="001040EA" w:rsidRDefault="001040EA">
            <w:pPr>
              <w:rPr>
                <w:sz w:val="15"/>
              </w:rPr>
            </w:pPr>
            <w:r w:rsidRPr="001040EA">
              <w:rPr>
                <w:sz w:val="15"/>
              </w:rPr>
              <w:t>USD 3968</w:t>
            </w:r>
          </w:p>
        </w:tc>
      </w:tr>
    </w:tbl>
    <w:p w14:paraId="7BCB3E8A" w14:textId="77777777" w:rsidR="00B569A9" w:rsidRDefault="00B569A9"/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1040EA" w14:paraId="03B6D1B9" w14:textId="77777777" w:rsidTr="001040E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F2B2367" w14:textId="2E4C5111" w:rsidR="001040EA" w:rsidRDefault="001040EA">
            <w:pPr>
              <w:jc w:val="center"/>
            </w:pPr>
            <w:r>
              <w:rPr>
                <w:b/>
                <w:color w:val="FFFFFF"/>
                <w:sz w:val="15"/>
              </w:rPr>
              <w:t>CATEGORIA LUXO 4*S/5*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F9F637" w14:textId="45BC8382" w:rsidR="001040EA" w:rsidRDefault="001040EA">
            <w:pPr>
              <w:jc w:val="center"/>
            </w:pPr>
            <w:r>
              <w:rPr>
                <w:b/>
                <w:color w:val="FFFFFF"/>
                <w:sz w:val="15"/>
              </w:rPr>
              <w:t>CATEGORIA LUXO 4*S/5* - PREÇO NET POR PESSOA EM USD</w:t>
            </w:r>
          </w:p>
        </w:tc>
      </w:tr>
      <w:tr w:rsidR="001040EA" w14:paraId="75B3366A" w14:textId="77777777" w:rsidTr="001040EA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985724" w14:textId="77777777" w:rsidR="001040EA" w:rsidRDefault="001040EA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A53BBA3" w14:textId="77777777" w:rsidR="001040EA" w:rsidRDefault="001040EA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1040EA" w14:paraId="3A7D3629" w14:textId="77777777" w:rsidTr="001040EA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3B8787" w14:textId="51342D8C" w:rsidR="001040EA" w:rsidRPr="001040EA" w:rsidRDefault="001040EA" w:rsidP="001040EA">
            <w:pPr>
              <w:rPr>
                <w:sz w:val="15"/>
              </w:rPr>
            </w:pPr>
            <w:r>
              <w:rPr>
                <w:sz w:val="15"/>
              </w:rPr>
              <w:t xml:space="preserve">Maio a </w:t>
            </w:r>
            <w:proofErr w:type="spellStart"/>
            <w:r>
              <w:rPr>
                <w:sz w:val="15"/>
              </w:rPr>
              <w:t>Setembro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CB2C2C" w14:textId="0A7294C7" w:rsidR="001040EA" w:rsidRPr="001040EA" w:rsidRDefault="001040EA" w:rsidP="001040EA">
            <w:pPr>
              <w:rPr>
                <w:sz w:val="15"/>
              </w:rPr>
            </w:pPr>
            <w:r w:rsidRPr="001040EA">
              <w:rPr>
                <w:sz w:val="15"/>
              </w:rPr>
              <w:t>USD 3764</w:t>
            </w:r>
          </w:p>
        </w:tc>
      </w:tr>
      <w:tr w:rsidR="001040EA" w14:paraId="7A1BCF5D" w14:textId="77777777" w:rsidTr="001040EA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938CEC" w14:textId="237A4945" w:rsidR="001040EA" w:rsidRPr="001040EA" w:rsidRDefault="001040EA">
            <w:pPr>
              <w:rPr>
                <w:sz w:val="15"/>
              </w:rPr>
            </w:pPr>
            <w:proofErr w:type="spellStart"/>
            <w:r w:rsidRPr="001040EA">
              <w:rPr>
                <w:sz w:val="15"/>
              </w:rPr>
              <w:t>Outubro</w:t>
            </w:r>
            <w:proofErr w:type="spellEnd"/>
            <w:r w:rsidRPr="001040EA">
              <w:rPr>
                <w:sz w:val="15"/>
              </w:rPr>
              <w:t xml:space="preserve"> a </w:t>
            </w:r>
            <w:proofErr w:type="spellStart"/>
            <w:r w:rsidRPr="001040EA">
              <w:rPr>
                <w:sz w:val="15"/>
              </w:rPr>
              <w:t>Dezembro</w:t>
            </w:r>
            <w:proofErr w:type="spellEnd"/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7922541" w14:textId="2575A9EF" w:rsidR="001040EA" w:rsidRPr="001040EA" w:rsidRDefault="001040EA">
            <w:pPr>
              <w:rPr>
                <w:sz w:val="15"/>
              </w:rPr>
            </w:pPr>
            <w:r w:rsidRPr="001040EA">
              <w:rPr>
                <w:sz w:val="15"/>
              </w:rPr>
              <w:t>USD 4157</w:t>
            </w:r>
          </w:p>
        </w:tc>
      </w:tr>
    </w:tbl>
    <w:p w14:paraId="7A46397C" w14:textId="77777777" w:rsidR="00B569A9" w:rsidRDefault="00B569A9"/>
    <w:p w14:paraId="51C9B9D4" w14:textId="77777777" w:rsidR="001040EA" w:rsidRDefault="001040EA" w:rsidP="001040EA">
      <w:pPr>
        <w:pStyle w:val="BoxTitle"/>
        <w:spacing w:before="160"/>
      </w:pPr>
      <w:r>
        <w:t>Black out:</w:t>
      </w:r>
    </w:p>
    <w:p w14:paraId="75E0730C" w14:textId="07490FDC" w:rsidR="001040EA" w:rsidRPr="000A19C9" w:rsidRDefault="001040EA" w:rsidP="000A19C9">
      <w:pPr>
        <w:spacing w:after="40" w:line="252" w:lineRule="auto"/>
        <w:jc w:val="both"/>
        <w:rPr>
          <w:b/>
          <w:bCs/>
        </w:rPr>
      </w:pPr>
      <w:proofErr w:type="spellStart"/>
      <w:r w:rsidRPr="000A19C9">
        <w:rPr>
          <w:b/>
          <w:bCs/>
        </w:rPr>
        <w:t>Tailândia</w:t>
      </w:r>
      <w:proofErr w:type="spellEnd"/>
      <w:r w:rsidRPr="000A19C9">
        <w:rPr>
          <w:b/>
          <w:bCs/>
        </w:rPr>
        <w:t>:</w:t>
      </w:r>
    </w:p>
    <w:p w14:paraId="15B135EB" w14:textId="19D8B400" w:rsidR="001040EA" w:rsidRPr="000A19C9" w:rsidRDefault="001040EA" w:rsidP="000A19C9">
      <w:pPr>
        <w:pStyle w:val="PargrafodaLista"/>
        <w:numPr>
          <w:ilvl w:val="0"/>
          <w:numId w:val="15"/>
        </w:numPr>
        <w:spacing w:after="40" w:line="252" w:lineRule="auto"/>
        <w:jc w:val="both"/>
      </w:pPr>
      <w:r w:rsidRPr="000A19C9">
        <w:t xml:space="preserve">4 </w:t>
      </w:r>
      <w:proofErr w:type="gramStart"/>
      <w:r w:rsidRPr="000A19C9">
        <w:t>a</w:t>
      </w:r>
      <w:proofErr w:type="gramEnd"/>
      <w:r w:rsidRPr="000A19C9">
        <w:t xml:space="preserve"> 8 de </w:t>
      </w:r>
      <w:proofErr w:type="spellStart"/>
      <w:r w:rsidRPr="000A19C9">
        <w:t>novembro</w:t>
      </w:r>
      <w:proofErr w:type="spellEnd"/>
      <w:r w:rsidRPr="000A19C9">
        <w:t>: Festival Loy Krathong</w:t>
      </w:r>
    </w:p>
    <w:p w14:paraId="31DD4232" w14:textId="7765C130" w:rsidR="001040EA" w:rsidRPr="000A19C9" w:rsidRDefault="001040EA" w:rsidP="000A19C9">
      <w:pPr>
        <w:pStyle w:val="PargrafodaLista"/>
        <w:numPr>
          <w:ilvl w:val="0"/>
          <w:numId w:val="15"/>
        </w:numPr>
        <w:spacing w:after="40" w:line="252" w:lineRule="auto"/>
        <w:jc w:val="both"/>
      </w:pPr>
      <w:r w:rsidRPr="000A19C9">
        <w:t xml:space="preserve">24 a 25 de </w:t>
      </w:r>
      <w:proofErr w:type="spellStart"/>
      <w:r w:rsidRPr="000A19C9">
        <w:t>novembro</w:t>
      </w:r>
      <w:proofErr w:type="spellEnd"/>
      <w:r w:rsidRPr="000A19C9">
        <w:t xml:space="preserve">: Festival Yi Peng </w:t>
      </w:r>
      <w:proofErr w:type="spellStart"/>
      <w:r w:rsidRPr="000A19C9">
        <w:t>em</w:t>
      </w:r>
      <w:proofErr w:type="spellEnd"/>
      <w:r w:rsidRPr="000A19C9">
        <w:t xml:space="preserve"> Chiang Mai</w:t>
      </w:r>
    </w:p>
    <w:p w14:paraId="7EB4BF96" w14:textId="654ED561" w:rsidR="001040EA" w:rsidRPr="000A19C9" w:rsidRDefault="001040EA" w:rsidP="000A19C9">
      <w:pPr>
        <w:pStyle w:val="PargrafodaLista"/>
        <w:numPr>
          <w:ilvl w:val="0"/>
          <w:numId w:val="15"/>
        </w:numPr>
        <w:spacing w:after="40" w:line="252" w:lineRule="auto"/>
        <w:jc w:val="both"/>
      </w:pPr>
      <w:r w:rsidRPr="000A19C9">
        <w:t xml:space="preserve">Natal e Ano Novo: 24 a 31 de </w:t>
      </w:r>
      <w:proofErr w:type="spellStart"/>
      <w:r w:rsidRPr="000A19C9">
        <w:t>dezembro</w:t>
      </w:r>
      <w:proofErr w:type="spellEnd"/>
      <w:r w:rsidRPr="000A19C9">
        <w:t xml:space="preserve"> de 2026 e 01 á 03 de Janeiro</w:t>
      </w:r>
    </w:p>
    <w:p w14:paraId="2942131C" w14:textId="77777777" w:rsidR="001040EA" w:rsidRPr="000A19C9" w:rsidRDefault="001040EA" w:rsidP="000A19C9">
      <w:pPr>
        <w:spacing w:after="40" w:line="252" w:lineRule="auto"/>
        <w:jc w:val="both"/>
        <w:rPr>
          <w:b/>
          <w:bCs/>
        </w:rPr>
      </w:pPr>
      <w:proofErr w:type="spellStart"/>
      <w:r w:rsidRPr="000A19C9">
        <w:rPr>
          <w:b/>
          <w:bCs/>
        </w:rPr>
        <w:t>Vietnã</w:t>
      </w:r>
      <w:proofErr w:type="spellEnd"/>
      <w:r w:rsidRPr="000A19C9">
        <w:rPr>
          <w:b/>
          <w:bCs/>
        </w:rPr>
        <w:t>:</w:t>
      </w:r>
    </w:p>
    <w:p w14:paraId="66E3E1A0" w14:textId="2FA41060" w:rsidR="001040EA" w:rsidRPr="000A19C9" w:rsidRDefault="001040EA" w:rsidP="000A19C9">
      <w:pPr>
        <w:pStyle w:val="PargrafodaLista"/>
        <w:numPr>
          <w:ilvl w:val="0"/>
          <w:numId w:val="16"/>
        </w:numPr>
        <w:spacing w:after="40" w:line="252" w:lineRule="auto"/>
        <w:jc w:val="both"/>
      </w:pPr>
      <w:r w:rsidRPr="000A19C9">
        <w:t xml:space="preserve">Dia da </w:t>
      </w:r>
      <w:proofErr w:type="spellStart"/>
      <w:r w:rsidRPr="000A19C9">
        <w:t>Independência</w:t>
      </w:r>
      <w:proofErr w:type="spellEnd"/>
      <w:r w:rsidRPr="000A19C9">
        <w:t xml:space="preserve">: 30 de </w:t>
      </w:r>
      <w:proofErr w:type="spellStart"/>
      <w:r w:rsidRPr="000A19C9">
        <w:t>agosto</w:t>
      </w:r>
      <w:proofErr w:type="spellEnd"/>
      <w:r w:rsidRPr="000A19C9">
        <w:t xml:space="preserve"> a 2 de </w:t>
      </w:r>
      <w:proofErr w:type="spellStart"/>
      <w:r w:rsidRPr="000A19C9">
        <w:t>setembro</w:t>
      </w:r>
      <w:proofErr w:type="spellEnd"/>
      <w:r w:rsidRPr="000A19C9">
        <w:t xml:space="preserve"> de 2026</w:t>
      </w:r>
    </w:p>
    <w:p w14:paraId="4F53A9C4" w14:textId="760E803A" w:rsidR="001040EA" w:rsidRPr="000A19C9" w:rsidRDefault="001040EA" w:rsidP="000A19C9">
      <w:pPr>
        <w:pStyle w:val="PargrafodaLista"/>
        <w:numPr>
          <w:ilvl w:val="0"/>
          <w:numId w:val="16"/>
        </w:numPr>
        <w:spacing w:after="40" w:line="252" w:lineRule="auto"/>
        <w:jc w:val="both"/>
      </w:pPr>
      <w:r w:rsidRPr="000A19C9">
        <w:t xml:space="preserve">Natal e Ano Novo: 24 a 31 de </w:t>
      </w:r>
      <w:proofErr w:type="spellStart"/>
      <w:r w:rsidRPr="000A19C9">
        <w:t>dezembro</w:t>
      </w:r>
      <w:proofErr w:type="spellEnd"/>
      <w:r w:rsidRPr="000A19C9">
        <w:t xml:space="preserve"> de 2026 e 01 a 03 de </w:t>
      </w:r>
      <w:proofErr w:type="spellStart"/>
      <w:r w:rsidRPr="000A19C9">
        <w:t>janeiro</w:t>
      </w:r>
      <w:proofErr w:type="spellEnd"/>
    </w:p>
    <w:p w14:paraId="57A49A98" w14:textId="77777777" w:rsidR="001040EA" w:rsidRPr="000A19C9" w:rsidRDefault="001040EA" w:rsidP="000A19C9">
      <w:pPr>
        <w:spacing w:after="40" w:line="252" w:lineRule="auto"/>
        <w:jc w:val="both"/>
        <w:rPr>
          <w:b/>
          <w:bCs/>
        </w:rPr>
      </w:pPr>
      <w:proofErr w:type="spellStart"/>
      <w:r w:rsidRPr="000A19C9">
        <w:rPr>
          <w:b/>
          <w:bCs/>
        </w:rPr>
        <w:t>Camboja</w:t>
      </w:r>
      <w:proofErr w:type="spellEnd"/>
      <w:r w:rsidRPr="000A19C9">
        <w:rPr>
          <w:b/>
          <w:bCs/>
        </w:rPr>
        <w:t xml:space="preserve">: </w:t>
      </w:r>
    </w:p>
    <w:p w14:paraId="60CBA39E" w14:textId="1057B9CC" w:rsidR="001040EA" w:rsidRPr="000A19C9" w:rsidRDefault="001040EA" w:rsidP="000A19C9">
      <w:pPr>
        <w:pStyle w:val="PargrafodaLista"/>
        <w:numPr>
          <w:ilvl w:val="0"/>
          <w:numId w:val="17"/>
        </w:numPr>
        <w:spacing w:after="40" w:line="252" w:lineRule="auto"/>
        <w:jc w:val="both"/>
      </w:pPr>
      <w:r w:rsidRPr="000A19C9">
        <w:t xml:space="preserve">Dia de </w:t>
      </w:r>
      <w:proofErr w:type="spellStart"/>
      <w:r w:rsidRPr="000A19C9">
        <w:t>Pchum</w:t>
      </w:r>
      <w:proofErr w:type="spellEnd"/>
      <w:r w:rsidRPr="000A19C9">
        <w:t xml:space="preserve"> Ben: 10 a 13 de </w:t>
      </w:r>
      <w:proofErr w:type="spellStart"/>
      <w:r w:rsidRPr="000A19C9">
        <w:t>outubro</w:t>
      </w:r>
      <w:proofErr w:type="spellEnd"/>
      <w:r w:rsidRPr="000A19C9">
        <w:t xml:space="preserve"> de 2026 </w:t>
      </w:r>
    </w:p>
    <w:p w14:paraId="7F50BB89" w14:textId="0757A99B" w:rsidR="001040EA" w:rsidRPr="000A19C9" w:rsidRDefault="001040EA" w:rsidP="000A19C9">
      <w:pPr>
        <w:pStyle w:val="PargrafodaLista"/>
        <w:numPr>
          <w:ilvl w:val="0"/>
          <w:numId w:val="17"/>
        </w:numPr>
        <w:spacing w:after="40" w:line="252" w:lineRule="auto"/>
        <w:jc w:val="both"/>
      </w:pPr>
      <w:r w:rsidRPr="000A19C9">
        <w:t xml:space="preserve">Festival da </w:t>
      </w:r>
      <w:proofErr w:type="spellStart"/>
      <w:r w:rsidRPr="000A19C9">
        <w:t>Água</w:t>
      </w:r>
      <w:proofErr w:type="spellEnd"/>
      <w:r w:rsidRPr="000A19C9">
        <w:t xml:space="preserve">: 23 a 25 de </w:t>
      </w:r>
      <w:proofErr w:type="spellStart"/>
      <w:r w:rsidRPr="000A19C9">
        <w:t>novembro</w:t>
      </w:r>
      <w:proofErr w:type="spellEnd"/>
      <w:r w:rsidRPr="000A19C9">
        <w:t xml:space="preserve"> de 2026 </w:t>
      </w:r>
    </w:p>
    <w:p w14:paraId="4D2DF498" w14:textId="5E77A0C5" w:rsidR="001040EA" w:rsidRPr="000A19C9" w:rsidRDefault="001040EA" w:rsidP="000A19C9">
      <w:pPr>
        <w:pStyle w:val="PargrafodaLista"/>
        <w:numPr>
          <w:ilvl w:val="0"/>
          <w:numId w:val="17"/>
        </w:numPr>
        <w:spacing w:after="40" w:line="252" w:lineRule="auto"/>
        <w:jc w:val="both"/>
      </w:pPr>
      <w:r w:rsidRPr="000A19C9">
        <w:t xml:space="preserve">Natal e Réveillon: 24 a 31 de </w:t>
      </w:r>
      <w:proofErr w:type="spellStart"/>
      <w:r w:rsidRPr="000A19C9">
        <w:t>dezembro</w:t>
      </w:r>
      <w:proofErr w:type="spellEnd"/>
      <w:r w:rsidRPr="000A19C9">
        <w:t xml:space="preserve"> de 2026</w:t>
      </w:r>
    </w:p>
    <w:p w14:paraId="732CCFF5" w14:textId="77777777" w:rsidR="001040EA" w:rsidRDefault="001040EA" w:rsidP="001040EA">
      <w:pPr>
        <w:pStyle w:val="BoxTitle"/>
        <w:spacing w:before="160"/>
        <w:rPr>
          <w:rFonts w:cs="Segoe UI Emoji"/>
        </w:rPr>
      </w:pPr>
    </w:p>
    <w:p w14:paraId="73183F02" w14:textId="728BAB05" w:rsidR="00B569A9" w:rsidRDefault="00000000" w:rsidP="001040EA">
      <w:pPr>
        <w:pStyle w:val="BoxTitle"/>
        <w:spacing w:before="160"/>
      </w:pPr>
      <w:r>
        <w:rPr>
          <w:rFonts w:ascii="Segoe UI Emoji" w:hAnsi="Segoe UI Emoji" w:cs="Segoe UI Emoji"/>
        </w:rPr>
        <w:t>🏨</w:t>
      </w:r>
      <w:r>
        <w:t xml:space="preserve">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1040EA" w14:paraId="16E1A5DD" w14:textId="77777777" w:rsidTr="001040EA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361E66" w14:textId="77777777" w:rsidR="001040EA" w:rsidRDefault="001040EA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1FAFA32" w14:textId="77777777" w:rsidR="001040EA" w:rsidRDefault="001040EA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Superior 4*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5D35B1" w14:textId="353DCBB8" w:rsidR="001040EA" w:rsidRDefault="001040EA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Deluxe 5*</w:t>
            </w:r>
          </w:p>
        </w:tc>
      </w:tr>
      <w:tr w:rsidR="001040EA" w14:paraId="753B3624" w14:textId="77777777" w:rsidTr="00D37233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ADEB862" w14:textId="598BF352" w:rsidR="001040EA" w:rsidRDefault="001040EA" w:rsidP="001040EA">
            <w:r w:rsidRPr="000E52BA">
              <w:t>Bangkok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8E8E0B3" w14:textId="39A78548" w:rsidR="001040EA" w:rsidRPr="003A5BC6" w:rsidRDefault="003A5BC6" w:rsidP="003A5BC6">
            <w:r w:rsidRPr="003A5BC6">
              <w:t>Asia Hotel Superior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900F81D" w14:textId="7CCDDFAF" w:rsidR="001040EA" w:rsidRPr="003A5BC6" w:rsidRDefault="003A5BC6" w:rsidP="003A5BC6">
            <w:r>
              <w:t>Salinda Resort (Deluxe Hillview)</w:t>
            </w:r>
          </w:p>
        </w:tc>
      </w:tr>
      <w:tr w:rsidR="001040EA" w14:paraId="7575B979" w14:textId="77777777" w:rsidTr="00D37233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254F21F" w14:textId="6D5CA35F" w:rsidR="001040EA" w:rsidRDefault="001040EA" w:rsidP="001040EA">
            <w:r w:rsidRPr="000E52BA">
              <w:t>Chiang Rai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0E1704B" w14:textId="55094A7C" w:rsidR="001040EA" w:rsidRPr="003A5BC6" w:rsidRDefault="003A5BC6" w:rsidP="003A5BC6">
            <w:r w:rsidRPr="003A5BC6">
              <w:t>The Heritage Chiang Rai Deluxe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39DBD59" w14:textId="3F12A8B2" w:rsidR="001040EA" w:rsidRPr="003A5BC6" w:rsidRDefault="003A5BC6" w:rsidP="003A5BC6">
            <w:r>
              <w:t xml:space="preserve">The </w:t>
            </w:r>
            <w:proofErr w:type="spellStart"/>
            <w:r>
              <w:t>Riverie</w:t>
            </w:r>
            <w:proofErr w:type="spellEnd"/>
            <w:r>
              <w:t xml:space="preserve"> by </w:t>
            </w:r>
            <w:proofErr w:type="spellStart"/>
            <w:r>
              <w:t>Katathani</w:t>
            </w:r>
            <w:proofErr w:type="spellEnd"/>
            <w:r>
              <w:t xml:space="preserve"> Deluxe</w:t>
            </w:r>
          </w:p>
        </w:tc>
      </w:tr>
      <w:tr w:rsidR="001040EA" w14:paraId="485D2EF8" w14:textId="77777777" w:rsidTr="00D37233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4130C31" w14:textId="15F465C8" w:rsidR="001040EA" w:rsidRPr="003A5BC6" w:rsidRDefault="001040EA" w:rsidP="001040EA">
            <w:r w:rsidRPr="000E52BA">
              <w:t>Chiang Mai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9C7AE4F" w14:textId="7E5575D2" w:rsidR="001040EA" w:rsidRPr="003A5BC6" w:rsidRDefault="003A5BC6" w:rsidP="003A5BC6">
            <w:r w:rsidRPr="003A5BC6">
              <w:t xml:space="preserve">U </w:t>
            </w:r>
            <w:proofErr w:type="spellStart"/>
            <w:r w:rsidRPr="003A5BC6">
              <w:t>Nimmarn</w:t>
            </w:r>
            <w:proofErr w:type="spellEnd"/>
            <w:r w:rsidRPr="003A5BC6">
              <w:t xml:space="preserve"> Chiang Mai Deluxe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C76E5DE" w14:textId="0010EC51" w:rsidR="001040EA" w:rsidRPr="003A5BC6" w:rsidRDefault="003A5BC6" w:rsidP="003A5BC6">
            <w:r>
              <w:t xml:space="preserve">Movenpick </w:t>
            </w:r>
            <w:proofErr w:type="spellStart"/>
            <w:r>
              <w:t>Suriwongse</w:t>
            </w:r>
            <w:proofErr w:type="spellEnd"/>
            <w:r>
              <w:t xml:space="preserve"> Hotel Superior</w:t>
            </w:r>
          </w:p>
        </w:tc>
      </w:tr>
      <w:tr w:rsidR="001040EA" w14:paraId="065286ED" w14:textId="77777777" w:rsidTr="00D37233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F0609A" w14:textId="5BF15D48" w:rsidR="001040EA" w:rsidRPr="003A5BC6" w:rsidRDefault="001040EA" w:rsidP="001040EA">
            <w:r w:rsidRPr="000E52BA">
              <w:t>Hanoi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B6EA68" w14:textId="01B40555" w:rsidR="001040EA" w:rsidRPr="003A5BC6" w:rsidRDefault="003A5BC6" w:rsidP="003A5BC6">
            <w:r w:rsidRPr="003A5BC6">
              <w:t>Hanoi Pearl Superior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C4B784A" w14:textId="35A13A13" w:rsidR="001040EA" w:rsidRPr="003A5BC6" w:rsidRDefault="003A5BC6" w:rsidP="003A5BC6">
            <w:r>
              <w:t>The Legend Boutique Hotel Deluxe</w:t>
            </w:r>
          </w:p>
        </w:tc>
      </w:tr>
      <w:tr w:rsidR="001040EA" w14:paraId="3934AF78" w14:textId="77777777" w:rsidTr="00D37233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B442BE1" w14:textId="559472C4" w:rsidR="001040EA" w:rsidRPr="003A5BC6" w:rsidRDefault="001040EA" w:rsidP="001040EA">
            <w:r w:rsidRPr="000E52BA">
              <w:t>Halong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1541E98" w14:textId="1F1FD1BC" w:rsidR="001040EA" w:rsidRPr="003A5BC6" w:rsidRDefault="003A5BC6" w:rsidP="003A5BC6">
            <w:r w:rsidRPr="003A5BC6">
              <w:t>Victory Star Cruise Deluxe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3268E7A" w14:textId="6261BC52" w:rsidR="001040EA" w:rsidRPr="003A5BC6" w:rsidRDefault="003A5BC6" w:rsidP="003A5BC6">
            <w:r>
              <w:t>Indochine Lan Ha Cruise Junior Suite</w:t>
            </w:r>
          </w:p>
        </w:tc>
      </w:tr>
      <w:tr w:rsidR="001040EA" w14:paraId="16F6D268" w14:textId="77777777" w:rsidTr="00D37233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C1CAB4B" w14:textId="0176870B" w:rsidR="001040EA" w:rsidRPr="000E52BA" w:rsidRDefault="001040EA" w:rsidP="001040EA">
            <w:r w:rsidRPr="001040EA">
              <w:t>Siem Reap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2E440E0" w14:textId="733570C7" w:rsidR="001040EA" w:rsidRPr="003A5BC6" w:rsidRDefault="003A5BC6" w:rsidP="003A5BC6">
            <w:r w:rsidRPr="003A5BC6">
              <w:t>Tara Angkor Deluxe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999A90A" w14:textId="2DC006E5" w:rsidR="001040EA" w:rsidRPr="003A5BC6" w:rsidRDefault="003A5BC6" w:rsidP="003A5BC6">
            <w:r>
              <w:t>Angkor Miracle Deluxe</w:t>
            </w:r>
          </w:p>
        </w:tc>
      </w:tr>
    </w:tbl>
    <w:p w14:paraId="4059555D" w14:textId="77777777" w:rsidR="00B569A9" w:rsidRDefault="00B569A9" w:rsidP="003A5BC6">
      <w:pPr>
        <w:spacing w:after="0" w:line="240" w:lineRule="auto"/>
      </w:pPr>
    </w:p>
    <w:p w14:paraId="518183BE" w14:textId="1F05FABD" w:rsidR="001040EA" w:rsidRDefault="001040EA" w:rsidP="001040EA">
      <w:pPr>
        <w:pStyle w:val="BoxTitle"/>
        <w:spacing w:before="160"/>
      </w:pPr>
      <w:r w:rsidRPr="001040EA">
        <w:t>TARIFAS AÉREAS NET</w:t>
      </w:r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1040EA" w14:paraId="1F89E9A1" w14:textId="77777777" w:rsidTr="00CA43C4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A7F2DB" w14:textId="557F58B7" w:rsidR="001040EA" w:rsidRDefault="001040EA" w:rsidP="00CA43C4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Rota 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78C994A" w14:textId="77777777" w:rsidR="001040EA" w:rsidRPr="001040EA" w:rsidRDefault="001040EA" w:rsidP="001040EA">
            <w:pPr>
              <w:jc w:val="center"/>
              <w:rPr>
                <w:b/>
                <w:color w:val="FFFFFF"/>
                <w:sz w:val="15"/>
              </w:rPr>
            </w:pPr>
            <w:r w:rsidRPr="001040EA">
              <w:rPr>
                <w:b/>
                <w:color w:val="FFFFFF"/>
                <w:sz w:val="15"/>
              </w:rPr>
              <w:t>THAI AIRWAYS / VIETNAM AIRLINES</w:t>
            </w:r>
          </w:p>
          <w:p w14:paraId="761C9C70" w14:textId="07E1643C" w:rsidR="001040EA" w:rsidRDefault="001040EA" w:rsidP="001040EA">
            <w:pPr>
              <w:jc w:val="center"/>
            </w:pPr>
            <w:r w:rsidRPr="001040EA">
              <w:rPr>
                <w:b/>
                <w:color w:val="FFFFFF"/>
                <w:sz w:val="15"/>
              </w:rPr>
              <w:t>(</w:t>
            </w:r>
            <w:proofErr w:type="spellStart"/>
            <w:r w:rsidRPr="001040EA">
              <w:rPr>
                <w:b/>
                <w:color w:val="FFFFFF"/>
                <w:sz w:val="15"/>
              </w:rPr>
              <w:t>Aerolínea</w:t>
            </w:r>
            <w:proofErr w:type="spellEnd"/>
            <w:r w:rsidRPr="001040EA">
              <w:rPr>
                <w:b/>
                <w:color w:val="FFFFFF"/>
                <w:sz w:val="15"/>
              </w:rPr>
              <w:t xml:space="preserve"> </w:t>
            </w:r>
            <w:proofErr w:type="spellStart"/>
            <w:r w:rsidRPr="001040EA">
              <w:rPr>
                <w:b/>
                <w:color w:val="FFFFFF"/>
                <w:sz w:val="15"/>
              </w:rPr>
              <w:t>nacional</w:t>
            </w:r>
            <w:proofErr w:type="spellEnd"/>
            <w:r w:rsidRPr="001040EA">
              <w:rPr>
                <w:b/>
                <w:color w:val="FFFFFF"/>
                <w:sz w:val="15"/>
              </w:rPr>
              <w:t>)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4201BD2" w14:textId="77777777" w:rsidR="001040EA" w:rsidRPr="001040EA" w:rsidRDefault="001040EA" w:rsidP="001040EA">
            <w:pPr>
              <w:jc w:val="center"/>
              <w:rPr>
                <w:b/>
                <w:color w:val="FFFFFF"/>
                <w:sz w:val="15"/>
              </w:rPr>
            </w:pPr>
            <w:r w:rsidRPr="001040EA">
              <w:rPr>
                <w:b/>
                <w:color w:val="FFFFFF"/>
                <w:sz w:val="15"/>
              </w:rPr>
              <w:t>THAI VIETJET AIR</w:t>
            </w:r>
          </w:p>
          <w:p w14:paraId="42AA6FA5" w14:textId="0ED8441F" w:rsidR="001040EA" w:rsidRDefault="001040EA" w:rsidP="001040EA">
            <w:pPr>
              <w:jc w:val="center"/>
            </w:pPr>
            <w:r w:rsidRPr="001040EA">
              <w:rPr>
                <w:b/>
                <w:color w:val="FFFFFF"/>
                <w:sz w:val="15"/>
              </w:rPr>
              <w:t>(</w:t>
            </w:r>
            <w:proofErr w:type="spellStart"/>
            <w:r w:rsidRPr="001040EA">
              <w:rPr>
                <w:b/>
                <w:color w:val="FFFFFF"/>
                <w:sz w:val="15"/>
              </w:rPr>
              <w:t>Transportador</w:t>
            </w:r>
            <w:proofErr w:type="spellEnd"/>
            <w:r w:rsidRPr="001040EA">
              <w:rPr>
                <w:b/>
                <w:color w:val="FFFFFF"/>
                <w:sz w:val="15"/>
              </w:rPr>
              <w:t xml:space="preserve"> de bajo </w:t>
            </w:r>
            <w:proofErr w:type="spellStart"/>
            <w:r w:rsidRPr="001040EA">
              <w:rPr>
                <w:b/>
                <w:color w:val="FFFFFF"/>
                <w:sz w:val="15"/>
              </w:rPr>
              <w:t>costo</w:t>
            </w:r>
            <w:proofErr w:type="spellEnd"/>
            <w:r w:rsidRPr="001040EA">
              <w:rPr>
                <w:b/>
                <w:color w:val="FFFFFF"/>
                <w:sz w:val="15"/>
              </w:rPr>
              <w:t>)</w:t>
            </w:r>
          </w:p>
        </w:tc>
      </w:tr>
      <w:tr w:rsidR="001040EA" w14:paraId="54A42800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8D4936B" w14:textId="51EBCDB4" w:rsidR="001040EA" w:rsidRDefault="001040EA" w:rsidP="001040EA">
            <w:r w:rsidRPr="00C32AF6">
              <w:t>Bangkok – Chiang Rai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E281FC0" w14:textId="03D4CAD1" w:rsidR="001040EA" w:rsidRPr="001040EA" w:rsidRDefault="001040EA" w:rsidP="001040EA">
            <w:pPr>
              <w:rPr>
                <w:sz w:val="15"/>
              </w:rPr>
            </w:pPr>
            <w:r w:rsidRPr="000900D4">
              <w:t>USD 166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456E536" w14:textId="151A25C9" w:rsidR="001040EA" w:rsidRPr="001040EA" w:rsidRDefault="001040EA" w:rsidP="001040EA">
            <w:pPr>
              <w:rPr>
                <w:sz w:val="15"/>
              </w:rPr>
            </w:pPr>
            <w:r w:rsidRPr="0004502D">
              <w:t>USD 135</w:t>
            </w:r>
          </w:p>
        </w:tc>
      </w:tr>
      <w:tr w:rsidR="001040EA" w14:paraId="2FCFC486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89F6A9B" w14:textId="3E7BB82C" w:rsidR="001040EA" w:rsidRDefault="001040EA" w:rsidP="001040EA">
            <w:r w:rsidRPr="00C32AF6">
              <w:lastRenderedPageBreak/>
              <w:t>Chiang Mai – Hanoi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6C997A5" w14:textId="537732D0" w:rsidR="001040EA" w:rsidRPr="001040EA" w:rsidRDefault="001040EA" w:rsidP="001040EA">
            <w:pPr>
              <w:rPr>
                <w:sz w:val="15"/>
              </w:rPr>
            </w:pPr>
            <w:r w:rsidRPr="000900D4">
              <w:t>N/A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ECB7EE5" w14:textId="50CBB8A0" w:rsidR="001040EA" w:rsidRPr="001040EA" w:rsidRDefault="001040EA" w:rsidP="001040EA">
            <w:pPr>
              <w:rPr>
                <w:sz w:val="15"/>
              </w:rPr>
            </w:pPr>
            <w:r w:rsidRPr="0004502D">
              <w:t>USD 235</w:t>
            </w:r>
          </w:p>
        </w:tc>
      </w:tr>
      <w:tr w:rsidR="001040EA" w14:paraId="56DE950C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0B31E66" w14:textId="03682508" w:rsidR="001040EA" w:rsidRDefault="001040EA" w:rsidP="001040EA">
            <w:pPr>
              <w:rPr>
                <w:sz w:val="15"/>
              </w:rPr>
            </w:pPr>
            <w:r w:rsidRPr="00C32AF6">
              <w:t>Hanoi – Siem Reap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2A2011B" w14:textId="5CA56E11" w:rsidR="001040EA" w:rsidRDefault="001040EA" w:rsidP="001040EA">
            <w:pPr>
              <w:rPr>
                <w:sz w:val="15"/>
              </w:rPr>
            </w:pPr>
            <w:r w:rsidRPr="000900D4">
              <w:t>USD 335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C111851" w14:textId="0D1D5B00" w:rsidR="001040EA" w:rsidRDefault="001040EA" w:rsidP="001040EA">
            <w:pPr>
              <w:rPr>
                <w:sz w:val="15"/>
              </w:rPr>
            </w:pPr>
            <w:r w:rsidRPr="0004502D">
              <w:t>USD 260</w:t>
            </w:r>
          </w:p>
        </w:tc>
      </w:tr>
    </w:tbl>
    <w:p w14:paraId="6AA928E6" w14:textId="77777777" w:rsidR="001040EA" w:rsidRDefault="001040EA" w:rsidP="001040EA"/>
    <w:p w14:paraId="01DE8ADA" w14:textId="77777777" w:rsidR="001040EA" w:rsidRDefault="001040EA"/>
    <w:p w14:paraId="3E2C94BF" w14:textId="77777777" w:rsidR="00B569A9" w:rsidRDefault="00000000">
      <w:pPr>
        <w:pStyle w:val="BoxTitle"/>
        <w:spacing w:before="160"/>
      </w:pPr>
      <w:r>
        <w:t xml:space="preserve">✅ </w:t>
      </w:r>
      <w:proofErr w:type="spellStart"/>
      <w:r>
        <w:t>Inclui</w:t>
      </w:r>
      <w:proofErr w:type="spellEnd"/>
      <w:r>
        <w:t>:</w:t>
      </w:r>
    </w:p>
    <w:p w14:paraId="10A72248" w14:textId="77777777" w:rsidR="001040EA" w:rsidRPr="001040EA" w:rsidRDefault="001040EA" w:rsidP="001040EA">
      <w:pPr>
        <w:spacing w:after="40" w:line="252" w:lineRule="auto"/>
      </w:pPr>
      <w:r w:rsidRPr="001040EA">
        <w:rPr>
          <w:rFonts w:ascii="Segoe UI Symbol" w:hAnsi="Segoe UI Symbol" w:cs="Segoe UI Symbol"/>
        </w:rPr>
        <w:t>✔</w:t>
      </w:r>
      <w:r w:rsidRPr="001040EA">
        <w:t xml:space="preserve"> </w:t>
      </w:r>
      <w:proofErr w:type="spellStart"/>
      <w:r w:rsidRPr="001040EA">
        <w:t>Hospedagem</w:t>
      </w:r>
      <w:proofErr w:type="spellEnd"/>
      <w:r w:rsidRPr="001040EA">
        <w:t xml:space="preserve"> </w:t>
      </w:r>
      <w:proofErr w:type="spellStart"/>
      <w:r w:rsidRPr="001040EA">
        <w:t>em</w:t>
      </w:r>
      <w:proofErr w:type="spellEnd"/>
      <w:r w:rsidRPr="001040EA">
        <w:t xml:space="preserve"> quarto </w:t>
      </w:r>
      <w:proofErr w:type="spellStart"/>
      <w:r w:rsidRPr="001040EA">
        <w:t>duplo</w:t>
      </w:r>
      <w:proofErr w:type="spellEnd"/>
      <w:r w:rsidRPr="001040EA">
        <w:t xml:space="preserve"> / twin / </w:t>
      </w:r>
      <w:proofErr w:type="spellStart"/>
      <w:r w:rsidRPr="001040EA">
        <w:t>triplo</w:t>
      </w:r>
      <w:proofErr w:type="spellEnd"/>
      <w:r w:rsidRPr="001040EA">
        <w:t xml:space="preserve"> </w:t>
      </w:r>
      <w:proofErr w:type="spellStart"/>
      <w:r w:rsidRPr="001040EA">
        <w:t>básico</w:t>
      </w:r>
      <w:proofErr w:type="spellEnd"/>
      <w:r w:rsidRPr="001040EA">
        <w:t xml:space="preserve"> com café da </w:t>
      </w:r>
      <w:proofErr w:type="spellStart"/>
      <w:r w:rsidRPr="001040EA">
        <w:t>manhã</w:t>
      </w:r>
      <w:proofErr w:type="spellEnd"/>
      <w:r w:rsidRPr="001040EA">
        <w:t>.</w:t>
      </w:r>
    </w:p>
    <w:p w14:paraId="76DAECD5" w14:textId="77777777" w:rsidR="001040EA" w:rsidRPr="001040EA" w:rsidRDefault="001040EA" w:rsidP="001040EA">
      <w:pPr>
        <w:spacing w:after="40" w:line="252" w:lineRule="auto"/>
      </w:pPr>
      <w:r w:rsidRPr="001040EA">
        <w:rPr>
          <w:rFonts w:ascii="Segoe UI Symbol" w:hAnsi="Segoe UI Symbol" w:cs="Segoe UI Symbol"/>
        </w:rPr>
        <w:t>✔</w:t>
      </w:r>
      <w:r w:rsidRPr="001040EA">
        <w:t xml:space="preserve"> Guias de </w:t>
      </w:r>
      <w:proofErr w:type="spellStart"/>
      <w:r w:rsidRPr="001040EA">
        <w:t>língua</w:t>
      </w:r>
      <w:proofErr w:type="spellEnd"/>
      <w:r w:rsidRPr="001040EA">
        <w:t xml:space="preserve"> </w:t>
      </w:r>
      <w:proofErr w:type="spellStart"/>
      <w:r w:rsidRPr="001040EA">
        <w:t>espanhola</w:t>
      </w:r>
      <w:proofErr w:type="spellEnd"/>
      <w:r w:rsidRPr="001040EA">
        <w:t xml:space="preserve"> (um </w:t>
      </w:r>
      <w:proofErr w:type="spellStart"/>
      <w:r w:rsidRPr="001040EA">
        <w:t>guia</w:t>
      </w:r>
      <w:proofErr w:type="spellEnd"/>
      <w:r w:rsidRPr="001040EA">
        <w:t xml:space="preserve"> </w:t>
      </w:r>
      <w:proofErr w:type="spellStart"/>
      <w:r w:rsidRPr="001040EA">
        <w:t>em</w:t>
      </w:r>
      <w:proofErr w:type="spellEnd"/>
      <w:r w:rsidRPr="001040EA">
        <w:t xml:space="preserve"> </w:t>
      </w:r>
      <w:proofErr w:type="spellStart"/>
      <w:r w:rsidRPr="001040EA">
        <w:t>cada</w:t>
      </w:r>
      <w:proofErr w:type="spellEnd"/>
      <w:r w:rsidRPr="001040EA">
        <w:t xml:space="preserve"> </w:t>
      </w:r>
      <w:proofErr w:type="spellStart"/>
      <w:r w:rsidRPr="001040EA">
        <w:t>região</w:t>
      </w:r>
      <w:proofErr w:type="spellEnd"/>
      <w:r w:rsidRPr="001040EA">
        <w:t xml:space="preserve">, </w:t>
      </w:r>
      <w:proofErr w:type="spellStart"/>
      <w:r w:rsidRPr="001040EA">
        <w:t>exceto</w:t>
      </w:r>
      <w:proofErr w:type="spellEnd"/>
      <w:r w:rsidRPr="001040EA">
        <w:t xml:space="preserve"> </w:t>
      </w:r>
      <w:proofErr w:type="spellStart"/>
      <w:r w:rsidRPr="001040EA">
        <w:t>na</w:t>
      </w:r>
      <w:proofErr w:type="spellEnd"/>
      <w:r w:rsidRPr="001040EA">
        <w:t xml:space="preserve"> Baía de Halong).</w:t>
      </w:r>
    </w:p>
    <w:p w14:paraId="47BCAEED" w14:textId="77777777" w:rsidR="001040EA" w:rsidRPr="001040EA" w:rsidRDefault="001040EA" w:rsidP="001040EA">
      <w:pPr>
        <w:spacing w:after="40" w:line="252" w:lineRule="auto"/>
      </w:pPr>
      <w:r w:rsidRPr="001040EA">
        <w:rPr>
          <w:rFonts w:ascii="Segoe UI Symbol" w:hAnsi="Segoe UI Symbol" w:cs="Segoe UI Symbol"/>
        </w:rPr>
        <w:t>✔</w:t>
      </w:r>
      <w:r w:rsidRPr="001040EA">
        <w:t xml:space="preserve"> </w:t>
      </w:r>
      <w:proofErr w:type="spellStart"/>
      <w:r w:rsidRPr="001040EA">
        <w:t>Refeições</w:t>
      </w:r>
      <w:proofErr w:type="spellEnd"/>
      <w:r w:rsidRPr="001040EA">
        <w:t xml:space="preserve"> </w:t>
      </w:r>
      <w:proofErr w:type="spellStart"/>
      <w:r w:rsidRPr="001040EA">
        <w:t>mencionadas</w:t>
      </w:r>
      <w:proofErr w:type="spellEnd"/>
      <w:r w:rsidRPr="001040EA">
        <w:t xml:space="preserve"> no </w:t>
      </w:r>
      <w:proofErr w:type="spellStart"/>
      <w:r w:rsidRPr="001040EA">
        <w:t>programa</w:t>
      </w:r>
      <w:proofErr w:type="spellEnd"/>
      <w:r w:rsidRPr="001040EA">
        <w:t>.</w:t>
      </w:r>
    </w:p>
    <w:p w14:paraId="2C8F8434" w14:textId="77777777" w:rsidR="001040EA" w:rsidRPr="001040EA" w:rsidRDefault="001040EA" w:rsidP="001040EA">
      <w:pPr>
        <w:spacing w:after="40" w:line="252" w:lineRule="auto"/>
      </w:pPr>
      <w:r w:rsidRPr="001040EA">
        <w:rPr>
          <w:rFonts w:ascii="Segoe UI Symbol" w:hAnsi="Segoe UI Symbol" w:cs="Segoe UI Symbol"/>
        </w:rPr>
        <w:t>✔</w:t>
      </w:r>
      <w:r w:rsidRPr="001040EA">
        <w:t xml:space="preserve"> Transporte: </w:t>
      </w:r>
      <w:proofErr w:type="spellStart"/>
      <w:r w:rsidRPr="001040EA">
        <w:t>traslados</w:t>
      </w:r>
      <w:proofErr w:type="spellEnd"/>
      <w:r w:rsidRPr="001040EA">
        <w:t xml:space="preserve"> </w:t>
      </w:r>
      <w:proofErr w:type="spellStart"/>
      <w:r w:rsidRPr="001040EA">
        <w:t>privativos</w:t>
      </w:r>
      <w:proofErr w:type="spellEnd"/>
      <w:r w:rsidRPr="001040EA">
        <w:t xml:space="preserve"> </w:t>
      </w:r>
      <w:proofErr w:type="spellStart"/>
      <w:r w:rsidRPr="001040EA">
        <w:t>em</w:t>
      </w:r>
      <w:proofErr w:type="spellEnd"/>
      <w:r w:rsidRPr="001040EA">
        <w:t xml:space="preserve"> </w:t>
      </w:r>
      <w:proofErr w:type="spellStart"/>
      <w:r w:rsidRPr="001040EA">
        <w:t>veículos</w:t>
      </w:r>
      <w:proofErr w:type="spellEnd"/>
      <w:r w:rsidRPr="001040EA">
        <w:t xml:space="preserve"> com </w:t>
      </w:r>
      <w:proofErr w:type="spellStart"/>
      <w:r w:rsidRPr="001040EA">
        <w:t>ar-condicionado</w:t>
      </w:r>
      <w:proofErr w:type="spellEnd"/>
      <w:r w:rsidRPr="001040EA">
        <w:t>.</w:t>
      </w:r>
    </w:p>
    <w:p w14:paraId="18CF8B05" w14:textId="77777777" w:rsidR="001040EA" w:rsidRPr="001040EA" w:rsidRDefault="001040EA" w:rsidP="001040EA">
      <w:pPr>
        <w:spacing w:after="40" w:line="252" w:lineRule="auto"/>
      </w:pPr>
      <w:r w:rsidRPr="001040EA">
        <w:rPr>
          <w:rFonts w:ascii="Segoe UI Symbol" w:hAnsi="Segoe UI Symbol" w:cs="Segoe UI Symbol"/>
        </w:rPr>
        <w:t>✔</w:t>
      </w:r>
      <w:r w:rsidRPr="001040EA">
        <w:t xml:space="preserve"> Entradas para </w:t>
      </w:r>
      <w:proofErr w:type="spellStart"/>
      <w:r w:rsidRPr="001040EA">
        <w:t>os</w:t>
      </w:r>
      <w:proofErr w:type="spellEnd"/>
      <w:r w:rsidRPr="001040EA">
        <w:t xml:space="preserve"> </w:t>
      </w:r>
      <w:proofErr w:type="spellStart"/>
      <w:r w:rsidRPr="001040EA">
        <w:t>locais</w:t>
      </w:r>
      <w:proofErr w:type="spellEnd"/>
      <w:r w:rsidRPr="001040EA">
        <w:t xml:space="preserve"> de visita </w:t>
      </w:r>
      <w:proofErr w:type="spellStart"/>
      <w:r w:rsidRPr="001040EA">
        <w:t>previstos</w:t>
      </w:r>
      <w:proofErr w:type="spellEnd"/>
      <w:r w:rsidRPr="001040EA">
        <w:t xml:space="preserve"> no </w:t>
      </w:r>
      <w:proofErr w:type="spellStart"/>
      <w:r w:rsidRPr="001040EA">
        <w:t>programa</w:t>
      </w:r>
      <w:proofErr w:type="spellEnd"/>
      <w:r w:rsidRPr="001040EA">
        <w:t>.</w:t>
      </w:r>
    </w:p>
    <w:p w14:paraId="6D150745" w14:textId="77777777" w:rsidR="001040EA" w:rsidRPr="001040EA" w:rsidRDefault="001040EA" w:rsidP="001040EA">
      <w:pPr>
        <w:spacing w:after="40" w:line="252" w:lineRule="auto"/>
      </w:pPr>
      <w:r w:rsidRPr="001040EA">
        <w:rPr>
          <w:rFonts w:ascii="Segoe UI Symbol" w:hAnsi="Segoe UI Symbol" w:cs="Segoe UI Symbol"/>
        </w:rPr>
        <w:t>✔</w:t>
      </w:r>
      <w:r w:rsidRPr="001040EA">
        <w:t xml:space="preserve"> 1 </w:t>
      </w:r>
      <w:proofErr w:type="spellStart"/>
      <w:r w:rsidRPr="001040EA">
        <w:t>garrafa</w:t>
      </w:r>
      <w:proofErr w:type="spellEnd"/>
      <w:r w:rsidRPr="001040EA">
        <w:t xml:space="preserve"> de </w:t>
      </w:r>
      <w:proofErr w:type="spellStart"/>
      <w:r w:rsidRPr="001040EA">
        <w:t>água</w:t>
      </w:r>
      <w:proofErr w:type="spellEnd"/>
      <w:r w:rsidRPr="001040EA">
        <w:t xml:space="preserve"> </w:t>
      </w:r>
      <w:proofErr w:type="spellStart"/>
      <w:r w:rsidRPr="001040EA">
        <w:t>por</w:t>
      </w:r>
      <w:proofErr w:type="spellEnd"/>
      <w:r w:rsidRPr="001040EA">
        <w:t xml:space="preserve"> </w:t>
      </w:r>
      <w:proofErr w:type="spellStart"/>
      <w:r w:rsidRPr="001040EA">
        <w:t>dia</w:t>
      </w:r>
      <w:proofErr w:type="spellEnd"/>
      <w:r w:rsidRPr="001040EA">
        <w:t xml:space="preserve"> de </w:t>
      </w:r>
      <w:proofErr w:type="spellStart"/>
      <w:r w:rsidRPr="001040EA">
        <w:t>excursão</w:t>
      </w:r>
      <w:proofErr w:type="spellEnd"/>
      <w:r w:rsidRPr="001040EA">
        <w:t>.</w:t>
      </w:r>
    </w:p>
    <w:p w14:paraId="282F0795" w14:textId="77777777" w:rsidR="001040EA" w:rsidRDefault="001040EA" w:rsidP="001040EA">
      <w:pPr>
        <w:spacing w:after="40" w:line="252" w:lineRule="auto"/>
      </w:pPr>
      <w:r w:rsidRPr="001040EA">
        <w:rPr>
          <w:rFonts w:ascii="Segoe UI Symbol" w:hAnsi="Segoe UI Symbol" w:cs="Segoe UI Symbol"/>
        </w:rPr>
        <w:t>✔</w:t>
      </w:r>
      <w:r w:rsidRPr="001040EA">
        <w:t xml:space="preserve"> </w:t>
      </w:r>
      <w:proofErr w:type="spellStart"/>
      <w:r w:rsidRPr="001040EA">
        <w:t>Assistência</w:t>
      </w:r>
      <w:proofErr w:type="spellEnd"/>
      <w:r w:rsidRPr="001040EA">
        <w:t xml:space="preserve"> </w:t>
      </w:r>
      <w:proofErr w:type="spellStart"/>
      <w:r w:rsidRPr="001040EA">
        <w:t>telefônica</w:t>
      </w:r>
      <w:proofErr w:type="spellEnd"/>
      <w:r w:rsidRPr="001040EA">
        <w:t xml:space="preserve"> </w:t>
      </w:r>
      <w:proofErr w:type="spellStart"/>
      <w:r w:rsidRPr="001040EA">
        <w:t>multilíngue</w:t>
      </w:r>
      <w:proofErr w:type="spellEnd"/>
      <w:r w:rsidRPr="001040EA">
        <w:t xml:space="preserve"> 24 horas </w:t>
      </w:r>
      <w:proofErr w:type="spellStart"/>
      <w:r w:rsidRPr="001040EA">
        <w:t>por</w:t>
      </w:r>
      <w:proofErr w:type="spellEnd"/>
      <w:r w:rsidRPr="001040EA">
        <w:t xml:space="preserve"> </w:t>
      </w:r>
      <w:proofErr w:type="spellStart"/>
      <w:r w:rsidRPr="001040EA">
        <w:t>dia</w:t>
      </w:r>
      <w:proofErr w:type="spellEnd"/>
      <w:r w:rsidRPr="001040EA">
        <w:t xml:space="preserve">, </w:t>
      </w:r>
      <w:proofErr w:type="spellStart"/>
      <w:r w:rsidRPr="001040EA">
        <w:t>durante</w:t>
      </w:r>
      <w:proofErr w:type="spellEnd"/>
      <w:r w:rsidRPr="001040EA">
        <w:t xml:space="preserve"> </w:t>
      </w:r>
      <w:proofErr w:type="spellStart"/>
      <w:r w:rsidRPr="001040EA">
        <w:t>toda</w:t>
      </w:r>
      <w:proofErr w:type="spellEnd"/>
      <w:r w:rsidRPr="001040EA">
        <w:t xml:space="preserve"> a </w:t>
      </w:r>
      <w:proofErr w:type="spellStart"/>
      <w:r w:rsidRPr="001040EA">
        <w:t>viagem</w:t>
      </w:r>
      <w:proofErr w:type="spellEnd"/>
      <w:r w:rsidRPr="001040EA">
        <w:t>.</w:t>
      </w:r>
    </w:p>
    <w:p w14:paraId="5033D970" w14:textId="77777777" w:rsidR="001040EA" w:rsidRPr="001040EA" w:rsidRDefault="001040EA" w:rsidP="001040EA">
      <w:pPr>
        <w:spacing w:after="40" w:line="252" w:lineRule="auto"/>
      </w:pPr>
    </w:p>
    <w:p w14:paraId="4911A11D" w14:textId="4C20FA4C" w:rsidR="00B569A9" w:rsidRDefault="00000000" w:rsidP="001040EA">
      <w:pPr>
        <w:pStyle w:val="BoxTitle"/>
        <w:spacing w:before="160"/>
      </w:pPr>
      <w:r>
        <w:t xml:space="preserve">❌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inclui</w:t>
      </w:r>
      <w:proofErr w:type="spellEnd"/>
      <w:r>
        <w:t>:</w:t>
      </w:r>
    </w:p>
    <w:p w14:paraId="38CC1D8C" w14:textId="77777777" w:rsidR="001040EA" w:rsidRPr="001040EA" w:rsidRDefault="001040EA" w:rsidP="001040EA">
      <w:pPr>
        <w:spacing w:after="40" w:line="252" w:lineRule="auto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>✖</w:t>
      </w:r>
      <w:r w:rsidRPr="001040EA">
        <w:rPr>
          <w:rFonts w:ascii="Segoe UI Symbol" w:hAnsi="Segoe UI Symbol" w:cs="Segoe UI Symbol"/>
        </w:rPr>
        <w:t xml:space="preserve"> Voos </w:t>
      </w:r>
      <w:proofErr w:type="spellStart"/>
      <w:r w:rsidRPr="001040EA">
        <w:rPr>
          <w:rFonts w:ascii="Segoe UI Symbol" w:hAnsi="Segoe UI Symbol" w:cs="Segoe UI Symbol"/>
        </w:rPr>
        <w:t>internacionais</w:t>
      </w:r>
      <w:proofErr w:type="spellEnd"/>
      <w:r w:rsidRPr="001040EA">
        <w:rPr>
          <w:rFonts w:ascii="Segoe UI Symbol" w:hAnsi="Segoe UI Symbol" w:cs="Segoe UI Symbol"/>
        </w:rPr>
        <w:t xml:space="preserve"> e </w:t>
      </w:r>
      <w:proofErr w:type="spellStart"/>
      <w:r w:rsidRPr="001040EA">
        <w:rPr>
          <w:rFonts w:ascii="Segoe UI Symbol" w:hAnsi="Segoe UI Symbol" w:cs="Segoe UI Symbol"/>
        </w:rPr>
        <w:t>domésticos</w:t>
      </w:r>
      <w:proofErr w:type="spellEnd"/>
      <w:r w:rsidRPr="001040EA">
        <w:rPr>
          <w:rFonts w:ascii="Segoe UI Symbol" w:hAnsi="Segoe UI Symbol" w:cs="Segoe UI Symbol"/>
        </w:rPr>
        <w:t xml:space="preserve">, </w:t>
      </w:r>
      <w:proofErr w:type="spellStart"/>
      <w:r w:rsidRPr="001040EA">
        <w:rPr>
          <w:rFonts w:ascii="Segoe UI Symbol" w:hAnsi="Segoe UI Symbol" w:cs="Segoe UI Symbol"/>
        </w:rPr>
        <w:t>bem</w:t>
      </w:r>
      <w:proofErr w:type="spellEnd"/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como</w:t>
      </w:r>
      <w:proofErr w:type="spellEnd"/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taxas</w:t>
      </w:r>
      <w:proofErr w:type="spellEnd"/>
      <w:r w:rsidRPr="001040EA">
        <w:rPr>
          <w:rFonts w:ascii="Segoe UI Symbol" w:hAnsi="Segoe UI Symbol" w:cs="Segoe UI Symbol"/>
        </w:rPr>
        <w:t xml:space="preserve"> de </w:t>
      </w:r>
      <w:proofErr w:type="spellStart"/>
      <w:r w:rsidRPr="001040EA">
        <w:rPr>
          <w:rFonts w:ascii="Segoe UI Symbol" w:hAnsi="Segoe UI Symbol" w:cs="Segoe UI Symbol"/>
        </w:rPr>
        <w:t>embarque</w:t>
      </w:r>
      <w:proofErr w:type="spellEnd"/>
      <w:r w:rsidRPr="001040EA">
        <w:rPr>
          <w:rFonts w:ascii="Segoe UI Symbol" w:hAnsi="Segoe UI Symbol" w:cs="Segoe UI Symbol"/>
        </w:rPr>
        <w:t>.</w:t>
      </w:r>
    </w:p>
    <w:p w14:paraId="099665A5" w14:textId="77777777" w:rsidR="001040EA" w:rsidRPr="001040EA" w:rsidRDefault="001040EA" w:rsidP="001040EA">
      <w:pPr>
        <w:spacing w:after="40" w:line="252" w:lineRule="auto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>✖</w:t>
      </w:r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Refeições</w:t>
      </w:r>
      <w:proofErr w:type="spellEnd"/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não</w:t>
      </w:r>
      <w:proofErr w:type="spellEnd"/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mencionadas</w:t>
      </w:r>
      <w:proofErr w:type="spellEnd"/>
      <w:r w:rsidRPr="001040EA">
        <w:rPr>
          <w:rFonts w:ascii="Segoe UI Symbol" w:hAnsi="Segoe UI Symbol" w:cs="Segoe UI Symbol"/>
        </w:rPr>
        <w:t xml:space="preserve"> no </w:t>
      </w:r>
      <w:proofErr w:type="spellStart"/>
      <w:r w:rsidRPr="001040EA">
        <w:rPr>
          <w:rFonts w:ascii="Segoe UI Symbol" w:hAnsi="Segoe UI Symbol" w:cs="Segoe UI Symbol"/>
        </w:rPr>
        <w:t>programa</w:t>
      </w:r>
      <w:proofErr w:type="spellEnd"/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detalhado</w:t>
      </w:r>
      <w:proofErr w:type="spellEnd"/>
      <w:r w:rsidRPr="001040EA">
        <w:rPr>
          <w:rFonts w:ascii="Segoe UI Symbol" w:hAnsi="Segoe UI Symbol" w:cs="Segoe UI Symbol"/>
        </w:rPr>
        <w:t>.</w:t>
      </w:r>
    </w:p>
    <w:p w14:paraId="69C61FFD" w14:textId="77777777" w:rsidR="001040EA" w:rsidRPr="001040EA" w:rsidRDefault="001040EA" w:rsidP="001040EA">
      <w:pPr>
        <w:spacing w:after="40" w:line="252" w:lineRule="auto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>✖</w:t>
      </w:r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Taxas</w:t>
      </w:r>
      <w:proofErr w:type="spellEnd"/>
      <w:r w:rsidRPr="001040EA">
        <w:rPr>
          <w:rFonts w:ascii="Segoe UI Symbol" w:hAnsi="Segoe UI Symbol" w:cs="Segoe UI Symbol"/>
        </w:rPr>
        <w:t xml:space="preserve"> de visto para </w:t>
      </w:r>
      <w:proofErr w:type="spellStart"/>
      <w:r w:rsidRPr="001040EA">
        <w:rPr>
          <w:rFonts w:ascii="Segoe UI Symbol" w:hAnsi="Segoe UI Symbol" w:cs="Segoe UI Symbol"/>
        </w:rPr>
        <w:t>Tailândia</w:t>
      </w:r>
      <w:proofErr w:type="spellEnd"/>
      <w:r w:rsidRPr="001040EA">
        <w:rPr>
          <w:rFonts w:ascii="Segoe UI Symbol" w:hAnsi="Segoe UI Symbol" w:cs="Segoe UI Symbol"/>
        </w:rPr>
        <w:t>/</w:t>
      </w:r>
      <w:proofErr w:type="spellStart"/>
      <w:r w:rsidRPr="001040EA">
        <w:rPr>
          <w:rFonts w:ascii="Segoe UI Symbol" w:hAnsi="Segoe UI Symbol" w:cs="Segoe UI Symbol"/>
        </w:rPr>
        <w:t>Vietnã</w:t>
      </w:r>
      <w:proofErr w:type="spellEnd"/>
      <w:r w:rsidRPr="001040EA">
        <w:rPr>
          <w:rFonts w:ascii="Segoe UI Symbol" w:hAnsi="Segoe UI Symbol" w:cs="Segoe UI Symbol"/>
        </w:rPr>
        <w:t xml:space="preserve"> (se </w:t>
      </w:r>
      <w:proofErr w:type="spellStart"/>
      <w:r w:rsidRPr="001040EA">
        <w:rPr>
          <w:rFonts w:ascii="Segoe UI Symbol" w:hAnsi="Segoe UI Symbol" w:cs="Segoe UI Symbol"/>
        </w:rPr>
        <w:t>aplicável</w:t>
      </w:r>
      <w:proofErr w:type="spellEnd"/>
      <w:r w:rsidRPr="001040EA">
        <w:rPr>
          <w:rFonts w:ascii="Segoe UI Symbol" w:hAnsi="Segoe UI Symbol" w:cs="Segoe UI Symbol"/>
        </w:rPr>
        <w:t>).</w:t>
      </w:r>
    </w:p>
    <w:p w14:paraId="70C61DD3" w14:textId="77777777" w:rsidR="001040EA" w:rsidRPr="001040EA" w:rsidRDefault="001040EA" w:rsidP="001040EA">
      <w:pPr>
        <w:spacing w:after="40" w:line="252" w:lineRule="auto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>✖</w:t>
      </w:r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Suplemento</w:t>
      </w:r>
      <w:proofErr w:type="spellEnd"/>
      <w:r w:rsidRPr="001040EA">
        <w:rPr>
          <w:rFonts w:ascii="Segoe UI Symbol" w:hAnsi="Segoe UI Symbol" w:cs="Segoe UI Symbol"/>
        </w:rPr>
        <w:t xml:space="preserve"> para check-in </w:t>
      </w:r>
      <w:proofErr w:type="spellStart"/>
      <w:r w:rsidRPr="001040EA">
        <w:rPr>
          <w:rFonts w:ascii="Segoe UI Symbol" w:hAnsi="Segoe UI Symbol" w:cs="Segoe UI Symbol"/>
        </w:rPr>
        <w:t>antecipado</w:t>
      </w:r>
      <w:proofErr w:type="spellEnd"/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ou</w:t>
      </w:r>
      <w:proofErr w:type="spellEnd"/>
      <w:r w:rsidRPr="001040EA">
        <w:rPr>
          <w:rFonts w:ascii="Segoe UI Symbol" w:hAnsi="Segoe UI Symbol" w:cs="Segoe UI Symbol"/>
        </w:rPr>
        <w:t xml:space="preserve"> check-out </w:t>
      </w:r>
      <w:proofErr w:type="spellStart"/>
      <w:r w:rsidRPr="001040EA">
        <w:rPr>
          <w:rFonts w:ascii="Segoe UI Symbol" w:hAnsi="Segoe UI Symbol" w:cs="Segoe UI Symbol"/>
        </w:rPr>
        <w:t>tardio</w:t>
      </w:r>
      <w:proofErr w:type="spellEnd"/>
      <w:r w:rsidRPr="001040EA">
        <w:rPr>
          <w:rFonts w:ascii="Segoe UI Symbol" w:hAnsi="Segoe UI Symbol" w:cs="Segoe UI Symbol"/>
        </w:rPr>
        <w:t>.</w:t>
      </w:r>
    </w:p>
    <w:p w14:paraId="7B731D96" w14:textId="77777777" w:rsidR="001040EA" w:rsidRPr="001040EA" w:rsidRDefault="001040EA" w:rsidP="001040EA">
      <w:pPr>
        <w:spacing w:after="40" w:line="252" w:lineRule="auto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>✖</w:t>
      </w:r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Gorjetas</w:t>
      </w:r>
      <w:proofErr w:type="spellEnd"/>
      <w:r w:rsidRPr="001040EA">
        <w:rPr>
          <w:rFonts w:ascii="Segoe UI Symbol" w:hAnsi="Segoe UI Symbol" w:cs="Segoe UI Symbol"/>
        </w:rPr>
        <w:t xml:space="preserve"> para </w:t>
      </w:r>
      <w:proofErr w:type="spellStart"/>
      <w:r w:rsidRPr="001040EA">
        <w:rPr>
          <w:rFonts w:ascii="Segoe UI Symbol" w:hAnsi="Segoe UI Symbol" w:cs="Segoe UI Symbol"/>
        </w:rPr>
        <w:t>guias</w:t>
      </w:r>
      <w:proofErr w:type="spellEnd"/>
      <w:r w:rsidRPr="001040EA">
        <w:rPr>
          <w:rFonts w:ascii="Segoe UI Symbol" w:hAnsi="Segoe UI Symbol" w:cs="Segoe UI Symbol"/>
        </w:rPr>
        <w:t xml:space="preserve">, </w:t>
      </w:r>
      <w:proofErr w:type="spellStart"/>
      <w:r w:rsidRPr="001040EA">
        <w:rPr>
          <w:rFonts w:ascii="Segoe UI Symbol" w:hAnsi="Segoe UI Symbol" w:cs="Segoe UI Symbol"/>
        </w:rPr>
        <w:t>motoristas</w:t>
      </w:r>
      <w:proofErr w:type="spellEnd"/>
      <w:r w:rsidRPr="001040EA">
        <w:rPr>
          <w:rFonts w:ascii="Segoe UI Symbol" w:hAnsi="Segoe UI Symbol" w:cs="Segoe UI Symbol"/>
        </w:rPr>
        <w:t xml:space="preserve"> e equipe local: USD 5 </w:t>
      </w:r>
      <w:proofErr w:type="spellStart"/>
      <w:r w:rsidRPr="001040EA">
        <w:rPr>
          <w:rFonts w:ascii="Segoe UI Symbol" w:hAnsi="Segoe UI Symbol" w:cs="Segoe UI Symbol"/>
        </w:rPr>
        <w:t>por</w:t>
      </w:r>
      <w:proofErr w:type="spellEnd"/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pessoa</w:t>
      </w:r>
      <w:proofErr w:type="spellEnd"/>
      <w:r w:rsidRPr="001040EA">
        <w:rPr>
          <w:rFonts w:ascii="Segoe UI Symbol" w:hAnsi="Segoe UI Symbol" w:cs="Segoe UI Symbol"/>
        </w:rPr>
        <w:t>/dia.</w:t>
      </w:r>
    </w:p>
    <w:p w14:paraId="0A43001A" w14:textId="77777777" w:rsidR="001040EA" w:rsidRPr="001040EA" w:rsidRDefault="001040EA" w:rsidP="001040EA">
      <w:pPr>
        <w:spacing w:after="40" w:line="252" w:lineRule="auto"/>
        <w:rPr>
          <w:rFonts w:ascii="Segoe UI Symbol" w:hAnsi="Segoe UI Symbol" w:cs="Segoe UI Symbol"/>
        </w:rPr>
      </w:pPr>
      <w:r>
        <w:rPr>
          <w:rFonts w:ascii="Segoe UI Symbol" w:hAnsi="Segoe UI Symbol" w:cs="Segoe UI Symbol"/>
        </w:rPr>
        <w:t>✖</w:t>
      </w:r>
      <w:r w:rsidRPr="001040EA">
        <w:rPr>
          <w:rFonts w:ascii="Segoe UI Symbol" w:hAnsi="Segoe UI Symbol" w:cs="Segoe UI Symbol"/>
        </w:rPr>
        <w:t xml:space="preserve"> Custos </w:t>
      </w:r>
      <w:proofErr w:type="spellStart"/>
      <w:r w:rsidRPr="001040EA">
        <w:rPr>
          <w:rFonts w:ascii="Segoe UI Symbol" w:hAnsi="Segoe UI Symbol" w:cs="Segoe UI Symbol"/>
        </w:rPr>
        <w:t>bancários</w:t>
      </w:r>
      <w:proofErr w:type="spellEnd"/>
      <w:r w:rsidRPr="001040EA">
        <w:rPr>
          <w:rFonts w:ascii="Segoe UI Symbol" w:hAnsi="Segoe UI Symbol" w:cs="Segoe UI Symbol"/>
        </w:rPr>
        <w:t xml:space="preserve"> para </w:t>
      </w:r>
      <w:proofErr w:type="spellStart"/>
      <w:r w:rsidRPr="001040EA">
        <w:rPr>
          <w:rFonts w:ascii="Segoe UI Symbol" w:hAnsi="Segoe UI Symbol" w:cs="Segoe UI Symbol"/>
        </w:rPr>
        <w:t>pagamento</w:t>
      </w:r>
      <w:proofErr w:type="spellEnd"/>
      <w:r w:rsidRPr="001040EA">
        <w:rPr>
          <w:rFonts w:ascii="Segoe UI Symbol" w:hAnsi="Segoe UI Symbol" w:cs="Segoe UI Symbol"/>
        </w:rPr>
        <w:t xml:space="preserve"> via </w:t>
      </w:r>
      <w:proofErr w:type="spellStart"/>
      <w:r w:rsidRPr="001040EA">
        <w:rPr>
          <w:rFonts w:ascii="Segoe UI Symbol" w:hAnsi="Segoe UI Symbol" w:cs="Segoe UI Symbol"/>
        </w:rPr>
        <w:t>transferência</w:t>
      </w:r>
      <w:proofErr w:type="spellEnd"/>
      <w:r w:rsidRPr="001040EA">
        <w:rPr>
          <w:rFonts w:ascii="Segoe UI Symbol" w:hAnsi="Segoe UI Symbol" w:cs="Segoe UI Symbol"/>
        </w:rPr>
        <w:t>.</w:t>
      </w:r>
    </w:p>
    <w:p w14:paraId="7F328C46" w14:textId="47679B9E" w:rsidR="00B569A9" w:rsidRDefault="001040EA" w:rsidP="001040EA">
      <w:pPr>
        <w:spacing w:after="40" w:line="252" w:lineRule="auto"/>
      </w:pPr>
      <w:r>
        <w:rPr>
          <w:rFonts w:ascii="Segoe UI Symbol" w:hAnsi="Segoe UI Symbol" w:cs="Segoe UI Symbol"/>
        </w:rPr>
        <w:t>✖</w:t>
      </w:r>
      <w:r w:rsidRPr="001040EA">
        <w:rPr>
          <w:rFonts w:ascii="Segoe UI Symbol" w:hAnsi="Segoe UI Symbol" w:cs="Segoe UI Symbol"/>
        </w:rPr>
        <w:t xml:space="preserve"> Outros </w:t>
      </w:r>
      <w:proofErr w:type="spellStart"/>
      <w:r w:rsidRPr="001040EA">
        <w:rPr>
          <w:rFonts w:ascii="Segoe UI Symbol" w:hAnsi="Segoe UI Symbol" w:cs="Segoe UI Symbol"/>
        </w:rPr>
        <w:t>gastos</w:t>
      </w:r>
      <w:proofErr w:type="spellEnd"/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não</w:t>
      </w:r>
      <w:proofErr w:type="spellEnd"/>
      <w:r w:rsidRPr="001040EA">
        <w:rPr>
          <w:rFonts w:ascii="Segoe UI Symbol" w:hAnsi="Segoe UI Symbol" w:cs="Segoe UI Symbol"/>
        </w:rPr>
        <w:t xml:space="preserve"> </w:t>
      </w:r>
      <w:proofErr w:type="spellStart"/>
      <w:r w:rsidRPr="001040EA">
        <w:rPr>
          <w:rFonts w:ascii="Segoe UI Symbol" w:hAnsi="Segoe UI Symbol" w:cs="Segoe UI Symbol"/>
        </w:rPr>
        <w:t>mencionados</w:t>
      </w:r>
      <w:proofErr w:type="spellEnd"/>
      <w:r w:rsidRPr="001040EA">
        <w:rPr>
          <w:rFonts w:ascii="Segoe UI Symbol" w:hAnsi="Segoe UI Symbol" w:cs="Segoe UI Symbol"/>
        </w:rPr>
        <w:t xml:space="preserve"> no </w:t>
      </w:r>
      <w:proofErr w:type="spellStart"/>
      <w:r w:rsidRPr="001040EA">
        <w:rPr>
          <w:rFonts w:ascii="Segoe UI Symbol" w:hAnsi="Segoe UI Symbol" w:cs="Segoe UI Symbol"/>
        </w:rPr>
        <w:t>programa</w:t>
      </w:r>
      <w:proofErr w:type="spellEnd"/>
      <w:r w:rsidRPr="001040EA">
        <w:rPr>
          <w:rFonts w:ascii="Segoe UI Symbol" w:hAnsi="Segoe UI Symbol" w:cs="Segoe UI Symbol"/>
        </w:rPr>
        <w:t>.</w:t>
      </w:r>
      <w:r>
        <w:br w:type="page"/>
      </w:r>
    </w:p>
    <w:p w14:paraId="10702E65" w14:textId="6A7E4030" w:rsidR="00B569A9" w:rsidRDefault="00000000" w:rsidP="00C173F0">
      <w:pPr>
        <w:pStyle w:val="HeadingViagem"/>
        <w:spacing w:before="80" w:after="80"/>
        <w:jc w:val="center"/>
      </w:pPr>
      <w:r>
        <w:lastRenderedPageBreak/>
        <w:t xml:space="preserve">🌅 </w:t>
      </w:r>
      <w:r w:rsidR="000A19C9" w:rsidRPr="000A19C9">
        <w:t>EXPLORE O VIETNÃ, CAMBOJA &amp; PRATIQUE YOGA</w:t>
      </w:r>
      <w:r w:rsidR="000A19C9">
        <w:t xml:space="preserve"> </w:t>
      </w:r>
      <w:r>
        <w:t>(</w:t>
      </w:r>
      <w:r w:rsidR="000A19C9">
        <w:t>10</w:t>
      </w:r>
      <w:r>
        <w:t xml:space="preserve"> DIAS / </w:t>
      </w:r>
      <w:r w:rsidR="000A19C9">
        <w:t>9</w:t>
      </w:r>
      <w:r>
        <w:t xml:space="preserve"> NOITES)</w:t>
      </w:r>
    </w:p>
    <w:p w14:paraId="3AB0A079" w14:textId="77777777" w:rsidR="00B569A9" w:rsidRDefault="00B569A9">
      <w:pPr>
        <w:pBdr>
          <w:bottom w:val="single" w:sz="12" w:space="1" w:color="E6B35A"/>
        </w:pBdr>
        <w:spacing w:after="120"/>
      </w:pPr>
    </w:p>
    <w:p w14:paraId="25091C3F" w14:textId="77777777" w:rsidR="00B569A9" w:rsidRDefault="00000000">
      <w:pPr>
        <w:pStyle w:val="Subheading"/>
        <w:spacing w:after="100"/>
        <w:jc w:val="center"/>
      </w:pPr>
      <w:r>
        <w:t>📅 SAÍDAS DIÁRIAS</w:t>
      </w:r>
    </w:p>
    <w:p w14:paraId="698D7201" w14:textId="120BD9CA" w:rsidR="00B569A9" w:rsidRDefault="00000000" w:rsidP="000A19C9">
      <w:pPr>
        <w:pStyle w:val="Dia"/>
        <w:spacing w:before="120" w:after="20"/>
        <w:jc w:val="both"/>
      </w:pPr>
      <w:r>
        <w:t xml:space="preserve">📍 1º </w:t>
      </w:r>
      <w:proofErr w:type="spellStart"/>
      <w:r>
        <w:t>dia</w:t>
      </w:r>
      <w:proofErr w:type="spellEnd"/>
      <w:r>
        <w:t xml:space="preserve">: </w:t>
      </w:r>
      <w:r w:rsidR="000A19C9" w:rsidRPr="000A19C9">
        <w:t>CHEGADA A HANOI – TOUR PELA CIDADE</w:t>
      </w:r>
    </w:p>
    <w:p w14:paraId="434591C7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Na </w:t>
      </w:r>
      <w:proofErr w:type="spellStart"/>
      <w:r w:rsidRPr="000A19C9">
        <w:t>chegada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Aeroporto Internacional de Noi Bai (HAN), o </w:t>
      </w:r>
      <w:proofErr w:type="spellStart"/>
      <w:r w:rsidRPr="000A19C9">
        <w:t>guia</w:t>
      </w:r>
      <w:proofErr w:type="spellEnd"/>
      <w:r w:rsidRPr="000A19C9">
        <w:t xml:space="preserve"> </w:t>
      </w:r>
      <w:proofErr w:type="spellStart"/>
      <w:r w:rsidRPr="000A19C9">
        <w:t>turístico</w:t>
      </w:r>
      <w:proofErr w:type="spellEnd"/>
      <w:r w:rsidRPr="000A19C9">
        <w:t xml:space="preserve"> </w:t>
      </w:r>
      <w:proofErr w:type="spellStart"/>
      <w:r w:rsidRPr="000A19C9">
        <w:t>dará</w:t>
      </w:r>
      <w:proofErr w:type="spellEnd"/>
      <w:r w:rsidRPr="000A19C9">
        <w:t xml:space="preserve">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calorosa</w:t>
      </w:r>
      <w:proofErr w:type="spellEnd"/>
      <w:r w:rsidRPr="000A19C9">
        <w:t xml:space="preserve"> boas-</w:t>
      </w:r>
      <w:proofErr w:type="spellStart"/>
      <w:r w:rsidRPr="000A19C9">
        <w:t>vindas</w:t>
      </w:r>
      <w:proofErr w:type="spellEnd"/>
      <w:r w:rsidRPr="000A19C9">
        <w:t xml:space="preserve"> e </w:t>
      </w:r>
      <w:proofErr w:type="spellStart"/>
      <w:r w:rsidRPr="000A19C9">
        <w:t>fará</w:t>
      </w:r>
      <w:proofErr w:type="spellEnd"/>
      <w:r w:rsidRPr="000A19C9">
        <w:t xml:space="preserve"> o </w:t>
      </w:r>
      <w:proofErr w:type="spellStart"/>
      <w:r w:rsidRPr="000A19C9">
        <w:t>traslado</w:t>
      </w:r>
      <w:proofErr w:type="spellEnd"/>
      <w:r w:rsidRPr="000A19C9">
        <w:t xml:space="preserve"> para o hotel para check-in </w:t>
      </w:r>
      <w:proofErr w:type="spellStart"/>
      <w:r w:rsidRPr="000A19C9">
        <w:t>às</w:t>
      </w:r>
      <w:proofErr w:type="spellEnd"/>
      <w:r w:rsidRPr="000A19C9">
        <w:t xml:space="preserve"> 14h00.</w:t>
      </w:r>
    </w:p>
    <w:p w14:paraId="5EF662DF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um breve </w:t>
      </w:r>
      <w:proofErr w:type="spellStart"/>
      <w:r w:rsidRPr="000A19C9">
        <w:t>descanso</w:t>
      </w:r>
      <w:proofErr w:type="spellEnd"/>
      <w:r w:rsidRPr="000A19C9">
        <w:t xml:space="preserve">, visita </w:t>
      </w:r>
      <w:proofErr w:type="spellStart"/>
      <w:r w:rsidRPr="000A19C9">
        <w:t>ao</w:t>
      </w:r>
      <w:proofErr w:type="spellEnd"/>
      <w:r w:rsidRPr="000A19C9">
        <w:t xml:space="preserve"> Lago Hoan Kiem, </w:t>
      </w:r>
      <w:proofErr w:type="spellStart"/>
      <w:r w:rsidRPr="000A19C9">
        <w:t>que</w:t>
      </w:r>
      <w:proofErr w:type="spellEnd"/>
      <w:r w:rsidRPr="000A19C9">
        <w:t xml:space="preserve"> </w:t>
      </w:r>
      <w:proofErr w:type="spellStart"/>
      <w:r w:rsidRPr="000A19C9">
        <w:t>significa</w:t>
      </w:r>
      <w:proofErr w:type="spellEnd"/>
      <w:r w:rsidRPr="000A19C9">
        <w:t xml:space="preserve"> “Lago da Espada </w:t>
      </w:r>
      <w:proofErr w:type="spellStart"/>
      <w:r w:rsidRPr="000A19C9">
        <w:t>Restaurada</w:t>
      </w:r>
      <w:proofErr w:type="spellEnd"/>
      <w:r w:rsidRPr="000A19C9">
        <w:t xml:space="preserve">”. </w:t>
      </w:r>
      <w:proofErr w:type="spellStart"/>
      <w:r w:rsidRPr="000A19C9">
        <w:t>Trata</w:t>
      </w:r>
      <w:proofErr w:type="spellEnd"/>
      <w:r w:rsidRPr="000A19C9">
        <w:t xml:space="preserve">-se de um </w:t>
      </w:r>
      <w:proofErr w:type="spellStart"/>
      <w:r w:rsidRPr="000A19C9">
        <w:t>lago</w:t>
      </w:r>
      <w:proofErr w:type="spellEnd"/>
      <w:r w:rsidRPr="000A19C9">
        <w:t xml:space="preserve"> </w:t>
      </w:r>
      <w:proofErr w:type="spellStart"/>
      <w:r w:rsidRPr="000A19C9">
        <w:t>localizado</w:t>
      </w:r>
      <w:proofErr w:type="spellEnd"/>
      <w:r w:rsidRPr="000A19C9">
        <w:t xml:space="preserve"> no </w:t>
      </w:r>
      <w:proofErr w:type="spellStart"/>
      <w:r w:rsidRPr="000A19C9">
        <w:t>centro</w:t>
      </w:r>
      <w:proofErr w:type="spellEnd"/>
      <w:r w:rsidRPr="000A19C9">
        <w:t xml:space="preserve"> histórico da capital </w:t>
      </w:r>
      <w:proofErr w:type="spellStart"/>
      <w:r w:rsidRPr="000A19C9">
        <w:t>Hanói</w:t>
      </w:r>
      <w:proofErr w:type="spellEnd"/>
      <w:r w:rsidRPr="000A19C9">
        <w:t xml:space="preserve"> e é um </w:t>
      </w:r>
      <w:proofErr w:type="spellStart"/>
      <w:r w:rsidRPr="000A19C9">
        <w:t>ponto</w:t>
      </w:r>
      <w:proofErr w:type="spellEnd"/>
      <w:r w:rsidRPr="000A19C9">
        <w:t xml:space="preserve"> de </w:t>
      </w:r>
      <w:proofErr w:type="spellStart"/>
      <w:r w:rsidRPr="000A19C9">
        <w:t>encontro</w:t>
      </w:r>
      <w:proofErr w:type="spellEnd"/>
      <w:r w:rsidRPr="000A19C9">
        <w:t xml:space="preserve"> </w:t>
      </w:r>
      <w:proofErr w:type="spellStart"/>
      <w:r w:rsidRPr="000A19C9">
        <w:t>importante</w:t>
      </w:r>
      <w:proofErr w:type="spellEnd"/>
      <w:r w:rsidRPr="000A19C9">
        <w:t xml:space="preserve"> para </w:t>
      </w:r>
      <w:proofErr w:type="spellStart"/>
      <w:r w:rsidRPr="000A19C9">
        <w:t>os</w:t>
      </w:r>
      <w:proofErr w:type="spellEnd"/>
      <w:r w:rsidRPr="000A19C9">
        <w:t xml:space="preserve"> </w:t>
      </w:r>
      <w:proofErr w:type="spellStart"/>
      <w:r w:rsidRPr="000A19C9">
        <w:t>moradores</w:t>
      </w:r>
      <w:proofErr w:type="spellEnd"/>
      <w:r w:rsidRPr="000A19C9">
        <w:t xml:space="preserve"> </w:t>
      </w:r>
      <w:proofErr w:type="spellStart"/>
      <w:r w:rsidRPr="000A19C9">
        <w:t>locais</w:t>
      </w:r>
      <w:proofErr w:type="spellEnd"/>
      <w:r w:rsidRPr="000A19C9">
        <w:t xml:space="preserve">. A Torre da </w:t>
      </w:r>
      <w:proofErr w:type="spellStart"/>
      <w:r w:rsidRPr="000A19C9">
        <w:t>Tartaruga</w:t>
      </w:r>
      <w:proofErr w:type="spellEnd"/>
      <w:r w:rsidRPr="000A19C9">
        <w:t xml:space="preserve"> (Thap Rua), </w:t>
      </w:r>
      <w:proofErr w:type="spellStart"/>
      <w:r w:rsidRPr="000A19C9">
        <w:t>situada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pequena</w:t>
      </w:r>
      <w:proofErr w:type="spellEnd"/>
      <w:r w:rsidRPr="000A19C9">
        <w:t xml:space="preserve"> </w:t>
      </w:r>
      <w:proofErr w:type="spellStart"/>
      <w:r w:rsidRPr="000A19C9">
        <w:t>ilha</w:t>
      </w:r>
      <w:proofErr w:type="spellEnd"/>
      <w:r w:rsidRPr="000A19C9">
        <w:t xml:space="preserve"> </w:t>
      </w:r>
      <w:proofErr w:type="spellStart"/>
      <w:r w:rsidRPr="000A19C9">
        <w:t>próxima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centro</w:t>
      </w:r>
      <w:proofErr w:type="spellEnd"/>
      <w:r w:rsidRPr="000A19C9">
        <w:t xml:space="preserve"> do </w:t>
      </w:r>
      <w:proofErr w:type="spellStart"/>
      <w:r w:rsidRPr="000A19C9">
        <w:t>lago</w:t>
      </w:r>
      <w:proofErr w:type="spellEnd"/>
      <w:r w:rsidRPr="000A19C9">
        <w:t xml:space="preserve">, </w:t>
      </w:r>
      <w:proofErr w:type="spellStart"/>
      <w:r w:rsidRPr="000A19C9">
        <w:t>está</w:t>
      </w:r>
      <w:proofErr w:type="spellEnd"/>
      <w:r w:rsidRPr="000A19C9">
        <w:t xml:space="preserve"> </w:t>
      </w:r>
      <w:proofErr w:type="spellStart"/>
      <w:r w:rsidRPr="000A19C9">
        <w:t>ligada</w:t>
      </w:r>
      <w:proofErr w:type="spellEnd"/>
      <w:r w:rsidRPr="000A19C9">
        <w:t xml:space="preserve"> a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lenda</w:t>
      </w:r>
      <w:proofErr w:type="spellEnd"/>
      <w:r w:rsidRPr="000A19C9">
        <w:t xml:space="preserve"> local. Em </w:t>
      </w:r>
      <w:proofErr w:type="spellStart"/>
      <w:r w:rsidRPr="000A19C9">
        <w:t>seguida</w:t>
      </w:r>
      <w:proofErr w:type="spellEnd"/>
      <w:r w:rsidRPr="000A19C9">
        <w:t xml:space="preserve">, visita </w:t>
      </w:r>
      <w:proofErr w:type="spellStart"/>
      <w:r w:rsidRPr="000A19C9">
        <w:t>ao</w:t>
      </w:r>
      <w:proofErr w:type="spellEnd"/>
      <w:r w:rsidRPr="000A19C9">
        <w:t xml:space="preserve"> Templo Ngoc Son e à Ponte do Sol </w:t>
      </w:r>
      <w:proofErr w:type="spellStart"/>
      <w:r w:rsidRPr="000A19C9">
        <w:t>Nascente</w:t>
      </w:r>
      <w:proofErr w:type="spellEnd"/>
      <w:r w:rsidRPr="000A19C9">
        <w:t>.</w:t>
      </w:r>
    </w:p>
    <w:p w14:paraId="2D3BEE36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À </w:t>
      </w:r>
      <w:proofErr w:type="spellStart"/>
      <w:r w:rsidRPr="000A19C9">
        <w:t>noite</w:t>
      </w:r>
      <w:proofErr w:type="spellEnd"/>
      <w:r w:rsidRPr="000A19C9">
        <w:t xml:space="preserve">, </w:t>
      </w:r>
      <w:proofErr w:type="spellStart"/>
      <w:r w:rsidRPr="000A19C9">
        <w:t>passeio</w:t>
      </w:r>
      <w:proofErr w:type="spellEnd"/>
      <w:r w:rsidRPr="000A19C9">
        <w:t xml:space="preserve"> de </w:t>
      </w:r>
      <w:proofErr w:type="spellStart"/>
      <w:r w:rsidRPr="000A19C9">
        <w:t>ciclo</w:t>
      </w:r>
      <w:proofErr w:type="spellEnd"/>
      <w:r w:rsidRPr="000A19C9">
        <w:t xml:space="preserve"> (</w:t>
      </w:r>
      <w:proofErr w:type="spellStart"/>
      <w:r w:rsidRPr="000A19C9">
        <w:t>triciclo</w:t>
      </w:r>
      <w:proofErr w:type="spellEnd"/>
      <w:r w:rsidRPr="000A19C9">
        <w:t xml:space="preserve"> </w:t>
      </w:r>
      <w:proofErr w:type="spellStart"/>
      <w:r w:rsidRPr="000A19C9">
        <w:t>típico</w:t>
      </w:r>
      <w:proofErr w:type="spellEnd"/>
      <w:r w:rsidRPr="000A19C9">
        <w:t xml:space="preserve">) para </w:t>
      </w:r>
      <w:proofErr w:type="spellStart"/>
      <w:r w:rsidRPr="000A19C9">
        <w:t>explorar</w:t>
      </w:r>
      <w:proofErr w:type="spellEnd"/>
      <w:r w:rsidRPr="000A19C9">
        <w:t xml:space="preserve"> a </w:t>
      </w:r>
      <w:proofErr w:type="spellStart"/>
      <w:r w:rsidRPr="000A19C9">
        <w:t>cidade</w:t>
      </w:r>
      <w:proofErr w:type="spellEnd"/>
      <w:r w:rsidRPr="000A19C9">
        <w:t xml:space="preserve">. </w:t>
      </w:r>
      <w:proofErr w:type="spellStart"/>
      <w:r w:rsidRPr="000A19C9">
        <w:t>Hanói</w:t>
      </w:r>
      <w:proofErr w:type="spellEnd"/>
      <w:r w:rsidRPr="000A19C9">
        <w:t xml:space="preserve"> é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mistura</w:t>
      </w:r>
      <w:proofErr w:type="spellEnd"/>
      <w:r w:rsidRPr="000A19C9">
        <w:t xml:space="preserve"> de </w:t>
      </w:r>
      <w:proofErr w:type="spellStart"/>
      <w:r w:rsidRPr="000A19C9">
        <w:t>tradições</w:t>
      </w:r>
      <w:proofErr w:type="spellEnd"/>
      <w:r w:rsidRPr="000A19C9">
        <w:t xml:space="preserve"> </w:t>
      </w:r>
      <w:proofErr w:type="spellStart"/>
      <w:r w:rsidRPr="000A19C9">
        <w:t>enraizadas</w:t>
      </w:r>
      <w:proofErr w:type="spellEnd"/>
      <w:r w:rsidRPr="000A19C9">
        <w:t xml:space="preserve"> e </w:t>
      </w:r>
      <w:proofErr w:type="spellStart"/>
      <w:r w:rsidRPr="000A19C9">
        <w:t>influências</w:t>
      </w:r>
      <w:proofErr w:type="spellEnd"/>
      <w:r w:rsidRPr="000A19C9">
        <w:t xml:space="preserve"> </w:t>
      </w:r>
      <w:proofErr w:type="spellStart"/>
      <w:r w:rsidRPr="000A19C9">
        <w:t>modernas</w:t>
      </w:r>
      <w:proofErr w:type="spellEnd"/>
      <w:r w:rsidRPr="000A19C9">
        <w:t xml:space="preserve"> da </w:t>
      </w:r>
      <w:proofErr w:type="spellStart"/>
      <w:r w:rsidRPr="000A19C9">
        <w:t>colonização</w:t>
      </w:r>
      <w:proofErr w:type="spellEnd"/>
      <w:r w:rsidRPr="000A19C9">
        <w:t xml:space="preserve"> </w:t>
      </w:r>
      <w:proofErr w:type="spellStart"/>
      <w:r w:rsidRPr="000A19C9">
        <w:t>ocidental</w:t>
      </w:r>
      <w:proofErr w:type="spellEnd"/>
      <w:r w:rsidRPr="000A19C9">
        <w:t xml:space="preserve">. Seus </w:t>
      </w:r>
      <w:proofErr w:type="spellStart"/>
      <w:r w:rsidRPr="000A19C9">
        <w:t>bulevares</w:t>
      </w:r>
      <w:proofErr w:type="spellEnd"/>
      <w:r w:rsidRPr="000A19C9">
        <w:t xml:space="preserve"> </w:t>
      </w:r>
      <w:proofErr w:type="spellStart"/>
      <w:r w:rsidRPr="000A19C9">
        <w:t>arborizados</w:t>
      </w:r>
      <w:proofErr w:type="spellEnd"/>
      <w:r w:rsidRPr="000A19C9">
        <w:t xml:space="preserve"> e </w:t>
      </w:r>
      <w:proofErr w:type="spellStart"/>
      <w:r w:rsidRPr="000A19C9">
        <w:t>edifícios</w:t>
      </w:r>
      <w:proofErr w:type="spellEnd"/>
      <w:r w:rsidRPr="000A19C9">
        <w:t xml:space="preserve"> </w:t>
      </w:r>
      <w:proofErr w:type="spellStart"/>
      <w:r w:rsidRPr="000A19C9">
        <w:t>coloniais</w:t>
      </w:r>
      <w:proofErr w:type="spellEnd"/>
      <w:r w:rsidRPr="000A19C9">
        <w:t xml:space="preserve"> </w:t>
      </w:r>
      <w:proofErr w:type="spellStart"/>
      <w:r w:rsidRPr="000A19C9">
        <w:t>trazem</w:t>
      </w:r>
      <w:proofErr w:type="spellEnd"/>
      <w:r w:rsidRPr="000A19C9">
        <w:t xml:space="preserve"> um toque de </w:t>
      </w:r>
      <w:proofErr w:type="spellStart"/>
      <w:r w:rsidRPr="000A19C9">
        <w:t>elegância</w:t>
      </w:r>
      <w:proofErr w:type="spellEnd"/>
      <w:r w:rsidRPr="000A19C9">
        <w:t xml:space="preserve"> </w:t>
      </w:r>
      <w:proofErr w:type="spellStart"/>
      <w:r w:rsidRPr="000A19C9">
        <w:t>europeia</w:t>
      </w:r>
      <w:proofErr w:type="spellEnd"/>
      <w:r w:rsidRPr="000A19C9">
        <w:t xml:space="preserve">, </w:t>
      </w:r>
      <w:proofErr w:type="spellStart"/>
      <w:r w:rsidRPr="000A19C9">
        <w:t>enquanto</w:t>
      </w:r>
      <w:proofErr w:type="spellEnd"/>
      <w:r w:rsidRPr="000A19C9">
        <w:t xml:space="preserve"> </w:t>
      </w:r>
      <w:proofErr w:type="spellStart"/>
      <w:r w:rsidRPr="000A19C9">
        <w:t>os</w:t>
      </w:r>
      <w:proofErr w:type="spellEnd"/>
      <w:r w:rsidRPr="000A19C9">
        <w:t xml:space="preserve"> </w:t>
      </w:r>
      <w:proofErr w:type="spellStart"/>
      <w:r w:rsidRPr="000A19C9">
        <w:t>quarteirões</w:t>
      </w:r>
      <w:proofErr w:type="spellEnd"/>
      <w:r w:rsidRPr="000A19C9">
        <w:t xml:space="preserve"> com </w:t>
      </w:r>
      <w:proofErr w:type="spellStart"/>
      <w:r w:rsidRPr="000A19C9">
        <w:t>pequenas</w:t>
      </w:r>
      <w:proofErr w:type="spellEnd"/>
      <w:r w:rsidRPr="000A19C9">
        <w:t xml:space="preserve"> casas </w:t>
      </w:r>
      <w:proofErr w:type="spellStart"/>
      <w:r w:rsidRPr="000A19C9">
        <w:t>antigas</w:t>
      </w:r>
      <w:proofErr w:type="spellEnd"/>
      <w:r w:rsidRPr="000A19C9">
        <w:t xml:space="preserve"> e </w:t>
      </w:r>
      <w:proofErr w:type="spellStart"/>
      <w:r w:rsidRPr="000A19C9">
        <w:t>vielas</w:t>
      </w:r>
      <w:proofErr w:type="spellEnd"/>
      <w:r w:rsidRPr="000A19C9">
        <w:t xml:space="preserve"> </w:t>
      </w:r>
      <w:proofErr w:type="spellStart"/>
      <w:r w:rsidRPr="000A19C9">
        <w:t>estreitas</w:t>
      </w:r>
      <w:proofErr w:type="spellEnd"/>
      <w:r w:rsidRPr="000A19C9">
        <w:t xml:space="preserve"> </w:t>
      </w:r>
      <w:proofErr w:type="spellStart"/>
      <w:r w:rsidRPr="000A19C9">
        <w:t>preservam</w:t>
      </w:r>
      <w:proofErr w:type="spellEnd"/>
      <w:r w:rsidRPr="000A19C9">
        <w:t xml:space="preserve"> o </w:t>
      </w:r>
      <w:proofErr w:type="spellStart"/>
      <w:r w:rsidRPr="000A19C9">
        <w:t>charme</w:t>
      </w:r>
      <w:proofErr w:type="spellEnd"/>
      <w:r w:rsidRPr="000A19C9">
        <w:t xml:space="preserve"> dos </w:t>
      </w:r>
      <w:proofErr w:type="spellStart"/>
      <w:r w:rsidRPr="000A19C9">
        <w:t>séculos</w:t>
      </w:r>
      <w:proofErr w:type="spellEnd"/>
      <w:r w:rsidRPr="000A19C9">
        <w:t xml:space="preserve"> passados.</w:t>
      </w:r>
    </w:p>
    <w:p w14:paraId="6F2E685A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O </w:t>
      </w:r>
      <w:proofErr w:type="spellStart"/>
      <w:r w:rsidRPr="000A19C9">
        <w:t>dia</w:t>
      </w:r>
      <w:proofErr w:type="spellEnd"/>
      <w:r w:rsidRPr="000A19C9">
        <w:t xml:space="preserve"> termina com um </w:t>
      </w:r>
      <w:proofErr w:type="spellStart"/>
      <w:r w:rsidRPr="000A19C9">
        <w:t>fascinante</w:t>
      </w:r>
      <w:proofErr w:type="spellEnd"/>
      <w:r w:rsidRPr="000A19C9">
        <w:t xml:space="preserve"> </w:t>
      </w:r>
      <w:proofErr w:type="spellStart"/>
      <w:r w:rsidRPr="000A19C9">
        <w:t>espetáculo</w:t>
      </w:r>
      <w:proofErr w:type="spellEnd"/>
      <w:r w:rsidRPr="000A19C9">
        <w:t xml:space="preserve"> de </w:t>
      </w:r>
      <w:proofErr w:type="spellStart"/>
      <w:r w:rsidRPr="000A19C9">
        <w:t>marionetes</w:t>
      </w:r>
      <w:proofErr w:type="spellEnd"/>
      <w:r w:rsidRPr="000A19C9">
        <w:t xml:space="preserve"> </w:t>
      </w:r>
      <w:proofErr w:type="spellStart"/>
      <w:r w:rsidRPr="000A19C9">
        <w:t>na</w:t>
      </w:r>
      <w:proofErr w:type="spellEnd"/>
      <w:r w:rsidRPr="000A19C9">
        <w:t xml:space="preserve"> </w:t>
      </w:r>
      <w:proofErr w:type="spellStart"/>
      <w:r w:rsidRPr="000A19C9">
        <w:t>água</w:t>
      </w:r>
      <w:proofErr w:type="spellEnd"/>
      <w:r w:rsidRPr="000A19C9">
        <w:t xml:space="preserve">,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arte</w:t>
      </w:r>
      <w:proofErr w:type="spellEnd"/>
      <w:r w:rsidRPr="000A19C9">
        <w:t xml:space="preserve"> </w:t>
      </w:r>
      <w:proofErr w:type="spellStart"/>
      <w:r w:rsidRPr="000A19C9">
        <w:t>tradicional</w:t>
      </w:r>
      <w:proofErr w:type="spellEnd"/>
      <w:r w:rsidRPr="000A19C9">
        <w:t xml:space="preserve"> do </w:t>
      </w:r>
      <w:proofErr w:type="spellStart"/>
      <w:r w:rsidRPr="000A19C9">
        <w:t>norte</w:t>
      </w:r>
      <w:proofErr w:type="spellEnd"/>
      <w:r w:rsidRPr="000A19C9">
        <w:t xml:space="preserve"> do </w:t>
      </w:r>
      <w:proofErr w:type="spellStart"/>
      <w:r w:rsidRPr="000A19C9">
        <w:t>Vietnã</w:t>
      </w:r>
      <w:proofErr w:type="spellEnd"/>
      <w:r w:rsidRPr="000A19C9">
        <w:t>.</w:t>
      </w:r>
    </w:p>
    <w:p w14:paraId="6266439F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Hanói</w:t>
      </w:r>
      <w:proofErr w:type="spellEnd"/>
    </w:p>
    <w:p w14:paraId="5E0DC46D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Nota</w:t>
      </w:r>
      <w:proofErr w:type="spellEnd"/>
      <w:r w:rsidRPr="000A19C9">
        <w:t xml:space="preserve">: o </w:t>
      </w:r>
      <w:proofErr w:type="spellStart"/>
      <w:r w:rsidRPr="000A19C9">
        <w:t>horário</w:t>
      </w:r>
      <w:proofErr w:type="spellEnd"/>
      <w:r w:rsidRPr="000A19C9">
        <w:t xml:space="preserve"> de check-in no hotel é a </w:t>
      </w:r>
      <w:proofErr w:type="spellStart"/>
      <w:r w:rsidRPr="000A19C9">
        <w:t>partir</w:t>
      </w:r>
      <w:proofErr w:type="spellEnd"/>
      <w:r w:rsidRPr="000A19C9">
        <w:t xml:space="preserve"> das 14h00.</w:t>
      </w:r>
    </w:p>
    <w:p w14:paraId="3A0007CD" w14:textId="52C7695F" w:rsidR="00B569A9" w:rsidRDefault="00000000" w:rsidP="000A19C9">
      <w:pPr>
        <w:pStyle w:val="Dia"/>
        <w:spacing w:before="120" w:after="20"/>
        <w:jc w:val="both"/>
      </w:pPr>
      <w:r>
        <w:t xml:space="preserve">📍 2º </w:t>
      </w:r>
      <w:proofErr w:type="spellStart"/>
      <w:r>
        <w:t>dia</w:t>
      </w:r>
      <w:proofErr w:type="spellEnd"/>
      <w:r>
        <w:t xml:space="preserve">: </w:t>
      </w:r>
      <w:r w:rsidR="000A19C9" w:rsidRPr="000A19C9">
        <w:t xml:space="preserve">HANOI - PU LUONG - </w:t>
      </w:r>
      <w:proofErr w:type="spellStart"/>
      <w:r w:rsidR="000A19C9" w:rsidRPr="000A19C9">
        <w:t>Traslado</w:t>
      </w:r>
      <w:proofErr w:type="spellEnd"/>
      <w:r w:rsidR="000A19C9" w:rsidRPr="000A19C9">
        <w:t xml:space="preserve"> </w:t>
      </w:r>
      <w:proofErr w:type="spellStart"/>
      <w:r w:rsidR="000A19C9" w:rsidRPr="000A19C9">
        <w:t>em</w:t>
      </w:r>
      <w:proofErr w:type="spellEnd"/>
      <w:r w:rsidR="000A19C9" w:rsidRPr="000A19C9">
        <w:t xml:space="preserve"> </w:t>
      </w:r>
      <w:proofErr w:type="spellStart"/>
      <w:r w:rsidR="000A19C9" w:rsidRPr="000A19C9">
        <w:t>ônibus</w:t>
      </w:r>
      <w:proofErr w:type="spellEnd"/>
      <w:r w:rsidR="000A19C9" w:rsidRPr="000A19C9">
        <w:t xml:space="preserve"> </w:t>
      </w:r>
      <w:proofErr w:type="spellStart"/>
      <w:r w:rsidR="000A19C9" w:rsidRPr="000A19C9">
        <w:t>compartilhado</w:t>
      </w:r>
      <w:proofErr w:type="spellEnd"/>
    </w:p>
    <w:p w14:paraId="1D23BE86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o café da </w:t>
      </w:r>
      <w:proofErr w:type="spellStart"/>
      <w:r w:rsidRPr="000A19C9">
        <w:t>manhã</w:t>
      </w:r>
      <w:proofErr w:type="spellEnd"/>
      <w:r w:rsidRPr="000A19C9">
        <w:t xml:space="preserve"> e check-out do hotel, </w:t>
      </w:r>
      <w:proofErr w:type="spellStart"/>
      <w:r w:rsidRPr="000A19C9">
        <w:t>traslado</w:t>
      </w:r>
      <w:proofErr w:type="spellEnd"/>
      <w:r w:rsidRPr="000A19C9">
        <w:t xml:space="preserve"> para a </w:t>
      </w:r>
      <w:proofErr w:type="spellStart"/>
      <w:r w:rsidRPr="000A19C9">
        <w:t>Reserva</w:t>
      </w:r>
      <w:proofErr w:type="spellEnd"/>
      <w:r w:rsidRPr="000A19C9">
        <w:t xml:space="preserve"> Natural de Pu Luong, </w:t>
      </w:r>
      <w:proofErr w:type="spellStart"/>
      <w:r w:rsidRPr="000A19C9">
        <w:t>passando</w:t>
      </w:r>
      <w:proofErr w:type="spellEnd"/>
      <w:r w:rsidRPr="000A19C9">
        <w:t xml:space="preserve"> </w:t>
      </w:r>
      <w:proofErr w:type="spellStart"/>
      <w:r w:rsidRPr="000A19C9">
        <w:t>por</w:t>
      </w:r>
      <w:proofErr w:type="spellEnd"/>
      <w:r w:rsidRPr="000A19C9">
        <w:t xml:space="preserve"> um </w:t>
      </w:r>
      <w:proofErr w:type="spellStart"/>
      <w:r w:rsidRPr="000A19C9">
        <w:t>impressionante</w:t>
      </w:r>
      <w:proofErr w:type="spellEnd"/>
      <w:r w:rsidRPr="000A19C9">
        <w:t xml:space="preserve"> </w:t>
      </w:r>
      <w:proofErr w:type="spellStart"/>
      <w:r w:rsidRPr="000A19C9">
        <w:t>passo</w:t>
      </w:r>
      <w:proofErr w:type="spellEnd"/>
      <w:r w:rsidRPr="000A19C9">
        <w:t xml:space="preserve"> de </w:t>
      </w:r>
      <w:proofErr w:type="spellStart"/>
      <w:r w:rsidRPr="000A19C9">
        <w:t>montanha</w:t>
      </w:r>
      <w:proofErr w:type="spellEnd"/>
      <w:r w:rsidRPr="000A19C9">
        <w:t xml:space="preserve">. Durante o </w:t>
      </w:r>
      <w:proofErr w:type="spellStart"/>
      <w:r w:rsidRPr="000A19C9">
        <w:t>trajeto</w:t>
      </w:r>
      <w:proofErr w:type="spellEnd"/>
      <w:r w:rsidRPr="000A19C9">
        <w:t xml:space="preserve">, </w:t>
      </w:r>
      <w:proofErr w:type="spellStart"/>
      <w:r w:rsidRPr="000A19C9">
        <w:t>você</w:t>
      </w:r>
      <w:proofErr w:type="spellEnd"/>
      <w:r w:rsidRPr="000A19C9">
        <w:t xml:space="preserve"> </w:t>
      </w:r>
      <w:proofErr w:type="spellStart"/>
      <w:r w:rsidRPr="000A19C9">
        <w:t>desfrutará</w:t>
      </w:r>
      <w:proofErr w:type="spellEnd"/>
      <w:r w:rsidRPr="000A19C9">
        <w:t xml:space="preserve"> de vistas </w:t>
      </w:r>
      <w:proofErr w:type="spellStart"/>
      <w:r w:rsidRPr="000A19C9">
        <w:t>panorâmicas</w:t>
      </w:r>
      <w:proofErr w:type="spellEnd"/>
      <w:r w:rsidRPr="000A19C9">
        <w:t xml:space="preserve"> do vale.</w:t>
      </w:r>
    </w:p>
    <w:p w14:paraId="7F50E18F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Chegada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Pu Luong Retreat a tempo para um </w:t>
      </w:r>
      <w:proofErr w:type="spellStart"/>
      <w:r w:rsidRPr="000A19C9">
        <w:t>delicioso</w:t>
      </w:r>
      <w:proofErr w:type="spellEnd"/>
      <w:r w:rsidRPr="000A19C9">
        <w:t xml:space="preserve"> </w:t>
      </w:r>
      <w:proofErr w:type="spellStart"/>
      <w:r w:rsidRPr="000A19C9">
        <w:t>almoço</w:t>
      </w:r>
      <w:proofErr w:type="spellEnd"/>
      <w:r w:rsidRPr="000A19C9">
        <w:t xml:space="preserve"> com </w:t>
      </w:r>
      <w:proofErr w:type="spellStart"/>
      <w:r w:rsidRPr="000A19C9">
        <w:t>pratos</w:t>
      </w:r>
      <w:proofErr w:type="spellEnd"/>
      <w:r w:rsidRPr="000A19C9">
        <w:t xml:space="preserve"> </w:t>
      </w:r>
      <w:proofErr w:type="spellStart"/>
      <w:r w:rsidRPr="000A19C9">
        <w:t>locais</w:t>
      </w:r>
      <w:proofErr w:type="spellEnd"/>
      <w:r w:rsidRPr="000A19C9">
        <w:t>.</w:t>
      </w:r>
    </w:p>
    <w:p w14:paraId="5CEA24B5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o </w:t>
      </w:r>
      <w:proofErr w:type="spellStart"/>
      <w:r w:rsidRPr="000A19C9">
        <w:t>almoço</w:t>
      </w:r>
      <w:proofErr w:type="spellEnd"/>
      <w:r w:rsidRPr="000A19C9">
        <w:t xml:space="preserve">, check-in e tempo livre para </w:t>
      </w:r>
      <w:proofErr w:type="spellStart"/>
      <w:r w:rsidRPr="000A19C9">
        <w:t>explorar</w:t>
      </w:r>
      <w:proofErr w:type="spellEnd"/>
      <w:r w:rsidRPr="000A19C9">
        <w:t xml:space="preserve"> o </w:t>
      </w:r>
      <w:proofErr w:type="spellStart"/>
      <w:r w:rsidRPr="000A19C9">
        <w:t>refúgio</w:t>
      </w:r>
      <w:proofErr w:type="spellEnd"/>
      <w:r w:rsidRPr="000A19C9">
        <w:t xml:space="preserve"> e </w:t>
      </w:r>
      <w:proofErr w:type="spellStart"/>
      <w:r w:rsidRPr="000A19C9">
        <w:t>apreciar</w:t>
      </w:r>
      <w:proofErr w:type="spellEnd"/>
      <w:r w:rsidRPr="000A19C9">
        <w:t xml:space="preserve"> a </w:t>
      </w:r>
      <w:proofErr w:type="spellStart"/>
      <w:r w:rsidRPr="000A19C9">
        <w:t>paisagem</w:t>
      </w:r>
      <w:proofErr w:type="spellEnd"/>
      <w:r w:rsidRPr="000A19C9">
        <w:t xml:space="preserve"> </w:t>
      </w:r>
      <w:proofErr w:type="spellStart"/>
      <w:r w:rsidRPr="000A19C9">
        <w:t>tranquila</w:t>
      </w:r>
      <w:proofErr w:type="spellEnd"/>
      <w:r w:rsidRPr="000A19C9">
        <w:t>.</w:t>
      </w:r>
    </w:p>
    <w:p w14:paraId="1D8F140A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À </w:t>
      </w:r>
      <w:proofErr w:type="spellStart"/>
      <w:r w:rsidRPr="000A19C9">
        <w:t>tarde</w:t>
      </w:r>
      <w:proofErr w:type="spellEnd"/>
      <w:r w:rsidRPr="000A19C9">
        <w:t xml:space="preserve">, </w:t>
      </w:r>
      <w:proofErr w:type="spellStart"/>
      <w:r w:rsidRPr="000A19C9">
        <w:t>interação</w:t>
      </w:r>
      <w:proofErr w:type="spellEnd"/>
      <w:r w:rsidRPr="000A19C9">
        <w:t xml:space="preserve"> com a </w:t>
      </w:r>
      <w:proofErr w:type="spellStart"/>
      <w:r w:rsidRPr="000A19C9">
        <w:t>vida</w:t>
      </w:r>
      <w:proofErr w:type="spellEnd"/>
      <w:r w:rsidRPr="000A19C9">
        <w:t xml:space="preserve"> local, </w:t>
      </w:r>
      <w:proofErr w:type="spellStart"/>
      <w:r w:rsidRPr="000A19C9">
        <w:t>visitando</w:t>
      </w:r>
      <w:proofErr w:type="spellEnd"/>
      <w:r w:rsidRPr="000A19C9">
        <w:t xml:space="preserve"> aldeias </w:t>
      </w:r>
      <w:proofErr w:type="spellStart"/>
      <w:r w:rsidRPr="000A19C9">
        <w:t>nas</w:t>
      </w:r>
      <w:proofErr w:type="spellEnd"/>
      <w:r w:rsidRPr="000A19C9">
        <w:t xml:space="preserve"> </w:t>
      </w:r>
      <w:proofErr w:type="spellStart"/>
      <w:r w:rsidRPr="000A19C9">
        <w:t>colinas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redor</w:t>
      </w:r>
      <w:proofErr w:type="spellEnd"/>
      <w:r w:rsidRPr="000A19C9">
        <w:t xml:space="preserve">. </w:t>
      </w:r>
      <w:proofErr w:type="spellStart"/>
      <w:r w:rsidRPr="000A19C9">
        <w:t>Caminhada</w:t>
      </w:r>
      <w:proofErr w:type="spellEnd"/>
      <w:r w:rsidRPr="000A19C9">
        <w:t xml:space="preserve"> </w:t>
      </w:r>
      <w:proofErr w:type="spellStart"/>
      <w:r w:rsidRPr="000A19C9">
        <w:t>por</w:t>
      </w:r>
      <w:proofErr w:type="spellEnd"/>
      <w:r w:rsidRPr="000A19C9">
        <w:t xml:space="preserve"> </w:t>
      </w:r>
      <w:proofErr w:type="spellStart"/>
      <w:r w:rsidRPr="000A19C9">
        <w:t>plantações</w:t>
      </w:r>
      <w:proofErr w:type="spellEnd"/>
      <w:r w:rsidRPr="000A19C9">
        <w:t xml:space="preserve"> e campos de arroz, </w:t>
      </w:r>
      <w:proofErr w:type="spellStart"/>
      <w:r w:rsidRPr="000A19C9">
        <w:t>conhecendo</w:t>
      </w:r>
      <w:proofErr w:type="spellEnd"/>
      <w:r w:rsidRPr="000A19C9">
        <w:t xml:space="preserve"> </w:t>
      </w:r>
      <w:proofErr w:type="spellStart"/>
      <w:r w:rsidRPr="000A19C9">
        <w:t>mais</w:t>
      </w:r>
      <w:proofErr w:type="spellEnd"/>
      <w:r w:rsidRPr="000A19C9">
        <w:t xml:space="preserve"> </w:t>
      </w:r>
      <w:proofErr w:type="spellStart"/>
      <w:r w:rsidRPr="000A19C9">
        <w:t>sobre</w:t>
      </w:r>
      <w:proofErr w:type="spellEnd"/>
      <w:r w:rsidRPr="000A19C9">
        <w:t xml:space="preserve"> a </w:t>
      </w:r>
      <w:proofErr w:type="spellStart"/>
      <w:r w:rsidRPr="000A19C9">
        <w:t>cultura</w:t>
      </w:r>
      <w:proofErr w:type="spellEnd"/>
      <w:r w:rsidRPr="000A19C9">
        <w:t xml:space="preserve"> local.</w:t>
      </w:r>
    </w:p>
    <w:p w14:paraId="150086C6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Pu Luong</w:t>
      </w:r>
    </w:p>
    <w:p w14:paraId="499EE986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</w:t>
      </w:r>
      <w:proofErr w:type="spellStart"/>
      <w:r w:rsidRPr="000A19C9">
        <w:t>almoço</w:t>
      </w:r>
      <w:proofErr w:type="spellEnd"/>
      <w:r w:rsidRPr="000A19C9">
        <w:t xml:space="preserve"> </w:t>
      </w:r>
      <w:proofErr w:type="spellStart"/>
      <w:r w:rsidRPr="000A19C9">
        <w:t>incluído</w:t>
      </w:r>
      <w:proofErr w:type="spellEnd"/>
    </w:p>
    <w:p w14:paraId="693FEBDA" w14:textId="467E5164" w:rsidR="00B569A9" w:rsidRDefault="00000000" w:rsidP="000A19C9">
      <w:pPr>
        <w:pStyle w:val="Dia"/>
        <w:spacing w:before="120" w:after="20"/>
        <w:jc w:val="both"/>
      </w:pPr>
      <w:r>
        <w:t xml:space="preserve">📍 3º </w:t>
      </w:r>
      <w:proofErr w:type="spellStart"/>
      <w:r>
        <w:t>dia</w:t>
      </w:r>
      <w:proofErr w:type="spellEnd"/>
      <w:r>
        <w:t xml:space="preserve">: </w:t>
      </w:r>
      <w:r w:rsidR="000A19C9" w:rsidRPr="000A19C9">
        <w:t>PU LUONG – YOGA – ALDEIA UOI – ALDEIA LAN</w:t>
      </w:r>
    </w:p>
    <w:p w14:paraId="58C8CF83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Acorde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amanhecer</w:t>
      </w:r>
      <w:proofErr w:type="spellEnd"/>
      <w:r w:rsidRPr="000A19C9">
        <w:t xml:space="preserve"> para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sessão</w:t>
      </w:r>
      <w:proofErr w:type="spellEnd"/>
      <w:r w:rsidRPr="000A19C9">
        <w:t xml:space="preserve"> de yoga com um </w:t>
      </w:r>
      <w:proofErr w:type="spellStart"/>
      <w:r w:rsidRPr="000A19C9">
        <w:t>instrutor</w:t>
      </w:r>
      <w:proofErr w:type="spellEnd"/>
      <w:r w:rsidRPr="000A19C9">
        <w:t xml:space="preserve"> </w:t>
      </w:r>
      <w:proofErr w:type="spellStart"/>
      <w:r w:rsidRPr="000A19C9">
        <w:t>vietnamita</w:t>
      </w:r>
      <w:proofErr w:type="spellEnd"/>
      <w:r w:rsidRPr="000A19C9">
        <w:t xml:space="preserve">, </w:t>
      </w:r>
      <w:proofErr w:type="spellStart"/>
      <w:r w:rsidRPr="000A19C9">
        <w:t>explorando</w:t>
      </w:r>
      <w:proofErr w:type="spellEnd"/>
      <w:r w:rsidRPr="000A19C9">
        <w:t xml:space="preserve"> </w:t>
      </w:r>
      <w:proofErr w:type="spellStart"/>
      <w:r w:rsidRPr="000A19C9">
        <w:t>os</w:t>
      </w:r>
      <w:proofErr w:type="spellEnd"/>
      <w:r w:rsidRPr="000A19C9">
        <w:t xml:space="preserve"> </w:t>
      </w:r>
      <w:proofErr w:type="spellStart"/>
      <w:r w:rsidRPr="000A19C9">
        <w:t>princípios</w:t>
      </w:r>
      <w:proofErr w:type="spellEnd"/>
      <w:r w:rsidRPr="000A19C9">
        <w:t xml:space="preserve"> dessa </w:t>
      </w:r>
      <w:proofErr w:type="spellStart"/>
      <w:r w:rsidRPr="000A19C9">
        <w:t>prática</w:t>
      </w:r>
      <w:proofErr w:type="spellEnd"/>
      <w:r w:rsidRPr="000A19C9">
        <w:t xml:space="preserve"> </w:t>
      </w:r>
      <w:proofErr w:type="spellStart"/>
      <w:r w:rsidRPr="000A19C9">
        <w:t>milenar</w:t>
      </w:r>
      <w:proofErr w:type="spellEnd"/>
      <w:r w:rsidRPr="000A19C9">
        <w:t xml:space="preserve"> para </w:t>
      </w:r>
      <w:proofErr w:type="spellStart"/>
      <w:r w:rsidRPr="000A19C9">
        <w:t>equilibrar</w:t>
      </w:r>
      <w:proofErr w:type="spellEnd"/>
      <w:r w:rsidRPr="000A19C9">
        <w:t xml:space="preserve"> </w:t>
      </w:r>
      <w:proofErr w:type="spellStart"/>
      <w:r w:rsidRPr="000A19C9">
        <w:t>corpo</w:t>
      </w:r>
      <w:proofErr w:type="spellEnd"/>
      <w:r w:rsidRPr="000A19C9">
        <w:t xml:space="preserve"> e </w:t>
      </w:r>
      <w:proofErr w:type="spellStart"/>
      <w:r w:rsidRPr="000A19C9">
        <w:t>mente</w:t>
      </w:r>
      <w:proofErr w:type="spellEnd"/>
      <w:r w:rsidRPr="000A19C9">
        <w:t>.</w:t>
      </w:r>
    </w:p>
    <w:p w14:paraId="2ACDC44F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Passeio</w:t>
      </w:r>
      <w:proofErr w:type="spellEnd"/>
      <w:r w:rsidRPr="000A19C9">
        <w:t xml:space="preserve"> </w:t>
      </w:r>
      <w:proofErr w:type="spellStart"/>
      <w:r w:rsidRPr="000A19C9">
        <w:t>leve</w:t>
      </w:r>
      <w:proofErr w:type="spellEnd"/>
      <w:r w:rsidRPr="000A19C9">
        <w:t xml:space="preserve"> </w:t>
      </w:r>
      <w:proofErr w:type="spellStart"/>
      <w:r w:rsidRPr="000A19C9">
        <w:t>pelo</w:t>
      </w:r>
      <w:proofErr w:type="spellEnd"/>
      <w:r w:rsidRPr="000A19C9">
        <w:t xml:space="preserve"> vale com </w:t>
      </w:r>
      <w:proofErr w:type="spellStart"/>
      <w:r w:rsidRPr="000A19C9">
        <w:t>belos</w:t>
      </w:r>
      <w:proofErr w:type="spellEnd"/>
      <w:r w:rsidRPr="000A19C9">
        <w:t xml:space="preserve"> </w:t>
      </w:r>
      <w:proofErr w:type="spellStart"/>
      <w:r w:rsidRPr="000A19C9">
        <w:t>terraços</w:t>
      </w:r>
      <w:proofErr w:type="spellEnd"/>
      <w:r w:rsidRPr="000A19C9">
        <w:t xml:space="preserve"> de arroz. </w:t>
      </w:r>
      <w:proofErr w:type="spellStart"/>
      <w:r w:rsidRPr="000A19C9">
        <w:t>Caminhada</w:t>
      </w:r>
      <w:proofErr w:type="spellEnd"/>
      <w:r w:rsidRPr="000A19C9">
        <w:t xml:space="preserve"> </w:t>
      </w:r>
      <w:proofErr w:type="spellStart"/>
      <w:r w:rsidRPr="000A19C9">
        <w:t>por</w:t>
      </w:r>
      <w:proofErr w:type="spellEnd"/>
      <w:r w:rsidRPr="000A19C9">
        <w:t xml:space="preserve"> </w:t>
      </w:r>
      <w:proofErr w:type="spellStart"/>
      <w:r w:rsidRPr="000A19C9">
        <w:t>trilhas</w:t>
      </w:r>
      <w:proofErr w:type="spellEnd"/>
      <w:r w:rsidRPr="000A19C9">
        <w:t xml:space="preserve"> </w:t>
      </w:r>
      <w:proofErr w:type="spellStart"/>
      <w:r w:rsidRPr="000A19C9">
        <w:t>cercadas</w:t>
      </w:r>
      <w:proofErr w:type="spellEnd"/>
      <w:r w:rsidRPr="000A19C9">
        <w:t xml:space="preserve"> de </w:t>
      </w:r>
      <w:proofErr w:type="spellStart"/>
      <w:r w:rsidRPr="000A19C9">
        <w:t>vegetação</w:t>
      </w:r>
      <w:proofErr w:type="spellEnd"/>
      <w:r w:rsidRPr="000A19C9">
        <w:t xml:space="preserve"> </w:t>
      </w:r>
      <w:proofErr w:type="spellStart"/>
      <w:r w:rsidRPr="000A19C9">
        <w:t>até</w:t>
      </w:r>
      <w:proofErr w:type="spellEnd"/>
      <w:r w:rsidRPr="000A19C9">
        <w:t xml:space="preserve"> a </w:t>
      </w:r>
      <w:proofErr w:type="spellStart"/>
      <w:r w:rsidRPr="000A19C9">
        <w:t>pitoresca</w:t>
      </w:r>
      <w:proofErr w:type="spellEnd"/>
      <w:r w:rsidRPr="000A19C9">
        <w:t xml:space="preserve"> aldeia de </w:t>
      </w:r>
      <w:proofErr w:type="spellStart"/>
      <w:r w:rsidRPr="000A19C9">
        <w:t>Uoi</w:t>
      </w:r>
      <w:proofErr w:type="spellEnd"/>
      <w:r w:rsidRPr="000A19C9">
        <w:t xml:space="preserve">, </w:t>
      </w:r>
      <w:proofErr w:type="spellStart"/>
      <w:r w:rsidRPr="000A19C9">
        <w:t>aos</w:t>
      </w:r>
      <w:proofErr w:type="spellEnd"/>
      <w:r w:rsidRPr="000A19C9">
        <w:t xml:space="preserve"> </w:t>
      </w:r>
      <w:proofErr w:type="spellStart"/>
      <w:r w:rsidRPr="000A19C9">
        <w:t>pés</w:t>
      </w:r>
      <w:proofErr w:type="spellEnd"/>
      <w:r w:rsidRPr="000A19C9">
        <w:t xml:space="preserve"> de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montanha</w:t>
      </w:r>
      <w:proofErr w:type="spellEnd"/>
      <w:r w:rsidRPr="000A19C9">
        <w:t xml:space="preserve"> </w:t>
      </w:r>
      <w:proofErr w:type="spellStart"/>
      <w:r w:rsidRPr="000A19C9">
        <w:t>imponente</w:t>
      </w:r>
      <w:proofErr w:type="spellEnd"/>
      <w:r w:rsidRPr="000A19C9">
        <w:t xml:space="preserve">. Vista </w:t>
      </w:r>
      <w:proofErr w:type="spellStart"/>
      <w:r w:rsidRPr="000A19C9">
        <w:t>panorâmica</w:t>
      </w:r>
      <w:proofErr w:type="spellEnd"/>
      <w:r w:rsidRPr="000A19C9">
        <w:t xml:space="preserve"> ideal para </w:t>
      </w:r>
      <w:proofErr w:type="spellStart"/>
      <w:r w:rsidRPr="000A19C9">
        <w:t>fotos</w:t>
      </w:r>
      <w:proofErr w:type="spellEnd"/>
      <w:r w:rsidRPr="000A19C9">
        <w:t>.</w:t>
      </w:r>
    </w:p>
    <w:p w14:paraId="0C2D0EF6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Continuação</w:t>
      </w:r>
      <w:proofErr w:type="spellEnd"/>
      <w:r w:rsidRPr="000A19C9">
        <w:t xml:space="preserve"> </w:t>
      </w:r>
      <w:proofErr w:type="spellStart"/>
      <w:r w:rsidRPr="000A19C9">
        <w:t>até</w:t>
      </w:r>
      <w:proofErr w:type="spellEnd"/>
      <w:r w:rsidRPr="000A19C9">
        <w:t xml:space="preserve"> </w:t>
      </w:r>
      <w:proofErr w:type="spellStart"/>
      <w:r w:rsidRPr="000A19C9">
        <w:t>uma</w:t>
      </w:r>
      <w:proofErr w:type="spellEnd"/>
      <w:r w:rsidRPr="000A19C9">
        <w:t xml:space="preserve"> casa local para </w:t>
      </w:r>
      <w:proofErr w:type="spellStart"/>
      <w:r w:rsidRPr="000A19C9">
        <w:t>descanso</w:t>
      </w:r>
      <w:proofErr w:type="spellEnd"/>
      <w:r w:rsidRPr="000A19C9">
        <w:t xml:space="preserve"> e, </w:t>
      </w:r>
      <w:proofErr w:type="spellStart"/>
      <w:r w:rsidRPr="000A19C9">
        <w:t>depois</w:t>
      </w:r>
      <w:proofErr w:type="spellEnd"/>
      <w:r w:rsidRPr="000A19C9">
        <w:t xml:space="preserve">, </w:t>
      </w:r>
      <w:proofErr w:type="spellStart"/>
      <w:r w:rsidRPr="000A19C9">
        <w:t>passeio</w:t>
      </w:r>
      <w:proofErr w:type="spellEnd"/>
      <w:r w:rsidRPr="000A19C9">
        <w:t xml:space="preserve"> de </w:t>
      </w:r>
      <w:proofErr w:type="spellStart"/>
      <w:r w:rsidRPr="000A19C9">
        <w:t>bicicleta</w:t>
      </w:r>
      <w:proofErr w:type="spellEnd"/>
      <w:r w:rsidRPr="000A19C9">
        <w:t xml:space="preserve"> </w:t>
      </w:r>
      <w:proofErr w:type="spellStart"/>
      <w:r w:rsidRPr="000A19C9">
        <w:t>até</w:t>
      </w:r>
      <w:proofErr w:type="spellEnd"/>
      <w:r w:rsidRPr="000A19C9">
        <w:t xml:space="preserve"> </w:t>
      </w:r>
      <w:proofErr w:type="gramStart"/>
      <w:r w:rsidRPr="000A19C9">
        <w:t>a</w:t>
      </w:r>
      <w:proofErr w:type="gramEnd"/>
      <w:r w:rsidRPr="000A19C9">
        <w:t xml:space="preserve"> aldeia de Lan. Se </w:t>
      </w:r>
      <w:proofErr w:type="spellStart"/>
      <w:r w:rsidRPr="000A19C9">
        <w:t>possível</w:t>
      </w:r>
      <w:proofErr w:type="spellEnd"/>
      <w:r w:rsidRPr="000A19C9">
        <w:t xml:space="preserve">, visita a </w:t>
      </w:r>
      <w:proofErr w:type="spellStart"/>
      <w:r w:rsidRPr="000A19C9">
        <w:t>uma</w:t>
      </w:r>
      <w:proofErr w:type="spellEnd"/>
      <w:r w:rsidRPr="000A19C9">
        <w:t xml:space="preserve"> </w:t>
      </w:r>
      <w:proofErr w:type="spellStart"/>
      <w:r w:rsidRPr="000A19C9">
        <w:t>família</w:t>
      </w:r>
      <w:proofErr w:type="spellEnd"/>
      <w:r w:rsidRPr="000A19C9">
        <w:t xml:space="preserve"> local para </w:t>
      </w:r>
      <w:proofErr w:type="spellStart"/>
      <w:r w:rsidRPr="000A19C9">
        <w:t>conhecer</w:t>
      </w:r>
      <w:proofErr w:type="spellEnd"/>
      <w:r w:rsidRPr="000A19C9">
        <w:t xml:space="preserve"> a </w:t>
      </w:r>
      <w:proofErr w:type="spellStart"/>
      <w:r w:rsidRPr="000A19C9">
        <w:t>tecelagem</w:t>
      </w:r>
      <w:proofErr w:type="spellEnd"/>
      <w:r w:rsidRPr="000A19C9">
        <w:t xml:space="preserve"> </w:t>
      </w:r>
      <w:proofErr w:type="spellStart"/>
      <w:r w:rsidRPr="000A19C9">
        <w:t>tradicional</w:t>
      </w:r>
      <w:proofErr w:type="spellEnd"/>
      <w:r w:rsidRPr="000A19C9">
        <w:t xml:space="preserve"> (</w:t>
      </w:r>
      <w:proofErr w:type="spellStart"/>
      <w:r w:rsidRPr="000A19C9">
        <w:t>não</w:t>
      </w:r>
      <w:proofErr w:type="spellEnd"/>
      <w:r w:rsidRPr="000A19C9">
        <w:t xml:space="preserve"> </w:t>
      </w:r>
      <w:proofErr w:type="spellStart"/>
      <w:r w:rsidRPr="000A19C9">
        <w:t>garantido</w:t>
      </w:r>
      <w:proofErr w:type="spellEnd"/>
      <w:r w:rsidRPr="000A19C9">
        <w:t>).</w:t>
      </w:r>
    </w:p>
    <w:p w14:paraId="3E4561DF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Passeio</w:t>
      </w:r>
      <w:proofErr w:type="spellEnd"/>
      <w:r w:rsidRPr="000A19C9">
        <w:t xml:space="preserve"> de </w:t>
      </w:r>
      <w:proofErr w:type="spellStart"/>
      <w:r w:rsidRPr="000A19C9">
        <w:t>bicicleta</w:t>
      </w:r>
      <w:proofErr w:type="spellEnd"/>
      <w:r w:rsidRPr="000A19C9">
        <w:t xml:space="preserve"> entre </w:t>
      </w:r>
      <w:proofErr w:type="spellStart"/>
      <w:r w:rsidRPr="000A19C9">
        <w:t>arrozais</w:t>
      </w:r>
      <w:proofErr w:type="spellEnd"/>
      <w:r w:rsidRPr="000A19C9">
        <w:t xml:space="preserve">, aldeias e pontes </w:t>
      </w:r>
      <w:proofErr w:type="spellStart"/>
      <w:r w:rsidRPr="000A19C9">
        <w:t>até</w:t>
      </w:r>
      <w:proofErr w:type="spellEnd"/>
      <w:r w:rsidRPr="000A19C9">
        <w:t xml:space="preserve"> </w:t>
      </w:r>
      <w:proofErr w:type="spellStart"/>
      <w:r w:rsidRPr="000A19C9">
        <w:t>chegar</w:t>
      </w:r>
      <w:proofErr w:type="spellEnd"/>
      <w:r w:rsidRPr="000A19C9">
        <w:t xml:space="preserve"> à aldeia de Hieu, </w:t>
      </w:r>
      <w:proofErr w:type="spellStart"/>
      <w:r w:rsidRPr="000A19C9">
        <w:t>onde</w:t>
      </w:r>
      <w:proofErr w:type="spellEnd"/>
      <w:r w:rsidRPr="000A19C9">
        <w:t xml:space="preserve"> </w:t>
      </w:r>
      <w:proofErr w:type="spellStart"/>
      <w:r w:rsidRPr="000A19C9">
        <w:t>você</w:t>
      </w:r>
      <w:proofErr w:type="spellEnd"/>
      <w:r w:rsidRPr="000A19C9">
        <w:t xml:space="preserve"> </w:t>
      </w:r>
      <w:proofErr w:type="spellStart"/>
      <w:r w:rsidRPr="000A19C9">
        <w:t>poderá</w:t>
      </w:r>
      <w:proofErr w:type="spellEnd"/>
      <w:r w:rsidRPr="000A19C9">
        <w:t xml:space="preserve"> </w:t>
      </w:r>
      <w:proofErr w:type="spellStart"/>
      <w:r w:rsidRPr="000A19C9">
        <w:t>apreciar</w:t>
      </w:r>
      <w:proofErr w:type="spellEnd"/>
      <w:r w:rsidRPr="000A19C9">
        <w:t xml:space="preserve"> a </w:t>
      </w:r>
      <w:proofErr w:type="spellStart"/>
      <w:r w:rsidRPr="000A19C9">
        <w:t>cachoeira</w:t>
      </w:r>
      <w:proofErr w:type="spellEnd"/>
      <w:r w:rsidRPr="000A19C9">
        <w:t xml:space="preserve"> local.</w:t>
      </w:r>
    </w:p>
    <w:p w14:paraId="06C86B73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Retorno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ponto</w:t>
      </w:r>
      <w:proofErr w:type="spellEnd"/>
      <w:r w:rsidRPr="000A19C9">
        <w:t xml:space="preserve"> de </w:t>
      </w:r>
      <w:proofErr w:type="spellStart"/>
      <w:r w:rsidRPr="000A19C9">
        <w:t>encontro</w:t>
      </w:r>
      <w:proofErr w:type="spellEnd"/>
      <w:r w:rsidRPr="000A19C9">
        <w:t xml:space="preserve"> e </w:t>
      </w:r>
      <w:proofErr w:type="spellStart"/>
      <w:r w:rsidRPr="000A19C9">
        <w:t>traslado</w:t>
      </w:r>
      <w:proofErr w:type="spellEnd"/>
      <w:r w:rsidRPr="000A19C9">
        <w:t xml:space="preserve"> de volta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retiro</w:t>
      </w:r>
      <w:proofErr w:type="spellEnd"/>
      <w:r w:rsidRPr="000A19C9">
        <w:t>.</w:t>
      </w:r>
    </w:p>
    <w:p w14:paraId="51CEE089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Pu Luong</w:t>
      </w:r>
    </w:p>
    <w:p w14:paraId="0888C5BC" w14:textId="77777777" w:rsidR="000A19C9" w:rsidRPr="000A19C9" w:rsidRDefault="000A19C9" w:rsidP="000A19C9">
      <w:pPr>
        <w:spacing w:after="40" w:line="252" w:lineRule="auto"/>
        <w:jc w:val="both"/>
      </w:pPr>
      <w:r w:rsidRPr="000A19C9">
        <w:t>Nota:</w:t>
      </w:r>
    </w:p>
    <w:p w14:paraId="0216683C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Grupo de 1 a 3 </w:t>
      </w:r>
      <w:proofErr w:type="spellStart"/>
      <w:r w:rsidRPr="000A19C9">
        <w:t>pessoas</w:t>
      </w:r>
      <w:proofErr w:type="spellEnd"/>
      <w:r w:rsidRPr="000A19C9">
        <w:t xml:space="preserve">: visitas a </w:t>
      </w:r>
      <w:proofErr w:type="spellStart"/>
      <w:r w:rsidRPr="000A19C9">
        <w:t>pé</w:t>
      </w:r>
      <w:proofErr w:type="spellEnd"/>
      <w:r w:rsidRPr="000A19C9">
        <w:t xml:space="preserve"> </w:t>
      </w:r>
      <w:proofErr w:type="spellStart"/>
      <w:r w:rsidRPr="000A19C9">
        <w:t>ou</w:t>
      </w:r>
      <w:proofErr w:type="spellEnd"/>
      <w:r w:rsidRPr="000A19C9">
        <w:t xml:space="preserve"> de </w:t>
      </w:r>
      <w:proofErr w:type="spellStart"/>
      <w:r w:rsidRPr="000A19C9">
        <w:t>bicicleta</w:t>
      </w:r>
      <w:proofErr w:type="spellEnd"/>
      <w:r w:rsidRPr="000A19C9">
        <w:t xml:space="preserve">. </w:t>
      </w:r>
    </w:p>
    <w:p w14:paraId="30A97C59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Grupo a </w:t>
      </w:r>
      <w:proofErr w:type="spellStart"/>
      <w:r w:rsidRPr="000A19C9">
        <w:t>partir</w:t>
      </w:r>
      <w:proofErr w:type="spellEnd"/>
      <w:r w:rsidRPr="000A19C9">
        <w:t xml:space="preserve"> de 4 </w:t>
      </w:r>
      <w:proofErr w:type="spellStart"/>
      <w:r w:rsidRPr="000A19C9">
        <w:t>pessoas</w:t>
      </w:r>
      <w:proofErr w:type="spellEnd"/>
      <w:r w:rsidRPr="000A19C9">
        <w:t xml:space="preserve">: </w:t>
      </w:r>
      <w:proofErr w:type="spellStart"/>
      <w:r w:rsidRPr="000A19C9">
        <w:t>transporte</w:t>
      </w:r>
      <w:proofErr w:type="spellEnd"/>
      <w:r w:rsidRPr="000A19C9">
        <w:t xml:space="preserve"> </w:t>
      </w:r>
      <w:proofErr w:type="spellStart"/>
      <w:r w:rsidRPr="000A19C9">
        <w:t>conforme</w:t>
      </w:r>
      <w:proofErr w:type="spellEnd"/>
      <w:r w:rsidRPr="000A19C9">
        <w:t xml:space="preserve"> </w:t>
      </w:r>
      <w:proofErr w:type="spellStart"/>
      <w:r w:rsidRPr="000A19C9">
        <w:t>programa</w:t>
      </w:r>
      <w:proofErr w:type="spellEnd"/>
      <w:r w:rsidRPr="000A19C9">
        <w:t xml:space="preserve">. </w:t>
      </w:r>
    </w:p>
    <w:p w14:paraId="1B478986" w14:textId="71141ECD" w:rsidR="000A19C9" w:rsidRPr="000A19C9" w:rsidRDefault="000A19C9" w:rsidP="000A19C9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</w:t>
      </w:r>
      <w:proofErr w:type="spellStart"/>
      <w:r w:rsidRPr="000A19C9">
        <w:t>almoço</w:t>
      </w:r>
      <w:proofErr w:type="spellEnd"/>
      <w:r w:rsidRPr="000A19C9">
        <w:t xml:space="preserve"> </w:t>
      </w:r>
      <w:proofErr w:type="spellStart"/>
      <w:r w:rsidRPr="000A19C9">
        <w:t>incluído</w:t>
      </w:r>
      <w:proofErr w:type="spellEnd"/>
    </w:p>
    <w:p w14:paraId="69CD8CEB" w14:textId="094D8A01" w:rsidR="00B569A9" w:rsidRDefault="00000000" w:rsidP="000A19C9">
      <w:pPr>
        <w:pStyle w:val="Dia"/>
        <w:spacing w:before="120" w:after="20"/>
        <w:jc w:val="both"/>
      </w:pPr>
      <w:r>
        <w:t xml:space="preserve">📍 4º </w:t>
      </w:r>
      <w:proofErr w:type="spellStart"/>
      <w:r>
        <w:t>dia</w:t>
      </w:r>
      <w:proofErr w:type="spellEnd"/>
      <w:r>
        <w:t xml:space="preserve">: </w:t>
      </w:r>
      <w:r w:rsidR="000A19C9" w:rsidRPr="000A19C9">
        <w:t>PU LUONG – YOGA – ALDEIA LOCAL – HANOI</w:t>
      </w:r>
    </w:p>
    <w:p w14:paraId="67492A25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Sessão</w:t>
      </w:r>
      <w:proofErr w:type="spellEnd"/>
      <w:r w:rsidRPr="000A19C9">
        <w:t xml:space="preserve"> matinal de yoga com </w:t>
      </w:r>
      <w:proofErr w:type="spellStart"/>
      <w:r w:rsidRPr="000A19C9">
        <w:t>instrutor</w:t>
      </w:r>
      <w:proofErr w:type="spellEnd"/>
      <w:r w:rsidRPr="000A19C9">
        <w:t xml:space="preserve"> local.</w:t>
      </w:r>
    </w:p>
    <w:p w14:paraId="7CE2CAA5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o café da </w:t>
      </w:r>
      <w:proofErr w:type="spellStart"/>
      <w:r w:rsidRPr="000A19C9">
        <w:t>manhã</w:t>
      </w:r>
      <w:proofErr w:type="spellEnd"/>
      <w:r w:rsidRPr="000A19C9">
        <w:t xml:space="preserve"> e check-out, visita </w:t>
      </w:r>
      <w:proofErr w:type="spellStart"/>
      <w:r w:rsidRPr="000A19C9">
        <w:t>às</w:t>
      </w:r>
      <w:proofErr w:type="spellEnd"/>
      <w:r w:rsidRPr="000A19C9">
        <w:t xml:space="preserve"> aldeias </w:t>
      </w:r>
      <w:proofErr w:type="spellStart"/>
      <w:r w:rsidRPr="000A19C9">
        <w:t>locais</w:t>
      </w:r>
      <w:proofErr w:type="spellEnd"/>
      <w:r w:rsidRPr="000A19C9">
        <w:t xml:space="preserve">, </w:t>
      </w:r>
      <w:proofErr w:type="spellStart"/>
      <w:r w:rsidRPr="000A19C9">
        <w:t>conhecendo</w:t>
      </w:r>
      <w:proofErr w:type="spellEnd"/>
      <w:r w:rsidRPr="000A19C9">
        <w:t xml:space="preserve"> o </w:t>
      </w:r>
      <w:proofErr w:type="spellStart"/>
      <w:r w:rsidRPr="000A19C9">
        <w:t>cotidiano</w:t>
      </w:r>
      <w:proofErr w:type="spellEnd"/>
      <w:r w:rsidRPr="000A19C9">
        <w:t xml:space="preserve">, </w:t>
      </w:r>
      <w:proofErr w:type="spellStart"/>
      <w:r w:rsidRPr="000A19C9">
        <w:t>plantações</w:t>
      </w:r>
      <w:proofErr w:type="spellEnd"/>
      <w:r w:rsidRPr="000A19C9">
        <w:t xml:space="preserve">, </w:t>
      </w:r>
      <w:proofErr w:type="spellStart"/>
      <w:r w:rsidRPr="000A19C9">
        <w:t>produção</w:t>
      </w:r>
      <w:proofErr w:type="spellEnd"/>
      <w:r w:rsidRPr="000A19C9">
        <w:t xml:space="preserve"> de vinho de arroz e </w:t>
      </w:r>
      <w:proofErr w:type="spellStart"/>
      <w:r w:rsidRPr="000A19C9">
        <w:t>tecelagem</w:t>
      </w:r>
      <w:proofErr w:type="spellEnd"/>
      <w:r w:rsidRPr="000A19C9">
        <w:t>.</w:t>
      </w:r>
    </w:p>
    <w:p w14:paraId="238509CA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o </w:t>
      </w:r>
      <w:proofErr w:type="spellStart"/>
      <w:r w:rsidRPr="000A19C9">
        <w:t>almoço</w:t>
      </w:r>
      <w:proofErr w:type="spellEnd"/>
      <w:r w:rsidRPr="000A19C9">
        <w:t xml:space="preserve">, </w:t>
      </w:r>
      <w:proofErr w:type="spellStart"/>
      <w:r w:rsidRPr="000A19C9">
        <w:t>retorno</w:t>
      </w:r>
      <w:proofErr w:type="spellEnd"/>
      <w:r w:rsidRPr="000A19C9">
        <w:t xml:space="preserve"> a </w:t>
      </w:r>
      <w:proofErr w:type="spellStart"/>
      <w:r w:rsidRPr="000A19C9">
        <w:t>Hanói</w:t>
      </w:r>
      <w:proofErr w:type="spellEnd"/>
      <w:r w:rsidRPr="000A19C9">
        <w:t>. Tempo livre.</w:t>
      </w:r>
    </w:p>
    <w:p w14:paraId="41D548F3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Hanói</w:t>
      </w:r>
      <w:proofErr w:type="spellEnd"/>
    </w:p>
    <w:p w14:paraId="6C1DAEE7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</w:t>
      </w:r>
      <w:proofErr w:type="spellStart"/>
      <w:r w:rsidRPr="000A19C9">
        <w:t>almoço</w:t>
      </w:r>
      <w:proofErr w:type="spellEnd"/>
      <w:r w:rsidRPr="000A19C9">
        <w:t xml:space="preserve"> </w:t>
      </w:r>
      <w:proofErr w:type="spellStart"/>
      <w:r w:rsidRPr="000A19C9">
        <w:t>incluído</w:t>
      </w:r>
      <w:proofErr w:type="spellEnd"/>
    </w:p>
    <w:p w14:paraId="6987DF24" w14:textId="5464F48D" w:rsidR="00B569A9" w:rsidRDefault="00000000" w:rsidP="000A19C9">
      <w:pPr>
        <w:pStyle w:val="Dia"/>
        <w:spacing w:before="120" w:after="20"/>
        <w:jc w:val="both"/>
      </w:pPr>
      <w:r>
        <w:t xml:space="preserve">📍 5º </w:t>
      </w:r>
      <w:proofErr w:type="spellStart"/>
      <w:r>
        <w:t>dia</w:t>
      </w:r>
      <w:proofErr w:type="spellEnd"/>
      <w:r>
        <w:t xml:space="preserve">: </w:t>
      </w:r>
      <w:r w:rsidR="000A19C9" w:rsidRPr="000A19C9">
        <w:t>HANOI – BAÍA DE HALONG/LAN HA</w:t>
      </w:r>
    </w:p>
    <w:p w14:paraId="390EAE3B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Saída</w:t>
      </w:r>
      <w:proofErr w:type="spellEnd"/>
      <w:r w:rsidRPr="000A19C9">
        <w:t xml:space="preserve"> para a Baía de Halong/Lan Ha (</w:t>
      </w:r>
      <w:proofErr w:type="spellStart"/>
      <w:r w:rsidRPr="000A19C9">
        <w:t>aprox</w:t>
      </w:r>
      <w:proofErr w:type="spellEnd"/>
      <w:r w:rsidRPr="000A19C9">
        <w:t xml:space="preserve">. 3 horas), </w:t>
      </w:r>
      <w:proofErr w:type="spellStart"/>
      <w:r w:rsidRPr="000A19C9">
        <w:t>Patrimônio</w:t>
      </w:r>
      <w:proofErr w:type="spellEnd"/>
      <w:r w:rsidRPr="000A19C9">
        <w:t xml:space="preserve"> Mundial da UNESCO.</w:t>
      </w:r>
    </w:p>
    <w:p w14:paraId="033EEF4B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Embarque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cruzeiro para </w:t>
      </w:r>
      <w:proofErr w:type="spellStart"/>
      <w:r w:rsidRPr="000A19C9">
        <w:t>explorar</w:t>
      </w:r>
      <w:proofErr w:type="spellEnd"/>
      <w:r w:rsidRPr="000A19C9">
        <w:t xml:space="preserve"> a </w:t>
      </w:r>
      <w:proofErr w:type="spellStart"/>
      <w:r w:rsidRPr="000A19C9">
        <w:t>beleza</w:t>
      </w:r>
      <w:proofErr w:type="spellEnd"/>
      <w:r w:rsidRPr="000A19C9">
        <w:t xml:space="preserve"> da </w:t>
      </w:r>
      <w:proofErr w:type="spellStart"/>
      <w:r w:rsidRPr="000A19C9">
        <w:t>baía</w:t>
      </w:r>
      <w:proofErr w:type="spellEnd"/>
      <w:r w:rsidRPr="000A19C9">
        <w:t xml:space="preserve">, com </w:t>
      </w:r>
      <w:proofErr w:type="spellStart"/>
      <w:r w:rsidRPr="000A19C9">
        <w:t>suas</w:t>
      </w:r>
      <w:proofErr w:type="spellEnd"/>
      <w:r w:rsidRPr="000A19C9">
        <w:t xml:space="preserve"> </w:t>
      </w:r>
      <w:proofErr w:type="spellStart"/>
      <w:r w:rsidRPr="000A19C9">
        <w:t>formações</w:t>
      </w:r>
      <w:proofErr w:type="spellEnd"/>
      <w:r w:rsidRPr="000A19C9">
        <w:t xml:space="preserve"> de </w:t>
      </w:r>
      <w:proofErr w:type="spellStart"/>
      <w:r w:rsidRPr="000A19C9">
        <w:t>calcário</w:t>
      </w:r>
      <w:proofErr w:type="spellEnd"/>
      <w:r w:rsidRPr="000A19C9">
        <w:t xml:space="preserve"> e </w:t>
      </w:r>
      <w:proofErr w:type="spellStart"/>
      <w:r w:rsidRPr="000A19C9">
        <w:t>cavernas</w:t>
      </w:r>
      <w:proofErr w:type="spellEnd"/>
      <w:r w:rsidRPr="000A19C9">
        <w:t>.</w:t>
      </w:r>
    </w:p>
    <w:p w14:paraId="206ECC44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</w:t>
      </w:r>
      <w:proofErr w:type="spellStart"/>
      <w:r w:rsidRPr="000A19C9">
        <w:t>almoço</w:t>
      </w:r>
      <w:proofErr w:type="spellEnd"/>
      <w:r w:rsidRPr="000A19C9">
        <w:t xml:space="preserve"> com </w:t>
      </w:r>
      <w:proofErr w:type="spellStart"/>
      <w:r w:rsidRPr="000A19C9">
        <w:t>frutos</w:t>
      </w:r>
      <w:proofErr w:type="spellEnd"/>
      <w:r w:rsidRPr="000A19C9">
        <w:t xml:space="preserve"> do mar, visita à </w:t>
      </w:r>
      <w:proofErr w:type="spellStart"/>
      <w:r w:rsidRPr="000A19C9">
        <w:t>caverna</w:t>
      </w:r>
      <w:proofErr w:type="spellEnd"/>
      <w:r w:rsidRPr="000A19C9">
        <w:t xml:space="preserve"> Sung Sot, </w:t>
      </w:r>
      <w:proofErr w:type="spellStart"/>
      <w:r w:rsidRPr="000A19C9">
        <w:t>possibilidade</w:t>
      </w:r>
      <w:proofErr w:type="spellEnd"/>
      <w:r w:rsidRPr="000A19C9">
        <w:t xml:space="preserve"> de </w:t>
      </w:r>
      <w:proofErr w:type="spellStart"/>
      <w:r w:rsidRPr="000A19C9">
        <w:t>nadar</w:t>
      </w:r>
      <w:proofErr w:type="spellEnd"/>
      <w:r w:rsidRPr="000A19C9">
        <w:t xml:space="preserve"> </w:t>
      </w:r>
      <w:proofErr w:type="spellStart"/>
      <w:r w:rsidRPr="000A19C9">
        <w:t>ou</w:t>
      </w:r>
      <w:proofErr w:type="spellEnd"/>
      <w:r w:rsidRPr="000A19C9">
        <w:t xml:space="preserve"> </w:t>
      </w:r>
      <w:proofErr w:type="spellStart"/>
      <w:r w:rsidRPr="000A19C9">
        <w:t>fazer</w:t>
      </w:r>
      <w:proofErr w:type="spellEnd"/>
      <w:r w:rsidRPr="000A19C9">
        <w:t xml:space="preserve"> </w:t>
      </w:r>
      <w:proofErr w:type="spellStart"/>
      <w:r w:rsidRPr="000A19C9">
        <w:t>caiaque</w:t>
      </w:r>
      <w:proofErr w:type="spellEnd"/>
      <w:r w:rsidRPr="000A19C9">
        <w:t xml:space="preserve"> e </w:t>
      </w:r>
      <w:proofErr w:type="spellStart"/>
      <w:r w:rsidRPr="000A19C9">
        <w:t>explorar</w:t>
      </w:r>
      <w:proofErr w:type="spellEnd"/>
      <w:r w:rsidRPr="000A19C9">
        <w:t xml:space="preserve"> </w:t>
      </w:r>
      <w:proofErr w:type="spellStart"/>
      <w:r w:rsidRPr="000A19C9">
        <w:t>vilas</w:t>
      </w:r>
      <w:proofErr w:type="spellEnd"/>
      <w:r w:rsidRPr="000A19C9">
        <w:t xml:space="preserve"> </w:t>
      </w:r>
      <w:proofErr w:type="spellStart"/>
      <w:r w:rsidRPr="000A19C9">
        <w:t>flutuantes</w:t>
      </w:r>
      <w:proofErr w:type="spellEnd"/>
      <w:r w:rsidRPr="000A19C9">
        <w:t>.</w:t>
      </w:r>
    </w:p>
    <w:p w14:paraId="559F1323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Retorno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cruzeiro para </w:t>
      </w:r>
      <w:proofErr w:type="spellStart"/>
      <w:r w:rsidRPr="000A19C9">
        <w:t>jantar</w:t>
      </w:r>
      <w:proofErr w:type="spellEnd"/>
      <w:r w:rsidRPr="000A19C9">
        <w:t xml:space="preserve"> e </w:t>
      </w:r>
      <w:proofErr w:type="spellStart"/>
      <w:r w:rsidRPr="000A19C9">
        <w:t>atividades</w:t>
      </w:r>
      <w:proofErr w:type="spellEnd"/>
      <w:r w:rsidRPr="000A19C9">
        <w:t xml:space="preserve"> </w:t>
      </w:r>
      <w:proofErr w:type="spellStart"/>
      <w:r w:rsidRPr="000A19C9">
        <w:t>noturnas</w:t>
      </w:r>
      <w:proofErr w:type="spellEnd"/>
      <w:r w:rsidRPr="000A19C9">
        <w:t>.</w:t>
      </w:r>
    </w:p>
    <w:p w14:paraId="52AE0CAA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lastRenderedPageBreak/>
        <w:t>Pernoite</w:t>
      </w:r>
      <w:proofErr w:type="spellEnd"/>
      <w:r w:rsidRPr="000A19C9">
        <w:t xml:space="preserve"> a </w:t>
      </w:r>
      <w:proofErr w:type="spellStart"/>
      <w:r w:rsidRPr="000A19C9">
        <w:t>bordo</w:t>
      </w:r>
      <w:proofErr w:type="spellEnd"/>
      <w:r w:rsidRPr="000A19C9">
        <w:t xml:space="preserve"> (</w:t>
      </w:r>
      <w:proofErr w:type="spellStart"/>
      <w:r w:rsidRPr="000A19C9">
        <w:t>próximo</w:t>
      </w:r>
      <w:proofErr w:type="spellEnd"/>
      <w:r w:rsidRPr="000A19C9">
        <w:t xml:space="preserve"> à </w:t>
      </w:r>
      <w:proofErr w:type="spellStart"/>
      <w:r w:rsidRPr="000A19C9">
        <w:t>praia</w:t>
      </w:r>
      <w:proofErr w:type="spellEnd"/>
      <w:r w:rsidRPr="000A19C9">
        <w:t xml:space="preserve"> de Titov)</w:t>
      </w:r>
    </w:p>
    <w:p w14:paraId="7A28C59F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Nota</w:t>
      </w:r>
      <w:proofErr w:type="spellEnd"/>
      <w:r w:rsidRPr="000A19C9">
        <w:t xml:space="preserve">: </w:t>
      </w:r>
      <w:proofErr w:type="spellStart"/>
      <w:r w:rsidRPr="000A19C9">
        <w:t>roteiro</w:t>
      </w:r>
      <w:proofErr w:type="spellEnd"/>
      <w:r w:rsidRPr="000A19C9">
        <w:t xml:space="preserve"> </w:t>
      </w:r>
      <w:proofErr w:type="spellStart"/>
      <w:r w:rsidRPr="000A19C9">
        <w:t>sujeito</w:t>
      </w:r>
      <w:proofErr w:type="spellEnd"/>
      <w:r w:rsidRPr="000A19C9">
        <w:t xml:space="preserve"> </w:t>
      </w:r>
      <w:proofErr w:type="gramStart"/>
      <w:r w:rsidRPr="000A19C9">
        <w:t>a</w:t>
      </w:r>
      <w:proofErr w:type="gramEnd"/>
      <w:r w:rsidRPr="000A19C9">
        <w:t xml:space="preserve"> </w:t>
      </w:r>
      <w:proofErr w:type="spellStart"/>
      <w:r w:rsidRPr="000A19C9">
        <w:t>alterações</w:t>
      </w:r>
      <w:proofErr w:type="spellEnd"/>
      <w:r w:rsidRPr="000A19C9">
        <w:t xml:space="preserve"> </w:t>
      </w:r>
      <w:proofErr w:type="spellStart"/>
      <w:r w:rsidRPr="000A19C9">
        <w:t>conforme</w:t>
      </w:r>
      <w:proofErr w:type="spellEnd"/>
      <w:r w:rsidRPr="000A19C9">
        <w:t xml:space="preserve"> </w:t>
      </w:r>
      <w:proofErr w:type="spellStart"/>
      <w:r w:rsidRPr="000A19C9">
        <w:t>clima</w:t>
      </w:r>
      <w:proofErr w:type="spellEnd"/>
      <w:r w:rsidRPr="000A19C9">
        <w:t xml:space="preserve">. Guia local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inglês</w:t>
      </w:r>
      <w:proofErr w:type="spellEnd"/>
      <w:r w:rsidRPr="000A19C9">
        <w:t xml:space="preserve"> a </w:t>
      </w:r>
      <w:proofErr w:type="spellStart"/>
      <w:r w:rsidRPr="000A19C9">
        <w:t>bordo</w:t>
      </w:r>
      <w:proofErr w:type="spellEnd"/>
      <w:r w:rsidRPr="000A19C9">
        <w:t>.</w:t>
      </w:r>
    </w:p>
    <w:p w14:paraId="32E74D34" w14:textId="2E6F77E3" w:rsidR="000A19C9" w:rsidRPr="000A19C9" w:rsidRDefault="000A19C9" w:rsidP="000A19C9">
      <w:pPr>
        <w:spacing w:after="40" w:line="252" w:lineRule="auto"/>
        <w:jc w:val="both"/>
      </w:pPr>
      <w:r w:rsidRPr="000A19C9">
        <w:t xml:space="preserve">Café da </w:t>
      </w:r>
      <w:proofErr w:type="spellStart"/>
      <w:proofErr w:type="gramStart"/>
      <w:r w:rsidRPr="000A19C9">
        <w:t>manhã</w:t>
      </w:r>
      <w:proofErr w:type="spellEnd"/>
      <w:r w:rsidRPr="000A19C9">
        <w:t xml:space="preserve">,  </w:t>
      </w:r>
      <w:proofErr w:type="spellStart"/>
      <w:r w:rsidRPr="000A19C9">
        <w:t>almoço</w:t>
      </w:r>
      <w:proofErr w:type="spellEnd"/>
      <w:proofErr w:type="gramEnd"/>
      <w:r w:rsidRPr="000A19C9">
        <w:t xml:space="preserve"> </w:t>
      </w:r>
      <w:proofErr w:type="spellStart"/>
      <w:r w:rsidRPr="000A19C9">
        <w:t>incluído</w:t>
      </w:r>
      <w:proofErr w:type="spellEnd"/>
      <w:r w:rsidRPr="000A19C9">
        <w:t xml:space="preserve"> e Jantar</w:t>
      </w:r>
    </w:p>
    <w:p w14:paraId="25C4ACED" w14:textId="62F93D4D" w:rsidR="00B569A9" w:rsidRDefault="00000000" w:rsidP="000A19C9">
      <w:pPr>
        <w:pStyle w:val="Dia"/>
        <w:spacing w:before="120" w:after="20"/>
        <w:jc w:val="both"/>
      </w:pPr>
      <w:r>
        <w:t xml:space="preserve">📍 6º </w:t>
      </w:r>
      <w:proofErr w:type="spellStart"/>
      <w:r>
        <w:t>dia</w:t>
      </w:r>
      <w:proofErr w:type="spellEnd"/>
      <w:r>
        <w:t xml:space="preserve">: </w:t>
      </w:r>
      <w:r w:rsidR="000A19C9" w:rsidRPr="000A19C9">
        <w:t>BAÍA DE HALONG – HANOI</w:t>
      </w:r>
    </w:p>
    <w:p w14:paraId="65CF3952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Acordar</w:t>
      </w:r>
      <w:proofErr w:type="spellEnd"/>
      <w:r w:rsidRPr="000A19C9">
        <w:t xml:space="preserve"> </w:t>
      </w:r>
      <w:proofErr w:type="spellStart"/>
      <w:r w:rsidRPr="000A19C9">
        <w:t>cedo</w:t>
      </w:r>
      <w:proofErr w:type="spellEnd"/>
      <w:r w:rsidRPr="000A19C9">
        <w:t xml:space="preserve"> para </w:t>
      </w:r>
      <w:proofErr w:type="spellStart"/>
      <w:r w:rsidRPr="000A19C9">
        <w:t>apreciar</w:t>
      </w:r>
      <w:proofErr w:type="spellEnd"/>
      <w:r w:rsidRPr="000A19C9">
        <w:t xml:space="preserve"> o </w:t>
      </w:r>
      <w:proofErr w:type="spellStart"/>
      <w:r w:rsidRPr="000A19C9">
        <w:t>nascer</w:t>
      </w:r>
      <w:proofErr w:type="spellEnd"/>
      <w:r w:rsidRPr="000A19C9">
        <w:t xml:space="preserve"> do sol no mar.</w:t>
      </w:r>
    </w:p>
    <w:p w14:paraId="59D6E0F2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Após</w:t>
      </w:r>
      <w:proofErr w:type="spellEnd"/>
      <w:r w:rsidRPr="000A19C9">
        <w:t xml:space="preserve"> o café, </w:t>
      </w:r>
      <w:proofErr w:type="spellStart"/>
      <w:r w:rsidRPr="000A19C9">
        <w:t>continuação</w:t>
      </w:r>
      <w:proofErr w:type="spellEnd"/>
      <w:r w:rsidRPr="000A19C9">
        <w:t xml:space="preserve"> do cruzeiro entre </w:t>
      </w:r>
      <w:proofErr w:type="spellStart"/>
      <w:r w:rsidRPr="000A19C9">
        <w:t>ilhotas</w:t>
      </w:r>
      <w:proofErr w:type="spellEnd"/>
      <w:r w:rsidRPr="000A19C9">
        <w:t xml:space="preserve"> com formas </w:t>
      </w:r>
      <w:proofErr w:type="spellStart"/>
      <w:r w:rsidRPr="000A19C9">
        <w:t>curiosas</w:t>
      </w:r>
      <w:proofErr w:type="spellEnd"/>
      <w:r w:rsidRPr="000A19C9">
        <w:t>.</w:t>
      </w:r>
    </w:p>
    <w:p w14:paraId="23807BCF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Retorno</w:t>
      </w:r>
      <w:proofErr w:type="spellEnd"/>
      <w:r w:rsidRPr="000A19C9">
        <w:t xml:space="preserve"> a </w:t>
      </w:r>
      <w:proofErr w:type="spellStart"/>
      <w:r w:rsidRPr="000A19C9">
        <w:t>Hanói</w:t>
      </w:r>
      <w:proofErr w:type="spellEnd"/>
      <w:r w:rsidRPr="000A19C9">
        <w:t xml:space="preserve"> de </w:t>
      </w:r>
      <w:proofErr w:type="spellStart"/>
      <w:r w:rsidRPr="000A19C9">
        <w:t>ônibus</w:t>
      </w:r>
      <w:proofErr w:type="spellEnd"/>
      <w:r w:rsidRPr="000A19C9">
        <w:t>.</w:t>
      </w:r>
    </w:p>
    <w:p w14:paraId="131A6A27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</w:t>
      </w:r>
      <w:proofErr w:type="spellStart"/>
      <w:r w:rsidRPr="000A19C9">
        <w:t>Hanói</w:t>
      </w:r>
      <w:proofErr w:type="spellEnd"/>
    </w:p>
    <w:p w14:paraId="531DC0D2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Brunch</w:t>
      </w:r>
    </w:p>
    <w:p w14:paraId="53F24FE9" w14:textId="679A1545" w:rsidR="00B569A9" w:rsidRDefault="00000000" w:rsidP="000A19C9">
      <w:pPr>
        <w:pStyle w:val="Dia"/>
        <w:spacing w:before="120" w:after="20"/>
        <w:jc w:val="both"/>
      </w:pPr>
      <w:r>
        <w:t xml:space="preserve">📍 7º </w:t>
      </w:r>
      <w:proofErr w:type="spellStart"/>
      <w:r>
        <w:t>dia</w:t>
      </w:r>
      <w:proofErr w:type="spellEnd"/>
      <w:r>
        <w:t xml:space="preserve">: </w:t>
      </w:r>
      <w:r w:rsidR="000A19C9" w:rsidRPr="000A19C9">
        <w:t>HANOI – YOGA – VOO PARA SIEM REAP</w:t>
      </w:r>
    </w:p>
    <w:p w14:paraId="188C45D3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Sugestão</w:t>
      </w:r>
      <w:proofErr w:type="spellEnd"/>
      <w:r w:rsidRPr="000A19C9">
        <w:t xml:space="preserve"> de </w:t>
      </w:r>
      <w:proofErr w:type="spellStart"/>
      <w:r w:rsidRPr="000A19C9">
        <w:t>voo</w:t>
      </w:r>
      <w:proofErr w:type="spellEnd"/>
      <w:r w:rsidRPr="000A19C9">
        <w:t>: VN 839 (17h05 – 18h50) (NÃO INCLUÍDO)</w:t>
      </w:r>
    </w:p>
    <w:p w14:paraId="585F709D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Sessão</w:t>
      </w:r>
      <w:proofErr w:type="spellEnd"/>
      <w:r w:rsidRPr="000A19C9">
        <w:t xml:space="preserve"> de yoga pela </w:t>
      </w:r>
      <w:proofErr w:type="spellStart"/>
      <w:r w:rsidRPr="000A19C9">
        <w:t>manhã</w:t>
      </w:r>
      <w:proofErr w:type="spellEnd"/>
      <w:r w:rsidRPr="000A19C9">
        <w:t xml:space="preserve">. Tempo livre </w:t>
      </w:r>
      <w:proofErr w:type="spellStart"/>
      <w:r w:rsidRPr="000A19C9">
        <w:t>até</w:t>
      </w:r>
      <w:proofErr w:type="spellEnd"/>
      <w:r w:rsidRPr="000A19C9">
        <w:t xml:space="preserve"> o check-out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meio</w:t>
      </w:r>
      <w:proofErr w:type="spellEnd"/>
      <w:r w:rsidRPr="000A19C9">
        <w:t>-dia.</w:t>
      </w:r>
    </w:p>
    <w:p w14:paraId="60702361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Traslado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aeroporto</w:t>
      </w:r>
      <w:proofErr w:type="spellEnd"/>
      <w:r w:rsidRPr="000A19C9">
        <w:t xml:space="preserve"> e </w:t>
      </w:r>
      <w:proofErr w:type="spellStart"/>
      <w:r w:rsidRPr="000A19C9">
        <w:t>voo</w:t>
      </w:r>
      <w:proofErr w:type="spellEnd"/>
      <w:r w:rsidRPr="000A19C9">
        <w:t xml:space="preserve"> para Siem Reap (</w:t>
      </w:r>
      <w:proofErr w:type="spellStart"/>
      <w:r w:rsidRPr="000A19C9">
        <w:t>Camboja</w:t>
      </w:r>
      <w:proofErr w:type="spellEnd"/>
      <w:r w:rsidRPr="000A19C9">
        <w:t>).</w:t>
      </w:r>
    </w:p>
    <w:p w14:paraId="490A331A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Recepção</w:t>
      </w:r>
      <w:proofErr w:type="spellEnd"/>
      <w:r w:rsidRPr="000A19C9">
        <w:t xml:space="preserve"> e </w:t>
      </w:r>
      <w:proofErr w:type="spellStart"/>
      <w:r w:rsidRPr="000A19C9">
        <w:t>traslado</w:t>
      </w:r>
      <w:proofErr w:type="spellEnd"/>
      <w:r w:rsidRPr="000A19C9">
        <w:t xml:space="preserve"> </w:t>
      </w:r>
      <w:proofErr w:type="spellStart"/>
      <w:r w:rsidRPr="000A19C9">
        <w:t>ao</w:t>
      </w:r>
      <w:proofErr w:type="spellEnd"/>
      <w:r w:rsidRPr="000A19C9">
        <w:t xml:space="preserve"> hotel.</w:t>
      </w:r>
    </w:p>
    <w:p w14:paraId="275757BF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Siem Reap</w:t>
      </w:r>
    </w:p>
    <w:p w14:paraId="246AA246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</w:t>
      </w:r>
      <w:proofErr w:type="spellStart"/>
      <w:r w:rsidRPr="000A19C9">
        <w:t>incluído</w:t>
      </w:r>
      <w:proofErr w:type="spellEnd"/>
    </w:p>
    <w:p w14:paraId="6B9F6978" w14:textId="4B631319" w:rsidR="00B569A9" w:rsidRDefault="00000000" w:rsidP="000A19C9">
      <w:pPr>
        <w:pStyle w:val="Dia"/>
        <w:spacing w:before="120" w:after="20"/>
        <w:jc w:val="both"/>
      </w:pPr>
      <w:r>
        <w:t xml:space="preserve">📍 8º </w:t>
      </w:r>
      <w:proofErr w:type="spellStart"/>
      <w:r>
        <w:t>dia</w:t>
      </w:r>
      <w:proofErr w:type="spellEnd"/>
      <w:r>
        <w:t xml:space="preserve">: </w:t>
      </w:r>
      <w:r w:rsidR="000A19C9" w:rsidRPr="000A19C9">
        <w:t>SIEM REAP – TEMPLOS DE ANGKOR</w:t>
      </w:r>
    </w:p>
    <w:p w14:paraId="2DAEB818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visita </w:t>
      </w:r>
      <w:proofErr w:type="gramStart"/>
      <w:r w:rsidRPr="000A19C9">
        <w:t>a</w:t>
      </w:r>
      <w:proofErr w:type="gramEnd"/>
      <w:r w:rsidRPr="000A19C9">
        <w:t xml:space="preserve"> Angkor Thom: </w:t>
      </w:r>
      <w:proofErr w:type="spellStart"/>
      <w:r w:rsidRPr="000A19C9">
        <w:t>Portão</w:t>
      </w:r>
      <w:proofErr w:type="spellEnd"/>
      <w:r w:rsidRPr="000A19C9">
        <w:t xml:space="preserve"> Sul, Templo Bayon, </w:t>
      </w:r>
      <w:proofErr w:type="spellStart"/>
      <w:r w:rsidRPr="000A19C9">
        <w:t>Terraço</w:t>
      </w:r>
      <w:proofErr w:type="spellEnd"/>
      <w:r w:rsidRPr="000A19C9">
        <w:t xml:space="preserve"> dos Elefantes, </w:t>
      </w:r>
      <w:proofErr w:type="spellStart"/>
      <w:r w:rsidRPr="000A19C9">
        <w:t>Baphuon</w:t>
      </w:r>
      <w:proofErr w:type="spellEnd"/>
      <w:r w:rsidRPr="000A19C9">
        <w:t xml:space="preserve">, Palácio Real e </w:t>
      </w:r>
      <w:proofErr w:type="spellStart"/>
      <w:r w:rsidRPr="000A19C9">
        <w:t>Phimeanakas</w:t>
      </w:r>
      <w:proofErr w:type="spellEnd"/>
      <w:r w:rsidRPr="000A19C9">
        <w:t>.</w:t>
      </w:r>
    </w:p>
    <w:p w14:paraId="22D932CF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Visita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Terraço</w:t>
      </w:r>
      <w:proofErr w:type="spellEnd"/>
      <w:r w:rsidRPr="000A19C9">
        <w:t xml:space="preserve"> do Rei Leproso e </w:t>
      </w:r>
      <w:proofErr w:type="spellStart"/>
      <w:r w:rsidRPr="000A19C9">
        <w:t>ao</w:t>
      </w:r>
      <w:proofErr w:type="spellEnd"/>
      <w:r w:rsidRPr="000A19C9">
        <w:t xml:space="preserve"> </w:t>
      </w:r>
      <w:proofErr w:type="spellStart"/>
      <w:r w:rsidRPr="000A19C9">
        <w:t>templo</w:t>
      </w:r>
      <w:proofErr w:type="spellEnd"/>
      <w:r w:rsidRPr="000A19C9">
        <w:t xml:space="preserve"> Ta Prohm (</w:t>
      </w:r>
      <w:proofErr w:type="spellStart"/>
      <w:r w:rsidRPr="000A19C9">
        <w:t>envolto</w:t>
      </w:r>
      <w:proofErr w:type="spellEnd"/>
      <w:r w:rsidRPr="000A19C9">
        <w:t xml:space="preserve"> </w:t>
      </w:r>
      <w:proofErr w:type="spellStart"/>
      <w:r w:rsidRPr="000A19C9">
        <w:t>por</w:t>
      </w:r>
      <w:proofErr w:type="spellEnd"/>
      <w:r w:rsidRPr="000A19C9">
        <w:t xml:space="preserve"> </w:t>
      </w:r>
      <w:proofErr w:type="spellStart"/>
      <w:r w:rsidRPr="000A19C9">
        <w:t>raízes</w:t>
      </w:r>
      <w:proofErr w:type="spellEnd"/>
      <w:r w:rsidRPr="000A19C9">
        <w:t xml:space="preserve"> </w:t>
      </w:r>
      <w:proofErr w:type="spellStart"/>
      <w:r w:rsidRPr="000A19C9">
        <w:t>gigantes</w:t>
      </w:r>
      <w:proofErr w:type="spellEnd"/>
      <w:r w:rsidRPr="000A19C9">
        <w:t>).</w:t>
      </w:r>
    </w:p>
    <w:p w14:paraId="017EEA9F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À </w:t>
      </w:r>
      <w:proofErr w:type="spellStart"/>
      <w:r w:rsidRPr="000A19C9">
        <w:t>tarde</w:t>
      </w:r>
      <w:proofErr w:type="spellEnd"/>
      <w:r w:rsidRPr="000A19C9">
        <w:t xml:space="preserve">, visita </w:t>
      </w:r>
      <w:proofErr w:type="spellStart"/>
      <w:r w:rsidRPr="000A19C9">
        <w:t>ao</w:t>
      </w:r>
      <w:proofErr w:type="spellEnd"/>
      <w:r w:rsidRPr="000A19C9">
        <w:t xml:space="preserve"> Angkor Wat, um dos </w:t>
      </w:r>
      <w:proofErr w:type="spellStart"/>
      <w:r w:rsidRPr="000A19C9">
        <w:t>maiores</w:t>
      </w:r>
      <w:proofErr w:type="spellEnd"/>
      <w:r w:rsidRPr="000A19C9">
        <w:t xml:space="preserve"> </w:t>
      </w:r>
      <w:proofErr w:type="spellStart"/>
      <w:r w:rsidRPr="000A19C9">
        <w:t>templos</w:t>
      </w:r>
      <w:proofErr w:type="spellEnd"/>
      <w:r w:rsidRPr="000A19C9">
        <w:t xml:space="preserve"> do </w:t>
      </w:r>
      <w:proofErr w:type="spellStart"/>
      <w:r w:rsidRPr="000A19C9">
        <w:t>mundo</w:t>
      </w:r>
      <w:proofErr w:type="spellEnd"/>
      <w:r w:rsidRPr="000A19C9">
        <w:t xml:space="preserve"> e </w:t>
      </w:r>
      <w:proofErr w:type="spellStart"/>
      <w:r w:rsidRPr="000A19C9">
        <w:t>símbolo</w:t>
      </w:r>
      <w:proofErr w:type="spellEnd"/>
      <w:r w:rsidRPr="000A19C9">
        <w:t xml:space="preserve"> do </w:t>
      </w:r>
      <w:proofErr w:type="spellStart"/>
      <w:r w:rsidRPr="000A19C9">
        <w:t>Camboja</w:t>
      </w:r>
      <w:proofErr w:type="spellEnd"/>
      <w:r w:rsidRPr="000A19C9">
        <w:t>.</w:t>
      </w:r>
    </w:p>
    <w:p w14:paraId="7CFB8ACF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Pôr</w:t>
      </w:r>
      <w:proofErr w:type="spellEnd"/>
      <w:r w:rsidRPr="000A19C9">
        <w:t xml:space="preserve"> do sol </w:t>
      </w:r>
      <w:proofErr w:type="spellStart"/>
      <w:r w:rsidRPr="000A19C9">
        <w:t>em</w:t>
      </w:r>
      <w:proofErr w:type="spellEnd"/>
      <w:r w:rsidRPr="000A19C9">
        <w:t xml:space="preserve"> Phnom </w:t>
      </w:r>
      <w:proofErr w:type="spellStart"/>
      <w:r w:rsidRPr="000A19C9">
        <w:t>Bakheng</w:t>
      </w:r>
      <w:proofErr w:type="spellEnd"/>
      <w:r w:rsidRPr="000A19C9">
        <w:t>.</w:t>
      </w:r>
    </w:p>
    <w:p w14:paraId="5909181E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À </w:t>
      </w:r>
      <w:proofErr w:type="spellStart"/>
      <w:r w:rsidRPr="000A19C9">
        <w:t>noite</w:t>
      </w:r>
      <w:proofErr w:type="spellEnd"/>
      <w:r w:rsidRPr="000A19C9">
        <w:t xml:space="preserve">, </w:t>
      </w:r>
      <w:proofErr w:type="spellStart"/>
      <w:r w:rsidRPr="000A19C9">
        <w:t>jantar</w:t>
      </w:r>
      <w:proofErr w:type="spellEnd"/>
      <w:r w:rsidRPr="000A19C9">
        <w:t xml:space="preserve"> com </w:t>
      </w:r>
      <w:proofErr w:type="spellStart"/>
      <w:r w:rsidRPr="000A19C9">
        <w:t>espetáculo</w:t>
      </w:r>
      <w:proofErr w:type="spellEnd"/>
      <w:r w:rsidRPr="000A19C9">
        <w:t xml:space="preserve"> de </w:t>
      </w:r>
      <w:proofErr w:type="spellStart"/>
      <w:r w:rsidRPr="000A19C9">
        <w:t>dança</w:t>
      </w:r>
      <w:proofErr w:type="spellEnd"/>
      <w:r w:rsidRPr="000A19C9">
        <w:t xml:space="preserve"> Apsara.</w:t>
      </w:r>
    </w:p>
    <w:p w14:paraId="4CEF1216" w14:textId="77777777" w:rsidR="000A19C9" w:rsidRPr="000A19C9" w:rsidRDefault="000A19C9" w:rsidP="000A19C9">
      <w:pPr>
        <w:spacing w:after="40" w:line="252" w:lineRule="auto"/>
        <w:jc w:val="both"/>
      </w:pPr>
      <w:proofErr w:type="spellStart"/>
      <w:r w:rsidRPr="000A19C9">
        <w:t>Pernoite</w:t>
      </w:r>
      <w:proofErr w:type="spellEnd"/>
      <w:r w:rsidRPr="000A19C9">
        <w:t xml:space="preserve"> </w:t>
      </w:r>
      <w:proofErr w:type="spellStart"/>
      <w:r w:rsidRPr="000A19C9">
        <w:t>em</w:t>
      </w:r>
      <w:proofErr w:type="spellEnd"/>
      <w:r w:rsidRPr="000A19C9">
        <w:t xml:space="preserve"> Siem Reap</w:t>
      </w:r>
    </w:p>
    <w:p w14:paraId="7F10DAF0" w14:textId="77777777" w:rsidR="000A19C9" w:rsidRPr="000A19C9" w:rsidRDefault="000A19C9" w:rsidP="000A19C9">
      <w:pPr>
        <w:spacing w:after="40" w:line="252" w:lineRule="auto"/>
        <w:jc w:val="both"/>
      </w:pPr>
      <w:r w:rsidRPr="000A19C9">
        <w:t xml:space="preserve">Café da </w:t>
      </w:r>
      <w:proofErr w:type="spellStart"/>
      <w:r w:rsidRPr="000A19C9">
        <w:t>manhã</w:t>
      </w:r>
      <w:proofErr w:type="spellEnd"/>
      <w:r w:rsidRPr="000A19C9">
        <w:t xml:space="preserve"> e Jantar </w:t>
      </w:r>
      <w:proofErr w:type="spellStart"/>
      <w:r w:rsidRPr="000A19C9">
        <w:t>incluído</w:t>
      </w:r>
      <w:proofErr w:type="spellEnd"/>
    </w:p>
    <w:p w14:paraId="1BDB2DCD" w14:textId="59EFFA57" w:rsidR="00B569A9" w:rsidRDefault="00000000" w:rsidP="000A19C9">
      <w:pPr>
        <w:pStyle w:val="Dia"/>
        <w:spacing w:before="120" w:after="20"/>
        <w:jc w:val="both"/>
      </w:pPr>
      <w:r>
        <w:t xml:space="preserve">📍 9º </w:t>
      </w:r>
      <w:proofErr w:type="spellStart"/>
      <w:r>
        <w:t>dia</w:t>
      </w:r>
      <w:proofErr w:type="spellEnd"/>
      <w:r>
        <w:t xml:space="preserve">: </w:t>
      </w:r>
      <w:r w:rsidR="000A19C9" w:rsidRPr="000A19C9">
        <w:t>SIEM REAP – YOGA – VILA FLUTUANTE – CITY TOUR</w:t>
      </w:r>
    </w:p>
    <w:p w14:paraId="25D132C3" w14:textId="77777777" w:rsidR="000A19C9" w:rsidRDefault="000A19C9" w:rsidP="000A19C9">
      <w:pPr>
        <w:spacing w:after="40" w:line="252" w:lineRule="auto"/>
        <w:jc w:val="both"/>
      </w:pPr>
      <w:proofErr w:type="spellStart"/>
      <w:r>
        <w:t>Sessão</w:t>
      </w:r>
      <w:proofErr w:type="spellEnd"/>
      <w:r>
        <w:t xml:space="preserve"> final de yoga </w:t>
      </w:r>
      <w:proofErr w:type="spellStart"/>
      <w:r>
        <w:t>na</w:t>
      </w:r>
      <w:proofErr w:type="spellEnd"/>
      <w:r>
        <w:t xml:space="preserve"> pagoda Wat Svay </w:t>
      </w:r>
      <w:proofErr w:type="spellStart"/>
      <w:r>
        <w:t>Romeat</w:t>
      </w:r>
      <w:proofErr w:type="spellEnd"/>
      <w:r>
        <w:t>.</w:t>
      </w:r>
    </w:p>
    <w:p w14:paraId="65951FD4" w14:textId="77777777" w:rsidR="000A19C9" w:rsidRDefault="000A19C9" w:rsidP="000A19C9">
      <w:pPr>
        <w:spacing w:after="40" w:line="252" w:lineRule="auto"/>
        <w:jc w:val="both"/>
      </w:pPr>
      <w:r>
        <w:t xml:space="preserve">Visita </w:t>
      </w:r>
      <w:proofErr w:type="spellStart"/>
      <w:r>
        <w:t>ao</w:t>
      </w:r>
      <w:proofErr w:type="spellEnd"/>
      <w:r>
        <w:t xml:space="preserve"> Wat </w:t>
      </w:r>
      <w:proofErr w:type="spellStart"/>
      <w:r>
        <w:t>Thmei</w:t>
      </w:r>
      <w:proofErr w:type="spellEnd"/>
      <w:r>
        <w:t xml:space="preserve"> (memorial do Khmer Vermelho) e à </w:t>
      </w:r>
      <w:proofErr w:type="spellStart"/>
      <w:r>
        <w:t>escola</w:t>
      </w:r>
      <w:proofErr w:type="spellEnd"/>
      <w:r>
        <w:t xml:space="preserve"> de </w:t>
      </w:r>
      <w:proofErr w:type="spellStart"/>
      <w:r>
        <w:t>artesãos</w:t>
      </w:r>
      <w:proofErr w:type="spellEnd"/>
      <w:r>
        <w:t xml:space="preserve"> de Angkor.</w:t>
      </w:r>
    </w:p>
    <w:p w14:paraId="24F302AD" w14:textId="77777777" w:rsidR="000A19C9" w:rsidRDefault="000A19C9" w:rsidP="000A19C9">
      <w:pPr>
        <w:spacing w:after="40" w:line="252" w:lineRule="auto"/>
        <w:jc w:val="both"/>
      </w:pPr>
      <w:r>
        <w:t xml:space="preserve">À </w:t>
      </w:r>
      <w:proofErr w:type="spellStart"/>
      <w:r>
        <w:t>tarde</w:t>
      </w:r>
      <w:proofErr w:type="spellEnd"/>
      <w:r>
        <w:t xml:space="preserve">, visita </w:t>
      </w:r>
      <w:proofErr w:type="spellStart"/>
      <w:r>
        <w:t>às</w:t>
      </w:r>
      <w:proofErr w:type="spellEnd"/>
      <w:r>
        <w:t xml:space="preserve"> </w:t>
      </w:r>
      <w:proofErr w:type="spellStart"/>
      <w:r>
        <w:t>vilas</w:t>
      </w:r>
      <w:proofErr w:type="spellEnd"/>
      <w:r>
        <w:t xml:space="preserve"> </w:t>
      </w:r>
      <w:proofErr w:type="spellStart"/>
      <w:r>
        <w:t>flutuantes</w:t>
      </w:r>
      <w:proofErr w:type="spellEnd"/>
      <w:r>
        <w:t xml:space="preserve"> no </w:t>
      </w:r>
      <w:proofErr w:type="spellStart"/>
      <w:r>
        <w:t>lago</w:t>
      </w:r>
      <w:proofErr w:type="spellEnd"/>
      <w:r>
        <w:t xml:space="preserve"> Tonle Sap. </w:t>
      </w:r>
      <w:proofErr w:type="spellStart"/>
      <w:r>
        <w:t>Passeio</w:t>
      </w:r>
      <w:proofErr w:type="spellEnd"/>
      <w:r>
        <w:t xml:space="preserve"> de </w:t>
      </w:r>
      <w:proofErr w:type="spellStart"/>
      <w:r>
        <w:t>barco</w:t>
      </w:r>
      <w:proofErr w:type="spellEnd"/>
      <w:r>
        <w:t xml:space="preserve"> </w:t>
      </w:r>
      <w:proofErr w:type="spellStart"/>
      <w:r>
        <w:t>tradicional</w:t>
      </w:r>
      <w:proofErr w:type="spellEnd"/>
      <w:r>
        <w:t xml:space="preserve"> para </w:t>
      </w:r>
      <w:proofErr w:type="spellStart"/>
      <w:r>
        <w:t>conhecer</w:t>
      </w:r>
      <w:proofErr w:type="spellEnd"/>
      <w:r>
        <w:t xml:space="preserve"> o </w:t>
      </w:r>
      <w:proofErr w:type="spellStart"/>
      <w:r>
        <w:t>estilo</w:t>
      </w:r>
      <w:proofErr w:type="spellEnd"/>
      <w:r>
        <w:t xml:space="preserve"> de </w:t>
      </w:r>
      <w:proofErr w:type="spellStart"/>
      <w:r>
        <w:t>vida</w:t>
      </w:r>
      <w:proofErr w:type="spellEnd"/>
      <w:r>
        <w:t xml:space="preserve"> local.</w:t>
      </w:r>
    </w:p>
    <w:p w14:paraId="19BA6797" w14:textId="77777777" w:rsidR="000A19C9" w:rsidRDefault="000A19C9" w:rsidP="000A19C9">
      <w:pPr>
        <w:spacing w:after="40" w:line="252" w:lineRule="auto"/>
        <w:jc w:val="both"/>
      </w:pPr>
      <w:r>
        <w:t xml:space="preserve">Visita à pagoda Wat Bo e </w:t>
      </w:r>
      <w:proofErr w:type="spellStart"/>
      <w:r>
        <w:t>ao</w:t>
      </w:r>
      <w:proofErr w:type="spellEnd"/>
      <w:r>
        <w:t xml:space="preserve"> Mercado Antigo (</w:t>
      </w:r>
      <w:proofErr w:type="spellStart"/>
      <w:r>
        <w:t>Psar</w:t>
      </w:r>
      <w:proofErr w:type="spellEnd"/>
      <w:r>
        <w:t xml:space="preserve"> Chas).</w:t>
      </w:r>
    </w:p>
    <w:p w14:paraId="1F24BCF0" w14:textId="77777777" w:rsidR="000A19C9" w:rsidRDefault="000A19C9" w:rsidP="000A19C9">
      <w:pPr>
        <w:spacing w:after="40" w:line="252" w:lineRule="auto"/>
        <w:jc w:val="both"/>
      </w:pPr>
      <w:proofErr w:type="spellStart"/>
      <w:r>
        <w:t>Pernoite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Siem Reap</w:t>
      </w:r>
    </w:p>
    <w:p w14:paraId="6CE459C5" w14:textId="77777777" w:rsidR="000A19C9" w:rsidRDefault="000A19C9" w:rsidP="000A19C9">
      <w:pPr>
        <w:spacing w:after="40" w:line="252" w:lineRule="auto"/>
        <w:jc w:val="both"/>
      </w:pPr>
      <w:r>
        <w:t xml:space="preserve">Café da </w:t>
      </w:r>
      <w:proofErr w:type="spellStart"/>
      <w:r>
        <w:t>manhã</w:t>
      </w:r>
      <w:proofErr w:type="spellEnd"/>
      <w:r>
        <w:t xml:space="preserve"> </w:t>
      </w:r>
      <w:proofErr w:type="spellStart"/>
      <w:r>
        <w:t>incluído</w:t>
      </w:r>
      <w:proofErr w:type="spellEnd"/>
    </w:p>
    <w:p w14:paraId="545288E6" w14:textId="092AFB7E" w:rsidR="000A19C9" w:rsidRDefault="000A19C9" w:rsidP="000A19C9">
      <w:pPr>
        <w:pStyle w:val="Dia"/>
        <w:spacing w:before="120" w:after="20"/>
        <w:jc w:val="both"/>
      </w:pPr>
      <w:r>
        <w:rPr>
          <w:rFonts w:ascii="Segoe UI Emoji" w:hAnsi="Segoe UI Emoji" w:cs="Segoe UI Emoji"/>
        </w:rPr>
        <w:t>📍</w:t>
      </w:r>
      <w:r>
        <w:t xml:space="preserve"> 10º </w:t>
      </w:r>
      <w:proofErr w:type="spellStart"/>
      <w:r>
        <w:t>dia</w:t>
      </w:r>
      <w:proofErr w:type="spellEnd"/>
      <w:r>
        <w:t xml:space="preserve">: </w:t>
      </w:r>
      <w:r w:rsidRPr="000A19C9">
        <w:t>SIEM REAP – SAÍDA</w:t>
      </w:r>
    </w:p>
    <w:p w14:paraId="640D93B1" w14:textId="77777777" w:rsidR="000A19C9" w:rsidRDefault="000A19C9" w:rsidP="000A19C9">
      <w:pPr>
        <w:spacing w:after="40" w:line="252" w:lineRule="auto"/>
        <w:jc w:val="both"/>
      </w:pPr>
      <w:proofErr w:type="spellStart"/>
      <w:r>
        <w:t>Após</w:t>
      </w:r>
      <w:proofErr w:type="spellEnd"/>
      <w:r>
        <w:t xml:space="preserve"> o café da </w:t>
      </w:r>
      <w:proofErr w:type="spellStart"/>
      <w:r>
        <w:t>manhã</w:t>
      </w:r>
      <w:proofErr w:type="spellEnd"/>
      <w:r>
        <w:t xml:space="preserve">, tempo livre </w:t>
      </w:r>
      <w:proofErr w:type="spellStart"/>
      <w:r>
        <w:t>até</w:t>
      </w:r>
      <w:proofErr w:type="spellEnd"/>
      <w:r>
        <w:t xml:space="preserve"> o check-out (12h00).</w:t>
      </w:r>
    </w:p>
    <w:p w14:paraId="3F023FB3" w14:textId="77E7C69D" w:rsidR="000A19C9" w:rsidRDefault="000A19C9" w:rsidP="000A19C9">
      <w:pPr>
        <w:spacing w:after="40" w:line="252" w:lineRule="auto"/>
        <w:jc w:val="both"/>
      </w:pPr>
      <w:proofErr w:type="spellStart"/>
      <w:r>
        <w:t>Traslado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aeroporto</w:t>
      </w:r>
      <w:proofErr w:type="spellEnd"/>
      <w:r>
        <w:t xml:space="preserve"> para o </w:t>
      </w:r>
      <w:proofErr w:type="spellStart"/>
      <w:r>
        <w:t>voo</w:t>
      </w:r>
      <w:proofErr w:type="spellEnd"/>
      <w:r>
        <w:t xml:space="preserve"> de </w:t>
      </w:r>
      <w:proofErr w:type="spellStart"/>
      <w:r>
        <w:t>retorno</w:t>
      </w:r>
      <w:proofErr w:type="spellEnd"/>
      <w:r>
        <w:t>.</w:t>
      </w:r>
    </w:p>
    <w:p w14:paraId="2D7637F8" w14:textId="0B8E4B1D" w:rsidR="00B569A9" w:rsidRDefault="00000000" w:rsidP="000A19C9">
      <w:pPr>
        <w:jc w:val="center"/>
      </w:pPr>
      <w:r>
        <w:rPr>
          <w:b/>
          <w:color w:val="123C69"/>
        </w:rPr>
        <w:t>✅ FIM DOS NOSSOS SERVIÇOS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0A19C9" w14:paraId="4BE89332" w14:textId="77777777" w:rsidTr="00CA43C4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78FCF33" w14:textId="77777777" w:rsidR="000A19C9" w:rsidRDefault="000A19C9" w:rsidP="00CA43C4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30CC4D8" w14:textId="77777777" w:rsidR="000A19C9" w:rsidRDefault="000A19C9" w:rsidP="00CA43C4">
            <w:pPr>
              <w:jc w:val="center"/>
            </w:pPr>
            <w:r>
              <w:rPr>
                <w:b/>
                <w:color w:val="FFFFFF"/>
                <w:sz w:val="15"/>
              </w:rPr>
              <w:t>CATEGORIA SUPERIOR 4* - PREÇO NET POR PESSOA EM USD</w:t>
            </w:r>
          </w:p>
        </w:tc>
      </w:tr>
      <w:tr w:rsidR="000A19C9" w14:paraId="6BB57E28" w14:textId="77777777" w:rsidTr="00CA43C4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63C167" w14:textId="77777777" w:rsidR="000A19C9" w:rsidRDefault="000A19C9" w:rsidP="00CA43C4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FF56E5" w14:textId="77777777" w:rsidR="000A19C9" w:rsidRDefault="000A19C9" w:rsidP="00CA43C4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0A19C9" w14:paraId="2CB82BB3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CB5C52F" w14:textId="77777777" w:rsidR="000A19C9" w:rsidRPr="001040EA" w:rsidRDefault="000A19C9" w:rsidP="00CA43C4">
            <w:pPr>
              <w:rPr>
                <w:sz w:val="15"/>
              </w:rPr>
            </w:pPr>
            <w:r>
              <w:rPr>
                <w:sz w:val="15"/>
              </w:rPr>
              <w:t xml:space="preserve">Maio a </w:t>
            </w:r>
            <w:proofErr w:type="spellStart"/>
            <w:r>
              <w:rPr>
                <w:sz w:val="15"/>
              </w:rPr>
              <w:t>Setembro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5A7144" w14:textId="58905700" w:rsidR="000A19C9" w:rsidRPr="001040EA" w:rsidRDefault="000A19C9" w:rsidP="00CA43C4">
            <w:pPr>
              <w:rPr>
                <w:sz w:val="15"/>
              </w:rPr>
            </w:pPr>
            <w:r w:rsidRPr="000A19C9">
              <w:rPr>
                <w:sz w:val="15"/>
              </w:rPr>
              <w:t>USD 1817</w:t>
            </w:r>
          </w:p>
        </w:tc>
      </w:tr>
      <w:tr w:rsidR="000A19C9" w14:paraId="6AEB8FDB" w14:textId="77777777" w:rsidTr="00CA43C4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0713E61" w14:textId="77777777" w:rsidR="000A19C9" w:rsidRPr="001040EA" w:rsidRDefault="000A19C9" w:rsidP="00CA43C4">
            <w:pPr>
              <w:rPr>
                <w:sz w:val="15"/>
              </w:rPr>
            </w:pPr>
            <w:proofErr w:type="spellStart"/>
            <w:r w:rsidRPr="001040EA">
              <w:rPr>
                <w:sz w:val="15"/>
              </w:rPr>
              <w:t>Outubro</w:t>
            </w:r>
            <w:proofErr w:type="spellEnd"/>
            <w:r w:rsidRPr="001040EA">
              <w:rPr>
                <w:sz w:val="15"/>
              </w:rPr>
              <w:t xml:space="preserve"> a </w:t>
            </w:r>
            <w:proofErr w:type="spellStart"/>
            <w:r w:rsidRPr="001040EA">
              <w:rPr>
                <w:sz w:val="15"/>
              </w:rPr>
              <w:t>Dezembro</w:t>
            </w:r>
            <w:proofErr w:type="spellEnd"/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72EC9A" w14:textId="081B7973" w:rsidR="000A19C9" w:rsidRPr="001040EA" w:rsidRDefault="000A19C9" w:rsidP="00CA43C4">
            <w:pPr>
              <w:rPr>
                <w:sz w:val="15"/>
              </w:rPr>
            </w:pPr>
            <w:r w:rsidRPr="000A19C9">
              <w:rPr>
                <w:sz w:val="15"/>
              </w:rPr>
              <w:t>USD 2207</w:t>
            </w:r>
          </w:p>
        </w:tc>
      </w:tr>
    </w:tbl>
    <w:p w14:paraId="69FAC270" w14:textId="77777777" w:rsidR="000A19C9" w:rsidRDefault="000A19C9" w:rsidP="000A19C9"/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</w:tblGrid>
      <w:tr w:rsidR="000A19C9" w14:paraId="3C46B520" w14:textId="77777777" w:rsidTr="00CA43C4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4022285" w14:textId="77777777" w:rsidR="000A19C9" w:rsidRDefault="000A19C9" w:rsidP="00CA43C4">
            <w:pPr>
              <w:jc w:val="center"/>
            </w:pPr>
            <w:r>
              <w:rPr>
                <w:b/>
                <w:color w:val="FFFFFF"/>
                <w:sz w:val="15"/>
              </w:rPr>
              <w:t>CATEGORIA LUXO 4*S/5* - PREÇO NET POR PESSOA EM USD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0F32E5E" w14:textId="77777777" w:rsidR="000A19C9" w:rsidRDefault="000A19C9" w:rsidP="00CA43C4">
            <w:pPr>
              <w:jc w:val="center"/>
            </w:pPr>
            <w:r>
              <w:rPr>
                <w:b/>
                <w:color w:val="FFFFFF"/>
                <w:sz w:val="15"/>
              </w:rPr>
              <w:t>CATEGORIA LUXO 4*S/5* - PREÇO NET POR PESSOA EM USD</w:t>
            </w:r>
          </w:p>
        </w:tc>
      </w:tr>
      <w:tr w:rsidR="000A19C9" w14:paraId="6940D464" w14:textId="77777777" w:rsidTr="00CA43C4">
        <w:trPr>
          <w:jc w:val="center"/>
        </w:trPr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F9F5288" w14:textId="77777777" w:rsidR="000A19C9" w:rsidRDefault="000A19C9" w:rsidP="00CA43C4">
            <w:pPr>
              <w:jc w:val="center"/>
            </w:pPr>
            <w:r>
              <w:rPr>
                <w:b/>
                <w:color w:val="123C69"/>
                <w:sz w:val="15"/>
              </w:rPr>
              <w:t>PERÍODO</w:t>
            </w:r>
          </w:p>
        </w:tc>
        <w:tc>
          <w:tcPr>
            <w:tcW w:w="2660" w:type="dxa"/>
            <w:shd w:val="clear" w:color="auto" w:fill="E7F2F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E2E174E" w14:textId="77777777" w:rsidR="000A19C9" w:rsidRDefault="000A19C9" w:rsidP="00CA43C4">
            <w:pPr>
              <w:jc w:val="center"/>
            </w:pPr>
            <w:r>
              <w:rPr>
                <w:b/>
                <w:color w:val="123C69"/>
                <w:sz w:val="15"/>
              </w:rPr>
              <w:t>EM DBL</w:t>
            </w:r>
          </w:p>
        </w:tc>
      </w:tr>
      <w:tr w:rsidR="000A19C9" w14:paraId="34CDB023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720DDFC" w14:textId="77777777" w:rsidR="000A19C9" w:rsidRPr="001040EA" w:rsidRDefault="000A19C9" w:rsidP="00CA43C4">
            <w:pPr>
              <w:rPr>
                <w:sz w:val="15"/>
              </w:rPr>
            </w:pPr>
            <w:r>
              <w:rPr>
                <w:sz w:val="15"/>
              </w:rPr>
              <w:t xml:space="preserve">Maio a </w:t>
            </w:r>
            <w:proofErr w:type="spellStart"/>
            <w:r>
              <w:rPr>
                <w:sz w:val="15"/>
              </w:rPr>
              <w:t>Setembro</w:t>
            </w:r>
            <w:proofErr w:type="spellEnd"/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2F10EB3" w14:textId="77777777" w:rsidR="000A19C9" w:rsidRPr="001040EA" w:rsidRDefault="000A19C9" w:rsidP="00CA43C4">
            <w:pPr>
              <w:rPr>
                <w:sz w:val="15"/>
              </w:rPr>
            </w:pPr>
            <w:r w:rsidRPr="001040EA">
              <w:rPr>
                <w:sz w:val="15"/>
              </w:rPr>
              <w:t>USD 3764</w:t>
            </w:r>
          </w:p>
        </w:tc>
      </w:tr>
      <w:tr w:rsidR="000A19C9" w14:paraId="6AE3273E" w14:textId="77777777" w:rsidTr="00CA43C4">
        <w:trPr>
          <w:jc w:val="center"/>
        </w:trPr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EAF0A7" w14:textId="77777777" w:rsidR="000A19C9" w:rsidRPr="001040EA" w:rsidRDefault="000A19C9" w:rsidP="00CA43C4">
            <w:pPr>
              <w:rPr>
                <w:sz w:val="15"/>
              </w:rPr>
            </w:pPr>
            <w:proofErr w:type="spellStart"/>
            <w:r w:rsidRPr="001040EA">
              <w:rPr>
                <w:sz w:val="15"/>
              </w:rPr>
              <w:t>Outubro</w:t>
            </w:r>
            <w:proofErr w:type="spellEnd"/>
            <w:r w:rsidRPr="001040EA">
              <w:rPr>
                <w:sz w:val="15"/>
              </w:rPr>
              <w:t xml:space="preserve"> a </w:t>
            </w:r>
            <w:proofErr w:type="spellStart"/>
            <w:r w:rsidRPr="001040EA">
              <w:rPr>
                <w:sz w:val="15"/>
              </w:rPr>
              <w:t>Dezembro</w:t>
            </w:r>
            <w:proofErr w:type="spellEnd"/>
          </w:p>
        </w:tc>
        <w:tc>
          <w:tcPr>
            <w:tcW w:w="2660" w:type="dxa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1F0A83" w14:textId="7237022C" w:rsidR="000A19C9" w:rsidRPr="001040EA" w:rsidRDefault="000A19C9" w:rsidP="00CA43C4">
            <w:pPr>
              <w:rPr>
                <w:sz w:val="15"/>
              </w:rPr>
            </w:pPr>
            <w:r w:rsidRPr="000A19C9">
              <w:rPr>
                <w:sz w:val="15"/>
              </w:rPr>
              <w:t>USD 2295</w:t>
            </w:r>
          </w:p>
        </w:tc>
      </w:tr>
    </w:tbl>
    <w:p w14:paraId="6046E5A6" w14:textId="77777777" w:rsidR="00B569A9" w:rsidRDefault="00B569A9"/>
    <w:p w14:paraId="0B58383E" w14:textId="77777777" w:rsidR="000A19C9" w:rsidRDefault="000A19C9" w:rsidP="000A19C9">
      <w:pPr>
        <w:pStyle w:val="BoxTitle"/>
        <w:spacing w:before="160"/>
      </w:pPr>
      <w:r>
        <w:t>Black out:</w:t>
      </w:r>
    </w:p>
    <w:p w14:paraId="5948CEB5" w14:textId="77777777" w:rsidR="000A19C9" w:rsidRPr="000A19C9" w:rsidRDefault="000A19C9" w:rsidP="000A19C9">
      <w:pPr>
        <w:pStyle w:val="PargrafodaLista"/>
        <w:numPr>
          <w:ilvl w:val="0"/>
          <w:numId w:val="15"/>
        </w:numPr>
        <w:spacing w:after="40" w:line="252" w:lineRule="auto"/>
        <w:jc w:val="both"/>
      </w:pPr>
      <w:r w:rsidRPr="000A19C9">
        <w:t xml:space="preserve">Dia da </w:t>
      </w:r>
      <w:proofErr w:type="spellStart"/>
      <w:r w:rsidRPr="000A19C9">
        <w:t>Independência</w:t>
      </w:r>
      <w:proofErr w:type="spellEnd"/>
      <w:r w:rsidRPr="000A19C9">
        <w:t xml:space="preserve">: 30 de </w:t>
      </w:r>
      <w:proofErr w:type="spellStart"/>
      <w:r w:rsidRPr="000A19C9">
        <w:t>agosto</w:t>
      </w:r>
      <w:proofErr w:type="spellEnd"/>
      <w:r w:rsidRPr="000A19C9">
        <w:t xml:space="preserve"> a 2 de </w:t>
      </w:r>
      <w:proofErr w:type="spellStart"/>
      <w:r w:rsidRPr="000A19C9">
        <w:t>setembro</w:t>
      </w:r>
      <w:proofErr w:type="spellEnd"/>
      <w:r w:rsidRPr="000A19C9">
        <w:t xml:space="preserve"> de 2026</w:t>
      </w:r>
    </w:p>
    <w:p w14:paraId="1216AF85" w14:textId="0837A1DA" w:rsidR="000A19C9" w:rsidRDefault="000A19C9" w:rsidP="000A19C9">
      <w:pPr>
        <w:pStyle w:val="PargrafodaLista"/>
        <w:numPr>
          <w:ilvl w:val="0"/>
          <w:numId w:val="15"/>
        </w:numPr>
        <w:spacing w:after="40" w:line="252" w:lineRule="auto"/>
        <w:jc w:val="both"/>
      </w:pPr>
      <w:r w:rsidRPr="000A19C9">
        <w:t xml:space="preserve"> Natal e Ano Novo: 24 a 31 de </w:t>
      </w:r>
      <w:proofErr w:type="spellStart"/>
      <w:r w:rsidRPr="000A19C9">
        <w:t>dezembro</w:t>
      </w:r>
      <w:proofErr w:type="spellEnd"/>
      <w:r w:rsidRPr="000A19C9">
        <w:t xml:space="preserve"> de 2026 e 01 a 03 de Janeiro</w:t>
      </w:r>
    </w:p>
    <w:p w14:paraId="42B233F8" w14:textId="77777777" w:rsidR="000A19C9" w:rsidRPr="000A19C9" w:rsidRDefault="000A19C9" w:rsidP="000A19C9">
      <w:pPr>
        <w:pStyle w:val="PargrafodaLista"/>
        <w:spacing w:after="40" w:line="252" w:lineRule="auto"/>
        <w:jc w:val="both"/>
      </w:pPr>
    </w:p>
    <w:p w14:paraId="1AE4F44A" w14:textId="1851B843" w:rsidR="00B569A9" w:rsidRDefault="00000000">
      <w:pPr>
        <w:pStyle w:val="BoxTitle"/>
        <w:spacing w:before="160"/>
      </w:pPr>
      <w:r>
        <w:t xml:space="preserve">🏨 </w:t>
      </w:r>
      <w:proofErr w:type="spellStart"/>
      <w:r>
        <w:t>Hoteis</w:t>
      </w:r>
      <w:proofErr w:type="spellEnd"/>
      <w:r>
        <w:t xml:space="preserve"> </w:t>
      </w:r>
      <w:proofErr w:type="spellStart"/>
      <w:r>
        <w:t>Previstos</w:t>
      </w:r>
      <w:proofErr w:type="spellEnd"/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0A19C9" w14:paraId="2C5A6789" w14:textId="77777777" w:rsidTr="00CA43C4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3F409E6" w14:textId="77777777" w:rsidR="000A19C9" w:rsidRDefault="000A19C9" w:rsidP="00CA43C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Cidade</w:t>
            </w:r>
            <w:proofErr w:type="spellEnd"/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42C9786" w14:textId="77777777" w:rsidR="000A19C9" w:rsidRDefault="000A19C9" w:rsidP="00CA43C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Superior 4*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DBD906C" w14:textId="77777777" w:rsidR="000A19C9" w:rsidRDefault="000A19C9" w:rsidP="00CA43C4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Categoria</w:t>
            </w:r>
            <w:proofErr w:type="spellEnd"/>
            <w:r>
              <w:rPr>
                <w:b/>
                <w:color w:val="FFFFFF"/>
                <w:sz w:val="15"/>
              </w:rPr>
              <w:t xml:space="preserve"> Deluxe 5*</w:t>
            </w:r>
          </w:p>
        </w:tc>
      </w:tr>
      <w:tr w:rsidR="000A19C9" w14:paraId="23100A6E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342C69E" w14:textId="0685D363" w:rsidR="000A19C9" w:rsidRDefault="000A19C9" w:rsidP="000A19C9">
            <w:r w:rsidRPr="004C0F53">
              <w:t>Hanoi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3CA58B0" w14:textId="004065DE" w:rsidR="000A19C9" w:rsidRPr="003A5BC6" w:rsidRDefault="003A5BC6" w:rsidP="003A5BC6">
            <w:r>
              <w:t>Thang Long Opera Superior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FE483BD" w14:textId="77777777" w:rsidR="003A5BC6" w:rsidRPr="003A5BC6" w:rsidRDefault="003A5BC6" w:rsidP="003A5BC6">
            <w:r w:rsidRPr="003A5BC6">
              <w:t>Pan Pacific</w:t>
            </w:r>
          </w:p>
          <w:p w14:paraId="14B9481C" w14:textId="1C9EAA7A" w:rsidR="000A19C9" w:rsidRPr="003A5BC6" w:rsidRDefault="003A5BC6" w:rsidP="003A5BC6">
            <w:r w:rsidRPr="003A5BC6">
              <w:t>Deluxe</w:t>
            </w:r>
          </w:p>
        </w:tc>
      </w:tr>
      <w:tr w:rsidR="000A19C9" w14:paraId="30A9105B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96CD08A" w14:textId="63652FB0" w:rsidR="000A19C9" w:rsidRDefault="000A19C9" w:rsidP="000A19C9">
            <w:r w:rsidRPr="004C0F53">
              <w:t>Pu Luong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E8908EA" w14:textId="29059324" w:rsidR="000A19C9" w:rsidRPr="003A5BC6" w:rsidRDefault="003A5BC6" w:rsidP="003A5BC6">
            <w:r>
              <w:t>Pu Luong Bocbandi Superior Room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0A27B721" w14:textId="45E897FF" w:rsidR="000A19C9" w:rsidRPr="003A5BC6" w:rsidRDefault="003A5BC6" w:rsidP="003A5BC6">
            <w:r>
              <w:t>Pu Luong Retreat Deluxe room</w:t>
            </w:r>
          </w:p>
        </w:tc>
      </w:tr>
      <w:tr w:rsidR="000A19C9" w14:paraId="47C2D084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0E542B5" w14:textId="1AC2F76F" w:rsidR="000A19C9" w:rsidRPr="003A5BC6" w:rsidRDefault="000A19C9" w:rsidP="000A19C9">
            <w:r w:rsidRPr="004C0F53">
              <w:t>Halong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563CF6D0" w14:textId="30DAE26A" w:rsidR="000A19C9" w:rsidRPr="003A5BC6" w:rsidRDefault="003A5BC6" w:rsidP="003A5BC6">
            <w:r>
              <w:t>La Regina Royal Cruise Noble Suite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BD57A54" w14:textId="4B20F65E" w:rsidR="000A19C9" w:rsidRPr="003A5BC6" w:rsidRDefault="003A5BC6" w:rsidP="003A5BC6">
            <w:r>
              <w:t xml:space="preserve">Indochine </w:t>
            </w:r>
            <w:proofErr w:type="spellStart"/>
            <w:r>
              <w:t>Lanha</w:t>
            </w:r>
            <w:proofErr w:type="spellEnd"/>
            <w:r>
              <w:t xml:space="preserve"> Cruise Junior Suite</w:t>
            </w:r>
          </w:p>
        </w:tc>
      </w:tr>
      <w:tr w:rsidR="000A19C9" w14:paraId="782698BA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17C6364A" w14:textId="0B4AE0DF" w:rsidR="000A19C9" w:rsidRPr="003A5BC6" w:rsidRDefault="000A19C9" w:rsidP="000A19C9">
            <w:r w:rsidRPr="004C0F53">
              <w:t>Siem Reap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A1D82A9" w14:textId="6687E756" w:rsidR="000A19C9" w:rsidRPr="003A5BC6" w:rsidRDefault="003A5BC6" w:rsidP="003A5BC6">
            <w:r>
              <w:t>Memoire D’ Angkor Boutique hotel Deluxe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92A55B3" w14:textId="55B24DE2" w:rsidR="000A19C9" w:rsidRPr="003A5BC6" w:rsidRDefault="003A5BC6" w:rsidP="003A5BC6">
            <w:r>
              <w:t>Borei Angkor Resort &amp; Spa Deluxe</w:t>
            </w:r>
          </w:p>
        </w:tc>
      </w:tr>
    </w:tbl>
    <w:p w14:paraId="39178B30" w14:textId="77777777" w:rsidR="00B569A9" w:rsidRDefault="00B569A9"/>
    <w:p w14:paraId="12018070" w14:textId="77777777" w:rsidR="003A5BC6" w:rsidRDefault="003A5BC6" w:rsidP="003A5BC6">
      <w:pPr>
        <w:pStyle w:val="BoxTitle"/>
        <w:spacing w:before="160"/>
      </w:pPr>
      <w:r w:rsidRPr="001040EA">
        <w:t>TARIFAS AÉREAS NET</w:t>
      </w:r>
      <w:r>
        <w:t>:</w:t>
      </w:r>
    </w:p>
    <w:tbl>
      <w:tblPr>
        <w:tblStyle w:val="Tabelacomgrade"/>
        <w:tblW w:w="0" w:type="auto"/>
        <w:jc w:val="center"/>
        <w:tblBorders>
          <w:top w:val="single" w:sz="6" w:space="0" w:color="D9E6F2"/>
          <w:left w:val="single" w:sz="6" w:space="0" w:color="D9E6F2"/>
          <w:bottom w:val="single" w:sz="6" w:space="0" w:color="D9E6F2"/>
          <w:right w:val="single" w:sz="6" w:space="0" w:color="D9E6F2"/>
          <w:insideH w:val="single" w:sz="6" w:space="0" w:color="D9E6F2"/>
          <w:insideV w:val="single" w:sz="6" w:space="0" w:color="D9E6F2"/>
        </w:tblBorders>
        <w:tblLook w:val="04A0" w:firstRow="1" w:lastRow="0" w:firstColumn="1" w:lastColumn="0" w:noHBand="0" w:noVBand="1"/>
      </w:tblPr>
      <w:tblGrid>
        <w:gridCol w:w="2660"/>
        <w:gridCol w:w="2660"/>
        <w:gridCol w:w="2660"/>
      </w:tblGrid>
      <w:tr w:rsidR="003A5BC6" w14:paraId="65862B7B" w14:textId="77777777" w:rsidTr="00CA43C4">
        <w:trPr>
          <w:jc w:val="center"/>
        </w:trPr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EA8FD49" w14:textId="77777777" w:rsidR="003A5BC6" w:rsidRDefault="003A5BC6" w:rsidP="00CA43C4">
            <w:pPr>
              <w:jc w:val="center"/>
            </w:pPr>
            <w:r>
              <w:rPr>
                <w:b/>
                <w:color w:val="FFFFFF"/>
                <w:sz w:val="15"/>
              </w:rPr>
              <w:t xml:space="preserve">Rota 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09C6FE" w14:textId="77777777" w:rsidR="003A5BC6" w:rsidRPr="001040EA" w:rsidRDefault="003A5BC6" w:rsidP="00CA43C4">
            <w:pPr>
              <w:jc w:val="center"/>
              <w:rPr>
                <w:b/>
                <w:color w:val="FFFFFF"/>
                <w:sz w:val="15"/>
              </w:rPr>
            </w:pPr>
            <w:r w:rsidRPr="001040EA">
              <w:rPr>
                <w:b/>
                <w:color w:val="FFFFFF"/>
                <w:sz w:val="15"/>
              </w:rPr>
              <w:t>THAI AIRWAYS / VIETNAM AIRLINES</w:t>
            </w:r>
          </w:p>
          <w:p w14:paraId="5623C036" w14:textId="77777777" w:rsidR="003A5BC6" w:rsidRDefault="003A5BC6" w:rsidP="00CA43C4">
            <w:pPr>
              <w:jc w:val="center"/>
            </w:pPr>
            <w:r w:rsidRPr="001040EA">
              <w:rPr>
                <w:b/>
                <w:color w:val="FFFFFF"/>
                <w:sz w:val="15"/>
              </w:rPr>
              <w:t>(</w:t>
            </w:r>
            <w:proofErr w:type="spellStart"/>
            <w:r w:rsidRPr="001040EA">
              <w:rPr>
                <w:b/>
                <w:color w:val="FFFFFF"/>
                <w:sz w:val="15"/>
              </w:rPr>
              <w:t>Aerolínea</w:t>
            </w:r>
            <w:proofErr w:type="spellEnd"/>
            <w:r w:rsidRPr="001040EA">
              <w:rPr>
                <w:b/>
                <w:color w:val="FFFFFF"/>
                <w:sz w:val="15"/>
              </w:rPr>
              <w:t xml:space="preserve"> </w:t>
            </w:r>
            <w:proofErr w:type="spellStart"/>
            <w:r w:rsidRPr="001040EA">
              <w:rPr>
                <w:b/>
                <w:color w:val="FFFFFF"/>
                <w:sz w:val="15"/>
              </w:rPr>
              <w:t>nacional</w:t>
            </w:r>
            <w:proofErr w:type="spellEnd"/>
            <w:r w:rsidRPr="001040EA">
              <w:rPr>
                <w:b/>
                <w:color w:val="FFFFFF"/>
                <w:sz w:val="15"/>
              </w:rPr>
              <w:t>)</w:t>
            </w:r>
          </w:p>
        </w:tc>
        <w:tc>
          <w:tcPr>
            <w:tcW w:w="2660" w:type="dxa"/>
            <w:shd w:val="clear" w:color="auto" w:fill="123C69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91AB77" w14:textId="77777777" w:rsidR="003A5BC6" w:rsidRPr="001040EA" w:rsidRDefault="003A5BC6" w:rsidP="00CA43C4">
            <w:pPr>
              <w:jc w:val="center"/>
              <w:rPr>
                <w:b/>
                <w:color w:val="FFFFFF"/>
                <w:sz w:val="15"/>
              </w:rPr>
            </w:pPr>
            <w:r w:rsidRPr="001040EA">
              <w:rPr>
                <w:b/>
                <w:color w:val="FFFFFF"/>
                <w:sz w:val="15"/>
              </w:rPr>
              <w:t>THAI VIETJET AIR</w:t>
            </w:r>
          </w:p>
          <w:p w14:paraId="536BB185" w14:textId="77777777" w:rsidR="003A5BC6" w:rsidRDefault="003A5BC6" w:rsidP="00CA43C4">
            <w:pPr>
              <w:jc w:val="center"/>
            </w:pPr>
            <w:r w:rsidRPr="001040EA">
              <w:rPr>
                <w:b/>
                <w:color w:val="FFFFFF"/>
                <w:sz w:val="15"/>
              </w:rPr>
              <w:t>(</w:t>
            </w:r>
            <w:proofErr w:type="spellStart"/>
            <w:r w:rsidRPr="001040EA">
              <w:rPr>
                <w:b/>
                <w:color w:val="FFFFFF"/>
                <w:sz w:val="15"/>
              </w:rPr>
              <w:t>Transportador</w:t>
            </w:r>
            <w:proofErr w:type="spellEnd"/>
            <w:r w:rsidRPr="001040EA">
              <w:rPr>
                <w:b/>
                <w:color w:val="FFFFFF"/>
                <w:sz w:val="15"/>
              </w:rPr>
              <w:t xml:space="preserve"> de bajo </w:t>
            </w:r>
            <w:proofErr w:type="spellStart"/>
            <w:r w:rsidRPr="001040EA">
              <w:rPr>
                <w:b/>
                <w:color w:val="FFFFFF"/>
                <w:sz w:val="15"/>
              </w:rPr>
              <w:t>costo</w:t>
            </w:r>
            <w:proofErr w:type="spellEnd"/>
            <w:r w:rsidRPr="001040EA">
              <w:rPr>
                <w:b/>
                <w:color w:val="FFFFFF"/>
                <w:sz w:val="15"/>
              </w:rPr>
              <w:t>)</w:t>
            </w:r>
          </w:p>
        </w:tc>
      </w:tr>
      <w:tr w:rsidR="003A5BC6" w14:paraId="25896077" w14:textId="77777777" w:rsidTr="00CA43C4">
        <w:trPr>
          <w:jc w:val="center"/>
        </w:trPr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73F0AA9" w14:textId="702402F7" w:rsidR="003A5BC6" w:rsidRDefault="003A5BC6" w:rsidP="00CA43C4">
            <w:r w:rsidRPr="003A5BC6">
              <w:t>Hanoi – Siem Reap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88F4B2" w14:textId="65878E4B" w:rsidR="003A5BC6" w:rsidRPr="001040EA" w:rsidRDefault="003A5BC6" w:rsidP="00CA43C4">
            <w:pPr>
              <w:rPr>
                <w:sz w:val="15"/>
              </w:rPr>
            </w:pPr>
            <w:r w:rsidRPr="003A5BC6">
              <w:t>USD 360</w:t>
            </w:r>
          </w:p>
        </w:tc>
        <w:tc>
          <w:tcPr>
            <w:tcW w:w="2660" w:type="dxa"/>
            <w:shd w:val="clear" w:color="auto" w:fill="F7FAFC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392041CE" w14:textId="41F32A9A" w:rsidR="003A5BC6" w:rsidRPr="001040EA" w:rsidRDefault="003A5BC6" w:rsidP="00CA43C4">
            <w:pPr>
              <w:rPr>
                <w:sz w:val="15"/>
              </w:rPr>
            </w:pPr>
            <w:r w:rsidRPr="003A5BC6">
              <w:t>USD 260</w:t>
            </w:r>
          </w:p>
        </w:tc>
      </w:tr>
    </w:tbl>
    <w:p w14:paraId="47DD5B39" w14:textId="77777777" w:rsidR="003A5BC6" w:rsidRDefault="003A5BC6">
      <w:pPr>
        <w:pStyle w:val="BoxTitle"/>
        <w:spacing w:before="160"/>
      </w:pPr>
    </w:p>
    <w:p w14:paraId="5743925E" w14:textId="7968E31A" w:rsidR="00B569A9" w:rsidRPr="0021747A" w:rsidRDefault="00000000">
      <w:pPr>
        <w:pStyle w:val="BoxTitle"/>
        <w:spacing w:before="160"/>
      </w:pPr>
      <w:r w:rsidRPr="0021747A">
        <w:rPr>
          <w:rFonts w:ascii="Segoe UI Emoji" w:hAnsi="Segoe UI Emoji" w:cs="Segoe UI Emoji"/>
        </w:rPr>
        <w:t>✅</w:t>
      </w:r>
      <w:r w:rsidRPr="0021747A">
        <w:t xml:space="preserve"> </w:t>
      </w:r>
      <w:proofErr w:type="spellStart"/>
      <w:r w:rsidRPr="0021747A">
        <w:t>Inclui</w:t>
      </w:r>
      <w:proofErr w:type="spellEnd"/>
      <w:r w:rsidRPr="0021747A">
        <w:t>:</w:t>
      </w:r>
    </w:p>
    <w:p w14:paraId="5053E33A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</w:t>
      </w:r>
      <w:proofErr w:type="spellStart"/>
      <w:r w:rsidRPr="0021747A">
        <w:t>Hospedagem</w:t>
      </w:r>
      <w:proofErr w:type="spellEnd"/>
      <w:r w:rsidRPr="0021747A">
        <w:t xml:space="preserve"> </w:t>
      </w:r>
      <w:proofErr w:type="spellStart"/>
      <w:r w:rsidRPr="0021747A">
        <w:t>em</w:t>
      </w:r>
      <w:proofErr w:type="spellEnd"/>
      <w:r w:rsidRPr="0021747A">
        <w:t xml:space="preserve"> quarto </w:t>
      </w:r>
      <w:proofErr w:type="spellStart"/>
      <w:r w:rsidRPr="0021747A">
        <w:t>duplo</w:t>
      </w:r>
      <w:proofErr w:type="spellEnd"/>
      <w:r w:rsidRPr="0021747A">
        <w:t xml:space="preserve">/twin com café da </w:t>
      </w:r>
      <w:proofErr w:type="spellStart"/>
      <w:r w:rsidRPr="0021747A">
        <w:t>manhã</w:t>
      </w:r>
      <w:proofErr w:type="spellEnd"/>
      <w:r w:rsidRPr="0021747A">
        <w:t xml:space="preserve"> </w:t>
      </w:r>
      <w:proofErr w:type="spellStart"/>
      <w:r w:rsidRPr="0021747A">
        <w:t>diário</w:t>
      </w:r>
      <w:proofErr w:type="spellEnd"/>
      <w:r w:rsidRPr="0021747A">
        <w:t>.</w:t>
      </w:r>
    </w:p>
    <w:p w14:paraId="3D40F7F2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</w:t>
      </w:r>
      <w:proofErr w:type="spellStart"/>
      <w:r w:rsidRPr="0021747A">
        <w:t>Cabine</w:t>
      </w:r>
      <w:proofErr w:type="spellEnd"/>
      <w:r w:rsidRPr="0021747A">
        <w:t xml:space="preserve"> </w:t>
      </w:r>
      <w:proofErr w:type="spellStart"/>
      <w:r w:rsidRPr="0021747A">
        <w:t>privativa</w:t>
      </w:r>
      <w:proofErr w:type="spellEnd"/>
      <w:r w:rsidRPr="0021747A">
        <w:t xml:space="preserve"> </w:t>
      </w:r>
      <w:proofErr w:type="spellStart"/>
      <w:r w:rsidRPr="0021747A">
        <w:t>em</w:t>
      </w:r>
      <w:proofErr w:type="spellEnd"/>
      <w:r w:rsidRPr="0021747A">
        <w:t xml:space="preserve"> </w:t>
      </w:r>
      <w:proofErr w:type="spellStart"/>
      <w:r w:rsidRPr="0021747A">
        <w:t>barco</w:t>
      </w:r>
      <w:proofErr w:type="spellEnd"/>
      <w:r w:rsidRPr="0021747A">
        <w:t xml:space="preserve"> </w:t>
      </w:r>
      <w:proofErr w:type="spellStart"/>
      <w:r w:rsidRPr="0021747A">
        <w:t>compartilhado</w:t>
      </w:r>
      <w:proofErr w:type="spellEnd"/>
      <w:r w:rsidRPr="0021747A">
        <w:t xml:space="preserve"> 5 </w:t>
      </w:r>
      <w:proofErr w:type="spellStart"/>
      <w:r w:rsidRPr="0021747A">
        <w:t>estrelas</w:t>
      </w:r>
      <w:proofErr w:type="spellEnd"/>
      <w:r w:rsidRPr="0021747A">
        <w:t xml:space="preserve"> </w:t>
      </w:r>
      <w:proofErr w:type="spellStart"/>
      <w:r w:rsidRPr="0021747A">
        <w:t>na</w:t>
      </w:r>
      <w:proofErr w:type="spellEnd"/>
      <w:r w:rsidRPr="0021747A">
        <w:t xml:space="preserve"> Baía de Halong.</w:t>
      </w:r>
    </w:p>
    <w:p w14:paraId="0074CA85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Guias </w:t>
      </w:r>
      <w:proofErr w:type="spellStart"/>
      <w:r w:rsidRPr="0021747A">
        <w:t>turísticos</w:t>
      </w:r>
      <w:proofErr w:type="spellEnd"/>
      <w:r w:rsidRPr="0021747A">
        <w:t xml:space="preserve"> de </w:t>
      </w:r>
      <w:proofErr w:type="spellStart"/>
      <w:r w:rsidRPr="0021747A">
        <w:t>língua</w:t>
      </w:r>
      <w:proofErr w:type="spellEnd"/>
      <w:r w:rsidRPr="0021747A">
        <w:t xml:space="preserve"> </w:t>
      </w:r>
      <w:proofErr w:type="spellStart"/>
      <w:r w:rsidRPr="0021747A">
        <w:t>inglesa</w:t>
      </w:r>
      <w:proofErr w:type="spellEnd"/>
      <w:r w:rsidRPr="0021747A">
        <w:t xml:space="preserve"> (</w:t>
      </w:r>
      <w:proofErr w:type="spellStart"/>
      <w:r w:rsidRPr="0021747A">
        <w:t>guias</w:t>
      </w:r>
      <w:proofErr w:type="spellEnd"/>
      <w:r w:rsidRPr="0021747A">
        <w:t xml:space="preserve"> </w:t>
      </w:r>
      <w:proofErr w:type="spellStart"/>
      <w:r w:rsidRPr="0021747A">
        <w:t>diferentes</w:t>
      </w:r>
      <w:proofErr w:type="spellEnd"/>
      <w:r w:rsidRPr="0021747A">
        <w:t xml:space="preserve"> </w:t>
      </w:r>
      <w:proofErr w:type="spellStart"/>
      <w:r w:rsidRPr="0021747A">
        <w:t>em</w:t>
      </w:r>
      <w:proofErr w:type="spellEnd"/>
      <w:r w:rsidRPr="0021747A">
        <w:t xml:space="preserve"> </w:t>
      </w:r>
      <w:proofErr w:type="spellStart"/>
      <w:r w:rsidRPr="0021747A">
        <w:t>cada</w:t>
      </w:r>
      <w:proofErr w:type="spellEnd"/>
      <w:r w:rsidRPr="0021747A">
        <w:t xml:space="preserve"> </w:t>
      </w:r>
      <w:proofErr w:type="spellStart"/>
      <w:r w:rsidRPr="0021747A">
        <w:t>destino</w:t>
      </w:r>
      <w:proofErr w:type="spellEnd"/>
      <w:r w:rsidRPr="0021747A">
        <w:t>).</w:t>
      </w:r>
    </w:p>
    <w:p w14:paraId="1B8A0E5C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</w:t>
      </w:r>
      <w:proofErr w:type="spellStart"/>
      <w:r w:rsidRPr="0021747A">
        <w:t>Traslados</w:t>
      </w:r>
      <w:proofErr w:type="spellEnd"/>
      <w:r w:rsidRPr="0021747A">
        <w:t xml:space="preserve"> </w:t>
      </w:r>
      <w:proofErr w:type="spellStart"/>
      <w:r w:rsidRPr="0021747A">
        <w:t>em</w:t>
      </w:r>
      <w:proofErr w:type="spellEnd"/>
      <w:r w:rsidRPr="0021747A">
        <w:t xml:space="preserve"> </w:t>
      </w:r>
      <w:proofErr w:type="spellStart"/>
      <w:r w:rsidRPr="0021747A">
        <w:t>veículos</w:t>
      </w:r>
      <w:proofErr w:type="spellEnd"/>
      <w:r w:rsidRPr="0021747A">
        <w:t xml:space="preserve"> com </w:t>
      </w:r>
      <w:proofErr w:type="spellStart"/>
      <w:r w:rsidRPr="0021747A">
        <w:t>ar-condicionado</w:t>
      </w:r>
      <w:proofErr w:type="spellEnd"/>
      <w:r w:rsidRPr="0021747A">
        <w:t>.</w:t>
      </w:r>
    </w:p>
    <w:p w14:paraId="1A55A230" w14:textId="7A870665" w:rsidR="003A5BC6" w:rsidRPr="0021747A" w:rsidRDefault="003A5BC6" w:rsidP="003A5BC6">
      <w:pPr>
        <w:spacing w:after="40" w:line="252" w:lineRule="auto"/>
        <w:rPr>
          <w:b/>
          <w:bCs/>
        </w:rPr>
      </w:pPr>
      <w:r w:rsidRPr="0021747A">
        <w:rPr>
          <w:b/>
          <w:bCs/>
        </w:rPr>
        <w:t xml:space="preserve">Grupo de 1 a 3 </w:t>
      </w:r>
      <w:proofErr w:type="spellStart"/>
      <w:r w:rsidRPr="0021747A">
        <w:rPr>
          <w:b/>
          <w:bCs/>
        </w:rPr>
        <w:t>passageiros</w:t>
      </w:r>
      <w:proofErr w:type="spellEnd"/>
      <w:r w:rsidRPr="0021747A">
        <w:rPr>
          <w:b/>
          <w:bCs/>
        </w:rPr>
        <w:t>:</w:t>
      </w:r>
    </w:p>
    <w:p w14:paraId="623BC458" w14:textId="53ECF6AE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rPr>
          <w:rFonts w:cs="Segoe UI Symbol"/>
        </w:rPr>
        <w:t xml:space="preserve"> </w:t>
      </w:r>
      <w:proofErr w:type="spellStart"/>
      <w:r w:rsidRPr="0021747A">
        <w:t>Traslados</w:t>
      </w:r>
      <w:proofErr w:type="spellEnd"/>
      <w:r w:rsidRPr="0021747A">
        <w:t xml:space="preserve"> </w:t>
      </w:r>
      <w:proofErr w:type="spellStart"/>
      <w:r w:rsidRPr="0021747A">
        <w:t>em</w:t>
      </w:r>
      <w:proofErr w:type="spellEnd"/>
      <w:r w:rsidRPr="0021747A">
        <w:t xml:space="preserve"> </w:t>
      </w:r>
      <w:proofErr w:type="spellStart"/>
      <w:r w:rsidRPr="0021747A">
        <w:t>ônibus</w:t>
      </w:r>
      <w:proofErr w:type="spellEnd"/>
      <w:r w:rsidRPr="0021747A">
        <w:t xml:space="preserve"> </w:t>
      </w:r>
      <w:proofErr w:type="spellStart"/>
      <w:r w:rsidRPr="0021747A">
        <w:t>compartilhado</w:t>
      </w:r>
      <w:proofErr w:type="spellEnd"/>
      <w:r w:rsidRPr="0021747A">
        <w:t xml:space="preserve"> </w:t>
      </w:r>
      <w:proofErr w:type="spellStart"/>
      <w:r w:rsidRPr="0021747A">
        <w:t>Hanói</w:t>
      </w:r>
      <w:proofErr w:type="spellEnd"/>
      <w:r w:rsidRPr="0021747A">
        <w:t xml:space="preserve"> – Halong – </w:t>
      </w:r>
      <w:proofErr w:type="spellStart"/>
      <w:r w:rsidRPr="0021747A">
        <w:t>Hanói</w:t>
      </w:r>
      <w:proofErr w:type="spellEnd"/>
      <w:r w:rsidRPr="0021747A">
        <w:t xml:space="preserve"> e Pu Luong – </w:t>
      </w:r>
      <w:proofErr w:type="spellStart"/>
      <w:r w:rsidRPr="0021747A">
        <w:t>Hanói</w:t>
      </w:r>
      <w:proofErr w:type="spellEnd"/>
      <w:r w:rsidRPr="0021747A">
        <w:t xml:space="preserve"> – Pu Luong </w:t>
      </w:r>
    </w:p>
    <w:p w14:paraId="29E84F4E" w14:textId="486638DD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rPr>
          <w:rFonts w:cs="Segoe UI Symbol"/>
        </w:rPr>
        <w:t xml:space="preserve"> </w:t>
      </w:r>
      <w:proofErr w:type="spellStart"/>
      <w:r w:rsidRPr="0021747A">
        <w:t>Traslados</w:t>
      </w:r>
      <w:proofErr w:type="spellEnd"/>
      <w:r w:rsidRPr="0021747A">
        <w:t xml:space="preserve"> privados no restante da </w:t>
      </w:r>
      <w:proofErr w:type="spellStart"/>
      <w:r w:rsidRPr="0021747A">
        <w:t>viagem</w:t>
      </w:r>
      <w:proofErr w:type="spellEnd"/>
      <w:r w:rsidRPr="0021747A">
        <w:t xml:space="preserve"> </w:t>
      </w:r>
    </w:p>
    <w:p w14:paraId="503731B6" w14:textId="6A773707" w:rsidR="003A5BC6" w:rsidRPr="0021747A" w:rsidRDefault="003A5BC6" w:rsidP="003A5BC6">
      <w:pPr>
        <w:spacing w:after="40" w:line="252" w:lineRule="auto"/>
        <w:rPr>
          <w:b/>
          <w:bCs/>
        </w:rPr>
      </w:pPr>
      <w:r w:rsidRPr="0021747A">
        <w:rPr>
          <w:b/>
          <w:bCs/>
        </w:rPr>
        <w:t xml:space="preserve">Grupo a </w:t>
      </w:r>
      <w:proofErr w:type="spellStart"/>
      <w:r w:rsidRPr="0021747A">
        <w:rPr>
          <w:b/>
          <w:bCs/>
        </w:rPr>
        <w:t>partir</w:t>
      </w:r>
      <w:proofErr w:type="spellEnd"/>
      <w:r w:rsidRPr="0021747A">
        <w:rPr>
          <w:b/>
          <w:bCs/>
        </w:rPr>
        <w:t xml:space="preserve"> de 4 </w:t>
      </w:r>
      <w:proofErr w:type="spellStart"/>
      <w:r w:rsidRPr="0021747A">
        <w:rPr>
          <w:b/>
          <w:bCs/>
        </w:rPr>
        <w:t>passageiros</w:t>
      </w:r>
      <w:proofErr w:type="spellEnd"/>
      <w:r w:rsidRPr="0021747A">
        <w:rPr>
          <w:b/>
          <w:bCs/>
        </w:rPr>
        <w:t>:</w:t>
      </w:r>
    </w:p>
    <w:p w14:paraId="707AECCE" w14:textId="21B57042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rPr>
          <w:rFonts w:cs="Segoe UI Symbol"/>
        </w:rPr>
        <w:t xml:space="preserve"> </w:t>
      </w:r>
      <w:proofErr w:type="spellStart"/>
      <w:r w:rsidRPr="0021747A">
        <w:t>Traslados</w:t>
      </w:r>
      <w:proofErr w:type="spellEnd"/>
      <w:r w:rsidRPr="0021747A">
        <w:t xml:space="preserve"> </w:t>
      </w:r>
      <w:proofErr w:type="spellStart"/>
      <w:r w:rsidRPr="0021747A">
        <w:t>em</w:t>
      </w:r>
      <w:proofErr w:type="spellEnd"/>
      <w:r w:rsidRPr="0021747A">
        <w:t xml:space="preserve"> </w:t>
      </w:r>
      <w:proofErr w:type="spellStart"/>
      <w:r w:rsidRPr="0021747A">
        <w:t>carro</w:t>
      </w:r>
      <w:proofErr w:type="spellEnd"/>
      <w:r w:rsidRPr="0021747A">
        <w:t xml:space="preserve"> privado </w:t>
      </w:r>
      <w:proofErr w:type="spellStart"/>
      <w:r w:rsidRPr="0021747A">
        <w:t>durante</w:t>
      </w:r>
      <w:proofErr w:type="spellEnd"/>
      <w:r w:rsidRPr="0021747A">
        <w:t xml:space="preserve"> </w:t>
      </w:r>
      <w:proofErr w:type="spellStart"/>
      <w:r w:rsidRPr="0021747A">
        <w:t>toda</w:t>
      </w:r>
      <w:proofErr w:type="spellEnd"/>
      <w:r w:rsidRPr="0021747A">
        <w:t xml:space="preserve"> a </w:t>
      </w:r>
      <w:proofErr w:type="spellStart"/>
      <w:r w:rsidRPr="0021747A">
        <w:t>viagem</w:t>
      </w:r>
      <w:proofErr w:type="spellEnd"/>
      <w:r w:rsidRPr="0021747A">
        <w:t xml:space="preserve"> </w:t>
      </w:r>
    </w:p>
    <w:p w14:paraId="36DB84EF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</w:t>
      </w:r>
      <w:proofErr w:type="spellStart"/>
      <w:r w:rsidRPr="0021747A">
        <w:t>Refeições</w:t>
      </w:r>
      <w:proofErr w:type="spellEnd"/>
      <w:r w:rsidRPr="0021747A">
        <w:t xml:space="preserve"> </w:t>
      </w:r>
      <w:proofErr w:type="spellStart"/>
      <w:r w:rsidRPr="0021747A">
        <w:t>mencionadas</w:t>
      </w:r>
      <w:proofErr w:type="spellEnd"/>
      <w:r w:rsidRPr="0021747A">
        <w:t xml:space="preserve"> no </w:t>
      </w:r>
      <w:proofErr w:type="spellStart"/>
      <w:r w:rsidRPr="0021747A">
        <w:t>programa</w:t>
      </w:r>
      <w:proofErr w:type="spellEnd"/>
      <w:r w:rsidRPr="0021747A">
        <w:t xml:space="preserve"> (comida local, </w:t>
      </w:r>
      <w:proofErr w:type="spellStart"/>
      <w:r w:rsidRPr="0021747A">
        <w:t>sem</w:t>
      </w:r>
      <w:proofErr w:type="spellEnd"/>
      <w:r w:rsidRPr="0021747A">
        <w:t xml:space="preserve"> </w:t>
      </w:r>
      <w:proofErr w:type="spellStart"/>
      <w:r w:rsidRPr="0021747A">
        <w:t>bebidas</w:t>
      </w:r>
      <w:proofErr w:type="spellEnd"/>
      <w:r w:rsidRPr="0021747A">
        <w:t>):</w:t>
      </w:r>
    </w:p>
    <w:p w14:paraId="1E87A675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Jantar com </w:t>
      </w:r>
      <w:proofErr w:type="spellStart"/>
      <w:r w:rsidRPr="0021747A">
        <w:t>espetáculo</w:t>
      </w:r>
      <w:proofErr w:type="spellEnd"/>
      <w:r w:rsidRPr="0021747A">
        <w:t xml:space="preserve"> de </w:t>
      </w:r>
      <w:proofErr w:type="spellStart"/>
      <w:r w:rsidRPr="0021747A">
        <w:t>dança</w:t>
      </w:r>
      <w:proofErr w:type="spellEnd"/>
      <w:r w:rsidRPr="0021747A">
        <w:t xml:space="preserve"> Apsara </w:t>
      </w:r>
      <w:proofErr w:type="spellStart"/>
      <w:r w:rsidRPr="0021747A">
        <w:t>em</w:t>
      </w:r>
      <w:proofErr w:type="spellEnd"/>
      <w:r w:rsidRPr="0021747A">
        <w:t xml:space="preserve"> Siem Reap</w:t>
      </w:r>
    </w:p>
    <w:p w14:paraId="5509A3FB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Entradas </w:t>
      </w:r>
      <w:proofErr w:type="spellStart"/>
      <w:r w:rsidRPr="0021747A">
        <w:t>conforme</w:t>
      </w:r>
      <w:proofErr w:type="spellEnd"/>
      <w:r w:rsidRPr="0021747A">
        <w:t xml:space="preserve"> </w:t>
      </w:r>
      <w:proofErr w:type="spellStart"/>
      <w:r w:rsidRPr="0021747A">
        <w:t>detalhado</w:t>
      </w:r>
      <w:proofErr w:type="spellEnd"/>
      <w:r w:rsidRPr="0021747A">
        <w:t xml:space="preserve"> no </w:t>
      </w:r>
      <w:proofErr w:type="spellStart"/>
      <w:r w:rsidRPr="0021747A">
        <w:t>programa</w:t>
      </w:r>
      <w:proofErr w:type="spellEnd"/>
    </w:p>
    <w:p w14:paraId="6DE4A6FA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</w:t>
      </w:r>
      <w:proofErr w:type="spellStart"/>
      <w:r w:rsidRPr="0021747A">
        <w:t>Passeio</w:t>
      </w:r>
      <w:proofErr w:type="spellEnd"/>
      <w:r w:rsidRPr="0021747A">
        <w:t xml:space="preserve"> de </w:t>
      </w:r>
      <w:proofErr w:type="spellStart"/>
      <w:r w:rsidRPr="0021747A">
        <w:t>barco</w:t>
      </w:r>
      <w:proofErr w:type="spellEnd"/>
      <w:r w:rsidRPr="0021747A">
        <w:t xml:space="preserve"> </w:t>
      </w:r>
      <w:proofErr w:type="spellStart"/>
      <w:r w:rsidRPr="0021747A">
        <w:t>até</w:t>
      </w:r>
      <w:proofErr w:type="spellEnd"/>
      <w:r w:rsidRPr="0021747A">
        <w:t xml:space="preserve"> a </w:t>
      </w:r>
      <w:proofErr w:type="spellStart"/>
      <w:r w:rsidRPr="0021747A">
        <w:t>vila</w:t>
      </w:r>
      <w:proofErr w:type="spellEnd"/>
      <w:r w:rsidRPr="0021747A">
        <w:t xml:space="preserve"> </w:t>
      </w:r>
      <w:proofErr w:type="spellStart"/>
      <w:r w:rsidRPr="0021747A">
        <w:t>flutuante</w:t>
      </w:r>
      <w:proofErr w:type="spellEnd"/>
      <w:r w:rsidRPr="0021747A">
        <w:t xml:space="preserve"> </w:t>
      </w:r>
      <w:proofErr w:type="spellStart"/>
      <w:r w:rsidRPr="0021747A">
        <w:t>em</w:t>
      </w:r>
      <w:proofErr w:type="spellEnd"/>
      <w:r w:rsidRPr="0021747A">
        <w:t xml:space="preserve"> Tonle Sap</w:t>
      </w:r>
    </w:p>
    <w:p w14:paraId="77E6BA01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</w:t>
      </w:r>
      <w:proofErr w:type="spellStart"/>
      <w:r w:rsidRPr="0021747A">
        <w:t>Água</w:t>
      </w:r>
      <w:proofErr w:type="spellEnd"/>
      <w:r w:rsidRPr="0021747A">
        <w:t xml:space="preserve"> </w:t>
      </w:r>
      <w:proofErr w:type="spellStart"/>
      <w:r w:rsidRPr="0021747A">
        <w:t>durante</w:t>
      </w:r>
      <w:proofErr w:type="spellEnd"/>
      <w:r w:rsidRPr="0021747A">
        <w:t xml:space="preserve"> as </w:t>
      </w:r>
      <w:proofErr w:type="spellStart"/>
      <w:r w:rsidRPr="0021747A">
        <w:t>excursões</w:t>
      </w:r>
      <w:proofErr w:type="spellEnd"/>
      <w:r w:rsidRPr="0021747A">
        <w:t xml:space="preserve"> (2 </w:t>
      </w:r>
      <w:proofErr w:type="spellStart"/>
      <w:r w:rsidRPr="0021747A">
        <w:t>garrafas</w:t>
      </w:r>
      <w:proofErr w:type="spellEnd"/>
      <w:r w:rsidRPr="0021747A">
        <w:t xml:space="preserve"> de 500 ml </w:t>
      </w:r>
      <w:proofErr w:type="spellStart"/>
      <w:r w:rsidRPr="0021747A">
        <w:t>por</w:t>
      </w:r>
      <w:proofErr w:type="spellEnd"/>
      <w:r w:rsidRPr="0021747A">
        <w:t xml:space="preserve"> </w:t>
      </w:r>
      <w:proofErr w:type="spellStart"/>
      <w:r w:rsidRPr="0021747A">
        <w:t>pessoa</w:t>
      </w:r>
      <w:proofErr w:type="spellEnd"/>
      <w:r w:rsidRPr="0021747A">
        <w:t>/</w:t>
      </w:r>
      <w:proofErr w:type="spellStart"/>
      <w:r w:rsidRPr="0021747A">
        <w:t>dia</w:t>
      </w:r>
      <w:proofErr w:type="spellEnd"/>
      <w:r w:rsidRPr="0021747A">
        <w:t xml:space="preserve"> de </w:t>
      </w:r>
      <w:proofErr w:type="spellStart"/>
      <w:r w:rsidRPr="0021747A">
        <w:t>excursão</w:t>
      </w:r>
      <w:proofErr w:type="spellEnd"/>
      <w:r w:rsidRPr="0021747A">
        <w:t>)</w:t>
      </w:r>
    </w:p>
    <w:p w14:paraId="697ABBDC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Uso de </w:t>
      </w:r>
      <w:proofErr w:type="spellStart"/>
      <w:r w:rsidRPr="0021747A">
        <w:t>bicicleta</w:t>
      </w:r>
      <w:proofErr w:type="spellEnd"/>
      <w:r w:rsidRPr="0021747A">
        <w:t xml:space="preserve"> </w:t>
      </w:r>
      <w:proofErr w:type="spellStart"/>
      <w:r w:rsidRPr="0021747A">
        <w:t>em</w:t>
      </w:r>
      <w:proofErr w:type="spellEnd"/>
      <w:r w:rsidRPr="0021747A">
        <w:t xml:space="preserve"> Pu Luong </w:t>
      </w:r>
      <w:proofErr w:type="spellStart"/>
      <w:r w:rsidRPr="0021747A">
        <w:t>conforme</w:t>
      </w:r>
      <w:proofErr w:type="spellEnd"/>
      <w:r w:rsidRPr="0021747A">
        <w:t xml:space="preserve"> o </w:t>
      </w:r>
      <w:proofErr w:type="spellStart"/>
      <w:r w:rsidRPr="0021747A">
        <w:t>programa</w:t>
      </w:r>
      <w:proofErr w:type="spellEnd"/>
    </w:p>
    <w:p w14:paraId="2485DEBC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1 </w:t>
      </w:r>
      <w:proofErr w:type="spellStart"/>
      <w:r w:rsidRPr="0021747A">
        <w:t>espetáculo</w:t>
      </w:r>
      <w:proofErr w:type="spellEnd"/>
      <w:r w:rsidRPr="0021747A">
        <w:t xml:space="preserve"> de </w:t>
      </w:r>
      <w:proofErr w:type="spellStart"/>
      <w:r w:rsidRPr="0021747A">
        <w:t>marionetes</w:t>
      </w:r>
      <w:proofErr w:type="spellEnd"/>
      <w:r w:rsidRPr="0021747A">
        <w:t xml:space="preserve"> </w:t>
      </w:r>
      <w:proofErr w:type="spellStart"/>
      <w:r w:rsidRPr="0021747A">
        <w:t>na</w:t>
      </w:r>
      <w:proofErr w:type="spellEnd"/>
      <w:r w:rsidRPr="0021747A">
        <w:t xml:space="preserve"> </w:t>
      </w:r>
      <w:proofErr w:type="spellStart"/>
      <w:r w:rsidRPr="0021747A">
        <w:t>água</w:t>
      </w:r>
      <w:proofErr w:type="spellEnd"/>
      <w:r w:rsidRPr="0021747A">
        <w:t xml:space="preserve"> </w:t>
      </w:r>
      <w:proofErr w:type="spellStart"/>
      <w:r w:rsidRPr="0021747A">
        <w:t>em</w:t>
      </w:r>
      <w:proofErr w:type="spellEnd"/>
      <w:r w:rsidRPr="0021747A">
        <w:t xml:space="preserve"> </w:t>
      </w:r>
      <w:proofErr w:type="spellStart"/>
      <w:r w:rsidRPr="0021747A">
        <w:t>Hanói</w:t>
      </w:r>
      <w:proofErr w:type="spellEnd"/>
    </w:p>
    <w:p w14:paraId="3EBE96C8" w14:textId="77777777" w:rsidR="003A5BC6" w:rsidRPr="0021747A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04 </w:t>
      </w:r>
      <w:proofErr w:type="spellStart"/>
      <w:r w:rsidRPr="0021747A">
        <w:t>sessões</w:t>
      </w:r>
      <w:proofErr w:type="spellEnd"/>
      <w:r w:rsidRPr="0021747A">
        <w:t xml:space="preserve"> de yoga com </w:t>
      </w:r>
      <w:proofErr w:type="spellStart"/>
      <w:r w:rsidRPr="0021747A">
        <w:t>instrutores</w:t>
      </w:r>
      <w:proofErr w:type="spellEnd"/>
      <w:r w:rsidRPr="0021747A">
        <w:t xml:space="preserve"> </w:t>
      </w:r>
      <w:proofErr w:type="spellStart"/>
      <w:r w:rsidRPr="0021747A">
        <w:t>locais</w:t>
      </w:r>
      <w:proofErr w:type="spellEnd"/>
      <w:r w:rsidRPr="0021747A">
        <w:t xml:space="preserve"> (</w:t>
      </w:r>
      <w:proofErr w:type="spellStart"/>
      <w:r w:rsidRPr="0021747A">
        <w:t>vietnamita</w:t>
      </w:r>
      <w:proofErr w:type="spellEnd"/>
      <w:r w:rsidRPr="0021747A">
        <w:t>/</w:t>
      </w:r>
      <w:proofErr w:type="spellStart"/>
      <w:r w:rsidRPr="0021747A">
        <w:t>khmer</w:t>
      </w:r>
      <w:proofErr w:type="spellEnd"/>
      <w:r w:rsidRPr="0021747A">
        <w:t>)</w:t>
      </w:r>
    </w:p>
    <w:p w14:paraId="5F45A67E" w14:textId="77777777" w:rsidR="003A5BC6" w:rsidRDefault="003A5BC6" w:rsidP="003A5BC6">
      <w:pPr>
        <w:spacing w:after="40" w:line="252" w:lineRule="auto"/>
      </w:pPr>
      <w:r w:rsidRPr="0021747A">
        <w:rPr>
          <w:rFonts w:ascii="Segoe UI Symbol" w:hAnsi="Segoe UI Symbol" w:cs="Segoe UI Symbol"/>
        </w:rPr>
        <w:t>✔</w:t>
      </w:r>
      <w:r w:rsidRPr="0021747A">
        <w:t xml:space="preserve"> 01 tapete de yoga </w:t>
      </w:r>
      <w:proofErr w:type="spellStart"/>
      <w:r w:rsidRPr="0021747A">
        <w:t>por</w:t>
      </w:r>
      <w:proofErr w:type="spellEnd"/>
      <w:r w:rsidRPr="0021747A">
        <w:t xml:space="preserve"> </w:t>
      </w:r>
      <w:proofErr w:type="spellStart"/>
      <w:r w:rsidRPr="0021747A">
        <w:t>pessoa</w:t>
      </w:r>
      <w:proofErr w:type="spellEnd"/>
      <w:r w:rsidRPr="0021747A">
        <w:t xml:space="preserve"> </w:t>
      </w:r>
      <w:proofErr w:type="spellStart"/>
      <w:r w:rsidRPr="0021747A">
        <w:t>durante</w:t>
      </w:r>
      <w:proofErr w:type="spellEnd"/>
      <w:r w:rsidRPr="0021747A">
        <w:t xml:space="preserve"> a </w:t>
      </w:r>
      <w:proofErr w:type="spellStart"/>
      <w:r w:rsidRPr="0021747A">
        <w:t>viagem</w:t>
      </w:r>
      <w:proofErr w:type="spellEnd"/>
    </w:p>
    <w:p w14:paraId="7DBCCC81" w14:textId="77777777" w:rsidR="0021747A" w:rsidRPr="0021747A" w:rsidRDefault="0021747A" w:rsidP="003A5BC6">
      <w:pPr>
        <w:spacing w:after="40" w:line="252" w:lineRule="auto"/>
      </w:pPr>
    </w:p>
    <w:p w14:paraId="72EA29F2" w14:textId="3758A884" w:rsidR="00B569A9" w:rsidRPr="0021747A" w:rsidRDefault="00000000" w:rsidP="003A5BC6">
      <w:pPr>
        <w:pStyle w:val="BoxTitle"/>
        <w:spacing w:before="160"/>
      </w:pPr>
      <w:r w:rsidRPr="0021747A">
        <w:rPr>
          <w:rFonts w:ascii="Segoe UI Emoji" w:hAnsi="Segoe UI Emoji" w:cs="Segoe UI Emoji"/>
        </w:rPr>
        <w:lastRenderedPageBreak/>
        <w:t>❌</w:t>
      </w:r>
      <w:r w:rsidRPr="0021747A">
        <w:t xml:space="preserve"> </w:t>
      </w:r>
      <w:proofErr w:type="spellStart"/>
      <w:r w:rsidRPr="0021747A">
        <w:t>Não</w:t>
      </w:r>
      <w:proofErr w:type="spellEnd"/>
      <w:r w:rsidRPr="0021747A">
        <w:t xml:space="preserve"> </w:t>
      </w:r>
      <w:proofErr w:type="spellStart"/>
      <w:r w:rsidRPr="0021747A">
        <w:t>inclui</w:t>
      </w:r>
      <w:proofErr w:type="spellEnd"/>
      <w:r w:rsidRPr="0021747A">
        <w:t>:</w:t>
      </w:r>
    </w:p>
    <w:p w14:paraId="53424456" w14:textId="77777777" w:rsidR="003A5BC6" w:rsidRPr="0021747A" w:rsidRDefault="003A5BC6" w:rsidP="003A5BC6">
      <w:pPr>
        <w:spacing w:after="40" w:line="252" w:lineRule="auto"/>
        <w:rPr>
          <w:rFonts w:cs="Segoe UI Symbol"/>
        </w:rPr>
      </w:pPr>
      <w:r w:rsidRPr="0021747A">
        <w:rPr>
          <w:rFonts w:ascii="Segoe UI Symbol" w:hAnsi="Segoe UI Symbol" w:cs="Segoe UI Symbol"/>
        </w:rPr>
        <w:t>✘</w:t>
      </w:r>
      <w:r w:rsidRPr="0021747A">
        <w:rPr>
          <w:rFonts w:cs="Segoe UI Symbol"/>
        </w:rPr>
        <w:t xml:space="preserve"> Vistos para </w:t>
      </w:r>
      <w:proofErr w:type="spellStart"/>
      <w:r w:rsidRPr="0021747A">
        <w:rPr>
          <w:rFonts w:cs="Segoe UI Symbol"/>
        </w:rPr>
        <w:t>Vietnã</w:t>
      </w:r>
      <w:proofErr w:type="spellEnd"/>
      <w:r w:rsidRPr="0021747A">
        <w:rPr>
          <w:rFonts w:cs="Segoe UI Symbol"/>
        </w:rPr>
        <w:t>/</w:t>
      </w:r>
      <w:proofErr w:type="spellStart"/>
      <w:r w:rsidRPr="0021747A">
        <w:rPr>
          <w:rFonts w:cs="Segoe UI Symbol"/>
        </w:rPr>
        <w:t>Camboja</w:t>
      </w:r>
      <w:proofErr w:type="spellEnd"/>
      <w:r w:rsidRPr="0021747A">
        <w:rPr>
          <w:rFonts w:cs="Segoe UI Symbol"/>
        </w:rPr>
        <w:t xml:space="preserve"> e </w:t>
      </w:r>
      <w:proofErr w:type="spellStart"/>
      <w:r w:rsidRPr="0021747A">
        <w:rPr>
          <w:rFonts w:cs="Segoe UI Symbol"/>
        </w:rPr>
        <w:t>taxas</w:t>
      </w:r>
      <w:proofErr w:type="spellEnd"/>
      <w:r w:rsidRPr="0021747A">
        <w:rPr>
          <w:rFonts w:cs="Segoe UI Symbol"/>
        </w:rPr>
        <w:t xml:space="preserve"> </w:t>
      </w:r>
      <w:proofErr w:type="spellStart"/>
      <w:r w:rsidRPr="0021747A">
        <w:rPr>
          <w:rFonts w:cs="Segoe UI Symbol"/>
        </w:rPr>
        <w:t>consulares</w:t>
      </w:r>
      <w:proofErr w:type="spellEnd"/>
    </w:p>
    <w:p w14:paraId="30447D4C" w14:textId="77777777" w:rsidR="003A5BC6" w:rsidRPr="0021747A" w:rsidRDefault="003A5BC6" w:rsidP="003A5BC6">
      <w:pPr>
        <w:spacing w:after="40" w:line="252" w:lineRule="auto"/>
        <w:rPr>
          <w:rFonts w:cs="Segoe UI Symbol"/>
        </w:rPr>
      </w:pPr>
      <w:r w:rsidRPr="0021747A">
        <w:rPr>
          <w:rFonts w:ascii="Segoe UI Symbol" w:hAnsi="Segoe UI Symbol" w:cs="Segoe UI Symbol"/>
        </w:rPr>
        <w:t>✘</w:t>
      </w:r>
      <w:r w:rsidRPr="0021747A">
        <w:rPr>
          <w:rFonts w:cs="Segoe UI Symbol"/>
        </w:rPr>
        <w:t xml:space="preserve"> Voos </w:t>
      </w:r>
      <w:proofErr w:type="spellStart"/>
      <w:r w:rsidRPr="0021747A">
        <w:rPr>
          <w:rFonts w:cs="Segoe UI Symbol"/>
        </w:rPr>
        <w:t>internacionais</w:t>
      </w:r>
      <w:proofErr w:type="spellEnd"/>
      <w:r w:rsidRPr="0021747A">
        <w:rPr>
          <w:rFonts w:cs="Segoe UI Symbol"/>
        </w:rPr>
        <w:t xml:space="preserve"> e </w:t>
      </w:r>
      <w:proofErr w:type="spellStart"/>
      <w:r w:rsidRPr="0021747A">
        <w:rPr>
          <w:rFonts w:cs="Segoe UI Symbol"/>
        </w:rPr>
        <w:t>domésticos</w:t>
      </w:r>
      <w:proofErr w:type="spellEnd"/>
      <w:r w:rsidRPr="0021747A">
        <w:rPr>
          <w:rFonts w:cs="Segoe UI Symbol"/>
        </w:rPr>
        <w:t xml:space="preserve"> e </w:t>
      </w:r>
      <w:proofErr w:type="spellStart"/>
      <w:r w:rsidRPr="0021747A">
        <w:rPr>
          <w:rFonts w:cs="Segoe UI Symbol"/>
        </w:rPr>
        <w:t>taxas</w:t>
      </w:r>
      <w:proofErr w:type="spellEnd"/>
      <w:r w:rsidRPr="0021747A">
        <w:rPr>
          <w:rFonts w:cs="Segoe UI Symbol"/>
        </w:rPr>
        <w:t xml:space="preserve"> </w:t>
      </w:r>
      <w:proofErr w:type="spellStart"/>
      <w:r w:rsidRPr="0021747A">
        <w:rPr>
          <w:rFonts w:cs="Segoe UI Symbol"/>
        </w:rPr>
        <w:t>aeroportuárias</w:t>
      </w:r>
      <w:proofErr w:type="spellEnd"/>
    </w:p>
    <w:p w14:paraId="4E878F38" w14:textId="77777777" w:rsidR="003A5BC6" w:rsidRPr="0021747A" w:rsidRDefault="003A5BC6" w:rsidP="003A5BC6">
      <w:pPr>
        <w:spacing w:after="40" w:line="252" w:lineRule="auto"/>
        <w:rPr>
          <w:rFonts w:cs="Segoe UI Symbol"/>
        </w:rPr>
      </w:pPr>
      <w:r w:rsidRPr="0021747A">
        <w:rPr>
          <w:rFonts w:ascii="Segoe UI Symbol" w:hAnsi="Segoe UI Symbol" w:cs="Segoe UI Symbol"/>
        </w:rPr>
        <w:t>✘</w:t>
      </w:r>
      <w:r w:rsidRPr="0021747A">
        <w:rPr>
          <w:rFonts w:cs="Segoe UI Symbol"/>
        </w:rPr>
        <w:t xml:space="preserve"> </w:t>
      </w:r>
      <w:proofErr w:type="spellStart"/>
      <w:r w:rsidRPr="0021747A">
        <w:rPr>
          <w:rFonts w:cs="Segoe UI Symbol"/>
        </w:rPr>
        <w:t>Suplemento</w:t>
      </w:r>
      <w:proofErr w:type="spellEnd"/>
      <w:r w:rsidRPr="0021747A">
        <w:rPr>
          <w:rFonts w:cs="Segoe UI Symbol"/>
        </w:rPr>
        <w:t xml:space="preserve"> para early check-in e late check-out</w:t>
      </w:r>
    </w:p>
    <w:p w14:paraId="418E438A" w14:textId="77777777" w:rsidR="003A5BC6" w:rsidRPr="0021747A" w:rsidRDefault="003A5BC6" w:rsidP="003A5BC6">
      <w:pPr>
        <w:spacing w:after="40" w:line="252" w:lineRule="auto"/>
        <w:rPr>
          <w:rFonts w:cs="Segoe UI Symbol"/>
        </w:rPr>
      </w:pPr>
      <w:r w:rsidRPr="0021747A">
        <w:rPr>
          <w:rFonts w:ascii="Segoe UI Symbol" w:hAnsi="Segoe UI Symbol" w:cs="Segoe UI Symbol"/>
        </w:rPr>
        <w:t>✘</w:t>
      </w:r>
      <w:r w:rsidRPr="0021747A">
        <w:rPr>
          <w:rFonts w:cs="Segoe UI Symbol"/>
        </w:rPr>
        <w:t xml:space="preserve"> </w:t>
      </w:r>
      <w:proofErr w:type="spellStart"/>
      <w:r w:rsidRPr="0021747A">
        <w:rPr>
          <w:rFonts w:cs="Segoe UI Symbol"/>
        </w:rPr>
        <w:t>Outras</w:t>
      </w:r>
      <w:proofErr w:type="spellEnd"/>
      <w:r w:rsidRPr="0021747A">
        <w:rPr>
          <w:rFonts w:cs="Segoe UI Symbol"/>
        </w:rPr>
        <w:t xml:space="preserve"> </w:t>
      </w:r>
      <w:proofErr w:type="spellStart"/>
      <w:r w:rsidRPr="0021747A">
        <w:rPr>
          <w:rFonts w:cs="Segoe UI Symbol"/>
        </w:rPr>
        <w:t>refeições</w:t>
      </w:r>
      <w:proofErr w:type="spellEnd"/>
      <w:r w:rsidRPr="0021747A">
        <w:rPr>
          <w:rFonts w:cs="Segoe UI Symbol"/>
        </w:rPr>
        <w:t xml:space="preserve">, </w:t>
      </w:r>
      <w:proofErr w:type="spellStart"/>
      <w:r w:rsidRPr="0021747A">
        <w:rPr>
          <w:rFonts w:cs="Segoe UI Symbol"/>
        </w:rPr>
        <w:t>bebidas</w:t>
      </w:r>
      <w:proofErr w:type="spellEnd"/>
      <w:r w:rsidRPr="0021747A">
        <w:rPr>
          <w:rFonts w:cs="Segoe UI Symbol"/>
        </w:rPr>
        <w:t xml:space="preserve"> e </w:t>
      </w:r>
      <w:proofErr w:type="spellStart"/>
      <w:r w:rsidRPr="0021747A">
        <w:rPr>
          <w:rFonts w:cs="Segoe UI Symbol"/>
        </w:rPr>
        <w:t>despesas</w:t>
      </w:r>
      <w:proofErr w:type="spellEnd"/>
      <w:r w:rsidRPr="0021747A">
        <w:rPr>
          <w:rFonts w:cs="Segoe UI Symbol"/>
        </w:rPr>
        <w:t xml:space="preserve"> </w:t>
      </w:r>
      <w:proofErr w:type="spellStart"/>
      <w:r w:rsidRPr="0021747A">
        <w:rPr>
          <w:rFonts w:cs="Segoe UI Symbol"/>
        </w:rPr>
        <w:t>pessoais</w:t>
      </w:r>
      <w:proofErr w:type="spellEnd"/>
      <w:r w:rsidRPr="0021747A">
        <w:rPr>
          <w:rFonts w:cs="Segoe UI Symbol"/>
        </w:rPr>
        <w:t xml:space="preserve"> (</w:t>
      </w:r>
      <w:proofErr w:type="spellStart"/>
      <w:r w:rsidRPr="0021747A">
        <w:rPr>
          <w:rFonts w:cs="Segoe UI Symbol"/>
        </w:rPr>
        <w:t>telefonemas</w:t>
      </w:r>
      <w:proofErr w:type="spellEnd"/>
      <w:r w:rsidRPr="0021747A">
        <w:rPr>
          <w:rFonts w:cs="Segoe UI Symbol"/>
        </w:rPr>
        <w:t xml:space="preserve">, </w:t>
      </w:r>
      <w:proofErr w:type="spellStart"/>
      <w:r w:rsidRPr="0021747A">
        <w:rPr>
          <w:rFonts w:cs="Segoe UI Symbol"/>
        </w:rPr>
        <w:t>lavanderia</w:t>
      </w:r>
      <w:proofErr w:type="spellEnd"/>
      <w:r w:rsidRPr="0021747A">
        <w:rPr>
          <w:rFonts w:cs="Segoe UI Symbol"/>
        </w:rPr>
        <w:t xml:space="preserve">, </w:t>
      </w:r>
      <w:proofErr w:type="spellStart"/>
      <w:r w:rsidRPr="0021747A">
        <w:rPr>
          <w:rFonts w:cs="Segoe UI Symbol"/>
        </w:rPr>
        <w:t>gorjetas</w:t>
      </w:r>
      <w:proofErr w:type="spellEnd"/>
      <w:r w:rsidRPr="0021747A">
        <w:rPr>
          <w:rFonts w:cs="Segoe UI Symbol"/>
        </w:rPr>
        <w:t>, etc.)</w:t>
      </w:r>
    </w:p>
    <w:p w14:paraId="1A26AB33" w14:textId="77777777" w:rsidR="003A5BC6" w:rsidRPr="0021747A" w:rsidRDefault="003A5BC6" w:rsidP="003A5BC6">
      <w:pPr>
        <w:spacing w:after="40" w:line="252" w:lineRule="auto"/>
        <w:rPr>
          <w:rFonts w:cs="Segoe UI Symbol"/>
        </w:rPr>
      </w:pPr>
      <w:r w:rsidRPr="0021747A">
        <w:rPr>
          <w:rFonts w:ascii="Segoe UI Symbol" w:hAnsi="Segoe UI Symbol" w:cs="Segoe UI Symbol"/>
        </w:rPr>
        <w:t>✘</w:t>
      </w:r>
      <w:r w:rsidRPr="0021747A">
        <w:rPr>
          <w:rFonts w:cs="Segoe UI Symbol"/>
        </w:rPr>
        <w:t xml:space="preserve"> </w:t>
      </w:r>
      <w:proofErr w:type="spellStart"/>
      <w:r w:rsidRPr="0021747A">
        <w:rPr>
          <w:rFonts w:cs="Segoe UI Symbol"/>
        </w:rPr>
        <w:t>Gorjetas</w:t>
      </w:r>
      <w:proofErr w:type="spellEnd"/>
      <w:r w:rsidRPr="0021747A">
        <w:rPr>
          <w:rFonts w:cs="Segoe UI Symbol"/>
        </w:rPr>
        <w:t xml:space="preserve"> para </w:t>
      </w:r>
      <w:proofErr w:type="spellStart"/>
      <w:r w:rsidRPr="0021747A">
        <w:rPr>
          <w:rFonts w:cs="Segoe UI Symbol"/>
        </w:rPr>
        <w:t>guias</w:t>
      </w:r>
      <w:proofErr w:type="spellEnd"/>
      <w:r w:rsidRPr="0021747A">
        <w:rPr>
          <w:rFonts w:cs="Segoe UI Symbol"/>
        </w:rPr>
        <w:t xml:space="preserve">, </w:t>
      </w:r>
      <w:proofErr w:type="spellStart"/>
      <w:r w:rsidRPr="0021747A">
        <w:rPr>
          <w:rFonts w:cs="Segoe UI Symbol"/>
        </w:rPr>
        <w:t>motoristas</w:t>
      </w:r>
      <w:proofErr w:type="spellEnd"/>
      <w:r w:rsidRPr="0021747A">
        <w:rPr>
          <w:rFonts w:cs="Segoe UI Symbol"/>
        </w:rPr>
        <w:t xml:space="preserve"> e </w:t>
      </w:r>
      <w:proofErr w:type="spellStart"/>
      <w:r w:rsidRPr="0021747A">
        <w:rPr>
          <w:rFonts w:cs="Segoe UI Symbol"/>
        </w:rPr>
        <w:t>serviços</w:t>
      </w:r>
      <w:proofErr w:type="spellEnd"/>
      <w:r w:rsidRPr="0021747A">
        <w:rPr>
          <w:rFonts w:cs="Segoe UI Symbol"/>
        </w:rPr>
        <w:t xml:space="preserve"> </w:t>
      </w:r>
      <w:proofErr w:type="spellStart"/>
      <w:r w:rsidRPr="0021747A">
        <w:rPr>
          <w:rFonts w:cs="Segoe UI Symbol"/>
        </w:rPr>
        <w:t>locais</w:t>
      </w:r>
      <w:proofErr w:type="spellEnd"/>
    </w:p>
    <w:p w14:paraId="00FA94A8" w14:textId="77777777" w:rsidR="003A5BC6" w:rsidRPr="0021747A" w:rsidRDefault="003A5BC6" w:rsidP="003A5BC6">
      <w:pPr>
        <w:spacing w:after="40" w:line="252" w:lineRule="auto"/>
        <w:rPr>
          <w:rFonts w:cs="Segoe UI Symbol"/>
        </w:rPr>
      </w:pPr>
    </w:p>
    <w:p w14:paraId="4A1F6306" w14:textId="6F3D34FC" w:rsidR="00B569A9" w:rsidRPr="0021747A" w:rsidRDefault="00000000" w:rsidP="003A5BC6">
      <w:pPr>
        <w:pStyle w:val="BoxTitle"/>
        <w:spacing w:before="120"/>
      </w:pPr>
      <w:r w:rsidRPr="0021747A">
        <w:rPr>
          <w:rFonts w:ascii="Segoe UI Emoji" w:hAnsi="Segoe UI Emoji" w:cs="Segoe UI Emoji"/>
        </w:rPr>
        <w:t>📝</w:t>
      </w:r>
      <w:r w:rsidRPr="0021747A">
        <w:t xml:space="preserve"> </w:t>
      </w:r>
      <w:proofErr w:type="spellStart"/>
      <w:r w:rsidRPr="0021747A">
        <w:t>Notas</w:t>
      </w:r>
      <w:proofErr w:type="spellEnd"/>
      <w:r w:rsidRPr="0021747A">
        <w:t>:</w:t>
      </w:r>
    </w:p>
    <w:p w14:paraId="686BB153" w14:textId="77777777" w:rsidR="003A5BC6" w:rsidRPr="0021747A" w:rsidRDefault="003A5BC6" w:rsidP="003A5BC6">
      <w:pPr>
        <w:spacing w:after="40" w:line="252" w:lineRule="auto"/>
        <w:rPr>
          <w:rFonts w:cs="Segoe UI Symbol"/>
        </w:rPr>
      </w:pPr>
      <w:r w:rsidRPr="0021747A">
        <w:rPr>
          <w:rFonts w:cs="Segoe UI Symbol"/>
        </w:rPr>
        <w:t>TODOS OS VALORES SÃO NETOS – NÃO COMISSIONADOS</w:t>
      </w:r>
    </w:p>
    <w:p w14:paraId="58A2846D" w14:textId="77777777" w:rsidR="003A5BC6" w:rsidRPr="0021747A" w:rsidRDefault="003A5BC6" w:rsidP="003A5BC6">
      <w:pPr>
        <w:spacing w:after="40" w:line="252" w:lineRule="auto"/>
        <w:rPr>
          <w:rFonts w:cs="Segoe UI Symbol"/>
        </w:rPr>
      </w:pPr>
      <w:r w:rsidRPr="0021747A">
        <w:rPr>
          <w:rFonts w:cs="Segoe UI Symbol"/>
        </w:rPr>
        <w:t xml:space="preserve">*SUJEITO A DISPONIBILIDADE E ALTERAÇÃO DE VALOR NO MOMENTO DA CONFIRMAÇÃO DA RESERVA. </w:t>
      </w:r>
    </w:p>
    <w:p w14:paraId="3D9AE086" w14:textId="77777777" w:rsidR="003A5BC6" w:rsidRPr="0021747A" w:rsidRDefault="003A5BC6" w:rsidP="003A5BC6">
      <w:pPr>
        <w:spacing w:after="40" w:line="252" w:lineRule="auto"/>
        <w:rPr>
          <w:rFonts w:cs="Segoe UI Symbol"/>
        </w:rPr>
      </w:pPr>
      <w:r w:rsidRPr="0021747A">
        <w:rPr>
          <w:rFonts w:cs="Segoe UI Symbol"/>
        </w:rPr>
        <w:t>*CONSULTE-NOS PARA MAIS INFORMAÇÕES, POSSIBILIDADE DE OUTRAS DATAS E OUTRAS COMBINAÇÕES.</w:t>
      </w:r>
    </w:p>
    <w:p w14:paraId="3872A805" w14:textId="79A44A65" w:rsidR="00B569A9" w:rsidRPr="0021747A" w:rsidRDefault="003A5BC6" w:rsidP="003A5BC6">
      <w:pPr>
        <w:spacing w:after="40" w:line="252" w:lineRule="auto"/>
        <w:rPr>
          <w:rFonts w:cs="Segoe UI Symbol"/>
        </w:rPr>
      </w:pPr>
      <w:r w:rsidRPr="0021747A">
        <w:rPr>
          <w:rFonts w:cs="Segoe UI Symbol"/>
        </w:rPr>
        <w:t>* SITUAÇÕES DIFERENTES DAS CITADAS ACIMA, POR FAVOR, CONSULTE-NOS.</w:t>
      </w:r>
    </w:p>
    <w:sectPr w:rsidR="00B569A9" w:rsidRPr="0021747A" w:rsidSect="00034616">
      <w:footerReference w:type="default" r:id="rId8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DE516" w14:textId="77777777" w:rsidR="00B66D43" w:rsidRDefault="00B66D43">
      <w:pPr>
        <w:spacing w:after="0" w:line="240" w:lineRule="auto"/>
      </w:pPr>
      <w:r>
        <w:separator/>
      </w:r>
    </w:p>
  </w:endnote>
  <w:endnote w:type="continuationSeparator" w:id="0">
    <w:p w14:paraId="100A3D92" w14:textId="77777777" w:rsidR="00B66D43" w:rsidRDefault="00B66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E3EB9" w14:textId="671D1A40" w:rsidR="00B569A9" w:rsidRDefault="00000000">
    <w:pPr>
      <w:pStyle w:val="Rodap"/>
      <w:jc w:val="center"/>
    </w:pPr>
    <w:proofErr w:type="spellStart"/>
    <w:r>
      <w:rPr>
        <w:color w:val="6B7280"/>
        <w:sz w:val="16"/>
      </w:rPr>
      <w:t>Descubra</w:t>
    </w:r>
    <w:proofErr w:type="spellEnd"/>
    <w:r>
      <w:rPr>
        <w:color w:val="6B7280"/>
        <w:sz w:val="16"/>
      </w:rPr>
      <w:t xml:space="preserve"> </w:t>
    </w:r>
    <w:r w:rsidR="00495537">
      <w:rPr>
        <w:color w:val="6B7280"/>
        <w:sz w:val="16"/>
      </w:rPr>
      <w:t xml:space="preserve">o </w:t>
    </w:r>
    <w:proofErr w:type="spellStart"/>
    <w:r w:rsidR="00495537">
      <w:rPr>
        <w:color w:val="6B7280"/>
        <w:sz w:val="16"/>
      </w:rPr>
      <w:t>Camboja</w:t>
    </w:r>
    <w:proofErr w:type="spellEnd"/>
    <w:r w:rsidR="00495537">
      <w:rPr>
        <w:color w:val="6B7280"/>
        <w:sz w:val="16"/>
      </w:rPr>
      <w:t xml:space="preserve"> </w:t>
    </w:r>
    <w:r>
      <w:rPr>
        <w:color w:val="6B7280"/>
        <w:sz w:val="16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565DF" w14:textId="77777777" w:rsidR="00B66D43" w:rsidRDefault="00B66D43">
      <w:pPr>
        <w:spacing w:after="0" w:line="240" w:lineRule="auto"/>
      </w:pPr>
      <w:r>
        <w:separator/>
      </w:r>
    </w:p>
  </w:footnote>
  <w:footnote w:type="continuationSeparator" w:id="0">
    <w:p w14:paraId="157A27F6" w14:textId="77777777" w:rsidR="00B66D43" w:rsidRDefault="00B66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E76132"/>
    <w:multiLevelType w:val="hybridMultilevel"/>
    <w:tmpl w:val="160E70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BE4A0C"/>
    <w:multiLevelType w:val="hybridMultilevel"/>
    <w:tmpl w:val="DFA2D5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9B7E50"/>
    <w:multiLevelType w:val="hybridMultilevel"/>
    <w:tmpl w:val="40985B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E00E4"/>
    <w:multiLevelType w:val="hybridMultilevel"/>
    <w:tmpl w:val="C1F0B0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55B05"/>
    <w:multiLevelType w:val="multilevel"/>
    <w:tmpl w:val="4200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18667B"/>
    <w:multiLevelType w:val="hybridMultilevel"/>
    <w:tmpl w:val="9BAEE2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39409A"/>
    <w:multiLevelType w:val="hybridMultilevel"/>
    <w:tmpl w:val="3D96F4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4F25BD"/>
    <w:multiLevelType w:val="hybridMultilevel"/>
    <w:tmpl w:val="1EBA0D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534669">
    <w:abstractNumId w:val="8"/>
  </w:num>
  <w:num w:numId="2" w16cid:durableId="1178036200">
    <w:abstractNumId w:val="6"/>
  </w:num>
  <w:num w:numId="3" w16cid:durableId="250623158">
    <w:abstractNumId w:val="5"/>
  </w:num>
  <w:num w:numId="4" w16cid:durableId="414939376">
    <w:abstractNumId w:val="4"/>
  </w:num>
  <w:num w:numId="5" w16cid:durableId="638001872">
    <w:abstractNumId w:val="7"/>
  </w:num>
  <w:num w:numId="6" w16cid:durableId="628899519">
    <w:abstractNumId w:val="3"/>
  </w:num>
  <w:num w:numId="7" w16cid:durableId="1077744504">
    <w:abstractNumId w:val="2"/>
  </w:num>
  <w:num w:numId="8" w16cid:durableId="1077557848">
    <w:abstractNumId w:val="1"/>
  </w:num>
  <w:num w:numId="9" w16cid:durableId="993872439">
    <w:abstractNumId w:val="0"/>
  </w:num>
  <w:num w:numId="10" w16cid:durableId="2061440143">
    <w:abstractNumId w:val="13"/>
  </w:num>
  <w:num w:numId="11" w16cid:durableId="971331009">
    <w:abstractNumId w:val="9"/>
  </w:num>
  <w:num w:numId="12" w16cid:durableId="520045680">
    <w:abstractNumId w:val="12"/>
  </w:num>
  <w:num w:numId="13" w16cid:durableId="493498588">
    <w:abstractNumId w:val="11"/>
  </w:num>
  <w:num w:numId="14" w16cid:durableId="711270864">
    <w:abstractNumId w:val="15"/>
  </w:num>
  <w:num w:numId="15" w16cid:durableId="278340355">
    <w:abstractNumId w:val="16"/>
  </w:num>
  <w:num w:numId="16" w16cid:durableId="2129547237">
    <w:abstractNumId w:val="14"/>
  </w:num>
  <w:num w:numId="17" w16cid:durableId="16543319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19C9"/>
    <w:rsid w:val="001040EA"/>
    <w:rsid w:val="0015074B"/>
    <w:rsid w:val="0021747A"/>
    <w:rsid w:val="00253C20"/>
    <w:rsid w:val="0029639D"/>
    <w:rsid w:val="00326F90"/>
    <w:rsid w:val="003A5BC6"/>
    <w:rsid w:val="003D445A"/>
    <w:rsid w:val="00495537"/>
    <w:rsid w:val="00581958"/>
    <w:rsid w:val="00664199"/>
    <w:rsid w:val="007F306A"/>
    <w:rsid w:val="00AA1D8D"/>
    <w:rsid w:val="00B47730"/>
    <w:rsid w:val="00B569A9"/>
    <w:rsid w:val="00B66D43"/>
    <w:rsid w:val="00B700F2"/>
    <w:rsid w:val="00C173F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DC7BAC"/>
  <w14:defaultImageDpi w14:val="300"/>
  <w15:docId w15:val="{2F5CCDC3-533A-44C4-A355-1CAD21D7C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color w:val="2B313A"/>
      <w:sz w:val="18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link w:val="SemEspaamentoChar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uloCapa">
    <w:name w:val="TituloCapa"/>
    <w:rPr>
      <w:rFonts w:ascii="Aptos" w:eastAsia="Aptos" w:hAnsi="Aptos"/>
      <w:b/>
      <w:color w:val="FFFFFF"/>
      <w:sz w:val="56"/>
    </w:rPr>
  </w:style>
  <w:style w:type="paragraph" w:customStyle="1" w:styleId="SubtituloCapa">
    <w:name w:val="SubtituloCapa"/>
    <w:rPr>
      <w:rFonts w:ascii="Aptos" w:eastAsia="Aptos" w:hAnsi="Aptos"/>
      <w:color w:val="FFFFFF"/>
      <w:sz w:val="26"/>
    </w:rPr>
  </w:style>
  <w:style w:type="paragraph" w:customStyle="1" w:styleId="HeadingViagem">
    <w:name w:val="HeadingViagem"/>
    <w:rPr>
      <w:rFonts w:ascii="Aptos" w:eastAsia="Aptos" w:hAnsi="Aptos"/>
      <w:b/>
      <w:color w:val="123C69"/>
      <w:sz w:val="32"/>
    </w:rPr>
  </w:style>
  <w:style w:type="paragraph" w:customStyle="1" w:styleId="Subheading">
    <w:name w:val="Subheading"/>
    <w:rPr>
      <w:rFonts w:ascii="Aptos" w:eastAsia="Aptos" w:hAnsi="Aptos"/>
      <w:b/>
      <w:color w:val="1B638F"/>
    </w:rPr>
  </w:style>
  <w:style w:type="paragraph" w:customStyle="1" w:styleId="Dia">
    <w:name w:val="Dia"/>
    <w:rPr>
      <w:rFonts w:ascii="Aptos" w:eastAsia="Aptos" w:hAnsi="Aptos"/>
      <w:b/>
      <w:color w:val="0F5D7F"/>
      <w:sz w:val="21"/>
    </w:rPr>
  </w:style>
  <w:style w:type="paragraph" w:customStyle="1" w:styleId="BoxTitle">
    <w:name w:val="BoxTitle"/>
    <w:rPr>
      <w:rFonts w:ascii="Aptos" w:eastAsia="Aptos" w:hAnsi="Aptos"/>
      <w:b/>
      <w:color w:val="123C69"/>
    </w:rPr>
  </w:style>
  <w:style w:type="paragraph" w:customStyle="1" w:styleId="Legenda1">
    <w:name w:val="Legenda1"/>
    <w:rPr>
      <w:rFonts w:ascii="Aptos" w:eastAsia="Aptos" w:hAnsi="Aptos"/>
      <w:color w:val="6B7280"/>
      <w:sz w:val="14"/>
    </w:rPr>
  </w:style>
  <w:style w:type="character" w:customStyle="1" w:styleId="SemEspaamentoChar">
    <w:name w:val="Sem Espaçamento Char"/>
    <w:link w:val="SemEspaamento"/>
    <w:uiPriority w:val="1"/>
    <w:qFormat/>
    <w:locked/>
    <w:rsid w:val="0010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3067</Words>
  <Characters>16567</Characters>
  <Application>Microsoft Office Word</Application>
  <DocSecurity>0</DocSecurity>
  <Lines>138</Lines>
  <Paragraphs>39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Manuela Bueno Teixeira</cp:lastModifiedBy>
  <cp:revision>4</cp:revision>
  <dcterms:created xsi:type="dcterms:W3CDTF">2026-06-20T21:34:00Z</dcterms:created>
  <dcterms:modified xsi:type="dcterms:W3CDTF">2026-06-21T16:07:00Z</dcterms:modified>
  <cp:category/>
</cp:coreProperties>
</file>