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9EBF" w14:textId="2EC6FD1A" w:rsidR="00B569A9" w:rsidRDefault="00B569A9" w:rsidP="003A5B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569A9" w14:paraId="27ADA6D2" w14:textId="77777777">
        <w:trPr>
          <w:jc w:val="center"/>
        </w:trPr>
        <w:tc>
          <w:tcPr>
            <w:tcW w:w="10656" w:type="dxa"/>
            <w:shd w:val="clear" w:color="auto" w:fill="123C6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E0EF9AE" w14:textId="4B23E704" w:rsidR="00B569A9" w:rsidRDefault="00000000">
            <w:pPr>
              <w:jc w:val="center"/>
            </w:pPr>
            <w:r>
              <w:rPr>
                <w:b/>
                <w:color w:val="FFFFFF"/>
                <w:sz w:val="52"/>
              </w:rPr>
              <w:t xml:space="preserve">DESCUBRA </w:t>
            </w:r>
            <w:r w:rsidR="00BD5FFB">
              <w:rPr>
                <w:b/>
                <w:color w:val="FFFFFF"/>
                <w:sz w:val="52"/>
              </w:rPr>
              <w:t>A TAILÂNDIA</w:t>
            </w:r>
          </w:p>
          <w:p w14:paraId="3F8D3817" w14:textId="398B6B68" w:rsidR="00B569A9" w:rsidRDefault="00000000">
            <w:pPr>
              <w:jc w:val="center"/>
            </w:pPr>
            <w:r>
              <w:rPr>
                <w:color w:val="FFFFFF"/>
                <w:sz w:val="24"/>
              </w:rPr>
              <w:t>2026</w:t>
            </w:r>
            <w:r w:rsidR="00AF6C5F">
              <w:rPr>
                <w:color w:val="FFFFFF"/>
                <w:sz w:val="24"/>
              </w:rPr>
              <w:t>/2027</w:t>
            </w:r>
            <w:r>
              <w:rPr>
                <w:color w:val="FFFFFF"/>
                <w:sz w:val="24"/>
              </w:rPr>
              <w:t xml:space="preserve"> • </w:t>
            </w:r>
            <w:proofErr w:type="spellStart"/>
            <w:r>
              <w:rPr>
                <w:color w:val="FFFFFF"/>
                <w:sz w:val="24"/>
              </w:rPr>
              <w:t>Roteiros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hotéis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previstos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inclusões</w:t>
            </w:r>
            <w:proofErr w:type="spellEnd"/>
            <w:r>
              <w:rPr>
                <w:color w:val="FFFFFF"/>
                <w:sz w:val="24"/>
              </w:rPr>
              <w:t xml:space="preserve"> e </w:t>
            </w:r>
            <w:proofErr w:type="spellStart"/>
            <w:r>
              <w:rPr>
                <w:color w:val="FFFFFF"/>
                <w:sz w:val="24"/>
              </w:rPr>
              <w:t>tarifas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originais</w:t>
            </w:r>
            <w:proofErr w:type="spellEnd"/>
          </w:p>
        </w:tc>
      </w:tr>
    </w:tbl>
    <w:p w14:paraId="4BE57F4F" w14:textId="77777777" w:rsidR="00B569A9" w:rsidRDefault="00000000">
      <w:pPr>
        <w:jc w:val="center"/>
      </w:pPr>
      <w:r>
        <w:rPr>
          <w:i/>
        </w:rPr>
        <w:t xml:space="preserve">Material </w:t>
      </w:r>
      <w:proofErr w:type="spellStart"/>
      <w:r>
        <w:rPr>
          <w:i/>
        </w:rPr>
        <w:t>diagramado</w:t>
      </w:r>
      <w:proofErr w:type="spellEnd"/>
      <w:r>
        <w:rPr>
          <w:i/>
        </w:rPr>
        <w:t xml:space="preserve"> com imagens </w:t>
      </w:r>
      <w:proofErr w:type="spellStart"/>
      <w:r>
        <w:rPr>
          <w:i/>
        </w:rPr>
        <w:t>realistas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títulos</w:t>
      </w:r>
      <w:proofErr w:type="spellEnd"/>
      <w:r>
        <w:rPr>
          <w:i/>
        </w:rPr>
        <w:t xml:space="preserve"> com emojis. Valores </w:t>
      </w:r>
      <w:proofErr w:type="spellStart"/>
      <w:r>
        <w:rPr>
          <w:i/>
        </w:rPr>
        <w:t>mantidos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arquivo</w:t>
      </w:r>
      <w:proofErr w:type="spellEnd"/>
      <w:r>
        <w:rPr>
          <w:i/>
        </w:rPr>
        <w:t xml:space="preserve"> original.</w:t>
      </w:r>
    </w:p>
    <w:p w14:paraId="3E51DC4E" w14:textId="77777777" w:rsidR="00B569A9" w:rsidRDefault="00B569A9">
      <w:pPr>
        <w:pBdr>
          <w:bottom w:val="single" w:sz="12" w:space="1" w:color="E6B35A"/>
        </w:pBdr>
        <w:spacing w:after="120"/>
      </w:pPr>
    </w:p>
    <w:p w14:paraId="1964EB70" w14:textId="368344A6" w:rsidR="00B569A9" w:rsidRDefault="00000000" w:rsidP="003A5BC6">
      <w:pPr>
        <w:pStyle w:val="HeadingViagem"/>
        <w:spacing w:before="80" w:after="80"/>
        <w:jc w:val="center"/>
      </w:pPr>
      <w:r>
        <w:t>🏺</w:t>
      </w:r>
      <w:r w:rsidR="00BD5FFB">
        <w:t xml:space="preserve"> </w:t>
      </w:r>
      <w:r w:rsidR="00BD5FFB" w:rsidRPr="00BD5FFB">
        <w:t>DESCUBRA AS CORES DA TAILÂNDIA</w:t>
      </w:r>
      <w:r>
        <w:t xml:space="preserve"> (</w:t>
      </w:r>
      <w:r w:rsidR="00BD5FFB">
        <w:t>10</w:t>
      </w:r>
      <w:r>
        <w:t xml:space="preserve"> DIAS / </w:t>
      </w:r>
      <w:r w:rsidR="00BD5FFB">
        <w:t>9</w:t>
      </w:r>
      <w:r>
        <w:t xml:space="preserve"> NOITES)</w:t>
      </w:r>
    </w:p>
    <w:p w14:paraId="4FA8D505" w14:textId="77777777" w:rsidR="00B569A9" w:rsidRDefault="00B569A9">
      <w:pPr>
        <w:pBdr>
          <w:bottom w:val="single" w:sz="12" w:space="1" w:color="E6B35A"/>
        </w:pBdr>
        <w:spacing w:after="120"/>
      </w:pPr>
    </w:p>
    <w:p w14:paraId="0EFEB7D2" w14:textId="01B9E168" w:rsidR="00B569A9" w:rsidRDefault="00000000">
      <w:pPr>
        <w:pStyle w:val="Dia"/>
        <w:spacing w:before="120" w:after="20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BD5FFB" w:rsidRPr="00BD5FFB">
        <w:t>BANGKOK</w:t>
      </w:r>
    </w:p>
    <w:p w14:paraId="54AA3F49" w14:textId="77777777" w:rsidR="00BD5FFB" w:rsidRDefault="00BD5FFB" w:rsidP="00BD5FFB">
      <w:pPr>
        <w:spacing w:after="40" w:line="252" w:lineRule="auto"/>
        <w:jc w:val="both"/>
      </w:pPr>
      <w:proofErr w:type="spellStart"/>
      <w:r>
        <w:t>Chegada</w:t>
      </w:r>
      <w:proofErr w:type="spellEnd"/>
      <w:r>
        <w:t xml:space="preserve"> a Bangkok e </w:t>
      </w:r>
      <w:proofErr w:type="spellStart"/>
      <w:r>
        <w:t>recepção</w:t>
      </w:r>
      <w:proofErr w:type="spellEnd"/>
      <w:r>
        <w:t xml:space="preserve"> no </w:t>
      </w:r>
      <w:proofErr w:type="spellStart"/>
      <w:r>
        <w:t>aeroporto</w:t>
      </w:r>
      <w:proofErr w:type="spellEnd"/>
      <w:r>
        <w:t>.</w:t>
      </w:r>
    </w:p>
    <w:p w14:paraId="224ABFDE" w14:textId="77777777" w:rsidR="00BD5FFB" w:rsidRDefault="00BD5FFB" w:rsidP="00BD5FFB">
      <w:pPr>
        <w:spacing w:after="40" w:line="252" w:lineRule="auto"/>
        <w:jc w:val="both"/>
      </w:pPr>
      <w:proofErr w:type="spellStart"/>
      <w:r>
        <w:t>Traslado</w:t>
      </w:r>
      <w:proofErr w:type="spellEnd"/>
      <w:r>
        <w:t xml:space="preserve"> de </w:t>
      </w:r>
      <w:proofErr w:type="spellStart"/>
      <w:r>
        <w:t>chegada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hotel. O </w:t>
      </w:r>
      <w:proofErr w:type="spellStart"/>
      <w:r>
        <w:t>horário</w:t>
      </w:r>
      <w:proofErr w:type="spellEnd"/>
      <w:r>
        <w:t xml:space="preserve"> de check-in é a </w:t>
      </w:r>
      <w:proofErr w:type="spellStart"/>
      <w:r>
        <w:t>partir</w:t>
      </w:r>
      <w:proofErr w:type="spellEnd"/>
      <w:r>
        <w:t xml:space="preserve"> das 14h00.</w:t>
      </w:r>
    </w:p>
    <w:p w14:paraId="377D4FC2" w14:textId="6E07C119" w:rsidR="00AF6C5F" w:rsidRDefault="00BD5FFB" w:rsidP="00BD5FFB">
      <w:pPr>
        <w:spacing w:after="40" w:line="252" w:lineRule="auto"/>
        <w:jc w:val="both"/>
        <w:rPr>
          <w:b/>
          <w:bCs/>
        </w:rPr>
      </w:pPr>
      <w:proofErr w:type="spellStart"/>
      <w:r>
        <w:t>Hospedagem</w:t>
      </w:r>
      <w:proofErr w:type="spellEnd"/>
      <w:r>
        <w:t xml:space="preserve"> </w:t>
      </w:r>
      <w:proofErr w:type="gramStart"/>
      <w:r>
        <w:t>no</w:t>
      </w:r>
      <w:proofErr w:type="gramEnd"/>
      <w:r>
        <w:t xml:space="preserve"> hotel.</w:t>
      </w:r>
    </w:p>
    <w:p w14:paraId="09BBA707" w14:textId="77777777" w:rsidR="00BD5FFB" w:rsidRPr="00AF6C5F" w:rsidRDefault="00BD5FFB" w:rsidP="00BD5FFB">
      <w:pPr>
        <w:spacing w:after="40" w:line="252" w:lineRule="auto"/>
        <w:jc w:val="both"/>
      </w:pPr>
    </w:p>
    <w:p w14:paraId="0D8F02AF" w14:textId="2057A9CE" w:rsidR="00B569A9" w:rsidRDefault="00000000" w:rsidP="00AF6C5F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2º </w:t>
      </w:r>
      <w:proofErr w:type="spellStart"/>
      <w:r>
        <w:t>dia</w:t>
      </w:r>
      <w:proofErr w:type="spellEnd"/>
      <w:r>
        <w:t xml:space="preserve">: </w:t>
      </w:r>
      <w:r w:rsidR="00BD5FFB" w:rsidRPr="00BD5FFB">
        <w:t>BANGKOK – City tour</w:t>
      </w:r>
    </w:p>
    <w:p w14:paraId="6DBA2391" w14:textId="77777777" w:rsidR="00BD5FFB" w:rsidRPr="00BD5FFB" w:rsidRDefault="00BD5FFB" w:rsidP="00BD5FFB">
      <w:pPr>
        <w:spacing w:after="40" w:line="252" w:lineRule="auto"/>
        <w:jc w:val="both"/>
      </w:pPr>
      <w:r w:rsidRPr="00BD5FFB">
        <w:t xml:space="preserve">Café da </w:t>
      </w:r>
      <w:proofErr w:type="spellStart"/>
      <w:r w:rsidRPr="00BD5FFB">
        <w:t>manhã</w:t>
      </w:r>
      <w:proofErr w:type="spellEnd"/>
      <w:r w:rsidRPr="00BD5FFB">
        <w:t xml:space="preserve"> no hotel.</w:t>
      </w:r>
    </w:p>
    <w:p w14:paraId="18F362D2" w14:textId="77777777" w:rsidR="00BD5FFB" w:rsidRPr="00BD5FFB" w:rsidRDefault="00BD5FFB" w:rsidP="00BD5FFB">
      <w:pPr>
        <w:spacing w:after="40" w:line="252" w:lineRule="auto"/>
        <w:jc w:val="both"/>
      </w:pPr>
      <w:proofErr w:type="spellStart"/>
      <w:r w:rsidRPr="00BD5FFB">
        <w:t>Saída</w:t>
      </w:r>
      <w:proofErr w:type="spellEnd"/>
      <w:r w:rsidRPr="00BD5FFB">
        <w:t xml:space="preserve"> para um </w:t>
      </w:r>
      <w:proofErr w:type="spellStart"/>
      <w:r w:rsidRPr="00BD5FFB">
        <w:t>passeio</w:t>
      </w:r>
      <w:proofErr w:type="spellEnd"/>
      <w:r w:rsidRPr="00BD5FFB">
        <w:t xml:space="preserve"> </w:t>
      </w:r>
      <w:proofErr w:type="spellStart"/>
      <w:r w:rsidRPr="00BD5FFB">
        <w:t>pelas</w:t>
      </w:r>
      <w:proofErr w:type="spellEnd"/>
      <w:r w:rsidRPr="00BD5FFB">
        <w:t xml:space="preserve"> </w:t>
      </w:r>
      <w:proofErr w:type="spellStart"/>
      <w:r w:rsidRPr="00BD5FFB">
        <w:t>principais</w:t>
      </w:r>
      <w:proofErr w:type="spellEnd"/>
      <w:r w:rsidRPr="00BD5FFB">
        <w:t xml:space="preserve"> </w:t>
      </w:r>
      <w:proofErr w:type="spellStart"/>
      <w:r w:rsidRPr="00BD5FFB">
        <w:t>ruas</w:t>
      </w:r>
      <w:proofErr w:type="spellEnd"/>
      <w:r w:rsidRPr="00BD5FFB">
        <w:t xml:space="preserve"> de Bangkok e </w:t>
      </w:r>
      <w:proofErr w:type="spellStart"/>
      <w:r w:rsidRPr="00BD5FFB">
        <w:t>sua</w:t>
      </w:r>
      <w:proofErr w:type="spellEnd"/>
      <w:r w:rsidRPr="00BD5FFB">
        <w:t xml:space="preserve"> </w:t>
      </w:r>
      <w:proofErr w:type="spellStart"/>
      <w:r w:rsidRPr="00BD5FFB">
        <w:t>parte</w:t>
      </w:r>
      <w:proofErr w:type="spellEnd"/>
      <w:r w:rsidRPr="00BD5FFB">
        <w:t xml:space="preserve"> </w:t>
      </w:r>
      <w:proofErr w:type="spellStart"/>
      <w:r w:rsidRPr="00BD5FFB">
        <w:t>antiga</w:t>
      </w:r>
      <w:proofErr w:type="spellEnd"/>
      <w:r w:rsidRPr="00BD5FFB">
        <w:t>.</w:t>
      </w:r>
    </w:p>
    <w:p w14:paraId="4C22D08E" w14:textId="77777777" w:rsidR="00BD5FFB" w:rsidRPr="00BD5FFB" w:rsidRDefault="00BD5FFB" w:rsidP="00BD5FFB">
      <w:pPr>
        <w:spacing w:after="40" w:line="252" w:lineRule="auto"/>
        <w:jc w:val="both"/>
      </w:pPr>
      <w:proofErr w:type="spellStart"/>
      <w:r w:rsidRPr="00BD5FFB">
        <w:t>Começaremos</w:t>
      </w:r>
      <w:proofErr w:type="spellEnd"/>
      <w:r w:rsidRPr="00BD5FFB">
        <w:t xml:space="preserve"> com a visita </w:t>
      </w:r>
      <w:proofErr w:type="spellStart"/>
      <w:r w:rsidRPr="00BD5FFB">
        <w:t>ao</w:t>
      </w:r>
      <w:proofErr w:type="spellEnd"/>
      <w:r w:rsidRPr="00BD5FFB">
        <w:t xml:space="preserve"> Templo do Buda de Ouro (Wat </w:t>
      </w:r>
      <w:proofErr w:type="spellStart"/>
      <w:r w:rsidRPr="00BD5FFB">
        <w:t>Traimit</w:t>
      </w:r>
      <w:proofErr w:type="spellEnd"/>
      <w:r w:rsidRPr="00BD5FFB">
        <w:t xml:space="preserve">), </w:t>
      </w:r>
      <w:proofErr w:type="spellStart"/>
      <w:r w:rsidRPr="00BD5FFB">
        <w:t>que</w:t>
      </w:r>
      <w:proofErr w:type="spellEnd"/>
      <w:r w:rsidRPr="00BD5FFB">
        <w:t xml:space="preserve"> </w:t>
      </w:r>
      <w:proofErr w:type="spellStart"/>
      <w:r w:rsidRPr="00BD5FFB">
        <w:t>abriga</w:t>
      </w:r>
      <w:proofErr w:type="spellEnd"/>
      <w:r w:rsidRPr="00BD5FFB">
        <w:t xml:space="preserve"> </w:t>
      </w:r>
      <w:proofErr w:type="spellStart"/>
      <w:r w:rsidRPr="00BD5FFB">
        <w:t>uma</w:t>
      </w:r>
      <w:proofErr w:type="spellEnd"/>
      <w:r w:rsidRPr="00BD5FFB">
        <w:t xml:space="preserve"> </w:t>
      </w:r>
      <w:proofErr w:type="spellStart"/>
      <w:r w:rsidRPr="00BD5FFB">
        <w:t>estátua</w:t>
      </w:r>
      <w:proofErr w:type="spellEnd"/>
      <w:r w:rsidRPr="00BD5FFB">
        <w:t xml:space="preserve"> de Buda </w:t>
      </w:r>
      <w:proofErr w:type="spellStart"/>
      <w:r w:rsidRPr="00BD5FFB">
        <w:t>feita</w:t>
      </w:r>
      <w:proofErr w:type="spellEnd"/>
      <w:r w:rsidRPr="00BD5FFB">
        <w:t xml:space="preserve"> com 5,5 </w:t>
      </w:r>
      <w:proofErr w:type="spellStart"/>
      <w:r w:rsidRPr="00BD5FFB">
        <w:t>toneladas</w:t>
      </w:r>
      <w:proofErr w:type="spellEnd"/>
      <w:r w:rsidRPr="00BD5FFB">
        <w:t xml:space="preserve"> de </w:t>
      </w:r>
      <w:proofErr w:type="spellStart"/>
      <w:r w:rsidRPr="00BD5FFB">
        <w:t>ouro</w:t>
      </w:r>
      <w:proofErr w:type="spellEnd"/>
      <w:r w:rsidRPr="00BD5FFB">
        <w:t xml:space="preserve"> </w:t>
      </w:r>
      <w:proofErr w:type="spellStart"/>
      <w:r w:rsidRPr="00BD5FFB">
        <w:t>maciço</w:t>
      </w:r>
      <w:proofErr w:type="spellEnd"/>
      <w:r w:rsidRPr="00BD5FFB">
        <w:t>.</w:t>
      </w:r>
    </w:p>
    <w:p w14:paraId="6EA7AF40" w14:textId="77777777" w:rsidR="00BD5FFB" w:rsidRPr="00BD5FFB" w:rsidRDefault="00BD5FFB" w:rsidP="00BD5FFB">
      <w:pPr>
        <w:spacing w:after="40" w:line="252" w:lineRule="auto"/>
        <w:jc w:val="both"/>
      </w:pPr>
      <w:r w:rsidRPr="00BD5FFB">
        <w:t xml:space="preserve">Em </w:t>
      </w:r>
      <w:proofErr w:type="spellStart"/>
      <w:r w:rsidRPr="00BD5FFB">
        <w:t>seguida</w:t>
      </w:r>
      <w:proofErr w:type="spellEnd"/>
      <w:r w:rsidRPr="00BD5FFB">
        <w:t xml:space="preserve">, </w:t>
      </w:r>
      <w:proofErr w:type="spellStart"/>
      <w:r w:rsidRPr="00BD5FFB">
        <w:t>visitaremos</w:t>
      </w:r>
      <w:proofErr w:type="spellEnd"/>
      <w:r w:rsidRPr="00BD5FFB">
        <w:t xml:space="preserve"> o Templo do Buda </w:t>
      </w:r>
      <w:proofErr w:type="spellStart"/>
      <w:r w:rsidRPr="00BD5FFB">
        <w:t>Reclinado</w:t>
      </w:r>
      <w:proofErr w:type="spellEnd"/>
      <w:r w:rsidRPr="00BD5FFB">
        <w:t xml:space="preserve"> (Wat Pho), </w:t>
      </w:r>
      <w:proofErr w:type="spellStart"/>
      <w:r w:rsidRPr="00BD5FFB">
        <w:t>onde</w:t>
      </w:r>
      <w:proofErr w:type="spellEnd"/>
      <w:r w:rsidRPr="00BD5FFB">
        <w:t xml:space="preserve"> se </w:t>
      </w:r>
      <w:proofErr w:type="spellStart"/>
      <w:r w:rsidRPr="00BD5FFB">
        <w:t>encontra</w:t>
      </w:r>
      <w:proofErr w:type="spellEnd"/>
      <w:r w:rsidRPr="00BD5FFB">
        <w:t xml:space="preserve"> a </w:t>
      </w:r>
      <w:proofErr w:type="spellStart"/>
      <w:r w:rsidRPr="00BD5FFB">
        <w:t>maior</w:t>
      </w:r>
      <w:proofErr w:type="spellEnd"/>
      <w:r w:rsidRPr="00BD5FFB">
        <w:t xml:space="preserve"> </w:t>
      </w:r>
      <w:proofErr w:type="spellStart"/>
      <w:r w:rsidRPr="00BD5FFB">
        <w:t>imagem</w:t>
      </w:r>
      <w:proofErr w:type="spellEnd"/>
      <w:r w:rsidRPr="00BD5FFB">
        <w:t xml:space="preserve"> de Buda </w:t>
      </w:r>
      <w:proofErr w:type="spellStart"/>
      <w:r w:rsidRPr="00BD5FFB">
        <w:t>reclinado</w:t>
      </w:r>
      <w:proofErr w:type="spellEnd"/>
      <w:r w:rsidRPr="00BD5FFB">
        <w:t xml:space="preserve"> da </w:t>
      </w:r>
      <w:proofErr w:type="spellStart"/>
      <w:r w:rsidRPr="00BD5FFB">
        <w:t>Tailândia</w:t>
      </w:r>
      <w:proofErr w:type="spellEnd"/>
      <w:r w:rsidRPr="00BD5FFB">
        <w:t>.</w:t>
      </w:r>
    </w:p>
    <w:p w14:paraId="7B45A4B7" w14:textId="77777777" w:rsidR="00BD5FFB" w:rsidRDefault="00BD5FFB" w:rsidP="00BD5FFB">
      <w:pPr>
        <w:spacing w:after="40" w:line="252" w:lineRule="auto"/>
        <w:jc w:val="both"/>
      </w:pPr>
      <w:proofErr w:type="spellStart"/>
      <w:r w:rsidRPr="00BD5FFB">
        <w:t>Finalizaremos</w:t>
      </w:r>
      <w:proofErr w:type="spellEnd"/>
      <w:r w:rsidRPr="00BD5FFB">
        <w:t xml:space="preserve"> com a visita </w:t>
      </w:r>
      <w:proofErr w:type="spellStart"/>
      <w:r w:rsidRPr="00BD5FFB">
        <w:t>ao</w:t>
      </w:r>
      <w:proofErr w:type="spellEnd"/>
      <w:r w:rsidRPr="00BD5FFB">
        <w:t xml:space="preserve"> Grande Palácio Real, </w:t>
      </w:r>
      <w:proofErr w:type="spellStart"/>
      <w:r w:rsidRPr="00BD5FFB">
        <w:t>antiga</w:t>
      </w:r>
      <w:proofErr w:type="spellEnd"/>
      <w:r w:rsidRPr="00BD5FFB">
        <w:t xml:space="preserve"> </w:t>
      </w:r>
      <w:proofErr w:type="spellStart"/>
      <w:r w:rsidRPr="00BD5FFB">
        <w:t>residência</w:t>
      </w:r>
      <w:proofErr w:type="spellEnd"/>
      <w:r w:rsidRPr="00BD5FFB">
        <w:t xml:space="preserve"> dos reis </w:t>
      </w:r>
      <w:proofErr w:type="spellStart"/>
      <w:r w:rsidRPr="00BD5FFB">
        <w:t>desde</w:t>
      </w:r>
      <w:proofErr w:type="spellEnd"/>
      <w:r w:rsidRPr="00BD5FFB">
        <w:t xml:space="preserve"> o </w:t>
      </w:r>
      <w:proofErr w:type="spellStart"/>
      <w:r w:rsidRPr="00BD5FFB">
        <w:t>ano</w:t>
      </w:r>
      <w:proofErr w:type="spellEnd"/>
      <w:r w:rsidRPr="00BD5FFB">
        <w:t xml:space="preserve"> de 1782, e </w:t>
      </w:r>
      <w:proofErr w:type="spellStart"/>
      <w:r w:rsidRPr="00BD5FFB">
        <w:t>ao</w:t>
      </w:r>
      <w:proofErr w:type="spellEnd"/>
      <w:r w:rsidRPr="00BD5FFB">
        <w:t xml:space="preserve"> Templo do Buda de Esmeralda (Wat Phra Kaeo), </w:t>
      </w:r>
      <w:proofErr w:type="spellStart"/>
      <w:r w:rsidRPr="00BD5FFB">
        <w:t>que</w:t>
      </w:r>
      <w:proofErr w:type="spellEnd"/>
      <w:r w:rsidRPr="00BD5FFB">
        <w:t xml:space="preserve"> </w:t>
      </w:r>
      <w:proofErr w:type="spellStart"/>
      <w:r w:rsidRPr="00BD5FFB">
        <w:t>guarda</w:t>
      </w:r>
      <w:proofErr w:type="spellEnd"/>
      <w:r w:rsidRPr="00BD5FFB">
        <w:t xml:space="preserve"> </w:t>
      </w:r>
      <w:proofErr w:type="gramStart"/>
      <w:r w:rsidRPr="00BD5FFB">
        <w:t>a</w:t>
      </w:r>
      <w:proofErr w:type="gramEnd"/>
      <w:r w:rsidRPr="00BD5FFB">
        <w:t xml:space="preserve"> </w:t>
      </w:r>
      <w:proofErr w:type="spellStart"/>
      <w:r w:rsidRPr="00BD5FFB">
        <w:t>imagem</w:t>
      </w:r>
      <w:proofErr w:type="spellEnd"/>
      <w:r w:rsidRPr="00BD5FFB">
        <w:t xml:space="preserve"> </w:t>
      </w:r>
      <w:proofErr w:type="spellStart"/>
      <w:r w:rsidRPr="00BD5FFB">
        <w:t>mais</w:t>
      </w:r>
      <w:proofErr w:type="spellEnd"/>
      <w:r w:rsidRPr="00BD5FFB">
        <w:t xml:space="preserve"> </w:t>
      </w:r>
      <w:proofErr w:type="spellStart"/>
      <w:r w:rsidRPr="00BD5FFB">
        <w:t>venerada</w:t>
      </w:r>
      <w:proofErr w:type="spellEnd"/>
      <w:r w:rsidRPr="00BD5FFB">
        <w:t xml:space="preserve"> do </w:t>
      </w:r>
      <w:proofErr w:type="spellStart"/>
      <w:r w:rsidRPr="00BD5FFB">
        <w:t>país</w:t>
      </w:r>
      <w:proofErr w:type="spellEnd"/>
      <w:r w:rsidRPr="00BD5FFB">
        <w:t xml:space="preserve">. </w:t>
      </w:r>
      <w:proofErr w:type="spellStart"/>
      <w:r w:rsidRPr="00BD5FFB">
        <w:t>Retorno</w:t>
      </w:r>
      <w:proofErr w:type="spellEnd"/>
      <w:r w:rsidRPr="00BD5FFB">
        <w:t xml:space="preserve"> </w:t>
      </w:r>
      <w:proofErr w:type="spellStart"/>
      <w:r w:rsidRPr="00BD5FFB">
        <w:t>ao</w:t>
      </w:r>
      <w:proofErr w:type="spellEnd"/>
      <w:r w:rsidRPr="00BD5FFB">
        <w:t xml:space="preserve"> hotel e </w:t>
      </w:r>
      <w:proofErr w:type="spellStart"/>
      <w:r w:rsidRPr="00BD5FFB">
        <w:t>hospedagem</w:t>
      </w:r>
      <w:proofErr w:type="spellEnd"/>
      <w:r w:rsidRPr="00BD5FFB">
        <w:t>.</w:t>
      </w:r>
    </w:p>
    <w:p w14:paraId="6646E5FE" w14:textId="77777777" w:rsidR="00BD5FFB" w:rsidRPr="00BD5FFB" w:rsidRDefault="00BD5FFB" w:rsidP="00BD5FFB">
      <w:pPr>
        <w:spacing w:after="40" w:line="252" w:lineRule="auto"/>
        <w:jc w:val="both"/>
      </w:pPr>
    </w:p>
    <w:p w14:paraId="2EC7AD0E" w14:textId="63D2E529" w:rsidR="00B569A9" w:rsidRDefault="00000000" w:rsidP="00BD5FFB">
      <w:pPr>
        <w:pStyle w:val="Dia"/>
        <w:spacing w:before="120" w:after="20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BD5FFB" w:rsidRPr="00BD5FFB">
        <w:t>BANGKOK</w:t>
      </w:r>
    </w:p>
    <w:p w14:paraId="479C446A" w14:textId="50F97C42" w:rsidR="00BD5FFB" w:rsidRDefault="00BD5FFB" w:rsidP="00AF6C5F">
      <w:pPr>
        <w:pStyle w:val="Dia"/>
        <w:spacing w:before="120" w:after="20"/>
        <w:rPr>
          <w:b w:val="0"/>
          <w:color w:val="2B313A"/>
          <w:sz w:val="18"/>
        </w:rPr>
      </w:pPr>
      <w:r w:rsidRPr="00BD5FFB">
        <w:rPr>
          <w:b w:val="0"/>
          <w:color w:val="2B313A"/>
          <w:sz w:val="18"/>
        </w:rPr>
        <w:t xml:space="preserve">Café da </w:t>
      </w:r>
      <w:proofErr w:type="spellStart"/>
      <w:r w:rsidRPr="00BD5FFB">
        <w:rPr>
          <w:b w:val="0"/>
          <w:color w:val="2B313A"/>
          <w:sz w:val="18"/>
        </w:rPr>
        <w:t>manhã</w:t>
      </w:r>
      <w:proofErr w:type="spellEnd"/>
      <w:r w:rsidRPr="00BD5FFB">
        <w:rPr>
          <w:b w:val="0"/>
          <w:color w:val="2B313A"/>
          <w:sz w:val="18"/>
        </w:rPr>
        <w:t xml:space="preserve"> no hotel.  Dia livre à </w:t>
      </w:r>
      <w:proofErr w:type="spellStart"/>
      <w:r w:rsidRPr="00BD5FFB">
        <w:rPr>
          <w:b w:val="0"/>
          <w:color w:val="2B313A"/>
          <w:sz w:val="18"/>
        </w:rPr>
        <w:t>disposição</w:t>
      </w:r>
      <w:proofErr w:type="spellEnd"/>
      <w:r w:rsidRPr="00BD5FFB">
        <w:rPr>
          <w:b w:val="0"/>
          <w:color w:val="2B313A"/>
          <w:sz w:val="18"/>
        </w:rPr>
        <w:t>.</w:t>
      </w:r>
    </w:p>
    <w:p w14:paraId="1EC23C5F" w14:textId="77777777" w:rsidR="00BD5FFB" w:rsidRDefault="00BD5FFB" w:rsidP="00AF6C5F">
      <w:pPr>
        <w:pStyle w:val="Dia"/>
        <w:spacing w:before="120" w:after="20"/>
        <w:rPr>
          <w:b w:val="0"/>
          <w:color w:val="2B313A"/>
          <w:sz w:val="18"/>
        </w:rPr>
      </w:pPr>
    </w:p>
    <w:p w14:paraId="6A138E28" w14:textId="50CEF086" w:rsidR="00B569A9" w:rsidRDefault="00000000" w:rsidP="00AF6C5F">
      <w:pPr>
        <w:pStyle w:val="Dia"/>
        <w:spacing w:before="120" w:after="20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BD5FFB" w:rsidRPr="00BD5FFB">
        <w:t xml:space="preserve">BANGKOK – Mercado </w:t>
      </w:r>
      <w:proofErr w:type="spellStart"/>
      <w:r w:rsidR="00BD5FFB" w:rsidRPr="00BD5FFB">
        <w:t>ferroviário</w:t>
      </w:r>
      <w:proofErr w:type="spellEnd"/>
      <w:r w:rsidR="00BD5FFB" w:rsidRPr="00BD5FFB">
        <w:t xml:space="preserve"> e Mercado </w:t>
      </w:r>
      <w:proofErr w:type="spellStart"/>
      <w:r w:rsidR="00BD5FFB" w:rsidRPr="00BD5FFB">
        <w:t>flutuante</w:t>
      </w:r>
      <w:proofErr w:type="spellEnd"/>
    </w:p>
    <w:p w14:paraId="5D70CFC3" w14:textId="77777777" w:rsidR="00BD5FFB" w:rsidRPr="00BD5FFB" w:rsidRDefault="00BD5FFB" w:rsidP="00BD5FFB">
      <w:pPr>
        <w:spacing w:after="40" w:line="252" w:lineRule="auto"/>
        <w:jc w:val="both"/>
      </w:pPr>
      <w:r w:rsidRPr="00BD5FFB">
        <w:t xml:space="preserve">Café da </w:t>
      </w:r>
      <w:proofErr w:type="spellStart"/>
      <w:r w:rsidRPr="00BD5FFB">
        <w:t>manhã</w:t>
      </w:r>
      <w:proofErr w:type="spellEnd"/>
      <w:r w:rsidRPr="00BD5FFB">
        <w:t xml:space="preserve">. </w:t>
      </w:r>
      <w:proofErr w:type="spellStart"/>
      <w:r w:rsidRPr="00BD5FFB">
        <w:t>Saída</w:t>
      </w:r>
      <w:proofErr w:type="spellEnd"/>
      <w:r w:rsidRPr="00BD5FFB">
        <w:t xml:space="preserve"> </w:t>
      </w:r>
      <w:proofErr w:type="spellStart"/>
      <w:r w:rsidRPr="00BD5FFB">
        <w:t>por</w:t>
      </w:r>
      <w:proofErr w:type="spellEnd"/>
      <w:r w:rsidRPr="00BD5FFB">
        <w:t xml:space="preserve"> </w:t>
      </w:r>
      <w:proofErr w:type="spellStart"/>
      <w:r w:rsidRPr="00BD5FFB">
        <w:t>estrada</w:t>
      </w:r>
      <w:proofErr w:type="spellEnd"/>
      <w:r w:rsidRPr="00BD5FFB">
        <w:t xml:space="preserve">. Parada no </w:t>
      </w:r>
      <w:proofErr w:type="spellStart"/>
      <w:r w:rsidRPr="00BD5FFB">
        <w:t>caminho</w:t>
      </w:r>
      <w:proofErr w:type="spellEnd"/>
      <w:r w:rsidRPr="00BD5FFB">
        <w:t xml:space="preserve"> para </w:t>
      </w:r>
      <w:proofErr w:type="spellStart"/>
      <w:r w:rsidRPr="00BD5FFB">
        <w:t>visitar</w:t>
      </w:r>
      <w:proofErr w:type="spellEnd"/>
      <w:r w:rsidRPr="00BD5FFB">
        <w:t xml:space="preserve"> o </w:t>
      </w:r>
      <w:proofErr w:type="spellStart"/>
      <w:r w:rsidRPr="00BD5FFB">
        <w:t>famoso</w:t>
      </w:r>
      <w:proofErr w:type="spellEnd"/>
      <w:r w:rsidRPr="00BD5FFB">
        <w:t xml:space="preserve"> mercado do </w:t>
      </w:r>
      <w:proofErr w:type="spellStart"/>
      <w:r w:rsidRPr="00BD5FFB">
        <w:t>trem</w:t>
      </w:r>
      <w:proofErr w:type="spellEnd"/>
      <w:r w:rsidRPr="00BD5FFB">
        <w:t xml:space="preserve">, o </w:t>
      </w:r>
      <w:proofErr w:type="spellStart"/>
      <w:r w:rsidRPr="00BD5FFB">
        <w:t>Maeklong</w:t>
      </w:r>
      <w:proofErr w:type="spellEnd"/>
      <w:r w:rsidRPr="00BD5FFB">
        <w:t xml:space="preserve"> Railway Market, </w:t>
      </w:r>
      <w:proofErr w:type="spellStart"/>
      <w:r w:rsidRPr="00BD5FFB">
        <w:t>localizado</w:t>
      </w:r>
      <w:proofErr w:type="spellEnd"/>
      <w:r w:rsidRPr="00BD5FFB">
        <w:t xml:space="preserve"> junto </w:t>
      </w:r>
      <w:proofErr w:type="spellStart"/>
      <w:r w:rsidRPr="00BD5FFB">
        <w:t>aos</w:t>
      </w:r>
      <w:proofErr w:type="spellEnd"/>
      <w:r w:rsidRPr="00BD5FFB">
        <w:t xml:space="preserve"> </w:t>
      </w:r>
      <w:proofErr w:type="spellStart"/>
      <w:r w:rsidRPr="00BD5FFB">
        <w:t>trilhos</w:t>
      </w:r>
      <w:proofErr w:type="spellEnd"/>
      <w:r w:rsidRPr="00BD5FFB">
        <w:t xml:space="preserve">, </w:t>
      </w:r>
      <w:proofErr w:type="spellStart"/>
      <w:r w:rsidRPr="00BD5FFB">
        <w:t>onde</w:t>
      </w:r>
      <w:proofErr w:type="spellEnd"/>
      <w:r w:rsidRPr="00BD5FFB">
        <w:t xml:space="preserve"> é </w:t>
      </w:r>
      <w:proofErr w:type="spellStart"/>
      <w:r w:rsidRPr="00BD5FFB">
        <w:t>possível</w:t>
      </w:r>
      <w:proofErr w:type="spellEnd"/>
      <w:r w:rsidRPr="00BD5FFB">
        <w:t xml:space="preserve"> </w:t>
      </w:r>
      <w:proofErr w:type="spellStart"/>
      <w:r w:rsidRPr="00BD5FFB">
        <w:t>ver</w:t>
      </w:r>
      <w:proofErr w:type="spellEnd"/>
      <w:r w:rsidRPr="00BD5FFB">
        <w:t xml:space="preserve"> </w:t>
      </w:r>
      <w:proofErr w:type="spellStart"/>
      <w:r w:rsidRPr="00BD5FFB">
        <w:t>como</w:t>
      </w:r>
      <w:proofErr w:type="spellEnd"/>
      <w:r w:rsidRPr="00BD5FFB">
        <w:t xml:space="preserve"> as </w:t>
      </w:r>
      <w:proofErr w:type="spellStart"/>
      <w:r w:rsidRPr="00BD5FFB">
        <w:t>barracas</w:t>
      </w:r>
      <w:proofErr w:type="spellEnd"/>
      <w:r w:rsidRPr="00BD5FFB">
        <w:t xml:space="preserve"> </w:t>
      </w:r>
      <w:proofErr w:type="spellStart"/>
      <w:r w:rsidRPr="00BD5FFB">
        <w:t>são</w:t>
      </w:r>
      <w:proofErr w:type="spellEnd"/>
      <w:r w:rsidRPr="00BD5FFB">
        <w:t xml:space="preserve"> </w:t>
      </w:r>
      <w:proofErr w:type="spellStart"/>
      <w:r w:rsidRPr="00BD5FFB">
        <w:t>desmontadas</w:t>
      </w:r>
      <w:proofErr w:type="spellEnd"/>
      <w:r w:rsidRPr="00BD5FFB">
        <w:t xml:space="preserve"> </w:t>
      </w:r>
      <w:proofErr w:type="spellStart"/>
      <w:r w:rsidRPr="00BD5FFB">
        <w:t>em</w:t>
      </w:r>
      <w:proofErr w:type="spellEnd"/>
      <w:r w:rsidRPr="00BD5FFB">
        <w:t xml:space="preserve"> </w:t>
      </w:r>
      <w:proofErr w:type="spellStart"/>
      <w:r w:rsidRPr="00BD5FFB">
        <w:t>poucos</w:t>
      </w:r>
      <w:proofErr w:type="spellEnd"/>
      <w:r w:rsidRPr="00BD5FFB">
        <w:t xml:space="preserve"> </w:t>
      </w:r>
      <w:proofErr w:type="spellStart"/>
      <w:r w:rsidRPr="00BD5FFB">
        <w:t>segundos</w:t>
      </w:r>
      <w:proofErr w:type="spellEnd"/>
      <w:r w:rsidRPr="00BD5FFB">
        <w:t xml:space="preserve"> para a </w:t>
      </w:r>
      <w:proofErr w:type="spellStart"/>
      <w:r w:rsidRPr="00BD5FFB">
        <w:t>passagem</w:t>
      </w:r>
      <w:proofErr w:type="spellEnd"/>
      <w:r w:rsidRPr="00BD5FFB">
        <w:t xml:space="preserve"> do </w:t>
      </w:r>
      <w:proofErr w:type="spellStart"/>
      <w:r w:rsidRPr="00BD5FFB">
        <w:t>trem</w:t>
      </w:r>
      <w:proofErr w:type="spellEnd"/>
      <w:r w:rsidRPr="00BD5FFB">
        <w:t xml:space="preserve"> e, logo </w:t>
      </w:r>
      <w:proofErr w:type="spellStart"/>
      <w:r w:rsidRPr="00BD5FFB">
        <w:t>depois</w:t>
      </w:r>
      <w:proofErr w:type="spellEnd"/>
      <w:r w:rsidRPr="00BD5FFB">
        <w:t xml:space="preserve">, </w:t>
      </w:r>
      <w:proofErr w:type="spellStart"/>
      <w:r w:rsidRPr="00BD5FFB">
        <w:t>montadas</w:t>
      </w:r>
      <w:proofErr w:type="spellEnd"/>
      <w:r w:rsidRPr="00BD5FFB">
        <w:t xml:space="preserve"> </w:t>
      </w:r>
      <w:proofErr w:type="spellStart"/>
      <w:r w:rsidRPr="00BD5FFB">
        <w:t>novamente</w:t>
      </w:r>
      <w:proofErr w:type="spellEnd"/>
      <w:r w:rsidRPr="00BD5FFB">
        <w:t>.</w:t>
      </w:r>
    </w:p>
    <w:p w14:paraId="4BDF6646" w14:textId="77777777" w:rsidR="00BD5FFB" w:rsidRPr="00BD5FFB" w:rsidRDefault="00BD5FFB" w:rsidP="00BD5FFB">
      <w:pPr>
        <w:spacing w:after="40" w:line="252" w:lineRule="auto"/>
        <w:jc w:val="both"/>
      </w:pPr>
      <w:proofErr w:type="spellStart"/>
      <w:r w:rsidRPr="00BD5FFB">
        <w:t>Seguiremos</w:t>
      </w:r>
      <w:proofErr w:type="spellEnd"/>
      <w:r w:rsidRPr="00BD5FFB">
        <w:t xml:space="preserve"> para o mercado </w:t>
      </w:r>
      <w:proofErr w:type="spellStart"/>
      <w:r w:rsidRPr="00BD5FFB">
        <w:t>flutuante</w:t>
      </w:r>
      <w:proofErr w:type="spellEnd"/>
      <w:r w:rsidRPr="00BD5FFB">
        <w:t xml:space="preserve">. Na </w:t>
      </w:r>
      <w:proofErr w:type="spellStart"/>
      <w:r w:rsidRPr="00BD5FFB">
        <w:t>chegada</w:t>
      </w:r>
      <w:proofErr w:type="spellEnd"/>
      <w:r w:rsidRPr="00BD5FFB">
        <w:t xml:space="preserve">, </w:t>
      </w:r>
      <w:proofErr w:type="spellStart"/>
      <w:r w:rsidRPr="00BD5FFB">
        <w:t>faremos</w:t>
      </w:r>
      <w:proofErr w:type="spellEnd"/>
      <w:r w:rsidRPr="00BD5FFB">
        <w:t xml:space="preserve"> um </w:t>
      </w:r>
      <w:proofErr w:type="spellStart"/>
      <w:r w:rsidRPr="00BD5FFB">
        <w:t>passeio</w:t>
      </w:r>
      <w:proofErr w:type="spellEnd"/>
      <w:r w:rsidRPr="00BD5FFB">
        <w:t xml:space="preserve"> de </w:t>
      </w:r>
      <w:proofErr w:type="spellStart"/>
      <w:r w:rsidRPr="00BD5FFB">
        <w:t>barco</w:t>
      </w:r>
      <w:proofErr w:type="spellEnd"/>
      <w:r w:rsidRPr="00BD5FFB">
        <w:t xml:space="preserve"> </w:t>
      </w:r>
      <w:proofErr w:type="spellStart"/>
      <w:r w:rsidRPr="00BD5FFB">
        <w:t>por</w:t>
      </w:r>
      <w:proofErr w:type="spellEnd"/>
      <w:r w:rsidRPr="00BD5FFB">
        <w:t xml:space="preserve"> </w:t>
      </w:r>
      <w:proofErr w:type="spellStart"/>
      <w:r w:rsidRPr="00BD5FFB">
        <w:t>seus</w:t>
      </w:r>
      <w:proofErr w:type="spellEnd"/>
      <w:r w:rsidRPr="00BD5FFB">
        <w:t xml:space="preserve"> </w:t>
      </w:r>
      <w:proofErr w:type="spellStart"/>
      <w:r w:rsidRPr="00BD5FFB">
        <w:t>canais</w:t>
      </w:r>
      <w:proofErr w:type="spellEnd"/>
      <w:r w:rsidRPr="00BD5FFB">
        <w:t xml:space="preserve">, </w:t>
      </w:r>
      <w:proofErr w:type="spellStart"/>
      <w:r w:rsidRPr="00BD5FFB">
        <w:t>onde</w:t>
      </w:r>
      <w:proofErr w:type="spellEnd"/>
      <w:r w:rsidRPr="00BD5FFB">
        <w:t xml:space="preserve"> </w:t>
      </w:r>
      <w:proofErr w:type="spellStart"/>
      <w:r w:rsidRPr="00BD5FFB">
        <w:t>poderemos</w:t>
      </w:r>
      <w:proofErr w:type="spellEnd"/>
      <w:r w:rsidRPr="00BD5FFB">
        <w:t xml:space="preserve"> </w:t>
      </w:r>
      <w:proofErr w:type="spellStart"/>
      <w:r w:rsidRPr="00BD5FFB">
        <w:t>desfrutar</w:t>
      </w:r>
      <w:proofErr w:type="spellEnd"/>
      <w:r w:rsidRPr="00BD5FFB">
        <w:t xml:space="preserve"> de </w:t>
      </w:r>
      <w:proofErr w:type="spellStart"/>
      <w:r w:rsidRPr="00BD5FFB">
        <w:t>uma</w:t>
      </w:r>
      <w:proofErr w:type="spellEnd"/>
      <w:r w:rsidRPr="00BD5FFB">
        <w:t xml:space="preserve"> </w:t>
      </w:r>
      <w:proofErr w:type="spellStart"/>
      <w:r w:rsidRPr="00BD5FFB">
        <w:t>paisagem</w:t>
      </w:r>
      <w:proofErr w:type="spellEnd"/>
      <w:r w:rsidRPr="00BD5FFB">
        <w:t xml:space="preserve"> </w:t>
      </w:r>
      <w:proofErr w:type="spellStart"/>
      <w:r w:rsidRPr="00BD5FFB">
        <w:t>maravilhosa</w:t>
      </w:r>
      <w:proofErr w:type="spellEnd"/>
      <w:r w:rsidRPr="00BD5FFB">
        <w:t xml:space="preserve"> e </w:t>
      </w:r>
      <w:proofErr w:type="spellStart"/>
      <w:r w:rsidRPr="00BD5FFB">
        <w:t>típica</w:t>
      </w:r>
      <w:proofErr w:type="spellEnd"/>
      <w:r w:rsidRPr="00BD5FFB">
        <w:t xml:space="preserve"> </w:t>
      </w:r>
      <w:proofErr w:type="spellStart"/>
      <w:r w:rsidRPr="00BD5FFB">
        <w:t>tailandesa</w:t>
      </w:r>
      <w:proofErr w:type="spellEnd"/>
      <w:r w:rsidRPr="00BD5FFB">
        <w:t xml:space="preserve">, </w:t>
      </w:r>
      <w:proofErr w:type="spellStart"/>
      <w:r w:rsidRPr="00BD5FFB">
        <w:t>como</w:t>
      </w:r>
      <w:proofErr w:type="spellEnd"/>
      <w:r w:rsidRPr="00BD5FFB">
        <w:t xml:space="preserve"> o </w:t>
      </w:r>
      <w:proofErr w:type="spellStart"/>
      <w:r w:rsidRPr="00BD5FFB">
        <w:t>Damnoen</w:t>
      </w:r>
      <w:proofErr w:type="spellEnd"/>
      <w:r w:rsidRPr="00BD5FFB">
        <w:t xml:space="preserve"> </w:t>
      </w:r>
      <w:proofErr w:type="spellStart"/>
      <w:r w:rsidRPr="00BD5FFB">
        <w:t>Saduak</w:t>
      </w:r>
      <w:proofErr w:type="spellEnd"/>
      <w:r w:rsidRPr="00BD5FFB">
        <w:t xml:space="preserve"> Floating Market.</w:t>
      </w:r>
    </w:p>
    <w:p w14:paraId="54635DA0" w14:textId="77777777" w:rsidR="00BD5FFB" w:rsidRPr="00BD5FFB" w:rsidRDefault="00BD5FFB" w:rsidP="00BD5FFB">
      <w:pPr>
        <w:spacing w:after="40" w:line="252" w:lineRule="auto"/>
        <w:jc w:val="both"/>
      </w:pPr>
      <w:proofErr w:type="spellStart"/>
      <w:r w:rsidRPr="00BD5FFB">
        <w:t>Continuação</w:t>
      </w:r>
      <w:proofErr w:type="spellEnd"/>
      <w:r w:rsidRPr="00BD5FFB">
        <w:t xml:space="preserve"> </w:t>
      </w:r>
      <w:proofErr w:type="spellStart"/>
      <w:r w:rsidRPr="00BD5FFB">
        <w:t>até</w:t>
      </w:r>
      <w:proofErr w:type="spellEnd"/>
      <w:r w:rsidRPr="00BD5FFB">
        <w:t xml:space="preserve"> a </w:t>
      </w:r>
      <w:proofErr w:type="spellStart"/>
      <w:r w:rsidRPr="00BD5FFB">
        <w:t>província</w:t>
      </w:r>
      <w:proofErr w:type="spellEnd"/>
      <w:r w:rsidRPr="00BD5FFB">
        <w:t xml:space="preserve"> de Kanchanaburi. </w:t>
      </w:r>
      <w:proofErr w:type="spellStart"/>
      <w:r w:rsidRPr="00BD5FFB">
        <w:t>Chegada</w:t>
      </w:r>
      <w:proofErr w:type="spellEnd"/>
      <w:r w:rsidRPr="00BD5FFB">
        <w:t xml:space="preserve"> e visita </w:t>
      </w:r>
      <w:proofErr w:type="spellStart"/>
      <w:r w:rsidRPr="00BD5FFB">
        <w:t>ao</w:t>
      </w:r>
      <w:proofErr w:type="spellEnd"/>
      <w:r w:rsidRPr="00BD5FFB">
        <w:t xml:space="preserve"> </w:t>
      </w:r>
      <w:proofErr w:type="spellStart"/>
      <w:r w:rsidRPr="00BD5FFB">
        <w:t>templo</w:t>
      </w:r>
      <w:proofErr w:type="spellEnd"/>
      <w:r w:rsidRPr="00BD5FFB">
        <w:t xml:space="preserve"> Wat Tham Suea, </w:t>
      </w:r>
      <w:proofErr w:type="spellStart"/>
      <w:r w:rsidRPr="00BD5FFB">
        <w:t>destacando</w:t>
      </w:r>
      <w:proofErr w:type="spellEnd"/>
      <w:r w:rsidRPr="00BD5FFB">
        <w:t xml:space="preserve"> </w:t>
      </w:r>
      <w:proofErr w:type="gramStart"/>
      <w:r w:rsidRPr="00BD5FFB">
        <w:t>a</w:t>
      </w:r>
      <w:proofErr w:type="gramEnd"/>
      <w:r w:rsidRPr="00BD5FFB">
        <w:t xml:space="preserve"> </w:t>
      </w:r>
      <w:proofErr w:type="spellStart"/>
      <w:r w:rsidRPr="00BD5FFB">
        <w:t>interessante</w:t>
      </w:r>
      <w:proofErr w:type="spellEnd"/>
      <w:r w:rsidRPr="00BD5FFB">
        <w:t xml:space="preserve"> </w:t>
      </w:r>
      <w:proofErr w:type="spellStart"/>
      <w:r w:rsidRPr="00BD5FFB">
        <w:t>mistura</w:t>
      </w:r>
      <w:proofErr w:type="spellEnd"/>
      <w:r w:rsidRPr="00BD5FFB">
        <w:t xml:space="preserve"> de </w:t>
      </w:r>
      <w:proofErr w:type="spellStart"/>
      <w:r w:rsidRPr="00BD5FFB">
        <w:t>arquiteturas</w:t>
      </w:r>
      <w:proofErr w:type="spellEnd"/>
      <w:r w:rsidRPr="00BD5FFB">
        <w:t xml:space="preserve"> entre o </w:t>
      </w:r>
      <w:proofErr w:type="spellStart"/>
      <w:r w:rsidRPr="00BD5FFB">
        <w:t>templo</w:t>
      </w:r>
      <w:proofErr w:type="spellEnd"/>
      <w:r w:rsidRPr="00BD5FFB">
        <w:t xml:space="preserve"> </w:t>
      </w:r>
      <w:proofErr w:type="spellStart"/>
      <w:r w:rsidRPr="00BD5FFB">
        <w:t>budista</w:t>
      </w:r>
      <w:proofErr w:type="spellEnd"/>
      <w:r w:rsidRPr="00BD5FFB">
        <w:t xml:space="preserve"> e o </w:t>
      </w:r>
      <w:proofErr w:type="spellStart"/>
      <w:r w:rsidRPr="00BD5FFB">
        <w:t>hindu</w:t>
      </w:r>
      <w:proofErr w:type="spellEnd"/>
      <w:r w:rsidRPr="00BD5FFB">
        <w:t>.</w:t>
      </w:r>
    </w:p>
    <w:p w14:paraId="030BA6EF" w14:textId="77777777" w:rsidR="00BD5FFB" w:rsidRPr="00BD5FFB" w:rsidRDefault="00BD5FFB" w:rsidP="00BD5FFB">
      <w:pPr>
        <w:spacing w:after="40" w:line="252" w:lineRule="auto"/>
        <w:jc w:val="both"/>
      </w:pPr>
      <w:proofErr w:type="spellStart"/>
      <w:r w:rsidRPr="00BD5FFB">
        <w:rPr>
          <w:b/>
          <w:bCs/>
        </w:rPr>
        <w:t>Almoço</w:t>
      </w:r>
      <w:proofErr w:type="spellEnd"/>
      <w:r w:rsidRPr="00BD5FFB">
        <w:t xml:space="preserve"> </w:t>
      </w:r>
      <w:proofErr w:type="spellStart"/>
      <w:r w:rsidRPr="00BD5FFB">
        <w:t>em</w:t>
      </w:r>
      <w:proofErr w:type="spellEnd"/>
      <w:r w:rsidRPr="00BD5FFB">
        <w:t xml:space="preserve"> </w:t>
      </w:r>
      <w:proofErr w:type="spellStart"/>
      <w:r w:rsidRPr="00BD5FFB">
        <w:t>restaurante</w:t>
      </w:r>
      <w:proofErr w:type="spellEnd"/>
      <w:r w:rsidRPr="00BD5FFB">
        <w:t xml:space="preserve"> local. Em </w:t>
      </w:r>
      <w:proofErr w:type="spellStart"/>
      <w:r w:rsidRPr="00BD5FFB">
        <w:t>seguida</w:t>
      </w:r>
      <w:proofErr w:type="spellEnd"/>
      <w:r w:rsidRPr="00BD5FFB">
        <w:t xml:space="preserve">, </w:t>
      </w:r>
      <w:proofErr w:type="spellStart"/>
      <w:r w:rsidRPr="00BD5FFB">
        <w:t>faremos</w:t>
      </w:r>
      <w:proofErr w:type="spellEnd"/>
      <w:r w:rsidRPr="00BD5FFB">
        <w:t xml:space="preserve"> um </w:t>
      </w:r>
      <w:proofErr w:type="spellStart"/>
      <w:r w:rsidRPr="00BD5FFB">
        <w:t>passeio</w:t>
      </w:r>
      <w:proofErr w:type="spellEnd"/>
      <w:r w:rsidRPr="00BD5FFB">
        <w:t xml:space="preserve"> de </w:t>
      </w:r>
      <w:proofErr w:type="spellStart"/>
      <w:r w:rsidRPr="00BD5FFB">
        <w:t>barco</w:t>
      </w:r>
      <w:proofErr w:type="spellEnd"/>
      <w:r w:rsidRPr="00BD5FFB">
        <w:t xml:space="preserve"> </w:t>
      </w:r>
      <w:proofErr w:type="spellStart"/>
      <w:r w:rsidRPr="00BD5FFB">
        <w:t>pelo</w:t>
      </w:r>
      <w:proofErr w:type="spellEnd"/>
      <w:r w:rsidRPr="00BD5FFB">
        <w:t xml:space="preserve"> Rio Kwai, </w:t>
      </w:r>
      <w:proofErr w:type="spellStart"/>
      <w:r w:rsidRPr="00BD5FFB">
        <w:t>atravessando</w:t>
      </w:r>
      <w:proofErr w:type="spellEnd"/>
      <w:r w:rsidRPr="00BD5FFB">
        <w:t xml:space="preserve"> </w:t>
      </w:r>
      <w:proofErr w:type="spellStart"/>
      <w:r w:rsidRPr="00BD5FFB">
        <w:t>uma</w:t>
      </w:r>
      <w:proofErr w:type="spellEnd"/>
      <w:r w:rsidRPr="00BD5FFB">
        <w:t xml:space="preserve"> </w:t>
      </w:r>
      <w:proofErr w:type="spellStart"/>
      <w:r w:rsidRPr="00BD5FFB">
        <w:t>paisagem</w:t>
      </w:r>
      <w:proofErr w:type="spellEnd"/>
      <w:r w:rsidRPr="00BD5FFB">
        <w:t xml:space="preserve"> </w:t>
      </w:r>
      <w:proofErr w:type="spellStart"/>
      <w:r w:rsidRPr="00BD5FFB">
        <w:t>selvagem</w:t>
      </w:r>
      <w:proofErr w:type="spellEnd"/>
      <w:r w:rsidRPr="00BD5FFB">
        <w:t xml:space="preserve"> </w:t>
      </w:r>
      <w:proofErr w:type="spellStart"/>
      <w:r w:rsidRPr="00BD5FFB">
        <w:t>espetacular</w:t>
      </w:r>
      <w:proofErr w:type="spellEnd"/>
      <w:r w:rsidRPr="00BD5FFB">
        <w:t xml:space="preserve"> </w:t>
      </w:r>
      <w:proofErr w:type="spellStart"/>
      <w:r w:rsidRPr="00BD5FFB">
        <w:t>até</w:t>
      </w:r>
      <w:proofErr w:type="spellEnd"/>
      <w:r w:rsidRPr="00BD5FFB">
        <w:t xml:space="preserve"> </w:t>
      </w:r>
      <w:proofErr w:type="spellStart"/>
      <w:r w:rsidRPr="00BD5FFB">
        <w:t>chegar</w:t>
      </w:r>
      <w:proofErr w:type="spellEnd"/>
      <w:r w:rsidRPr="00BD5FFB">
        <w:t xml:space="preserve"> </w:t>
      </w:r>
      <w:proofErr w:type="spellStart"/>
      <w:r w:rsidRPr="00BD5FFB">
        <w:t>ao</w:t>
      </w:r>
      <w:proofErr w:type="spellEnd"/>
      <w:r w:rsidRPr="00BD5FFB">
        <w:t xml:space="preserve"> </w:t>
      </w:r>
      <w:proofErr w:type="spellStart"/>
      <w:r w:rsidRPr="00BD5FFB">
        <w:t>nosso</w:t>
      </w:r>
      <w:proofErr w:type="spellEnd"/>
      <w:r w:rsidRPr="00BD5FFB">
        <w:t xml:space="preserve"> hotel </w:t>
      </w:r>
      <w:proofErr w:type="spellStart"/>
      <w:r w:rsidRPr="00BD5FFB">
        <w:t>às</w:t>
      </w:r>
      <w:proofErr w:type="spellEnd"/>
      <w:r w:rsidRPr="00BD5FFB">
        <w:t xml:space="preserve"> </w:t>
      </w:r>
      <w:proofErr w:type="spellStart"/>
      <w:r w:rsidRPr="00BD5FFB">
        <w:t>margens</w:t>
      </w:r>
      <w:proofErr w:type="spellEnd"/>
      <w:r w:rsidRPr="00BD5FFB">
        <w:t xml:space="preserve"> do </w:t>
      </w:r>
      <w:proofErr w:type="spellStart"/>
      <w:r w:rsidRPr="00BD5FFB">
        <w:t>rio</w:t>
      </w:r>
      <w:proofErr w:type="spellEnd"/>
      <w:r w:rsidRPr="00BD5FFB">
        <w:t>.</w:t>
      </w:r>
    </w:p>
    <w:p w14:paraId="22430679" w14:textId="77777777" w:rsidR="00BD5FFB" w:rsidRPr="00BD5FFB" w:rsidRDefault="00BD5FFB" w:rsidP="00BD5FFB">
      <w:pPr>
        <w:spacing w:after="40" w:line="252" w:lineRule="auto"/>
        <w:jc w:val="both"/>
      </w:pPr>
      <w:r w:rsidRPr="00BD5FFB">
        <w:t xml:space="preserve">Tempo livre para </w:t>
      </w:r>
      <w:proofErr w:type="spellStart"/>
      <w:r w:rsidRPr="00BD5FFB">
        <w:t>relaxar</w:t>
      </w:r>
      <w:proofErr w:type="spellEnd"/>
      <w:r w:rsidRPr="00BD5FFB">
        <w:t xml:space="preserve">, </w:t>
      </w:r>
      <w:proofErr w:type="spellStart"/>
      <w:r w:rsidRPr="00BD5FFB">
        <w:t>explorar</w:t>
      </w:r>
      <w:proofErr w:type="spellEnd"/>
      <w:r w:rsidRPr="00BD5FFB">
        <w:t xml:space="preserve"> </w:t>
      </w:r>
      <w:proofErr w:type="spellStart"/>
      <w:r w:rsidRPr="00BD5FFB">
        <w:t>os</w:t>
      </w:r>
      <w:proofErr w:type="spellEnd"/>
      <w:r w:rsidRPr="00BD5FFB">
        <w:t xml:space="preserve"> </w:t>
      </w:r>
      <w:proofErr w:type="spellStart"/>
      <w:r w:rsidRPr="00BD5FFB">
        <w:t>arredores</w:t>
      </w:r>
      <w:proofErr w:type="spellEnd"/>
      <w:r w:rsidRPr="00BD5FFB">
        <w:t xml:space="preserve"> e </w:t>
      </w:r>
      <w:proofErr w:type="spellStart"/>
      <w:r w:rsidRPr="00BD5FFB">
        <w:t>desfrutar</w:t>
      </w:r>
      <w:proofErr w:type="spellEnd"/>
      <w:r w:rsidRPr="00BD5FFB">
        <w:t xml:space="preserve"> da </w:t>
      </w:r>
      <w:proofErr w:type="spellStart"/>
      <w:r w:rsidRPr="00BD5FFB">
        <w:t>beleza</w:t>
      </w:r>
      <w:proofErr w:type="spellEnd"/>
      <w:r w:rsidRPr="00BD5FFB">
        <w:t xml:space="preserve"> e </w:t>
      </w:r>
      <w:proofErr w:type="spellStart"/>
      <w:r w:rsidRPr="00BD5FFB">
        <w:t>tranquilidade</w:t>
      </w:r>
      <w:proofErr w:type="spellEnd"/>
      <w:r w:rsidRPr="00BD5FFB">
        <w:t xml:space="preserve"> do </w:t>
      </w:r>
      <w:proofErr w:type="spellStart"/>
      <w:r w:rsidRPr="00BD5FFB">
        <w:t>ambiente</w:t>
      </w:r>
      <w:proofErr w:type="spellEnd"/>
      <w:r w:rsidRPr="00BD5FFB">
        <w:t>.</w:t>
      </w:r>
    </w:p>
    <w:p w14:paraId="671BD28D" w14:textId="77777777" w:rsidR="00BD5FFB" w:rsidRDefault="00BD5FFB" w:rsidP="00BD5FFB">
      <w:pPr>
        <w:pStyle w:val="Dia"/>
        <w:spacing w:before="120" w:after="20"/>
        <w:jc w:val="both"/>
        <w:rPr>
          <w:b w:val="0"/>
          <w:color w:val="2B313A"/>
          <w:sz w:val="18"/>
        </w:rPr>
      </w:pPr>
    </w:p>
    <w:p w14:paraId="1344BBAA" w14:textId="6AC7B1E5" w:rsidR="00495537" w:rsidRDefault="00495537" w:rsidP="00BD5FFB">
      <w:pPr>
        <w:pStyle w:val="Dia"/>
        <w:spacing w:before="120" w:after="20"/>
        <w:jc w:val="both"/>
      </w:pPr>
      <w:r>
        <w:t xml:space="preserve">📍 5º </w:t>
      </w:r>
      <w:proofErr w:type="spellStart"/>
      <w:r>
        <w:t>dia</w:t>
      </w:r>
      <w:proofErr w:type="spellEnd"/>
      <w:r>
        <w:t xml:space="preserve">: </w:t>
      </w:r>
      <w:r w:rsidR="00BD5FFB" w:rsidRPr="00BD5FFB">
        <w:t>BANGKOK - KANCHANABURI – AYUTTHAYA</w:t>
      </w:r>
    </w:p>
    <w:p w14:paraId="300D9098" w14:textId="77777777" w:rsidR="00BD5FFB" w:rsidRDefault="00BD5FFB" w:rsidP="00BD5FFB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</w:t>
      </w:r>
      <w:proofErr w:type="spellStart"/>
      <w:r>
        <w:t>Começaremos</w:t>
      </w:r>
      <w:proofErr w:type="spellEnd"/>
      <w:r>
        <w:t xml:space="preserve"> o </w:t>
      </w:r>
      <w:proofErr w:type="spellStart"/>
      <w:r>
        <w:t>dia</w:t>
      </w:r>
      <w:proofErr w:type="spellEnd"/>
      <w:r>
        <w:t xml:space="preserve"> com a visita </w:t>
      </w:r>
      <w:proofErr w:type="spellStart"/>
      <w:r>
        <w:t>ao</w:t>
      </w:r>
      <w:proofErr w:type="spellEnd"/>
      <w:r>
        <w:t xml:space="preserve"> Sai Yok National Park, </w:t>
      </w:r>
      <w:proofErr w:type="spellStart"/>
      <w:r>
        <w:t>iniciando</w:t>
      </w:r>
      <w:proofErr w:type="spellEnd"/>
      <w:r>
        <w:t xml:space="preserve"> com um </w:t>
      </w:r>
      <w:proofErr w:type="spellStart"/>
      <w:r>
        <w:t>pequeno</w:t>
      </w:r>
      <w:proofErr w:type="spellEnd"/>
      <w:r>
        <w:t xml:space="preserve"> trekking para um </w:t>
      </w:r>
      <w:proofErr w:type="spellStart"/>
      <w:r>
        <w:t>primeiro</w:t>
      </w:r>
      <w:proofErr w:type="spellEnd"/>
      <w:r>
        <w:t xml:space="preserve"> </w:t>
      </w:r>
      <w:proofErr w:type="spellStart"/>
      <w:r>
        <w:t>contato</w:t>
      </w:r>
      <w:proofErr w:type="spellEnd"/>
      <w:r>
        <w:t xml:space="preserve"> com a selva.</w:t>
      </w:r>
    </w:p>
    <w:p w14:paraId="1370EFA3" w14:textId="77777777" w:rsidR="00BD5FFB" w:rsidRDefault="00BD5FFB" w:rsidP="00BD5FFB">
      <w:pPr>
        <w:spacing w:after="40" w:line="252" w:lineRule="auto"/>
        <w:jc w:val="both"/>
      </w:pPr>
      <w:r>
        <w:t xml:space="preserve">Em </w:t>
      </w:r>
      <w:proofErr w:type="spellStart"/>
      <w:r>
        <w:t>seguida</w:t>
      </w:r>
      <w:proofErr w:type="spellEnd"/>
      <w:r>
        <w:t xml:space="preserve">, </w:t>
      </w:r>
      <w:proofErr w:type="spellStart"/>
      <w:r>
        <w:t>faremos</w:t>
      </w:r>
      <w:proofErr w:type="spellEnd"/>
      <w:r>
        <w:t xml:space="preserve"> um </w:t>
      </w:r>
      <w:proofErr w:type="spellStart"/>
      <w:r>
        <w:t>passeio</w:t>
      </w:r>
      <w:proofErr w:type="spellEnd"/>
      <w:r>
        <w:t xml:space="preserve"> de </w:t>
      </w:r>
      <w:proofErr w:type="spellStart"/>
      <w:r>
        <w:t>barco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rio</w:t>
      </w:r>
      <w:proofErr w:type="spellEnd"/>
      <w:r>
        <w:t xml:space="preserve">, </w:t>
      </w:r>
      <w:proofErr w:type="spellStart"/>
      <w:r>
        <w:t>passando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pontos</w:t>
      </w:r>
      <w:proofErr w:type="spellEnd"/>
      <w:r>
        <w:t xml:space="preserve"> </w:t>
      </w:r>
      <w:proofErr w:type="spellStart"/>
      <w:r>
        <w:t>onde</w:t>
      </w:r>
      <w:proofErr w:type="spellEnd"/>
      <w:r>
        <w:t xml:space="preserve"> </w:t>
      </w:r>
      <w:proofErr w:type="spellStart"/>
      <w:r>
        <w:t>poderemos</w:t>
      </w:r>
      <w:proofErr w:type="spellEnd"/>
      <w:r>
        <w:t xml:space="preserve"> </w:t>
      </w:r>
      <w:proofErr w:type="spellStart"/>
      <w:r>
        <w:t>observar</w:t>
      </w:r>
      <w:proofErr w:type="spellEnd"/>
      <w:r>
        <w:t xml:space="preserve"> as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cascatas</w:t>
      </w:r>
      <w:proofErr w:type="spellEnd"/>
      <w:r>
        <w:t xml:space="preserve"> de Sai Yok.</w:t>
      </w:r>
    </w:p>
    <w:p w14:paraId="6EA60093" w14:textId="77777777" w:rsidR="00BD5FFB" w:rsidRPr="002445CF" w:rsidRDefault="00BD5FFB" w:rsidP="00BD5FFB">
      <w:pPr>
        <w:spacing w:after="40" w:line="252" w:lineRule="auto"/>
        <w:jc w:val="both"/>
        <w:rPr>
          <w:lang w:val="pt-BR"/>
        </w:rPr>
      </w:pPr>
      <w:proofErr w:type="spellStart"/>
      <w:r>
        <w:t>Continuaremos</w:t>
      </w:r>
      <w:proofErr w:type="spellEnd"/>
      <w:r>
        <w:t xml:space="preserve"> com a visita a Tham </w:t>
      </w:r>
      <w:proofErr w:type="spellStart"/>
      <w:r>
        <w:t>Krasae</w:t>
      </w:r>
      <w:proofErr w:type="spellEnd"/>
      <w:r>
        <w:t xml:space="preserve"> Bridge,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ponte</w:t>
      </w:r>
      <w:proofErr w:type="spellEnd"/>
      <w:r>
        <w:t xml:space="preserve"> de madeira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onde</w:t>
      </w:r>
      <w:proofErr w:type="spellEnd"/>
      <w:r>
        <w:t xml:space="preserve"> </w:t>
      </w:r>
      <w:proofErr w:type="spellStart"/>
      <w:r>
        <w:t>passa</w:t>
      </w:r>
      <w:proofErr w:type="spellEnd"/>
      <w:r>
        <w:t xml:space="preserve"> o </w:t>
      </w:r>
      <w:proofErr w:type="spellStart"/>
      <w:r>
        <w:t>trem</w:t>
      </w:r>
      <w:proofErr w:type="spellEnd"/>
      <w:r>
        <w:t xml:space="preserve">, </w:t>
      </w:r>
      <w:proofErr w:type="spellStart"/>
      <w:r>
        <w:t>sustentada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impressionantes</w:t>
      </w:r>
      <w:proofErr w:type="spellEnd"/>
      <w:r>
        <w:t xml:space="preserve"> </w:t>
      </w:r>
      <w:proofErr w:type="spellStart"/>
      <w:r>
        <w:t>pilares</w:t>
      </w:r>
      <w:proofErr w:type="spellEnd"/>
      <w:r>
        <w:t xml:space="preserve"> de 6 </w:t>
      </w:r>
      <w:proofErr w:type="gramStart"/>
      <w:r>
        <w:t>a 7 metros</w:t>
      </w:r>
      <w:proofErr w:type="gramEnd"/>
      <w:r>
        <w:t xml:space="preserve"> de </w:t>
      </w:r>
      <w:proofErr w:type="spellStart"/>
      <w:r>
        <w:t>altura</w:t>
      </w:r>
      <w:proofErr w:type="spellEnd"/>
      <w:r>
        <w:t>.</w:t>
      </w:r>
    </w:p>
    <w:p w14:paraId="717108BA" w14:textId="77777777" w:rsidR="00BD5FFB" w:rsidRDefault="00BD5FFB" w:rsidP="00BD5FFB">
      <w:pPr>
        <w:spacing w:after="40" w:line="252" w:lineRule="auto"/>
        <w:jc w:val="both"/>
      </w:pPr>
      <w:proofErr w:type="spellStart"/>
      <w:r>
        <w:lastRenderedPageBreak/>
        <w:t>Posteriormente</w:t>
      </w:r>
      <w:proofErr w:type="spellEnd"/>
      <w:r>
        <w:t xml:space="preserve">, </w:t>
      </w:r>
      <w:proofErr w:type="spellStart"/>
      <w:r>
        <w:t>visitaremos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emblemática</w:t>
      </w:r>
      <w:proofErr w:type="spellEnd"/>
      <w:r>
        <w:t xml:space="preserve"> Bridge over the River Kwai.</w:t>
      </w:r>
    </w:p>
    <w:p w14:paraId="1868B531" w14:textId="77777777" w:rsidR="00BD5FFB" w:rsidRDefault="00BD5FFB" w:rsidP="00BD5FFB">
      <w:pPr>
        <w:spacing w:after="40" w:line="252" w:lineRule="auto"/>
        <w:jc w:val="both"/>
      </w:pPr>
      <w:proofErr w:type="spellStart"/>
      <w:r w:rsidRPr="00BD5FFB">
        <w:rPr>
          <w:b/>
          <w:bCs/>
        </w:rPr>
        <w:t>Almoço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restaurante</w:t>
      </w:r>
      <w:proofErr w:type="spellEnd"/>
      <w:r>
        <w:t xml:space="preserve"> local.</w:t>
      </w:r>
    </w:p>
    <w:p w14:paraId="03FBE8C1" w14:textId="77777777" w:rsidR="00BD5FFB" w:rsidRDefault="00BD5FFB" w:rsidP="00BD5FFB">
      <w:pPr>
        <w:spacing w:after="40" w:line="252" w:lineRule="auto"/>
        <w:jc w:val="both"/>
      </w:pPr>
      <w:proofErr w:type="spellStart"/>
      <w:r>
        <w:t>Seguiremos</w:t>
      </w:r>
      <w:proofErr w:type="spellEnd"/>
      <w:r>
        <w:t xml:space="preserve"> </w:t>
      </w:r>
      <w:proofErr w:type="spellStart"/>
      <w:r>
        <w:t>viagem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Ayutthaya, </w:t>
      </w:r>
      <w:proofErr w:type="spellStart"/>
      <w:r>
        <w:t>antiga</w:t>
      </w:r>
      <w:proofErr w:type="spellEnd"/>
      <w:r>
        <w:t xml:space="preserve"> </w:t>
      </w:r>
      <w:proofErr w:type="spellStart"/>
      <w:r>
        <w:t>segunda</w:t>
      </w:r>
      <w:proofErr w:type="spellEnd"/>
      <w:r>
        <w:t xml:space="preserve"> capital do Reino do </w:t>
      </w:r>
      <w:proofErr w:type="spellStart"/>
      <w:r>
        <w:t>Sião</w:t>
      </w:r>
      <w:proofErr w:type="spellEnd"/>
      <w:r>
        <w:t xml:space="preserve"> e </w:t>
      </w:r>
      <w:proofErr w:type="spellStart"/>
      <w:r>
        <w:t>declarada</w:t>
      </w:r>
      <w:proofErr w:type="spellEnd"/>
      <w:r>
        <w:t xml:space="preserve"> </w:t>
      </w:r>
      <w:proofErr w:type="spellStart"/>
      <w:r>
        <w:t>Patrimônio</w:t>
      </w:r>
      <w:proofErr w:type="spellEnd"/>
      <w:r>
        <w:t xml:space="preserve"> Mundial pela UNESCO.</w:t>
      </w:r>
    </w:p>
    <w:p w14:paraId="721CE051" w14:textId="77777777" w:rsidR="00BD5FFB" w:rsidRDefault="00BD5FFB" w:rsidP="00BD5FFB">
      <w:pPr>
        <w:spacing w:after="40" w:line="252" w:lineRule="auto"/>
        <w:jc w:val="both"/>
      </w:pPr>
      <w:r>
        <w:t xml:space="preserve">Visita </w:t>
      </w:r>
      <w:proofErr w:type="spellStart"/>
      <w:r>
        <w:t>ao</w:t>
      </w:r>
      <w:proofErr w:type="spellEnd"/>
      <w:r>
        <w:t xml:space="preserve"> </w:t>
      </w:r>
      <w:proofErr w:type="spellStart"/>
      <w:r>
        <w:t>templo</w:t>
      </w:r>
      <w:proofErr w:type="spellEnd"/>
      <w:r>
        <w:t xml:space="preserve"> Wat </w:t>
      </w:r>
      <w:proofErr w:type="spellStart"/>
      <w:r>
        <w:t>Chaiwatthanaram</w:t>
      </w:r>
      <w:proofErr w:type="spellEnd"/>
      <w:r>
        <w:t>.</w:t>
      </w:r>
    </w:p>
    <w:p w14:paraId="5B3935C0" w14:textId="77777777" w:rsidR="00BD5FFB" w:rsidRDefault="00BD5FFB" w:rsidP="00BD5FFB">
      <w:pPr>
        <w:spacing w:after="40" w:line="252" w:lineRule="auto"/>
        <w:jc w:val="both"/>
      </w:pPr>
      <w:proofErr w:type="spellStart"/>
      <w:r>
        <w:t>Continuação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hotel. </w:t>
      </w:r>
      <w:proofErr w:type="spellStart"/>
      <w:r>
        <w:t>Hospedagem</w:t>
      </w:r>
      <w:proofErr w:type="spellEnd"/>
      <w:r>
        <w:t>.</w:t>
      </w:r>
    </w:p>
    <w:p w14:paraId="03E7C2B4" w14:textId="77777777" w:rsidR="002445CF" w:rsidRDefault="002445CF" w:rsidP="00BD5FFB">
      <w:pPr>
        <w:spacing w:after="40" w:line="252" w:lineRule="auto"/>
        <w:jc w:val="both"/>
      </w:pPr>
    </w:p>
    <w:p w14:paraId="5CEE7054" w14:textId="0294E987" w:rsidR="002445CF" w:rsidRDefault="002445CF" w:rsidP="002445CF">
      <w:pPr>
        <w:pStyle w:val="Dia"/>
        <w:spacing w:before="120" w:after="20"/>
      </w:pPr>
      <w:r>
        <w:t xml:space="preserve">📍 </w:t>
      </w:r>
      <w:r>
        <w:t>6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r w:rsidRPr="002445CF">
        <w:t>AYUTTHAYA-ANGTHONG-KHAMPEANGPHET-SUKHOTHAI</w:t>
      </w:r>
    </w:p>
    <w:p w14:paraId="60EC2DD2" w14:textId="77777777" w:rsidR="002445CF" w:rsidRDefault="002445CF" w:rsidP="002445CF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</w:t>
      </w:r>
    </w:p>
    <w:p w14:paraId="5FA6AE46" w14:textId="77777777" w:rsidR="002445CF" w:rsidRDefault="002445CF" w:rsidP="002445CF">
      <w:pPr>
        <w:spacing w:after="40" w:line="252" w:lineRule="auto"/>
        <w:jc w:val="both"/>
      </w:pPr>
      <w:proofErr w:type="spellStart"/>
      <w:r>
        <w:t>Visitaremos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templos</w:t>
      </w:r>
      <w:proofErr w:type="spellEnd"/>
      <w:r>
        <w:t xml:space="preserve"> Wat Yai Chai Mongkhon e Wat Mahathat.</w:t>
      </w:r>
    </w:p>
    <w:p w14:paraId="18789D3B" w14:textId="77777777" w:rsidR="002445CF" w:rsidRDefault="002445CF" w:rsidP="002445CF">
      <w:pPr>
        <w:spacing w:after="40" w:line="252" w:lineRule="auto"/>
        <w:jc w:val="both"/>
      </w:pPr>
      <w:proofErr w:type="spellStart"/>
      <w:r>
        <w:t>Continuaremos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Ang Thong para </w:t>
      </w:r>
      <w:proofErr w:type="spellStart"/>
      <w:r>
        <w:t>visitar</w:t>
      </w:r>
      <w:proofErr w:type="spellEnd"/>
      <w:r>
        <w:t xml:space="preserve"> o </w:t>
      </w:r>
      <w:proofErr w:type="spellStart"/>
      <w:r>
        <w:t>templo</w:t>
      </w:r>
      <w:proofErr w:type="spellEnd"/>
      <w:r>
        <w:t xml:space="preserve"> </w:t>
      </w:r>
      <w:proofErr w:type="spellStart"/>
      <w:r>
        <w:t>onde</w:t>
      </w:r>
      <w:proofErr w:type="spellEnd"/>
      <w:r>
        <w:t xml:space="preserve"> se </w:t>
      </w:r>
      <w:proofErr w:type="spellStart"/>
      <w:r>
        <w:t>encontra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imagem</w:t>
      </w:r>
      <w:proofErr w:type="spellEnd"/>
      <w:r>
        <w:t xml:space="preserve"> de Buda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alta</w:t>
      </w:r>
      <w:proofErr w:type="spellEnd"/>
      <w:r>
        <w:t xml:space="preserve"> do </w:t>
      </w:r>
      <w:proofErr w:type="spellStart"/>
      <w:r>
        <w:t>país</w:t>
      </w:r>
      <w:proofErr w:type="spellEnd"/>
      <w:r>
        <w:t xml:space="preserve">, o Wat Muang, com 93 metros de </w:t>
      </w:r>
      <w:proofErr w:type="spellStart"/>
      <w:r>
        <w:t>altura</w:t>
      </w:r>
      <w:proofErr w:type="spellEnd"/>
      <w:r>
        <w:t>.</w:t>
      </w:r>
    </w:p>
    <w:p w14:paraId="6634A631" w14:textId="77777777" w:rsidR="002445CF" w:rsidRDefault="002445CF" w:rsidP="002445CF">
      <w:pPr>
        <w:spacing w:after="40" w:line="252" w:lineRule="auto"/>
        <w:jc w:val="both"/>
      </w:pPr>
      <w:proofErr w:type="spellStart"/>
      <w:r w:rsidRPr="002445CF">
        <w:rPr>
          <w:b/>
          <w:bCs/>
        </w:rPr>
        <w:t>Almoço</w:t>
      </w:r>
      <w:proofErr w:type="spellEnd"/>
      <w:r>
        <w:t>.</w:t>
      </w:r>
    </w:p>
    <w:p w14:paraId="0CD883C4" w14:textId="77777777" w:rsidR="002445CF" w:rsidRDefault="002445CF" w:rsidP="002445CF">
      <w:pPr>
        <w:spacing w:after="40" w:line="252" w:lineRule="auto"/>
        <w:jc w:val="both"/>
      </w:pPr>
      <w:proofErr w:type="spellStart"/>
      <w:r>
        <w:t>Prosseguiremos</w:t>
      </w:r>
      <w:proofErr w:type="spellEnd"/>
      <w:r>
        <w:t xml:space="preserve"> para Kamphaeng Phet, </w:t>
      </w:r>
      <w:proofErr w:type="spellStart"/>
      <w:r>
        <w:t>antiga</w:t>
      </w:r>
      <w:proofErr w:type="spellEnd"/>
      <w:r>
        <w:t xml:space="preserve"> </w:t>
      </w:r>
      <w:proofErr w:type="spellStart"/>
      <w:r>
        <w:t>extensão</w:t>
      </w:r>
      <w:proofErr w:type="spellEnd"/>
      <w:r>
        <w:t xml:space="preserve"> da capital Sukhothai,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declarada</w:t>
      </w:r>
      <w:proofErr w:type="spellEnd"/>
      <w:r>
        <w:t xml:space="preserve"> </w:t>
      </w:r>
      <w:proofErr w:type="spellStart"/>
      <w:r>
        <w:t>Patrimônio</w:t>
      </w:r>
      <w:proofErr w:type="spellEnd"/>
      <w:r>
        <w:t xml:space="preserve"> da </w:t>
      </w:r>
      <w:proofErr w:type="spellStart"/>
      <w:r>
        <w:t>Humanidade</w:t>
      </w:r>
      <w:proofErr w:type="spellEnd"/>
      <w:r>
        <w:t xml:space="preserve"> pela UNESCO.</w:t>
      </w:r>
    </w:p>
    <w:p w14:paraId="6943A123" w14:textId="77777777" w:rsidR="002445CF" w:rsidRDefault="002445CF" w:rsidP="002445CF">
      <w:pPr>
        <w:spacing w:after="40" w:line="252" w:lineRule="auto"/>
        <w:jc w:val="both"/>
      </w:pPr>
      <w:proofErr w:type="spellStart"/>
      <w:r>
        <w:t>Chegada</w:t>
      </w:r>
      <w:proofErr w:type="spellEnd"/>
      <w:r>
        <w:t xml:space="preserve"> e visita </w:t>
      </w:r>
      <w:proofErr w:type="spellStart"/>
      <w:r>
        <w:t>às</w:t>
      </w:r>
      <w:proofErr w:type="spellEnd"/>
      <w:r>
        <w:t xml:space="preserve"> </w:t>
      </w:r>
      <w:proofErr w:type="spellStart"/>
      <w:r>
        <w:t>ruínas</w:t>
      </w:r>
      <w:proofErr w:type="spellEnd"/>
      <w:r>
        <w:t xml:space="preserve"> dos </w:t>
      </w:r>
      <w:proofErr w:type="spellStart"/>
      <w:r>
        <w:t>templos</w:t>
      </w:r>
      <w:proofErr w:type="spellEnd"/>
      <w:r>
        <w:t>.</w:t>
      </w:r>
    </w:p>
    <w:p w14:paraId="6FCFEC8C" w14:textId="628998A0" w:rsidR="002445CF" w:rsidRDefault="002445CF" w:rsidP="002445CF">
      <w:pPr>
        <w:spacing w:after="40" w:line="252" w:lineRule="auto"/>
        <w:jc w:val="both"/>
      </w:pPr>
      <w:proofErr w:type="spellStart"/>
      <w:r>
        <w:t>Continuação</w:t>
      </w:r>
      <w:proofErr w:type="spellEnd"/>
      <w:r>
        <w:t xml:space="preserve"> para Sukhothai. </w:t>
      </w:r>
      <w:proofErr w:type="spellStart"/>
      <w:r>
        <w:t>Hospedagem</w:t>
      </w:r>
      <w:proofErr w:type="spellEnd"/>
      <w:r>
        <w:t>.</w:t>
      </w:r>
    </w:p>
    <w:p w14:paraId="4B7DC4E2" w14:textId="77777777" w:rsidR="002445CF" w:rsidRPr="00AF6C5F" w:rsidRDefault="002445CF" w:rsidP="002445CF">
      <w:pPr>
        <w:spacing w:after="40" w:line="252" w:lineRule="auto"/>
        <w:jc w:val="both"/>
      </w:pPr>
    </w:p>
    <w:p w14:paraId="16B2A083" w14:textId="4095824D" w:rsidR="002445CF" w:rsidRDefault="002445CF" w:rsidP="002445CF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7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r w:rsidRPr="002445CF">
        <w:t>SUKHOTHAI – LAMPANG - CHIANG RAI</w:t>
      </w:r>
    </w:p>
    <w:p w14:paraId="633981E3" w14:textId="77777777" w:rsidR="002445CF" w:rsidRDefault="002445CF" w:rsidP="002445CF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no hotel. </w:t>
      </w:r>
    </w:p>
    <w:p w14:paraId="3038CFB0" w14:textId="77777777" w:rsidR="002445CF" w:rsidRDefault="002445CF" w:rsidP="002445CF">
      <w:pPr>
        <w:spacing w:after="40" w:line="252" w:lineRule="auto"/>
        <w:jc w:val="both"/>
      </w:pPr>
      <w:proofErr w:type="spellStart"/>
      <w:r>
        <w:t>Saída</w:t>
      </w:r>
      <w:proofErr w:type="spellEnd"/>
      <w:r>
        <w:t xml:space="preserve"> para </w:t>
      </w:r>
      <w:proofErr w:type="spellStart"/>
      <w:r>
        <w:t>visitar</w:t>
      </w:r>
      <w:proofErr w:type="spellEnd"/>
      <w:r>
        <w:t xml:space="preserve"> as </w:t>
      </w:r>
      <w:proofErr w:type="spellStart"/>
      <w:r>
        <w:t>ruínas</w:t>
      </w:r>
      <w:proofErr w:type="spellEnd"/>
      <w:r>
        <w:t xml:space="preserve"> </w:t>
      </w:r>
      <w:proofErr w:type="spellStart"/>
      <w:r>
        <w:t>arqueológicas</w:t>
      </w:r>
      <w:proofErr w:type="spellEnd"/>
      <w:r>
        <w:t xml:space="preserve"> da </w:t>
      </w:r>
      <w:proofErr w:type="spellStart"/>
      <w:r>
        <w:t>primeira</w:t>
      </w:r>
      <w:proofErr w:type="spellEnd"/>
      <w:r>
        <w:t xml:space="preserve"> capital do Reino do </w:t>
      </w:r>
      <w:proofErr w:type="spellStart"/>
      <w:r>
        <w:t>Sião</w:t>
      </w:r>
      <w:proofErr w:type="spellEnd"/>
      <w:r>
        <w:t xml:space="preserve">, Sukhothai. Este </w:t>
      </w:r>
      <w:proofErr w:type="spellStart"/>
      <w:r>
        <w:t>reino</w:t>
      </w:r>
      <w:proofErr w:type="spellEnd"/>
      <w:r>
        <w:t xml:space="preserve"> é </w:t>
      </w:r>
      <w:proofErr w:type="spellStart"/>
      <w:r>
        <w:t>considerado</w:t>
      </w:r>
      <w:proofErr w:type="spellEnd"/>
      <w:r>
        <w:t xml:space="preserve"> a </w:t>
      </w:r>
      <w:proofErr w:type="spellStart"/>
      <w:r>
        <w:t>época</w:t>
      </w:r>
      <w:proofErr w:type="spellEnd"/>
      <w:r>
        <w:t xml:space="preserve"> de </w:t>
      </w:r>
      <w:proofErr w:type="spellStart"/>
      <w:r>
        <w:t>ouro</w:t>
      </w:r>
      <w:proofErr w:type="spellEnd"/>
      <w:r>
        <w:t xml:space="preserve"> da </w:t>
      </w:r>
      <w:proofErr w:type="spellStart"/>
      <w:r>
        <w:t>civilização</w:t>
      </w:r>
      <w:proofErr w:type="spellEnd"/>
      <w:r>
        <w:t xml:space="preserve"> </w:t>
      </w:r>
      <w:proofErr w:type="spellStart"/>
      <w:r>
        <w:t>tailandesa</w:t>
      </w:r>
      <w:proofErr w:type="spellEnd"/>
      <w:r>
        <w:t xml:space="preserve">, e </w:t>
      </w:r>
      <w:proofErr w:type="gramStart"/>
      <w:r>
        <w:t>a</w:t>
      </w:r>
      <w:proofErr w:type="gramEnd"/>
      <w:r>
        <w:t xml:space="preserve"> </w:t>
      </w:r>
      <w:proofErr w:type="spellStart"/>
      <w:r>
        <w:t>arte</w:t>
      </w:r>
      <w:proofErr w:type="spellEnd"/>
      <w:r>
        <w:t xml:space="preserve"> religiosa e </w:t>
      </w:r>
      <w:proofErr w:type="gramStart"/>
      <w:r>
        <w:t>a</w:t>
      </w:r>
      <w:proofErr w:type="gramEnd"/>
      <w:r>
        <w:t xml:space="preserve"> </w:t>
      </w:r>
      <w:proofErr w:type="spellStart"/>
      <w:r>
        <w:t>arquitetura</w:t>
      </w:r>
      <w:proofErr w:type="spellEnd"/>
      <w:r>
        <w:t xml:space="preserve"> </w:t>
      </w:r>
      <w:proofErr w:type="spellStart"/>
      <w:r>
        <w:t>desse</w:t>
      </w:r>
      <w:proofErr w:type="spellEnd"/>
      <w:r>
        <w:t xml:space="preserve"> </w:t>
      </w:r>
      <w:proofErr w:type="spellStart"/>
      <w:r>
        <w:t>período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vistas </w:t>
      </w:r>
      <w:proofErr w:type="spellStart"/>
      <w:r>
        <w:t>como</w:t>
      </w:r>
      <w:proofErr w:type="spellEnd"/>
      <w:r>
        <w:t xml:space="preserve"> as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clássicas</w:t>
      </w:r>
      <w:proofErr w:type="spellEnd"/>
      <w:r>
        <w:t xml:space="preserve"> do </w:t>
      </w:r>
      <w:proofErr w:type="spellStart"/>
      <w:r>
        <w:t>país</w:t>
      </w:r>
      <w:proofErr w:type="spellEnd"/>
      <w:r>
        <w:t xml:space="preserve">. </w:t>
      </w:r>
      <w:proofErr w:type="gramStart"/>
      <w:r>
        <w:t>A</w:t>
      </w:r>
      <w:proofErr w:type="gramEnd"/>
      <w:r>
        <w:t xml:space="preserve"> </w:t>
      </w:r>
      <w:proofErr w:type="spellStart"/>
      <w:r>
        <w:t>antiga</w:t>
      </w:r>
      <w:proofErr w:type="spellEnd"/>
      <w:r>
        <w:t xml:space="preserve"> capital era </w:t>
      </w:r>
      <w:proofErr w:type="spellStart"/>
      <w:r>
        <w:t>cercada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três</w:t>
      </w:r>
      <w:proofErr w:type="spellEnd"/>
      <w:r>
        <w:t xml:space="preserve"> </w:t>
      </w:r>
      <w:proofErr w:type="spellStart"/>
      <w:r>
        <w:t>muralhas</w:t>
      </w:r>
      <w:proofErr w:type="spellEnd"/>
      <w:r>
        <w:t xml:space="preserve"> </w:t>
      </w:r>
      <w:proofErr w:type="spellStart"/>
      <w:r>
        <w:t>concêntricas</w:t>
      </w:r>
      <w:proofErr w:type="spellEnd"/>
      <w:r>
        <w:t xml:space="preserve"> e </w:t>
      </w:r>
      <w:proofErr w:type="spellStart"/>
      <w:r>
        <w:t>dois</w:t>
      </w:r>
      <w:proofErr w:type="spellEnd"/>
      <w:r>
        <w:t xml:space="preserve"> </w:t>
      </w:r>
      <w:proofErr w:type="spellStart"/>
      <w:r>
        <w:t>fossos</w:t>
      </w:r>
      <w:proofErr w:type="spellEnd"/>
      <w:r>
        <w:t xml:space="preserve">, com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quatro</w:t>
      </w:r>
      <w:proofErr w:type="spellEnd"/>
      <w:r>
        <w:t xml:space="preserve"> </w:t>
      </w:r>
      <w:proofErr w:type="spellStart"/>
      <w:r>
        <w:t>portas</w:t>
      </w:r>
      <w:proofErr w:type="spellEnd"/>
      <w:r>
        <w:t>.</w:t>
      </w:r>
    </w:p>
    <w:p w14:paraId="0E844DD6" w14:textId="77777777" w:rsidR="002445CF" w:rsidRDefault="002445CF" w:rsidP="002445CF">
      <w:pPr>
        <w:spacing w:after="40" w:line="252" w:lineRule="auto"/>
        <w:jc w:val="both"/>
      </w:pPr>
      <w:r>
        <w:t xml:space="preserve">Visita </w:t>
      </w:r>
      <w:proofErr w:type="spellStart"/>
      <w:r>
        <w:t>ao</w:t>
      </w:r>
      <w:proofErr w:type="spellEnd"/>
      <w:r>
        <w:t xml:space="preserve"> Sukhothai Historical Park e </w:t>
      </w:r>
      <w:proofErr w:type="spellStart"/>
      <w:r>
        <w:t>aos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templos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>.</w:t>
      </w:r>
    </w:p>
    <w:p w14:paraId="04AAB561" w14:textId="77777777" w:rsidR="002445CF" w:rsidRDefault="002445CF" w:rsidP="002445CF">
      <w:pPr>
        <w:spacing w:after="40" w:line="252" w:lineRule="auto"/>
        <w:jc w:val="both"/>
      </w:pPr>
      <w:r>
        <w:t xml:space="preserve">Nossa </w:t>
      </w:r>
      <w:proofErr w:type="spellStart"/>
      <w:r>
        <w:t>próxima</w:t>
      </w:r>
      <w:proofErr w:type="spellEnd"/>
      <w:r>
        <w:t xml:space="preserve"> </w:t>
      </w:r>
      <w:proofErr w:type="spellStart"/>
      <w:r>
        <w:t>parada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escola</w:t>
      </w:r>
      <w:proofErr w:type="spellEnd"/>
      <w:r>
        <w:t xml:space="preserve"> de Muay Thai, o </w:t>
      </w:r>
      <w:proofErr w:type="spellStart"/>
      <w:r>
        <w:t>esporte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da </w:t>
      </w:r>
      <w:proofErr w:type="spellStart"/>
      <w:r>
        <w:t>Tailândia</w:t>
      </w:r>
      <w:proofErr w:type="spellEnd"/>
      <w:r>
        <w:t xml:space="preserve">, </w:t>
      </w:r>
      <w:proofErr w:type="spellStart"/>
      <w:r>
        <w:t>onde</w:t>
      </w:r>
      <w:proofErr w:type="spellEnd"/>
      <w:r>
        <w:t xml:space="preserve"> </w:t>
      </w:r>
      <w:proofErr w:type="spellStart"/>
      <w:r>
        <w:t>poderemos</w:t>
      </w:r>
      <w:proofErr w:type="spellEnd"/>
      <w:r>
        <w:t xml:space="preserve">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 </w:t>
      </w:r>
      <w:proofErr w:type="spellStart"/>
      <w:r>
        <w:t>básicas</w:t>
      </w:r>
      <w:proofErr w:type="spellEnd"/>
      <w:r>
        <w:t xml:space="preserve"> com um professor e ex-</w:t>
      </w:r>
      <w:proofErr w:type="spellStart"/>
      <w:r>
        <w:t>campeão</w:t>
      </w:r>
      <w:proofErr w:type="spellEnd"/>
      <w:r>
        <w:t xml:space="preserve"> de </w:t>
      </w:r>
      <w:proofErr w:type="spellStart"/>
      <w:r>
        <w:t>boxe</w:t>
      </w:r>
      <w:proofErr w:type="spellEnd"/>
      <w:r>
        <w:t>.</w:t>
      </w:r>
    </w:p>
    <w:p w14:paraId="23FD0B47" w14:textId="77777777" w:rsidR="002445CF" w:rsidRDefault="002445CF" w:rsidP="002445CF">
      <w:pPr>
        <w:spacing w:after="40" w:line="252" w:lineRule="auto"/>
        <w:jc w:val="both"/>
      </w:pPr>
      <w:proofErr w:type="spellStart"/>
      <w:r>
        <w:t>Almoço</w:t>
      </w:r>
      <w:proofErr w:type="spellEnd"/>
      <w:r>
        <w:t>.</w:t>
      </w:r>
    </w:p>
    <w:p w14:paraId="3DA66FBF" w14:textId="77777777" w:rsidR="002445CF" w:rsidRDefault="002445CF" w:rsidP="002445CF">
      <w:pPr>
        <w:spacing w:after="40" w:line="252" w:lineRule="auto"/>
        <w:jc w:val="both"/>
      </w:pPr>
      <w:proofErr w:type="spellStart"/>
      <w:r>
        <w:t>Seguiremos</w:t>
      </w:r>
      <w:proofErr w:type="spellEnd"/>
      <w:r>
        <w:t xml:space="preserve"> </w:t>
      </w:r>
      <w:proofErr w:type="spellStart"/>
      <w:r>
        <w:t>viagem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Chiang Rai. </w:t>
      </w:r>
      <w:proofErr w:type="spellStart"/>
      <w:r>
        <w:t>Chegada</w:t>
      </w:r>
      <w:proofErr w:type="spellEnd"/>
      <w:r>
        <w:t xml:space="preserve"> e visita </w:t>
      </w:r>
      <w:proofErr w:type="spellStart"/>
      <w:r>
        <w:t>ao</w:t>
      </w:r>
      <w:proofErr w:type="spellEnd"/>
      <w:r>
        <w:t xml:space="preserve"> </w:t>
      </w:r>
      <w:proofErr w:type="spellStart"/>
      <w:r>
        <w:t>templo</w:t>
      </w:r>
      <w:proofErr w:type="spellEnd"/>
      <w:r>
        <w:t xml:space="preserve"> Wat Rong Suea Ten,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conhecido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Templo Azul.</w:t>
      </w:r>
    </w:p>
    <w:p w14:paraId="4CBA8021" w14:textId="3519BAC5" w:rsidR="002445CF" w:rsidRDefault="002445CF" w:rsidP="002445CF">
      <w:pPr>
        <w:spacing w:after="40" w:line="252" w:lineRule="auto"/>
        <w:jc w:val="both"/>
      </w:pP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hotel. </w:t>
      </w:r>
      <w:proofErr w:type="spellStart"/>
      <w:r>
        <w:t>Hospedagem</w:t>
      </w:r>
      <w:proofErr w:type="spellEnd"/>
      <w:r>
        <w:t>.</w:t>
      </w:r>
    </w:p>
    <w:p w14:paraId="360C57E4" w14:textId="77777777" w:rsidR="002445CF" w:rsidRPr="00BD5FFB" w:rsidRDefault="002445CF" w:rsidP="002445CF">
      <w:pPr>
        <w:spacing w:after="40" w:line="252" w:lineRule="auto"/>
        <w:jc w:val="both"/>
      </w:pPr>
    </w:p>
    <w:p w14:paraId="29D2502D" w14:textId="65612292" w:rsidR="002445CF" w:rsidRDefault="002445CF" w:rsidP="002445CF">
      <w:pPr>
        <w:pStyle w:val="Dia"/>
        <w:spacing w:before="120" w:after="20"/>
      </w:pPr>
      <w:r>
        <w:t xml:space="preserve">📍 </w:t>
      </w:r>
      <w:r>
        <w:t>8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r w:rsidRPr="002445CF">
        <w:t>CHIANG RAI - CHIANG MAI</w:t>
      </w:r>
    </w:p>
    <w:p w14:paraId="65BF6892" w14:textId="77777777" w:rsidR="002445CF" w:rsidRPr="002445CF" w:rsidRDefault="002445CF" w:rsidP="002445CF">
      <w:pPr>
        <w:spacing w:after="40" w:line="252" w:lineRule="auto"/>
        <w:jc w:val="both"/>
      </w:pPr>
      <w:r w:rsidRPr="002445CF">
        <w:t xml:space="preserve">Café da </w:t>
      </w:r>
      <w:proofErr w:type="spellStart"/>
      <w:r w:rsidRPr="002445CF">
        <w:t>manhã</w:t>
      </w:r>
      <w:proofErr w:type="spellEnd"/>
      <w:r w:rsidRPr="002445CF">
        <w:t xml:space="preserve"> no hotel.</w:t>
      </w:r>
    </w:p>
    <w:p w14:paraId="7B1B886B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Saída</w:t>
      </w:r>
      <w:proofErr w:type="spellEnd"/>
      <w:r w:rsidRPr="002445CF">
        <w:t xml:space="preserve"> para </w:t>
      </w:r>
      <w:proofErr w:type="spellStart"/>
      <w:r w:rsidRPr="002445CF">
        <w:t>visitar</w:t>
      </w:r>
      <w:proofErr w:type="spellEnd"/>
      <w:r w:rsidRPr="002445CF">
        <w:t xml:space="preserve"> o Golden Triangle, a </w:t>
      </w:r>
      <w:proofErr w:type="spellStart"/>
      <w:r w:rsidRPr="002445CF">
        <w:t>região</w:t>
      </w:r>
      <w:proofErr w:type="spellEnd"/>
      <w:r w:rsidRPr="002445CF">
        <w:t xml:space="preserve"> </w:t>
      </w:r>
      <w:proofErr w:type="spellStart"/>
      <w:r w:rsidRPr="002445CF">
        <w:t>onde</w:t>
      </w:r>
      <w:proofErr w:type="spellEnd"/>
      <w:r w:rsidRPr="002445CF">
        <w:t xml:space="preserve"> </w:t>
      </w:r>
      <w:proofErr w:type="spellStart"/>
      <w:r w:rsidRPr="002445CF">
        <w:t>fazem</w:t>
      </w:r>
      <w:proofErr w:type="spellEnd"/>
      <w:r w:rsidRPr="002445CF">
        <w:t xml:space="preserve"> </w:t>
      </w:r>
      <w:proofErr w:type="spellStart"/>
      <w:r w:rsidRPr="002445CF">
        <w:t>fronteira</w:t>
      </w:r>
      <w:proofErr w:type="spellEnd"/>
      <w:r w:rsidRPr="002445CF">
        <w:t xml:space="preserve"> </w:t>
      </w:r>
      <w:proofErr w:type="spellStart"/>
      <w:r w:rsidRPr="002445CF">
        <w:t>três</w:t>
      </w:r>
      <w:proofErr w:type="spellEnd"/>
      <w:r w:rsidRPr="002445CF">
        <w:t xml:space="preserve"> </w:t>
      </w:r>
      <w:proofErr w:type="spellStart"/>
      <w:r w:rsidRPr="002445CF">
        <w:t>países</w:t>
      </w:r>
      <w:proofErr w:type="spellEnd"/>
      <w:r w:rsidRPr="002445CF">
        <w:t xml:space="preserve">: Myanmar, Laos e Thailand, </w:t>
      </w:r>
      <w:proofErr w:type="spellStart"/>
      <w:r w:rsidRPr="002445CF">
        <w:t>separados</w:t>
      </w:r>
      <w:proofErr w:type="spellEnd"/>
      <w:r w:rsidRPr="002445CF">
        <w:t xml:space="preserve"> </w:t>
      </w:r>
      <w:proofErr w:type="spellStart"/>
      <w:r w:rsidRPr="002445CF">
        <w:t>pelo</w:t>
      </w:r>
      <w:proofErr w:type="spellEnd"/>
      <w:r w:rsidRPr="002445CF">
        <w:t xml:space="preserve"> Mekong River e </w:t>
      </w:r>
      <w:proofErr w:type="spellStart"/>
      <w:r w:rsidRPr="002445CF">
        <w:t>que</w:t>
      </w:r>
      <w:proofErr w:type="spellEnd"/>
      <w:r w:rsidRPr="002445CF">
        <w:t xml:space="preserve">, no passado, </w:t>
      </w:r>
      <w:proofErr w:type="spellStart"/>
      <w:r w:rsidRPr="002445CF">
        <w:t>foi</w:t>
      </w:r>
      <w:proofErr w:type="spellEnd"/>
      <w:r w:rsidRPr="002445CF">
        <w:t xml:space="preserve"> um </w:t>
      </w:r>
      <w:proofErr w:type="spellStart"/>
      <w:r w:rsidRPr="002445CF">
        <w:t>importante</w:t>
      </w:r>
      <w:proofErr w:type="spellEnd"/>
      <w:r w:rsidRPr="002445CF">
        <w:t xml:space="preserve"> </w:t>
      </w:r>
      <w:proofErr w:type="spellStart"/>
      <w:r w:rsidRPr="002445CF">
        <w:t>centro</w:t>
      </w:r>
      <w:proofErr w:type="spellEnd"/>
      <w:r w:rsidRPr="002445CF">
        <w:t xml:space="preserve"> de </w:t>
      </w:r>
      <w:proofErr w:type="spellStart"/>
      <w:r w:rsidRPr="002445CF">
        <w:t>tráfico</w:t>
      </w:r>
      <w:proofErr w:type="spellEnd"/>
      <w:r w:rsidRPr="002445CF">
        <w:t xml:space="preserve"> de </w:t>
      </w:r>
      <w:proofErr w:type="spellStart"/>
      <w:r w:rsidRPr="002445CF">
        <w:t>ópio</w:t>
      </w:r>
      <w:proofErr w:type="spellEnd"/>
      <w:r w:rsidRPr="002445CF">
        <w:t xml:space="preserve">. Visita </w:t>
      </w:r>
      <w:proofErr w:type="spellStart"/>
      <w:r w:rsidRPr="002445CF">
        <w:t>ao</w:t>
      </w:r>
      <w:proofErr w:type="spellEnd"/>
      <w:r w:rsidRPr="002445CF">
        <w:t xml:space="preserve"> Hall of Opium Museum.</w:t>
      </w:r>
    </w:p>
    <w:p w14:paraId="6A4D79D6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Seguiremos</w:t>
      </w:r>
      <w:proofErr w:type="spellEnd"/>
      <w:r w:rsidRPr="002445CF">
        <w:t xml:space="preserve"> com a visita </w:t>
      </w:r>
      <w:proofErr w:type="spellStart"/>
      <w:r w:rsidRPr="002445CF">
        <w:t>ao</w:t>
      </w:r>
      <w:proofErr w:type="spellEnd"/>
      <w:r w:rsidRPr="002445CF">
        <w:t xml:space="preserve"> </w:t>
      </w:r>
      <w:proofErr w:type="spellStart"/>
      <w:r w:rsidRPr="002445CF">
        <w:t>templo</w:t>
      </w:r>
      <w:proofErr w:type="spellEnd"/>
      <w:r w:rsidRPr="002445CF">
        <w:t xml:space="preserve"> </w:t>
      </w:r>
      <w:proofErr w:type="spellStart"/>
      <w:r w:rsidRPr="002445CF">
        <w:t>branco</w:t>
      </w:r>
      <w:proofErr w:type="spellEnd"/>
      <w:r w:rsidRPr="002445CF">
        <w:t xml:space="preserve"> Wat Rong Khun.</w:t>
      </w:r>
    </w:p>
    <w:p w14:paraId="39480872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Continuação</w:t>
      </w:r>
      <w:proofErr w:type="spellEnd"/>
      <w:r w:rsidRPr="002445CF">
        <w:t xml:space="preserve"> </w:t>
      </w:r>
      <w:proofErr w:type="gramStart"/>
      <w:r w:rsidRPr="002445CF">
        <w:t>para Chiang Mai</w:t>
      </w:r>
      <w:proofErr w:type="gramEnd"/>
      <w:r w:rsidRPr="002445CF">
        <w:t xml:space="preserve">, </w:t>
      </w:r>
      <w:proofErr w:type="spellStart"/>
      <w:r w:rsidRPr="002445CF">
        <w:t>conhecida</w:t>
      </w:r>
      <w:proofErr w:type="spellEnd"/>
      <w:r w:rsidRPr="002445CF">
        <w:t xml:space="preserve"> </w:t>
      </w:r>
      <w:proofErr w:type="spellStart"/>
      <w:r w:rsidRPr="002445CF">
        <w:t>como</w:t>
      </w:r>
      <w:proofErr w:type="spellEnd"/>
      <w:r w:rsidRPr="002445CF">
        <w:t xml:space="preserve"> a “Rosa do Norte” e a </w:t>
      </w:r>
      <w:proofErr w:type="spellStart"/>
      <w:r w:rsidRPr="002445CF">
        <w:t>cidade</w:t>
      </w:r>
      <w:proofErr w:type="spellEnd"/>
      <w:r w:rsidRPr="002445CF">
        <w:t xml:space="preserve"> </w:t>
      </w:r>
      <w:proofErr w:type="spellStart"/>
      <w:r w:rsidRPr="002445CF">
        <w:t>mais</w:t>
      </w:r>
      <w:proofErr w:type="spellEnd"/>
      <w:r w:rsidRPr="002445CF">
        <w:t xml:space="preserve"> </w:t>
      </w:r>
      <w:proofErr w:type="spellStart"/>
      <w:r w:rsidRPr="002445CF">
        <w:t>importante</w:t>
      </w:r>
      <w:proofErr w:type="spellEnd"/>
      <w:r w:rsidRPr="002445CF">
        <w:t xml:space="preserve"> da </w:t>
      </w:r>
      <w:proofErr w:type="spellStart"/>
      <w:r w:rsidRPr="002445CF">
        <w:t>região</w:t>
      </w:r>
      <w:proofErr w:type="spellEnd"/>
      <w:r w:rsidRPr="002445CF">
        <w:t xml:space="preserve">. Suas </w:t>
      </w:r>
      <w:proofErr w:type="spellStart"/>
      <w:r w:rsidRPr="002445CF">
        <w:t>origens</w:t>
      </w:r>
      <w:proofErr w:type="spellEnd"/>
      <w:r w:rsidRPr="002445CF">
        <w:t xml:space="preserve"> </w:t>
      </w:r>
      <w:proofErr w:type="spellStart"/>
      <w:r w:rsidRPr="002445CF">
        <w:t>remontam</w:t>
      </w:r>
      <w:proofErr w:type="spellEnd"/>
      <w:r w:rsidRPr="002445CF">
        <w:t xml:space="preserve"> </w:t>
      </w:r>
      <w:proofErr w:type="spellStart"/>
      <w:r w:rsidRPr="002445CF">
        <w:t>ao</w:t>
      </w:r>
      <w:proofErr w:type="spellEnd"/>
      <w:r w:rsidRPr="002445CF">
        <w:t xml:space="preserve"> Reino de Lanna Kingdom no </w:t>
      </w:r>
      <w:proofErr w:type="spellStart"/>
      <w:r w:rsidRPr="002445CF">
        <w:t>século</w:t>
      </w:r>
      <w:proofErr w:type="spellEnd"/>
      <w:r w:rsidRPr="002445CF">
        <w:t xml:space="preserve"> XIII. A </w:t>
      </w:r>
      <w:proofErr w:type="spellStart"/>
      <w:r w:rsidRPr="002445CF">
        <w:t>cidade</w:t>
      </w:r>
      <w:proofErr w:type="spellEnd"/>
      <w:r w:rsidRPr="002445CF">
        <w:t xml:space="preserve"> </w:t>
      </w:r>
      <w:proofErr w:type="spellStart"/>
      <w:r w:rsidRPr="002445CF">
        <w:t>antiga</w:t>
      </w:r>
      <w:proofErr w:type="spellEnd"/>
      <w:r w:rsidRPr="002445CF">
        <w:t xml:space="preserve"> é </w:t>
      </w:r>
      <w:proofErr w:type="spellStart"/>
      <w:r w:rsidRPr="002445CF">
        <w:t>rodeada</w:t>
      </w:r>
      <w:proofErr w:type="spellEnd"/>
      <w:r w:rsidRPr="002445CF">
        <w:t xml:space="preserve"> </w:t>
      </w:r>
      <w:proofErr w:type="spellStart"/>
      <w:r w:rsidRPr="002445CF">
        <w:t>por</w:t>
      </w:r>
      <w:proofErr w:type="spellEnd"/>
      <w:r w:rsidRPr="002445CF">
        <w:t xml:space="preserve"> um </w:t>
      </w:r>
      <w:proofErr w:type="spellStart"/>
      <w:r w:rsidRPr="002445CF">
        <w:t>fosso</w:t>
      </w:r>
      <w:proofErr w:type="spellEnd"/>
      <w:r w:rsidRPr="002445CF">
        <w:t xml:space="preserve"> e </w:t>
      </w:r>
      <w:proofErr w:type="spellStart"/>
      <w:r w:rsidRPr="002445CF">
        <w:t>muralhas</w:t>
      </w:r>
      <w:proofErr w:type="spellEnd"/>
      <w:r w:rsidRPr="002445CF">
        <w:t>.</w:t>
      </w:r>
    </w:p>
    <w:p w14:paraId="1B78C100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rPr>
          <w:b/>
          <w:bCs/>
        </w:rPr>
        <w:t>Almoço</w:t>
      </w:r>
      <w:proofErr w:type="spellEnd"/>
      <w:r w:rsidRPr="002445CF">
        <w:t>.</w:t>
      </w:r>
    </w:p>
    <w:p w14:paraId="210D97FD" w14:textId="0290F0B3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Chegada</w:t>
      </w:r>
      <w:proofErr w:type="spellEnd"/>
      <w:r w:rsidRPr="002445CF">
        <w:t xml:space="preserve"> e visita </w:t>
      </w:r>
      <w:proofErr w:type="spellStart"/>
      <w:r w:rsidRPr="002445CF">
        <w:t>ao</w:t>
      </w:r>
      <w:proofErr w:type="spellEnd"/>
      <w:r w:rsidRPr="002445CF">
        <w:t xml:space="preserve"> </w:t>
      </w:r>
      <w:proofErr w:type="spellStart"/>
      <w:r w:rsidRPr="002445CF">
        <w:t>templo</w:t>
      </w:r>
      <w:proofErr w:type="spellEnd"/>
      <w:r w:rsidRPr="002445CF">
        <w:t xml:space="preserve"> Wat Phra That Doi Suthep, </w:t>
      </w:r>
      <w:proofErr w:type="spellStart"/>
      <w:r w:rsidRPr="002445CF">
        <w:t>símbolo</w:t>
      </w:r>
      <w:proofErr w:type="spellEnd"/>
      <w:r w:rsidRPr="002445CF">
        <w:t xml:space="preserve"> da </w:t>
      </w:r>
      <w:proofErr w:type="spellStart"/>
      <w:r w:rsidRPr="002445CF">
        <w:t>cidade</w:t>
      </w:r>
      <w:proofErr w:type="spellEnd"/>
      <w:r w:rsidRPr="002445CF">
        <w:t xml:space="preserve">, </w:t>
      </w:r>
      <w:proofErr w:type="spellStart"/>
      <w:r w:rsidRPr="002445CF">
        <w:t>situado</w:t>
      </w:r>
      <w:proofErr w:type="spellEnd"/>
      <w:r w:rsidRPr="002445CF">
        <w:t xml:space="preserve"> </w:t>
      </w:r>
      <w:proofErr w:type="gramStart"/>
      <w:r w:rsidRPr="002445CF">
        <w:t>a 1.053 metros</w:t>
      </w:r>
      <w:proofErr w:type="gramEnd"/>
      <w:r w:rsidRPr="002445CF">
        <w:t xml:space="preserve"> de altitude e um </w:t>
      </w:r>
      <w:proofErr w:type="spellStart"/>
      <w:r w:rsidRPr="002445CF">
        <w:t>importante</w:t>
      </w:r>
      <w:proofErr w:type="spellEnd"/>
      <w:r w:rsidRPr="002445CF">
        <w:t xml:space="preserve"> </w:t>
      </w:r>
      <w:proofErr w:type="spellStart"/>
      <w:r w:rsidRPr="002445CF">
        <w:t>centro</w:t>
      </w:r>
      <w:proofErr w:type="spellEnd"/>
      <w:r w:rsidRPr="002445CF">
        <w:t xml:space="preserve"> de </w:t>
      </w:r>
      <w:proofErr w:type="spellStart"/>
      <w:r w:rsidRPr="002445CF">
        <w:t>peregrinação</w:t>
      </w:r>
      <w:proofErr w:type="spellEnd"/>
      <w:r w:rsidRPr="002445CF">
        <w:t>.</w:t>
      </w:r>
    </w:p>
    <w:p w14:paraId="6ABE2BA6" w14:textId="77777777" w:rsidR="002445CF" w:rsidRPr="002445CF" w:rsidRDefault="002445CF" w:rsidP="002445CF">
      <w:pPr>
        <w:spacing w:after="40" w:line="252" w:lineRule="auto"/>
        <w:jc w:val="both"/>
      </w:pPr>
    </w:p>
    <w:p w14:paraId="218C8281" w14:textId="4EDDB900" w:rsidR="002445CF" w:rsidRDefault="002445CF" w:rsidP="002445CF">
      <w:pPr>
        <w:pStyle w:val="Dia"/>
        <w:spacing w:before="120" w:after="20"/>
      </w:pPr>
      <w:r>
        <w:t xml:space="preserve">📍 </w:t>
      </w:r>
      <w:r>
        <w:t>9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r w:rsidRPr="002445CF">
        <w:t>CHIANG MAI</w:t>
      </w:r>
    </w:p>
    <w:p w14:paraId="46963BF1" w14:textId="77777777" w:rsidR="002445CF" w:rsidRPr="002445CF" w:rsidRDefault="002445CF" w:rsidP="002445CF">
      <w:pPr>
        <w:spacing w:after="40" w:line="252" w:lineRule="auto"/>
        <w:jc w:val="both"/>
      </w:pPr>
      <w:r w:rsidRPr="002445CF">
        <w:t xml:space="preserve">Café da </w:t>
      </w:r>
      <w:proofErr w:type="spellStart"/>
      <w:r w:rsidRPr="002445CF">
        <w:t>manhã</w:t>
      </w:r>
      <w:proofErr w:type="spellEnd"/>
      <w:r w:rsidRPr="002445CF">
        <w:t>.</w:t>
      </w:r>
    </w:p>
    <w:p w14:paraId="0C86789A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Saída</w:t>
      </w:r>
      <w:proofErr w:type="spellEnd"/>
      <w:r w:rsidRPr="002445CF">
        <w:t xml:space="preserve"> para visita </w:t>
      </w:r>
      <w:proofErr w:type="spellStart"/>
      <w:r w:rsidRPr="002445CF">
        <w:t>ao</w:t>
      </w:r>
      <w:proofErr w:type="spellEnd"/>
      <w:r w:rsidRPr="002445CF">
        <w:t xml:space="preserve"> </w:t>
      </w:r>
      <w:proofErr w:type="spellStart"/>
      <w:r w:rsidRPr="002445CF">
        <w:t>santuário</w:t>
      </w:r>
      <w:proofErr w:type="spellEnd"/>
      <w:r w:rsidRPr="002445CF">
        <w:t xml:space="preserve"> de </w:t>
      </w:r>
      <w:proofErr w:type="spellStart"/>
      <w:r w:rsidRPr="002445CF">
        <w:t>elefantes</w:t>
      </w:r>
      <w:proofErr w:type="spellEnd"/>
      <w:r w:rsidRPr="002445CF">
        <w:t xml:space="preserve"> Elephant Eco Valley.</w:t>
      </w:r>
    </w:p>
    <w:p w14:paraId="1DCD5C94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Dedicaremos</w:t>
      </w:r>
      <w:proofErr w:type="spellEnd"/>
      <w:r w:rsidRPr="002445CF">
        <w:t xml:space="preserve"> </w:t>
      </w:r>
      <w:proofErr w:type="spellStart"/>
      <w:r w:rsidRPr="002445CF">
        <w:t>este</w:t>
      </w:r>
      <w:proofErr w:type="spellEnd"/>
      <w:r w:rsidRPr="002445CF">
        <w:t xml:space="preserve"> </w:t>
      </w:r>
      <w:proofErr w:type="spellStart"/>
      <w:r w:rsidRPr="002445CF">
        <w:t>dia</w:t>
      </w:r>
      <w:proofErr w:type="spellEnd"/>
      <w:r w:rsidRPr="002445CF">
        <w:t xml:space="preserve"> para </w:t>
      </w:r>
      <w:proofErr w:type="spellStart"/>
      <w:r w:rsidRPr="002445CF">
        <w:t>conhecer</w:t>
      </w:r>
      <w:proofErr w:type="spellEnd"/>
      <w:r w:rsidRPr="002445CF">
        <w:t xml:space="preserve"> </w:t>
      </w:r>
      <w:proofErr w:type="spellStart"/>
      <w:r w:rsidRPr="002445CF">
        <w:t>melhor</w:t>
      </w:r>
      <w:proofErr w:type="spellEnd"/>
      <w:r w:rsidRPr="002445CF">
        <w:t xml:space="preserve"> esses </w:t>
      </w:r>
      <w:proofErr w:type="spellStart"/>
      <w:r w:rsidRPr="002445CF">
        <w:t>animais</w:t>
      </w:r>
      <w:proofErr w:type="spellEnd"/>
      <w:r w:rsidRPr="002445CF">
        <w:t xml:space="preserve"> </w:t>
      </w:r>
      <w:proofErr w:type="spellStart"/>
      <w:r w:rsidRPr="002445CF">
        <w:t>incríveis</w:t>
      </w:r>
      <w:proofErr w:type="spellEnd"/>
      <w:r w:rsidRPr="002445CF">
        <w:t xml:space="preserve">, </w:t>
      </w:r>
      <w:proofErr w:type="spellStart"/>
      <w:r w:rsidRPr="002445CF">
        <w:t>começando</w:t>
      </w:r>
      <w:proofErr w:type="spellEnd"/>
      <w:r w:rsidRPr="002445CF">
        <w:t xml:space="preserve"> com a visita </w:t>
      </w:r>
      <w:proofErr w:type="spellStart"/>
      <w:r w:rsidRPr="002445CF">
        <w:t>ao</w:t>
      </w:r>
      <w:proofErr w:type="spellEnd"/>
      <w:r w:rsidRPr="002445CF">
        <w:t xml:space="preserve"> </w:t>
      </w:r>
      <w:proofErr w:type="spellStart"/>
      <w:r w:rsidRPr="002445CF">
        <w:t>museu</w:t>
      </w:r>
      <w:proofErr w:type="spellEnd"/>
      <w:r w:rsidRPr="002445CF">
        <w:t xml:space="preserve"> cultural do </w:t>
      </w:r>
      <w:proofErr w:type="spellStart"/>
      <w:r w:rsidRPr="002445CF">
        <w:t>elefante</w:t>
      </w:r>
      <w:proofErr w:type="spellEnd"/>
      <w:r w:rsidRPr="002445CF">
        <w:t xml:space="preserve">. Em </w:t>
      </w:r>
      <w:proofErr w:type="spellStart"/>
      <w:r w:rsidRPr="002445CF">
        <w:t>seguida</w:t>
      </w:r>
      <w:proofErr w:type="spellEnd"/>
      <w:r w:rsidRPr="002445CF">
        <w:t xml:space="preserve">, </w:t>
      </w:r>
      <w:proofErr w:type="spellStart"/>
      <w:r w:rsidRPr="002445CF">
        <w:t>participaremos</w:t>
      </w:r>
      <w:proofErr w:type="spellEnd"/>
      <w:r w:rsidRPr="002445CF">
        <w:t xml:space="preserve"> da </w:t>
      </w:r>
      <w:proofErr w:type="spellStart"/>
      <w:r w:rsidRPr="002445CF">
        <w:t>preparação</w:t>
      </w:r>
      <w:proofErr w:type="spellEnd"/>
      <w:r w:rsidRPr="002445CF">
        <w:t xml:space="preserve"> de </w:t>
      </w:r>
      <w:proofErr w:type="spellStart"/>
      <w:r w:rsidRPr="002445CF">
        <w:t>sua</w:t>
      </w:r>
      <w:proofErr w:type="spellEnd"/>
      <w:r w:rsidRPr="002445CF">
        <w:t xml:space="preserve"> </w:t>
      </w:r>
      <w:proofErr w:type="spellStart"/>
      <w:r w:rsidRPr="002445CF">
        <w:t>alimentação</w:t>
      </w:r>
      <w:proofErr w:type="spellEnd"/>
      <w:r w:rsidRPr="002445CF">
        <w:t xml:space="preserve"> à base de </w:t>
      </w:r>
      <w:proofErr w:type="spellStart"/>
      <w:r w:rsidRPr="002445CF">
        <w:t>ervas</w:t>
      </w:r>
      <w:proofErr w:type="spellEnd"/>
      <w:r w:rsidRPr="002445CF">
        <w:t xml:space="preserve"> e </w:t>
      </w:r>
      <w:proofErr w:type="spellStart"/>
      <w:r w:rsidRPr="002445CF">
        <w:t>frutas</w:t>
      </w:r>
      <w:proofErr w:type="spellEnd"/>
      <w:r w:rsidRPr="002445CF">
        <w:t xml:space="preserve">, </w:t>
      </w:r>
      <w:proofErr w:type="spellStart"/>
      <w:r w:rsidRPr="002445CF">
        <w:t>criando</w:t>
      </w:r>
      <w:proofErr w:type="spellEnd"/>
      <w:r w:rsidRPr="002445CF">
        <w:t xml:space="preserve"> bolas </w:t>
      </w:r>
      <w:proofErr w:type="spellStart"/>
      <w:r w:rsidRPr="002445CF">
        <w:t>multivitamínicas</w:t>
      </w:r>
      <w:proofErr w:type="spellEnd"/>
      <w:r w:rsidRPr="002445CF">
        <w:t xml:space="preserve">, </w:t>
      </w:r>
      <w:proofErr w:type="spellStart"/>
      <w:r w:rsidRPr="002445CF">
        <w:t>além</w:t>
      </w:r>
      <w:proofErr w:type="spellEnd"/>
      <w:r w:rsidRPr="002445CF">
        <w:t xml:space="preserve"> de bananas e </w:t>
      </w:r>
      <w:proofErr w:type="spellStart"/>
      <w:r w:rsidRPr="002445CF">
        <w:t>cana</w:t>
      </w:r>
      <w:proofErr w:type="spellEnd"/>
      <w:r w:rsidRPr="002445CF">
        <w:t>-de-</w:t>
      </w:r>
      <w:proofErr w:type="spellStart"/>
      <w:r w:rsidRPr="002445CF">
        <w:t>açúcar</w:t>
      </w:r>
      <w:proofErr w:type="spellEnd"/>
      <w:r w:rsidRPr="002445CF">
        <w:t>.</w:t>
      </w:r>
    </w:p>
    <w:p w14:paraId="6A6548D1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Aprenderemos</w:t>
      </w:r>
      <w:proofErr w:type="spellEnd"/>
      <w:r w:rsidRPr="002445CF">
        <w:t xml:space="preserve"> </w:t>
      </w:r>
      <w:proofErr w:type="spellStart"/>
      <w:r w:rsidRPr="002445CF">
        <w:t>também</w:t>
      </w:r>
      <w:proofErr w:type="spellEnd"/>
      <w:r w:rsidRPr="002445CF">
        <w:t xml:space="preserve"> a </w:t>
      </w:r>
      <w:proofErr w:type="spellStart"/>
      <w:r w:rsidRPr="002445CF">
        <w:t>produzir</w:t>
      </w:r>
      <w:proofErr w:type="spellEnd"/>
      <w:r w:rsidRPr="002445CF">
        <w:t xml:space="preserve"> </w:t>
      </w:r>
      <w:proofErr w:type="spellStart"/>
      <w:r w:rsidRPr="002445CF">
        <w:t>papel</w:t>
      </w:r>
      <w:proofErr w:type="spellEnd"/>
      <w:r w:rsidRPr="002445CF">
        <w:t xml:space="preserve"> </w:t>
      </w:r>
      <w:proofErr w:type="spellStart"/>
      <w:r w:rsidRPr="002445CF">
        <w:t>feito</w:t>
      </w:r>
      <w:proofErr w:type="spellEnd"/>
      <w:r w:rsidRPr="002445CF">
        <w:t xml:space="preserve"> a </w:t>
      </w:r>
      <w:proofErr w:type="spellStart"/>
      <w:r w:rsidRPr="002445CF">
        <w:t>partir</w:t>
      </w:r>
      <w:proofErr w:type="spellEnd"/>
      <w:r w:rsidRPr="002445CF">
        <w:t xml:space="preserve"> de </w:t>
      </w:r>
      <w:proofErr w:type="spellStart"/>
      <w:r w:rsidRPr="002445CF">
        <w:t>esterco</w:t>
      </w:r>
      <w:proofErr w:type="spellEnd"/>
      <w:r w:rsidRPr="002445CF">
        <w:t xml:space="preserve"> de </w:t>
      </w:r>
      <w:proofErr w:type="spellStart"/>
      <w:r w:rsidRPr="002445CF">
        <w:t>elefante</w:t>
      </w:r>
      <w:proofErr w:type="spellEnd"/>
      <w:r w:rsidRPr="002445CF">
        <w:t xml:space="preserve">. Por </w:t>
      </w:r>
      <w:proofErr w:type="spellStart"/>
      <w:r w:rsidRPr="002445CF">
        <w:t>fim</w:t>
      </w:r>
      <w:proofErr w:type="spellEnd"/>
      <w:r w:rsidRPr="002445CF">
        <w:t xml:space="preserve">, </w:t>
      </w:r>
      <w:proofErr w:type="spellStart"/>
      <w:r w:rsidRPr="002445CF">
        <w:t>desfrutaremos</w:t>
      </w:r>
      <w:proofErr w:type="spellEnd"/>
      <w:r w:rsidRPr="002445CF">
        <w:t xml:space="preserve"> da </w:t>
      </w:r>
      <w:proofErr w:type="spellStart"/>
      <w:r w:rsidRPr="002445CF">
        <w:t>experiência</w:t>
      </w:r>
      <w:proofErr w:type="spellEnd"/>
      <w:r w:rsidRPr="002445CF">
        <w:t xml:space="preserve"> de </w:t>
      </w:r>
      <w:proofErr w:type="spellStart"/>
      <w:r w:rsidRPr="002445CF">
        <w:t>banhá-los</w:t>
      </w:r>
      <w:proofErr w:type="spellEnd"/>
      <w:r w:rsidRPr="002445CF">
        <w:t xml:space="preserve"> sob </w:t>
      </w:r>
      <w:proofErr w:type="spellStart"/>
      <w:r w:rsidRPr="002445CF">
        <w:t>uma</w:t>
      </w:r>
      <w:proofErr w:type="spellEnd"/>
      <w:r w:rsidRPr="002445CF">
        <w:t xml:space="preserve"> </w:t>
      </w:r>
      <w:proofErr w:type="spellStart"/>
      <w:r w:rsidRPr="002445CF">
        <w:t>cascata</w:t>
      </w:r>
      <w:proofErr w:type="spellEnd"/>
      <w:r w:rsidRPr="002445CF">
        <w:t>.</w:t>
      </w:r>
    </w:p>
    <w:p w14:paraId="4AA77CD3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Terminaremos</w:t>
      </w:r>
      <w:proofErr w:type="spellEnd"/>
      <w:r w:rsidRPr="002445CF">
        <w:t xml:space="preserve"> o </w:t>
      </w:r>
      <w:proofErr w:type="spellStart"/>
      <w:r w:rsidRPr="002445CF">
        <w:t>dia</w:t>
      </w:r>
      <w:proofErr w:type="spellEnd"/>
      <w:r w:rsidRPr="002445CF">
        <w:t xml:space="preserve"> com a visita </w:t>
      </w:r>
      <w:proofErr w:type="spellStart"/>
      <w:r w:rsidRPr="002445CF">
        <w:t>ao</w:t>
      </w:r>
      <w:proofErr w:type="spellEnd"/>
      <w:r w:rsidRPr="002445CF">
        <w:t xml:space="preserve"> local </w:t>
      </w:r>
      <w:proofErr w:type="spellStart"/>
      <w:r w:rsidRPr="002445CF">
        <w:t>onde</w:t>
      </w:r>
      <w:proofErr w:type="spellEnd"/>
      <w:r w:rsidRPr="002445CF">
        <w:t xml:space="preserve"> </w:t>
      </w:r>
      <w:proofErr w:type="spellStart"/>
      <w:r w:rsidRPr="002445CF">
        <w:t>vivem</w:t>
      </w:r>
      <w:proofErr w:type="spellEnd"/>
      <w:r w:rsidRPr="002445CF">
        <w:t xml:space="preserve"> as </w:t>
      </w:r>
      <w:proofErr w:type="spellStart"/>
      <w:r w:rsidRPr="002445CF">
        <w:t>chamadas</w:t>
      </w:r>
      <w:proofErr w:type="spellEnd"/>
      <w:r w:rsidRPr="002445CF">
        <w:t xml:space="preserve"> “</w:t>
      </w:r>
      <w:proofErr w:type="spellStart"/>
      <w:r w:rsidRPr="002445CF">
        <w:t>mulheres</w:t>
      </w:r>
      <w:proofErr w:type="spellEnd"/>
      <w:r w:rsidRPr="002445CF">
        <w:t xml:space="preserve"> </w:t>
      </w:r>
      <w:proofErr w:type="spellStart"/>
      <w:r w:rsidRPr="002445CF">
        <w:t>girafa</w:t>
      </w:r>
      <w:proofErr w:type="spellEnd"/>
      <w:r w:rsidRPr="002445CF">
        <w:t xml:space="preserve">”, </w:t>
      </w:r>
      <w:proofErr w:type="spellStart"/>
      <w:r w:rsidRPr="002445CF">
        <w:t>pertencentes</w:t>
      </w:r>
      <w:proofErr w:type="spellEnd"/>
      <w:r w:rsidRPr="002445CF">
        <w:t xml:space="preserve"> à </w:t>
      </w:r>
      <w:proofErr w:type="spellStart"/>
      <w:r w:rsidRPr="002445CF">
        <w:t>etnia</w:t>
      </w:r>
      <w:proofErr w:type="spellEnd"/>
      <w:r w:rsidRPr="002445CF">
        <w:t xml:space="preserve"> Karen. </w:t>
      </w:r>
      <w:proofErr w:type="spellStart"/>
      <w:r w:rsidRPr="002445CF">
        <w:t>Caminharemos</w:t>
      </w:r>
      <w:proofErr w:type="spellEnd"/>
      <w:r w:rsidRPr="002445CF">
        <w:t xml:space="preserve"> </w:t>
      </w:r>
      <w:proofErr w:type="spellStart"/>
      <w:r w:rsidRPr="002445CF">
        <w:t>pelo</w:t>
      </w:r>
      <w:proofErr w:type="spellEnd"/>
      <w:r w:rsidRPr="002445CF">
        <w:t xml:space="preserve"> </w:t>
      </w:r>
      <w:proofErr w:type="spellStart"/>
      <w:r w:rsidRPr="002445CF">
        <w:t>povoado</w:t>
      </w:r>
      <w:proofErr w:type="spellEnd"/>
      <w:r w:rsidRPr="002445CF">
        <w:t xml:space="preserve">, </w:t>
      </w:r>
      <w:proofErr w:type="spellStart"/>
      <w:r w:rsidRPr="002445CF">
        <w:t>onde</w:t>
      </w:r>
      <w:proofErr w:type="spellEnd"/>
      <w:r w:rsidRPr="002445CF">
        <w:t xml:space="preserve"> </w:t>
      </w:r>
      <w:proofErr w:type="spellStart"/>
      <w:r w:rsidRPr="002445CF">
        <w:t>poderemos</w:t>
      </w:r>
      <w:proofErr w:type="spellEnd"/>
      <w:r w:rsidRPr="002445CF">
        <w:t xml:space="preserve"> </w:t>
      </w:r>
      <w:proofErr w:type="spellStart"/>
      <w:r w:rsidRPr="002445CF">
        <w:t>observar</w:t>
      </w:r>
      <w:proofErr w:type="spellEnd"/>
      <w:r w:rsidRPr="002445CF">
        <w:t xml:space="preserve"> as casas </w:t>
      </w:r>
      <w:proofErr w:type="spellStart"/>
      <w:r w:rsidRPr="002445CF">
        <w:t>onde</w:t>
      </w:r>
      <w:proofErr w:type="spellEnd"/>
      <w:r w:rsidRPr="002445CF">
        <w:t xml:space="preserve"> </w:t>
      </w:r>
      <w:proofErr w:type="spellStart"/>
      <w:r w:rsidRPr="002445CF">
        <w:t>vivem</w:t>
      </w:r>
      <w:proofErr w:type="spellEnd"/>
      <w:r w:rsidRPr="002445CF">
        <w:t>.</w:t>
      </w:r>
    </w:p>
    <w:p w14:paraId="166C9102" w14:textId="77777777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Almoço</w:t>
      </w:r>
      <w:proofErr w:type="spellEnd"/>
      <w:r w:rsidRPr="002445CF">
        <w:t>.</w:t>
      </w:r>
    </w:p>
    <w:p w14:paraId="6BBB8EC3" w14:textId="5E03B1D9" w:rsidR="002445CF" w:rsidRPr="002445CF" w:rsidRDefault="002445CF" w:rsidP="002445CF">
      <w:pPr>
        <w:spacing w:after="40" w:line="252" w:lineRule="auto"/>
        <w:jc w:val="both"/>
      </w:pPr>
      <w:proofErr w:type="spellStart"/>
      <w:r w:rsidRPr="002445CF">
        <w:t>Retorno</w:t>
      </w:r>
      <w:proofErr w:type="spellEnd"/>
      <w:r w:rsidRPr="002445CF">
        <w:t xml:space="preserve"> </w:t>
      </w:r>
      <w:proofErr w:type="spellStart"/>
      <w:r w:rsidRPr="002445CF">
        <w:t>ao</w:t>
      </w:r>
      <w:proofErr w:type="spellEnd"/>
      <w:r w:rsidRPr="002445CF">
        <w:t xml:space="preserve"> hotel.</w:t>
      </w:r>
    </w:p>
    <w:p w14:paraId="507093EC" w14:textId="77777777" w:rsidR="002445CF" w:rsidRDefault="002445CF" w:rsidP="002445CF">
      <w:pPr>
        <w:pStyle w:val="Dia"/>
        <w:spacing w:before="120" w:after="20"/>
        <w:jc w:val="both"/>
        <w:rPr>
          <w:b w:val="0"/>
          <w:color w:val="2B313A"/>
          <w:sz w:val="18"/>
        </w:rPr>
      </w:pPr>
    </w:p>
    <w:p w14:paraId="1560CB26" w14:textId="22BF19B0" w:rsidR="002445CF" w:rsidRDefault="002445CF" w:rsidP="002445CF">
      <w:pPr>
        <w:pStyle w:val="Dia"/>
        <w:spacing w:before="120" w:after="20"/>
        <w:jc w:val="both"/>
      </w:pPr>
      <w:r>
        <w:t xml:space="preserve">📍 </w:t>
      </w:r>
      <w:r>
        <w:t>10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r w:rsidRPr="002445CF">
        <w:t>CHIANG MAI</w:t>
      </w:r>
    </w:p>
    <w:p w14:paraId="2BB5C4F0" w14:textId="77777777" w:rsidR="002445CF" w:rsidRDefault="002445CF" w:rsidP="002445CF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>.</w:t>
      </w:r>
    </w:p>
    <w:p w14:paraId="775106F9" w14:textId="77777777" w:rsidR="002445CF" w:rsidRDefault="002445CF" w:rsidP="002445CF">
      <w:pPr>
        <w:spacing w:after="40" w:line="252" w:lineRule="auto"/>
        <w:jc w:val="both"/>
      </w:pPr>
      <w:r>
        <w:t xml:space="preserve">No </w:t>
      </w:r>
      <w:proofErr w:type="spellStart"/>
      <w:r>
        <w:t>horário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,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 para </w:t>
      </w:r>
      <w:proofErr w:type="spellStart"/>
      <w:r>
        <w:t>embarque</w:t>
      </w:r>
      <w:proofErr w:type="spellEnd"/>
      <w:r>
        <w:t xml:space="preserve"> com </w:t>
      </w:r>
      <w:proofErr w:type="spellStart"/>
      <w:r>
        <w:t>destino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próximo</w:t>
      </w:r>
      <w:proofErr w:type="spellEnd"/>
      <w:r>
        <w:t xml:space="preserve"> </w:t>
      </w:r>
      <w:proofErr w:type="spellStart"/>
      <w:r>
        <w:t>destino</w:t>
      </w:r>
      <w:proofErr w:type="spellEnd"/>
      <w:r>
        <w:t>.</w:t>
      </w:r>
    </w:p>
    <w:p w14:paraId="4608DC0B" w14:textId="7A856BD9" w:rsidR="002445CF" w:rsidRDefault="002445CF" w:rsidP="002445CF">
      <w:pPr>
        <w:spacing w:after="40" w:line="252" w:lineRule="auto"/>
        <w:jc w:val="both"/>
      </w:pPr>
      <w:proofErr w:type="spellStart"/>
      <w:r w:rsidRPr="002445CF">
        <w:rPr>
          <w:b/>
          <w:bCs/>
        </w:rPr>
        <w:t>Nota</w:t>
      </w:r>
      <w:proofErr w:type="spellEnd"/>
      <w:r>
        <w:t xml:space="preserve">: o </w:t>
      </w:r>
      <w:proofErr w:type="spellStart"/>
      <w:r>
        <w:t>horário</w:t>
      </w:r>
      <w:proofErr w:type="spellEnd"/>
      <w:r>
        <w:t xml:space="preserve"> de check-out do hotel é </w:t>
      </w:r>
      <w:proofErr w:type="spellStart"/>
      <w:r>
        <w:t>por</w:t>
      </w:r>
      <w:proofErr w:type="spellEnd"/>
      <w:r>
        <w:t xml:space="preserve"> volta das </w:t>
      </w:r>
      <w:r w:rsidRPr="002445CF">
        <w:rPr>
          <w:b/>
          <w:bCs/>
        </w:rPr>
        <w:t>12h00</w:t>
      </w:r>
      <w:r>
        <w:t>.</w:t>
      </w:r>
    </w:p>
    <w:p w14:paraId="10603614" w14:textId="77777777" w:rsidR="00BD5FFB" w:rsidRDefault="00BD5FFB" w:rsidP="00BD5FFB">
      <w:pPr>
        <w:jc w:val="center"/>
        <w:rPr>
          <w:color w:val="123C69"/>
        </w:rPr>
      </w:pPr>
    </w:p>
    <w:p w14:paraId="6D138C0E" w14:textId="3CCFF113" w:rsidR="00B569A9" w:rsidRDefault="00000000" w:rsidP="00BD5FFB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AF6C5F" w14:paraId="26B912C3" w14:textId="77777777" w:rsidTr="00E9139F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B9388" w14:textId="3F10ECB9" w:rsidR="00AF6C5F" w:rsidRDefault="00AF6C5F">
            <w:pPr>
              <w:jc w:val="center"/>
            </w:pPr>
            <w:r>
              <w:rPr>
                <w:b/>
                <w:color w:val="FFFFFF"/>
                <w:sz w:val="15"/>
              </w:rPr>
              <w:t>SAÍDAS</w:t>
            </w:r>
          </w:p>
        </w:tc>
      </w:tr>
      <w:tr w:rsidR="00BB669C" w:rsidRPr="00AF6C5F" w14:paraId="67D56D0B" w14:textId="77777777" w:rsidTr="00137630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21C4AAD" w14:textId="7ACA0DA8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AF6C5F">
              <w:rPr>
                <w:sz w:val="15"/>
              </w:rPr>
              <w:t>Julho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2699341" w14:textId="0789D43E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06, 13, 20 e 27</w:t>
            </w:r>
          </w:p>
        </w:tc>
      </w:tr>
      <w:tr w:rsidR="00BB669C" w:rsidRPr="00AF6C5F" w14:paraId="39ABBD3F" w14:textId="77777777" w:rsidTr="00137630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1C53ADB" w14:textId="6958438B" w:rsidR="00BB669C" w:rsidRPr="00AF6C5F" w:rsidRDefault="00BB669C" w:rsidP="00BB669C">
            <w:pPr>
              <w:rPr>
                <w:sz w:val="15"/>
              </w:rPr>
            </w:pPr>
            <w:r w:rsidRPr="00AF6C5F">
              <w:rPr>
                <w:sz w:val="15"/>
              </w:rPr>
              <w:t>Agosto</w:t>
            </w:r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66FA0B4" w14:textId="0CE71DC8" w:rsidR="00BB669C" w:rsidRPr="00495537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03, 10, 17, 24 e 31</w:t>
            </w:r>
          </w:p>
        </w:tc>
      </w:tr>
      <w:tr w:rsidR="00BB669C" w:rsidRPr="00AF6C5F" w14:paraId="2CED1753" w14:textId="77777777" w:rsidTr="00137630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C87F1DB" w14:textId="7A242D1E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AF6C5F"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561B79" w14:textId="34216937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07, 14, 21 e 28</w:t>
            </w:r>
          </w:p>
        </w:tc>
      </w:tr>
    </w:tbl>
    <w:p w14:paraId="2B6C7BB9" w14:textId="77777777" w:rsidR="00AF6C5F" w:rsidRDefault="00AF6C5F" w:rsidP="00495537">
      <w:pPr>
        <w:pStyle w:val="BoxTitle"/>
        <w:spacing w:before="1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AF6C5F" w14:paraId="1C59A072" w14:textId="77777777" w:rsidTr="00BF73F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0D0B82" w14:textId="12A5E15A" w:rsidR="00AF6C5F" w:rsidRDefault="00AF6C5F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CATEGORIA SUPERIOR </w:t>
            </w:r>
            <w:r w:rsidR="00BB669C">
              <w:rPr>
                <w:b/>
                <w:color w:val="FFFFFF"/>
                <w:sz w:val="15"/>
              </w:rPr>
              <w:t xml:space="preserve">3* SUP / </w:t>
            </w:r>
            <w:r>
              <w:rPr>
                <w:b/>
                <w:color w:val="FFFFFF"/>
                <w:sz w:val="15"/>
              </w:rPr>
              <w:t>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7F2FCE" w14:textId="7BF6F733" w:rsidR="00AF6C5F" w:rsidRDefault="00AF6C5F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S</w:t>
            </w:r>
            <w:r w:rsidR="00BB669C">
              <w:rPr>
                <w:b/>
                <w:color w:val="FFFFFF"/>
                <w:sz w:val="15"/>
              </w:rPr>
              <w:t>UP</w:t>
            </w:r>
            <w:r>
              <w:rPr>
                <w:b/>
                <w:color w:val="FFFFFF"/>
                <w:sz w:val="15"/>
              </w:rPr>
              <w:t xml:space="preserve"> / 5* - PREÇO NET POR PESSOA EM USD</w:t>
            </w:r>
          </w:p>
        </w:tc>
      </w:tr>
      <w:tr w:rsidR="00AF6C5F" w14:paraId="17A398FC" w14:textId="77777777" w:rsidTr="004F4644">
        <w:trPr>
          <w:jc w:val="center"/>
        </w:trPr>
        <w:tc>
          <w:tcPr>
            <w:tcW w:w="5320" w:type="dxa"/>
            <w:gridSpan w:val="2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1285CB" w14:textId="712FA4C0" w:rsidR="00AF6C5F" w:rsidRDefault="00AF6C5F" w:rsidP="00BF73FA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AF6C5F" w14:paraId="29306318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30C606" w14:textId="5FAB5503" w:rsidR="00AF6C5F" w:rsidRPr="00AF6C5F" w:rsidRDefault="00BB669C" w:rsidP="00BF73FA">
            <w:pPr>
              <w:rPr>
                <w:sz w:val="15"/>
              </w:rPr>
            </w:pPr>
            <w:r w:rsidRPr="00BB669C">
              <w:rPr>
                <w:sz w:val="15"/>
              </w:rPr>
              <w:t>USD 1427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29C326" w14:textId="468C37DF" w:rsidR="00AF6C5F" w:rsidRPr="00AF6C5F" w:rsidRDefault="00BB669C" w:rsidP="00BF73FA">
            <w:pPr>
              <w:rPr>
                <w:sz w:val="15"/>
              </w:rPr>
            </w:pPr>
            <w:r w:rsidRPr="00BB669C">
              <w:rPr>
                <w:sz w:val="15"/>
              </w:rPr>
              <w:t>USD 1596</w:t>
            </w:r>
          </w:p>
        </w:tc>
      </w:tr>
    </w:tbl>
    <w:p w14:paraId="652855A7" w14:textId="77777777" w:rsidR="00AF6C5F" w:rsidRDefault="00AF6C5F" w:rsidP="00495537">
      <w:pPr>
        <w:pStyle w:val="BoxTitle"/>
        <w:spacing w:before="1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CA5E98" w14:paraId="51B184FB" w14:textId="77777777" w:rsidTr="00BF73FA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5AE6E" w14:textId="77777777" w:rsidR="00CA5E98" w:rsidRDefault="00CA5E98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SAÍDAS</w:t>
            </w:r>
          </w:p>
        </w:tc>
      </w:tr>
      <w:tr w:rsidR="00BB669C" w:rsidRPr="00AF6C5F" w14:paraId="4DB39C2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24774EA" w14:textId="011E8FEB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Outubro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A5D05C8" w14:textId="4AA12B64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05, 12, 19 e 26</w:t>
            </w:r>
          </w:p>
        </w:tc>
      </w:tr>
      <w:tr w:rsidR="00BB669C" w:rsidRPr="00AF6C5F" w14:paraId="24E0F149" w14:textId="77777777" w:rsidTr="00BF73FA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E7A5D7B" w14:textId="36BAE3D9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Novembro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761254E" w14:textId="402C8512" w:rsidR="00BB669C" w:rsidRPr="00495537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02, 09, 16, 23 e 30</w:t>
            </w:r>
          </w:p>
        </w:tc>
      </w:tr>
      <w:tr w:rsidR="00BB669C" w:rsidRPr="00AF6C5F" w14:paraId="418AF0B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4955017" w14:textId="02E24BFA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F2E62A3" w14:textId="38923C39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07, 14, 21, e 28</w:t>
            </w:r>
          </w:p>
        </w:tc>
      </w:tr>
      <w:tr w:rsidR="00BB669C" w:rsidRPr="00AF6C5F" w14:paraId="3D434E69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B9FCD80" w14:textId="3E896374" w:rsidR="00BB669C" w:rsidRPr="00AF6C5F" w:rsidRDefault="00BB669C" w:rsidP="00BB669C">
            <w:pPr>
              <w:rPr>
                <w:sz w:val="15"/>
              </w:rPr>
            </w:pPr>
            <w:r w:rsidRPr="00CA5E98">
              <w:rPr>
                <w:sz w:val="15"/>
              </w:rPr>
              <w:t>Janeiro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C9B4F71" w14:textId="44EA7060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04, 11, 18 e25</w:t>
            </w:r>
          </w:p>
        </w:tc>
      </w:tr>
      <w:tr w:rsidR="00BB669C" w:rsidRPr="00AF6C5F" w14:paraId="15378673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AD7C47" w14:textId="37B9245F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Fevereiro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8858476" w14:textId="3F160165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01, 08, 15 e 22</w:t>
            </w:r>
          </w:p>
        </w:tc>
      </w:tr>
      <w:tr w:rsidR="00BB669C" w:rsidRPr="00AF6C5F" w14:paraId="39D687C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832F1D5" w14:textId="54B52913" w:rsidR="00BB669C" w:rsidRPr="00AF6C5F" w:rsidRDefault="00BB669C" w:rsidP="00BB669C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Março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5744DB8" w14:textId="21C30790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01, 08, 15, 22 e 29</w:t>
            </w:r>
          </w:p>
        </w:tc>
      </w:tr>
      <w:tr w:rsidR="00BB669C" w:rsidRPr="00AF6C5F" w14:paraId="39433281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99D24F1" w14:textId="7E0EB837" w:rsidR="00BB669C" w:rsidRPr="00CA5E98" w:rsidRDefault="00BB669C" w:rsidP="00BB669C">
            <w:pPr>
              <w:rPr>
                <w:sz w:val="15"/>
              </w:rPr>
            </w:pPr>
            <w:r>
              <w:rPr>
                <w:sz w:val="15"/>
              </w:rPr>
              <w:t>Abril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C9EF5A9" w14:textId="47AA7C11" w:rsidR="00BB669C" w:rsidRPr="00AF6C5F" w:rsidRDefault="00BB669C" w:rsidP="00BB669C">
            <w:pPr>
              <w:rPr>
                <w:sz w:val="15"/>
              </w:rPr>
            </w:pPr>
            <w:r w:rsidRPr="00BB669C">
              <w:rPr>
                <w:sz w:val="15"/>
              </w:rPr>
              <w:t>05, 12, 19 e 26</w:t>
            </w:r>
          </w:p>
        </w:tc>
      </w:tr>
    </w:tbl>
    <w:p w14:paraId="0A416CBB" w14:textId="77777777" w:rsidR="00CA5E98" w:rsidRDefault="00CA5E98" w:rsidP="00CA5E98">
      <w:pPr>
        <w:pStyle w:val="BoxTitle"/>
        <w:spacing w:before="1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CA5E98" w14:paraId="6552813F" w14:textId="77777777" w:rsidTr="00BF73F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F50A05" w14:textId="4E178022" w:rsidR="00CA5E98" w:rsidRDefault="00CA5E98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CATEGORIA SUPERIOR </w:t>
            </w:r>
            <w:r w:rsidR="00BB669C">
              <w:rPr>
                <w:b/>
                <w:color w:val="FFFFFF"/>
                <w:sz w:val="15"/>
              </w:rPr>
              <w:t xml:space="preserve">3* SUP / </w:t>
            </w:r>
            <w:r>
              <w:rPr>
                <w:b/>
                <w:color w:val="FFFFFF"/>
                <w:sz w:val="15"/>
              </w:rPr>
              <w:t>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8E0B40" w14:textId="1006BF1D" w:rsidR="00CA5E98" w:rsidRDefault="00CA5E98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S</w:t>
            </w:r>
            <w:r w:rsidR="00BB669C">
              <w:rPr>
                <w:b/>
                <w:color w:val="FFFFFF"/>
                <w:sz w:val="15"/>
              </w:rPr>
              <w:t>UP</w:t>
            </w:r>
            <w:r>
              <w:rPr>
                <w:b/>
                <w:color w:val="FFFFFF"/>
                <w:sz w:val="15"/>
              </w:rPr>
              <w:t xml:space="preserve"> / 5* - PREÇO NET POR PESSOA EM USD</w:t>
            </w:r>
          </w:p>
        </w:tc>
      </w:tr>
      <w:tr w:rsidR="00CA5E98" w14:paraId="797542E4" w14:textId="77777777" w:rsidTr="00BF73FA">
        <w:trPr>
          <w:jc w:val="center"/>
        </w:trPr>
        <w:tc>
          <w:tcPr>
            <w:tcW w:w="5320" w:type="dxa"/>
            <w:gridSpan w:val="2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35366A" w14:textId="77777777" w:rsidR="00CA5E98" w:rsidRDefault="00CA5E98" w:rsidP="00BF73FA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CA5E98" w14:paraId="7F1D57BD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94227C" w14:textId="193AA2C3" w:rsidR="00CA5E98" w:rsidRPr="00AF6C5F" w:rsidRDefault="00BB669C" w:rsidP="00BF73FA">
            <w:pPr>
              <w:rPr>
                <w:sz w:val="15"/>
              </w:rPr>
            </w:pPr>
            <w:r w:rsidRPr="00BB669C">
              <w:rPr>
                <w:sz w:val="15"/>
              </w:rPr>
              <w:t>USD 1492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FBBA0D" w14:textId="61B66FA1" w:rsidR="00CA5E98" w:rsidRPr="00AF6C5F" w:rsidRDefault="00BB669C" w:rsidP="00BF73FA">
            <w:pPr>
              <w:rPr>
                <w:sz w:val="15"/>
              </w:rPr>
            </w:pPr>
            <w:r w:rsidRPr="00BB669C">
              <w:rPr>
                <w:sz w:val="15"/>
              </w:rPr>
              <w:t>USD 1752</w:t>
            </w:r>
          </w:p>
        </w:tc>
      </w:tr>
    </w:tbl>
    <w:p w14:paraId="721B1947" w14:textId="77777777" w:rsidR="00495537" w:rsidRDefault="00495537"/>
    <w:p w14:paraId="42A0C434" w14:textId="77777777" w:rsidR="00BB669C" w:rsidRDefault="00BB669C" w:rsidP="00BB669C">
      <w:pPr>
        <w:pStyle w:val="BoxTitle"/>
        <w:spacing w:before="160"/>
      </w:pPr>
      <w:r>
        <w:t>Black out:</w:t>
      </w:r>
    </w:p>
    <w:p w14:paraId="530634C3" w14:textId="77777777" w:rsidR="00BB669C" w:rsidRDefault="00BB669C" w:rsidP="00BB669C">
      <w:pPr>
        <w:spacing w:after="40" w:line="252" w:lineRule="auto"/>
      </w:pPr>
      <w:r w:rsidRPr="00BB669C">
        <w:rPr>
          <w:b/>
          <w:bCs/>
        </w:rPr>
        <w:t>2026</w:t>
      </w:r>
      <w:r>
        <w:t>:</w:t>
      </w:r>
    </w:p>
    <w:p w14:paraId="3022F6AE" w14:textId="77777777" w:rsidR="00BB669C" w:rsidRDefault="00BB669C" w:rsidP="00BB669C">
      <w:pPr>
        <w:pStyle w:val="PargrafodaLista"/>
        <w:numPr>
          <w:ilvl w:val="0"/>
          <w:numId w:val="23"/>
        </w:numPr>
        <w:spacing w:after="40" w:line="252" w:lineRule="auto"/>
      </w:pPr>
      <w:r>
        <w:t xml:space="preserve">Bangkok Gems &amp; Jewelry Fair: </w:t>
      </w:r>
      <w:proofErr w:type="spellStart"/>
      <w:r>
        <w:t>setembro</w:t>
      </w:r>
      <w:proofErr w:type="spellEnd"/>
      <w:r>
        <w:t xml:space="preserve"> de 2026 (</w:t>
      </w:r>
      <w:proofErr w:type="spellStart"/>
      <w:r>
        <w:t>datas</w:t>
      </w:r>
      <w:proofErr w:type="spellEnd"/>
      <w:r>
        <w:t xml:space="preserve"> a </w:t>
      </w:r>
      <w:proofErr w:type="spellStart"/>
      <w:r>
        <w:t>confirmar</w:t>
      </w:r>
      <w:proofErr w:type="spellEnd"/>
      <w:r>
        <w:t xml:space="preserve">) </w:t>
      </w:r>
    </w:p>
    <w:p w14:paraId="485E42E2" w14:textId="77777777" w:rsidR="00BB669C" w:rsidRDefault="00BB669C" w:rsidP="00BB669C">
      <w:pPr>
        <w:pStyle w:val="PargrafodaLista"/>
        <w:numPr>
          <w:ilvl w:val="0"/>
          <w:numId w:val="23"/>
        </w:numPr>
        <w:spacing w:after="40" w:line="252" w:lineRule="auto"/>
      </w:pPr>
      <w:r>
        <w:t xml:space="preserve">Loi Krathong: 24 de </w:t>
      </w:r>
      <w:proofErr w:type="spellStart"/>
      <w:r>
        <w:t>novembro</w:t>
      </w:r>
      <w:proofErr w:type="spellEnd"/>
      <w:r>
        <w:t xml:space="preserve"> de 2026 </w:t>
      </w:r>
    </w:p>
    <w:p w14:paraId="6338B17D" w14:textId="77777777" w:rsidR="00BB669C" w:rsidRDefault="00BB669C" w:rsidP="00BB669C">
      <w:pPr>
        <w:pStyle w:val="PargrafodaLista"/>
        <w:numPr>
          <w:ilvl w:val="0"/>
          <w:numId w:val="23"/>
        </w:numPr>
        <w:spacing w:after="40" w:line="252" w:lineRule="auto"/>
      </w:pPr>
      <w:r>
        <w:t xml:space="preserve">Christmas 2026: 20 de </w:t>
      </w:r>
      <w:proofErr w:type="spellStart"/>
      <w:r>
        <w:t>dezembro</w:t>
      </w:r>
      <w:proofErr w:type="spellEnd"/>
      <w:r>
        <w:t xml:space="preserve"> de 2026 a 31 de </w:t>
      </w:r>
      <w:proofErr w:type="spellStart"/>
      <w:r>
        <w:t>dezembro</w:t>
      </w:r>
      <w:proofErr w:type="spellEnd"/>
      <w:r>
        <w:t xml:space="preserve"> de 2026 </w:t>
      </w:r>
    </w:p>
    <w:p w14:paraId="10FDFD00" w14:textId="77777777" w:rsidR="00BB669C" w:rsidRDefault="00BB669C" w:rsidP="00BB669C">
      <w:pPr>
        <w:spacing w:after="40" w:line="252" w:lineRule="auto"/>
      </w:pPr>
      <w:r w:rsidRPr="00BB669C">
        <w:rPr>
          <w:b/>
          <w:bCs/>
        </w:rPr>
        <w:t>2027</w:t>
      </w:r>
      <w:r>
        <w:t>:</w:t>
      </w:r>
    </w:p>
    <w:p w14:paraId="7ADFB4C0" w14:textId="77777777" w:rsidR="00BB669C" w:rsidRDefault="00BB669C" w:rsidP="00BB669C">
      <w:pPr>
        <w:pStyle w:val="PargrafodaLista"/>
        <w:numPr>
          <w:ilvl w:val="0"/>
          <w:numId w:val="24"/>
        </w:numPr>
        <w:spacing w:after="40" w:line="252" w:lineRule="auto"/>
      </w:pPr>
      <w:r>
        <w:t xml:space="preserve">New Year's Day 2027: 1º de </w:t>
      </w:r>
      <w:proofErr w:type="spellStart"/>
      <w:r>
        <w:t>janeiro</w:t>
      </w:r>
      <w:proofErr w:type="spellEnd"/>
      <w:r>
        <w:t xml:space="preserve"> de 2027 a 5 de </w:t>
      </w:r>
      <w:proofErr w:type="spellStart"/>
      <w:r>
        <w:t>janeiro</w:t>
      </w:r>
      <w:proofErr w:type="spellEnd"/>
      <w:r>
        <w:t xml:space="preserve"> de 2027 </w:t>
      </w:r>
    </w:p>
    <w:p w14:paraId="266CB380" w14:textId="73261C16" w:rsidR="00BB669C" w:rsidRDefault="00BB669C" w:rsidP="00BB669C">
      <w:pPr>
        <w:pStyle w:val="PargrafodaLista"/>
        <w:numPr>
          <w:ilvl w:val="0"/>
          <w:numId w:val="24"/>
        </w:numPr>
        <w:spacing w:after="40" w:line="252" w:lineRule="auto"/>
      </w:pPr>
      <w:r>
        <w:t xml:space="preserve">Chinese New Year 2027: 6 de </w:t>
      </w:r>
      <w:proofErr w:type="spellStart"/>
      <w:r>
        <w:t>fevereiro</w:t>
      </w:r>
      <w:proofErr w:type="spellEnd"/>
      <w:r>
        <w:t xml:space="preserve"> de 2027 a 20 de </w:t>
      </w:r>
      <w:proofErr w:type="spellStart"/>
      <w:r>
        <w:t>fevereiro</w:t>
      </w:r>
      <w:proofErr w:type="spellEnd"/>
      <w:r>
        <w:t xml:space="preserve"> de 2027</w:t>
      </w:r>
    </w:p>
    <w:p w14:paraId="54D2FB13" w14:textId="77777777" w:rsidR="00B569A9" w:rsidRDefault="00000000">
      <w:pPr>
        <w:pStyle w:val="BoxTitle"/>
        <w:spacing w:before="160"/>
      </w:pPr>
      <w:r>
        <w:rPr>
          <w:rFonts w:ascii="Segoe UI Emoji" w:hAnsi="Segoe UI Emoji" w:cs="Segoe UI Emoji"/>
        </w:rPr>
        <w:lastRenderedPageBreak/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p w14:paraId="06E98589" w14:textId="77777777" w:rsidR="00BB669C" w:rsidRPr="00BB669C" w:rsidRDefault="00BB669C" w:rsidP="00BB669C">
      <w:pPr>
        <w:pStyle w:val="PargrafodaLista"/>
        <w:numPr>
          <w:ilvl w:val="0"/>
          <w:numId w:val="22"/>
        </w:numPr>
        <w:spacing w:after="40" w:line="252" w:lineRule="auto"/>
      </w:pPr>
      <w:r w:rsidRPr="00BB669C">
        <w:t xml:space="preserve">Tipo de quarto com base </w:t>
      </w:r>
      <w:proofErr w:type="spellStart"/>
      <w:r w:rsidRPr="00BB669C">
        <w:t>em</w:t>
      </w:r>
      <w:proofErr w:type="spellEnd"/>
      <w:r w:rsidRPr="00BB669C">
        <w:t xml:space="preserve"> duas </w:t>
      </w:r>
      <w:proofErr w:type="spellStart"/>
      <w:r w:rsidRPr="00BB669C">
        <w:t>pessoas</w:t>
      </w:r>
      <w:proofErr w:type="spellEnd"/>
      <w:r w:rsidRPr="00BB669C">
        <w:t>/</w:t>
      </w:r>
      <w:proofErr w:type="spellStart"/>
      <w:r w:rsidRPr="00BB669C">
        <w:t>duplo</w:t>
      </w:r>
      <w:proofErr w:type="spellEnd"/>
      <w:r w:rsidRPr="00BB669C">
        <w:t xml:space="preserve"> </w:t>
      </w:r>
    </w:p>
    <w:p w14:paraId="47B49889" w14:textId="77777777" w:rsidR="00BB669C" w:rsidRPr="00BB669C" w:rsidRDefault="00BB669C" w:rsidP="00BB669C">
      <w:pPr>
        <w:pStyle w:val="PargrafodaLista"/>
        <w:numPr>
          <w:ilvl w:val="0"/>
          <w:numId w:val="22"/>
        </w:numPr>
        <w:spacing w:after="40" w:line="252" w:lineRule="auto"/>
      </w:pPr>
      <w:r w:rsidRPr="00BB669C">
        <w:t xml:space="preserve">Todos </w:t>
      </w:r>
      <w:proofErr w:type="spellStart"/>
      <w:r w:rsidRPr="00BB669C">
        <w:t>os</w:t>
      </w:r>
      <w:proofErr w:type="spellEnd"/>
      <w:r w:rsidRPr="00BB669C">
        <w:t xml:space="preserve"> </w:t>
      </w:r>
      <w:proofErr w:type="spellStart"/>
      <w:r w:rsidRPr="00BB669C">
        <w:t>hotéis</w:t>
      </w:r>
      <w:proofErr w:type="spellEnd"/>
      <w:r w:rsidRPr="00BB669C">
        <w:t xml:space="preserve"> </w:t>
      </w:r>
      <w:proofErr w:type="spellStart"/>
      <w:r w:rsidRPr="00BB669C">
        <w:t>listados</w:t>
      </w:r>
      <w:proofErr w:type="spellEnd"/>
      <w:r w:rsidRPr="00BB669C">
        <w:t xml:space="preserve"> no </w:t>
      </w:r>
      <w:proofErr w:type="spellStart"/>
      <w:r w:rsidRPr="00BB669C">
        <w:t>itinerário</w:t>
      </w:r>
      <w:proofErr w:type="spellEnd"/>
      <w:r w:rsidRPr="00BB669C">
        <w:t xml:space="preserve"> </w:t>
      </w:r>
      <w:proofErr w:type="spellStart"/>
      <w:r w:rsidRPr="00BB669C">
        <w:t>acima</w:t>
      </w:r>
      <w:proofErr w:type="spellEnd"/>
      <w:r w:rsidRPr="00BB669C">
        <w:t xml:space="preserve"> </w:t>
      </w:r>
      <w:proofErr w:type="spellStart"/>
      <w:r w:rsidRPr="00BB669C">
        <w:t>servem</w:t>
      </w:r>
      <w:proofErr w:type="spellEnd"/>
      <w:r w:rsidRPr="00BB669C">
        <w:t xml:space="preserve"> café da </w:t>
      </w:r>
      <w:proofErr w:type="spellStart"/>
      <w:r w:rsidRPr="00BB669C">
        <w:t>manhã</w:t>
      </w:r>
      <w:proofErr w:type="spellEnd"/>
      <w:r w:rsidRPr="00BB669C">
        <w:t xml:space="preserve"> </w:t>
      </w:r>
      <w:proofErr w:type="spellStart"/>
      <w:r w:rsidRPr="00BB669C">
        <w:t>diário</w:t>
      </w:r>
      <w:proofErr w:type="spellEnd"/>
      <w:r w:rsidRPr="00BB669C">
        <w:t xml:space="preserve"> </w:t>
      </w:r>
    </w:p>
    <w:p w14:paraId="311CD572" w14:textId="7D54DB5B" w:rsidR="00BB669C" w:rsidRDefault="007C4F77" w:rsidP="00BB669C">
      <w:pPr>
        <w:pStyle w:val="PargrafodaLista"/>
        <w:numPr>
          <w:ilvl w:val="0"/>
          <w:numId w:val="22"/>
        </w:numPr>
        <w:spacing w:after="40" w:line="252" w:lineRule="auto"/>
      </w:pPr>
      <w:r>
        <w:t xml:space="preserve">O </w:t>
      </w:r>
      <w:r w:rsidR="00BB669C" w:rsidRPr="00BB669C">
        <w:t xml:space="preserve">hotel </w:t>
      </w:r>
      <w:proofErr w:type="spellStart"/>
      <w:r w:rsidR="00BB669C" w:rsidRPr="00BB669C">
        <w:t>está</w:t>
      </w:r>
      <w:proofErr w:type="spellEnd"/>
      <w:r w:rsidR="00BB669C" w:rsidRPr="00BB669C">
        <w:t xml:space="preserve"> </w:t>
      </w:r>
      <w:proofErr w:type="spellStart"/>
      <w:r w:rsidR="00BB669C" w:rsidRPr="00BB669C">
        <w:t>sujeito</w:t>
      </w:r>
      <w:proofErr w:type="spellEnd"/>
      <w:r w:rsidR="00BB669C" w:rsidRPr="00BB669C">
        <w:t xml:space="preserve"> </w:t>
      </w:r>
      <w:proofErr w:type="gramStart"/>
      <w:r w:rsidR="00BB669C" w:rsidRPr="00BB669C">
        <w:t>a</w:t>
      </w:r>
      <w:proofErr w:type="gramEnd"/>
      <w:r w:rsidR="00BB669C" w:rsidRPr="00BB669C">
        <w:t xml:space="preserve"> </w:t>
      </w:r>
      <w:proofErr w:type="spellStart"/>
      <w:r w:rsidR="00BB669C" w:rsidRPr="00BB669C">
        <w:t>alterações</w:t>
      </w:r>
      <w:proofErr w:type="spellEnd"/>
      <w:r w:rsidR="00BB669C" w:rsidRPr="00BB669C">
        <w:t xml:space="preserve"> com base </w:t>
      </w:r>
      <w:proofErr w:type="spellStart"/>
      <w:r w:rsidR="00BB669C" w:rsidRPr="00BB669C">
        <w:t>na</w:t>
      </w:r>
      <w:proofErr w:type="spellEnd"/>
      <w:r w:rsidR="00BB669C" w:rsidRPr="00BB669C">
        <w:t xml:space="preserve"> </w:t>
      </w:r>
      <w:proofErr w:type="spellStart"/>
      <w:r w:rsidR="00BB669C" w:rsidRPr="00BB669C">
        <w:t>disponibilidade</w:t>
      </w:r>
      <w:proofErr w:type="spellEnd"/>
    </w:p>
    <w:p w14:paraId="634AD5E9" w14:textId="77777777" w:rsidR="00BB669C" w:rsidRDefault="00BB669C" w:rsidP="00BB669C">
      <w:pPr>
        <w:pStyle w:val="PargrafodaLista"/>
        <w:spacing w:after="40" w:line="252" w:lineRule="auto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CA5E98" w14:paraId="634DAB1A" w14:textId="2F9FE75B" w:rsidTr="00CC0BB7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6DE25" w14:textId="77777777" w:rsidR="00CA5E98" w:rsidRDefault="00CA5E9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E3364D" w14:textId="509D30F6" w:rsidR="00CA5E98" w:rsidRPr="00495537" w:rsidRDefault="00CA5E98" w:rsidP="00495537">
            <w:pPr>
              <w:jc w:val="center"/>
              <w:rPr>
                <w:b/>
                <w:color w:val="FFFFFF"/>
                <w:sz w:val="15"/>
              </w:rPr>
            </w:pPr>
            <w:r w:rsidRPr="00495537">
              <w:rPr>
                <w:b/>
                <w:color w:val="FFFFFF"/>
                <w:sz w:val="15"/>
              </w:rPr>
              <w:t>PACOTE SUPERIOR</w:t>
            </w:r>
            <w:r>
              <w:rPr>
                <w:b/>
                <w:color w:val="FFFFFF"/>
                <w:sz w:val="15"/>
              </w:rPr>
              <w:t xml:space="preserve"> </w:t>
            </w:r>
            <w:r w:rsidRPr="00495537">
              <w:rPr>
                <w:b/>
                <w:color w:val="FFFFFF"/>
                <w:sz w:val="15"/>
              </w:rPr>
              <w:t xml:space="preserve"> </w:t>
            </w:r>
            <w:r w:rsidR="00BB669C">
              <w:rPr>
                <w:b/>
                <w:color w:val="FFFFFF"/>
                <w:sz w:val="15"/>
              </w:rPr>
              <w:t xml:space="preserve">3*S / </w:t>
            </w:r>
            <w:r w:rsidRPr="00495537">
              <w:rPr>
                <w:b/>
                <w:color w:val="FFFFFF"/>
                <w:sz w:val="15"/>
              </w:rPr>
              <w:t>4*</w:t>
            </w:r>
          </w:p>
        </w:tc>
        <w:tc>
          <w:tcPr>
            <w:tcW w:w="2660" w:type="dxa"/>
            <w:shd w:val="clear" w:color="auto" w:fill="123C69"/>
          </w:tcPr>
          <w:p w14:paraId="6A4CDC06" w14:textId="77777777" w:rsidR="00CA5E98" w:rsidRPr="00CA5E98" w:rsidRDefault="00CA5E98" w:rsidP="00CA5E98">
            <w:pPr>
              <w:jc w:val="center"/>
              <w:rPr>
                <w:b/>
                <w:color w:val="FFFFFF"/>
                <w:sz w:val="15"/>
              </w:rPr>
            </w:pPr>
            <w:r w:rsidRPr="00CA5E98">
              <w:rPr>
                <w:b/>
                <w:color w:val="FFFFFF"/>
                <w:sz w:val="15"/>
              </w:rPr>
              <w:t>PACOTE DELUXE</w:t>
            </w:r>
          </w:p>
          <w:p w14:paraId="247B4EF3" w14:textId="21A1B084" w:rsidR="00CA5E98" w:rsidRPr="00495537" w:rsidRDefault="00CA5E98" w:rsidP="00CA5E98">
            <w:pPr>
              <w:jc w:val="center"/>
              <w:rPr>
                <w:b/>
                <w:color w:val="FFFFFF"/>
                <w:sz w:val="15"/>
              </w:rPr>
            </w:pPr>
            <w:r w:rsidRPr="00CA5E98">
              <w:rPr>
                <w:b/>
                <w:color w:val="FFFFFF"/>
                <w:sz w:val="15"/>
              </w:rPr>
              <w:t>4*S / 5 *</w:t>
            </w:r>
          </w:p>
        </w:tc>
      </w:tr>
      <w:tr w:rsidR="00BB669C" w14:paraId="1F2707A2" w14:textId="29907F4B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A9EE65" w14:textId="588B3F42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Bangkok 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444621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Holiday Inn Bangkok Silom 4* </w:t>
            </w:r>
          </w:p>
          <w:p w14:paraId="43E9E7AF" w14:textId="62434836" w:rsidR="00BB669C" w:rsidRPr="00CA5E98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  <w:tc>
          <w:tcPr>
            <w:tcW w:w="2660" w:type="dxa"/>
            <w:shd w:val="clear" w:color="auto" w:fill="E7F2FA"/>
          </w:tcPr>
          <w:p w14:paraId="7C5296CE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Montien </w:t>
            </w:r>
            <w:proofErr w:type="spellStart"/>
            <w:r w:rsidRPr="00BB669C">
              <w:rPr>
                <w:b/>
                <w:color w:val="123C69"/>
                <w:sz w:val="15"/>
              </w:rPr>
              <w:t>Surawong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5*</w:t>
            </w:r>
          </w:p>
          <w:p w14:paraId="277030DF" w14:textId="07705DA4" w:rsidR="00BB669C" w:rsidRPr="00495537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</w:tr>
      <w:tr w:rsidR="00BB669C" w14:paraId="5EBD416B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0988AFA" w14:textId="26A79FD9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Kanchanaburi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A98EFE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proofErr w:type="spellStart"/>
            <w:r w:rsidRPr="00BB669C">
              <w:rPr>
                <w:b/>
                <w:color w:val="123C69"/>
                <w:sz w:val="15"/>
              </w:rPr>
              <w:t>Riverkwai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</w:t>
            </w:r>
            <w:proofErr w:type="spellStart"/>
            <w:r w:rsidRPr="00BB669C">
              <w:rPr>
                <w:b/>
                <w:color w:val="123C69"/>
                <w:sz w:val="15"/>
              </w:rPr>
              <w:t>Resotel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3.5* </w:t>
            </w:r>
          </w:p>
          <w:p w14:paraId="17184BB3" w14:textId="57DF8069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  <w:tc>
          <w:tcPr>
            <w:tcW w:w="2660" w:type="dxa"/>
            <w:shd w:val="clear" w:color="auto" w:fill="E7F2FA"/>
          </w:tcPr>
          <w:p w14:paraId="663B0F27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proofErr w:type="spellStart"/>
            <w:r w:rsidRPr="00BB669C">
              <w:rPr>
                <w:b/>
                <w:color w:val="123C69"/>
                <w:sz w:val="15"/>
              </w:rPr>
              <w:t>Riverkwai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</w:t>
            </w:r>
            <w:proofErr w:type="spellStart"/>
            <w:r w:rsidRPr="00BB669C">
              <w:rPr>
                <w:b/>
                <w:color w:val="123C69"/>
                <w:sz w:val="15"/>
              </w:rPr>
              <w:t>Resotel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3.5*</w:t>
            </w:r>
          </w:p>
          <w:p w14:paraId="1A1CD252" w14:textId="02C1277C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</w:tr>
      <w:tr w:rsidR="00BB669C" w14:paraId="0B69C782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B7965D3" w14:textId="07AC1CE1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Ayutthaya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F4D0F3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Classic </w:t>
            </w:r>
            <w:proofErr w:type="spellStart"/>
            <w:r w:rsidRPr="00BB669C">
              <w:rPr>
                <w:b/>
                <w:color w:val="123C69"/>
                <w:sz w:val="15"/>
              </w:rPr>
              <w:t>Kameo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4*</w:t>
            </w:r>
          </w:p>
          <w:p w14:paraId="4B440560" w14:textId="4C00F349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  <w:tc>
          <w:tcPr>
            <w:tcW w:w="2660" w:type="dxa"/>
            <w:shd w:val="clear" w:color="auto" w:fill="E7F2FA"/>
          </w:tcPr>
          <w:p w14:paraId="0AEAC697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Classic </w:t>
            </w:r>
            <w:proofErr w:type="spellStart"/>
            <w:r w:rsidRPr="00BB669C">
              <w:rPr>
                <w:b/>
                <w:color w:val="123C69"/>
                <w:sz w:val="15"/>
              </w:rPr>
              <w:t>Kameo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4*</w:t>
            </w:r>
          </w:p>
          <w:p w14:paraId="0B8F16C9" w14:textId="6BD14A59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</w:tr>
      <w:tr w:rsidR="00BB669C" w14:paraId="2A509311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4D362D" w14:textId="70DC9D6E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Sukhothai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0CD01B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proofErr w:type="spellStart"/>
            <w:r w:rsidRPr="00BB669C">
              <w:rPr>
                <w:b/>
                <w:color w:val="123C69"/>
                <w:sz w:val="15"/>
              </w:rPr>
              <w:t>Sukhothai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</w:t>
            </w:r>
            <w:proofErr w:type="spellStart"/>
            <w:r w:rsidRPr="00BB669C">
              <w:rPr>
                <w:b/>
                <w:color w:val="123C69"/>
                <w:sz w:val="15"/>
              </w:rPr>
              <w:t>Treasure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3.5*</w:t>
            </w:r>
          </w:p>
          <w:p w14:paraId="6B244399" w14:textId="17987008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Superior</w:t>
            </w:r>
          </w:p>
        </w:tc>
        <w:tc>
          <w:tcPr>
            <w:tcW w:w="2660" w:type="dxa"/>
            <w:shd w:val="clear" w:color="auto" w:fill="E7F2FA"/>
          </w:tcPr>
          <w:p w14:paraId="4CB1A601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proofErr w:type="spellStart"/>
            <w:r w:rsidRPr="00BB669C">
              <w:rPr>
                <w:b/>
                <w:color w:val="123C69"/>
                <w:sz w:val="15"/>
              </w:rPr>
              <w:t>Sriwilai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</w:t>
            </w:r>
            <w:proofErr w:type="spellStart"/>
            <w:r w:rsidRPr="00BB669C">
              <w:rPr>
                <w:b/>
                <w:color w:val="123C69"/>
                <w:sz w:val="15"/>
              </w:rPr>
              <w:t>Sukhothai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4.5*</w:t>
            </w:r>
          </w:p>
          <w:p w14:paraId="694229F5" w14:textId="563A455C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Superior</w:t>
            </w:r>
          </w:p>
        </w:tc>
      </w:tr>
      <w:tr w:rsidR="00BB669C" w14:paraId="0D084414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CF4C879" w14:textId="5A907FEB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Chiang Rai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8D99B0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The </w:t>
            </w:r>
            <w:proofErr w:type="spellStart"/>
            <w:r w:rsidRPr="00BB669C">
              <w:rPr>
                <w:b/>
                <w:color w:val="123C69"/>
                <w:sz w:val="15"/>
              </w:rPr>
              <w:t>Heritage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4*</w:t>
            </w:r>
          </w:p>
          <w:p w14:paraId="65BB9B8D" w14:textId="3E4DF630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  <w:tc>
          <w:tcPr>
            <w:tcW w:w="2660" w:type="dxa"/>
            <w:shd w:val="clear" w:color="auto" w:fill="E7F2FA"/>
          </w:tcPr>
          <w:p w14:paraId="07BE8774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Le </w:t>
            </w:r>
            <w:proofErr w:type="spellStart"/>
            <w:r w:rsidRPr="00BB669C">
              <w:rPr>
                <w:b/>
                <w:color w:val="123C69"/>
                <w:sz w:val="15"/>
              </w:rPr>
              <w:t>Meridien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5*</w:t>
            </w:r>
          </w:p>
          <w:p w14:paraId="694B6901" w14:textId="335F1B13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 Garden</w:t>
            </w:r>
          </w:p>
        </w:tc>
      </w:tr>
      <w:tr w:rsidR="00BB669C" w14:paraId="24AE8764" w14:textId="77777777" w:rsidTr="00AD357D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376585D" w14:textId="0459673D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 xml:space="preserve">Chiang </w:t>
            </w:r>
            <w:r w:rsidRPr="00BB669C">
              <w:rPr>
                <w:b/>
                <w:color w:val="123C69"/>
                <w:sz w:val="15"/>
              </w:rPr>
              <w:t>M</w:t>
            </w:r>
            <w:r w:rsidRPr="00BB669C">
              <w:rPr>
                <w:b/>
                <w:color w:val="123C69"/>
                <w:sz w:val="15"/>
              </w:rPr>
              <w:t>ai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2198FE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proofErr w:type="spellStart"/>
            <w:r w:rsidRPr="00BB669C">
              <w:rPr>
                <w:b/>
                <w:color w:val="123C69"/>
                <w:sz w:val="15"/>
              </w:rPr>
              <w:t>Centara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Riverside 4*</w:t>
            </w:r>
          </w:p>
          <w:p w14:paraId="3E28A0CE" w14:textId="50F70989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Superior</w:t>
            </w:r>
          </w:p>
        </w:tc>
        <w:tc>
          <w:tcPr>
            <w:tcW w:w="2660" w:type="dxa"/>
            <w:shd w:val="clear" w:color="auto" w:fill="E7F2FA"/>
          </w:tcPr>
          <w:p w14:paraId="33BC6594" w14:textId="77777777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proofErr w:type="spellStart"/>
            <w:r w:rsidRPr="00BB669C">
              <w:rPr>
                <w:b/>
                <w:color w:val="123C69"/>
                <w:sz w:val="15"/>
              </w:rPr>
              <w:t>Shangri-la</w:t>
            </w:r>
            <w:proofErr w:type="spellEnd"/>
            <w:r w:rsidRPr="00BB669C">
              <w:rPr>
                <w:b/>
                <w:color w:val="123C69"/>
                <w:sz w:val="15"/>
              </w:rPr>
              <w:t xml:space="preserve"> 5*</w:t>
            </w:r>
          </w:p>
          <w:p w14:paraId="37ADE171" w14:textId="5D91A20D" w:rsidR="00BB669C" w:rsidRPr="00BB669C" w:rsidRDefault="00BB669C" w:rsidP="00BB669C">
            <w:pPr>
              <w:jc w:val="center"/>
              <w:rPr>
                <w:b/>
                <w:color w:val="123C69"/>
                <w:sz w:val="15"/>
              </w:rPr>
            </w:pPr>
            <w:r w:rsidRPr="00BB669C">
              <w:rPr>
                <w:b/>
                <w:color w:val="123C69"/>
                <w:sz w:val="15"/>
              </w:rPr>
              <w:t>Deluxe</w:t>
            </w:r>
          </w:p>
        </w:tc>
      </w:tr>
    </w:tbl>
    <w:p w14:paraId="085DDD6F" w14:textId="77777777" w:rsidR="00BB669C" w:rsidRPr="00BB669C" w:rsidRDefault="00BB669C"/>
    <w:p w14:paraId="534CE08E" w14:textId="069F4A94" w:rsidR="00BB669C" w:rsidRPr="00C459A7" w:rsidRDefault="00BB669C" w:rsidP="00BB669C">
      <w:pPr>
        <w:pStyle w:val="BoxTitle"/>
        <w:spacing w:before="160"/>
      </w:pPr>
      <w:proofErr w:type="spellStart"/>
      <w:r w:rsidRPr="00C459A7">
        <w:t>Suplemento</w:t>
      </w:r>
      <w:proofErr w:type="spellEnd"/>
      <w:r w:rsidRPr="00C459A7">
        <w:t xml:space="preserve"> para </w:t>
      </w:r>
      <w:proofErr w:type="spellStart"/>
      <w:r w:rsidRPr="00C459A7">
        <w:t>datas</w:t>
      </w:r>
      <w:proofErr w:type="spellEnd"/>
      <w:r w:rsidRPr="00C459A7">
        <w:t xml:space="preserve"> </w:t>
      </w:r>
      <w:proofErr w:type="spellStart"/>
      <w:r w:rsidRPr="00C459A7">
        <w:t>Festivas</w:t>
      </w:r>
      <w:proofErr w:type="spellEnd"/>
      <w:r w:rsidRPr="00C459A7">
        <w:t>:</w:t>
      </w:r>
    </w:p>
    <w:p w14:paraId="474F8432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>Holiday Inn Bangkok Silom:</w:t>
      </w:r>
    </w:p>
    <w:p w14:paraId="508F5F7C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>Bangkok Gems &amp; Jewelry Fair (</w:t>
      </w:r>
      <w:proofErr w:type="spellStart"/>
      <w:r w:rsidRPr="00C459A7">
        <w:t>setembro</w:t>
      </w:r>
      <w:proofErr w:type="spellEnd"/>
      <w:r w:rsidRPr="00C459A7">
        <w:t xml:space="preserve"> de 2026 – </w:t>
      </w:r>
      <w:proofErr w:type="spellStart"/>
      <w:r w:rsidRPr="00C459A7">
        <w:t>datas</w:t>
      </w:r>
      <w:proofErr w:type="spellEnd"/>
      <w:r w:rsidRPr="00C459A7">
        <w:t xml:space="preserve"> a </w:t>
      </w:r>
      <w:proofErr w:type="spellStart"/>
      <w:r w:rsidRPr="00C459A7">
        <w:t>confirmar</w:t>
      </w:r>
      <w:proofErr w:type="spellEnd"/>
      <w:r w:rsidRPr="00C459A7">
        <w:t xml:space="preserve">): </w:t>
      </w:r>
      <w:proofErr w:type="spellStart"/>
      <w:r w:rsidRPr="00C459A7">
        <w:t>suplemento</w:t>
      </w:r>
      <w:proofErr w:type="spellEnd"/>
      <w:r w:rsidRPr="00C459A7">
        <w:t xml:space="preserve"> de USD 25 </w:t>
      </w:r>
      <w:proofErr w:type="spellStart"/>
      <w:r w:rsidRPr="00C459A7">
        <w:t>por</w:t>
      </w:r>
      <w:proofErr w:type="spellEnd"/>
      <w:r w:rsidRPr="00C459A7">
        <w:t xml:space="preserve"> quarto/</w:t>
      </w:r>
      <w:proofErr w:type="spellStart"/>
      <w:r w:rsidRPr="00C459A7">
        <w:t>noite</w:t>
      </w:r>
      <w:proofErr w:type="spellEnd"/>
      <w:r w:rsidRPr="00C459A7">
        <w:t xml:space="preserve"> </w:t>
      </w:r>
    </w:p>
    <w:p w14:paraId="274EF26A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 xml:space="preserve">De 28 a 31 de </w:t>
      </w:r>
      <w:proofErr w:type="spellStart"/>
      <w:r w:rsidRPr="00C459A7">
        <w:t>dezembro</w:t>
      </w:r>
      <w:proofErr w:type="spellEnd"/>
      <w:r w:rsidRPr="00C459A7">
        <w:t xml:space="preserve"> de 2026: </w:t>
      </w:r>
      <w:proofErr w:type="spellStart"/>
      <w:r w:rsidRPr="00C459A7">
        <w:t>suplemento</w:t>
      </w:r>
      <w:proofErr w:type="spellEnd"/>
      <w:r w:rsidRPr="00C459A7">
        <w:t xml:space="preserve"> de USD 54 </w:t>
      </w:r>
      <w:proofErr w:type="spellStart"/>
      <w:r w:rsidRPr="00C459A7">
        <w:t>por</w:t>
      </w:r>
      <w:proofErr w:type="spellEnd"/>
      <w:r w:rsidRPr="00C459A7">
        <w:t xml:space="preserve"> quarto/</w:t>
      </w:r>
      <w:proofErr w:type="spellStart"/>
      <w:r w:rsidRPr="00C459A7">
        <w:t>noite</w:t>
      </w:r>
      <w:proofErr w:type="spellEnd"/>
      <w:r w:rsidRPr="00C459A7">
        <w:t xml:space="preserve"> </w:t>
      </w:r>
    </w:p>
    <w:p w14:paraId="1AB6823C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proofErr w:type="spellStart"/>
      <w:r w:rsidRPr="00C459A7">
        <w:t>Sriwilai</w:t>
      </w:r>
      <w:proofErr w:type="spellEnd"/>
      <w:r w:rsidRPr="00C459A7">
        <w:t xml:space="preserve"> Sukhothai Resort &amp; Spa:</w:t>
      </w:r>
    </w:p>
    <w:p w14:paraId="66AEF456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 xml:space="preserve">De 31 de </w:t>
      </w:r>
      <w:proofErr w:type="spellStart"/>
      <w:r w:rsidRPr="00C459A7">
        <w:t>outubro</w:t>
      </w:r>
      <w:proofErr w:type="spellEnd"/>
      <w:r w:rsidRPr="00C459A7">
        <w:t xml:space="preserve"> a 1º de </w:t>
      </w:r>
      <w:proofErr w:type="spellStart"/>
      <w:r w:rsidRPr="00C459A7">
        <w:t>novembro</w:t>
      </w:r>
      <w:proofErr w:type="spellEnd"/>
      <w:r w:rsidRPr="00C459A7">
        <w:t xml:space="preserve"> de 2026 e de 26 a 31 de </w:t>
      </w:r>
      <w:proofErr w:type="spellStart"/>
      <w:r w:rsidRPr="00C459A7">
        <w:t>dezembro</w:t>
      </w:r>
      <w:proofErr w:type="spellEnd"/>
      <w:r w:rsidRPr="00C459A7">
        <w:t xml:space="preserve"> de 2026: </w:t>
      </w:r>
      <w:proofErr w:type="spellStart"/>
      <w:r w:rsidRPr="00C459A7">
        <w:t>suplemento</w:t>
      </w:r>
      <w:proofErr w:type="spellEnd"/>
      <w:r w:rsidRPr="00C459A7">
        <w:t xml:space="preserve"> de USD 22 </w:t>
      </w:r>
      <w:proofErr w:type="spellStart"/>
      <w:r w:rsidRPr="00C459A7">
        <w:t>por</w:t>
      </w:r>
      <w:proofErr w:type="spellEnd"/>
      <w:r w:rsidRPr="00C459A7">
        <w:t xml:space="preserve"> quarto/</w:t>
      </w:r>
      <w:proofErr w:type="spellStart"/>
      <w:r w:rsidRPr="00C459A7">
        <w:t>noite</w:t>
      </w:r>
      <w:proofErr w:type="spellEnd"/>
      <w:r w:rsidRPr="00C459A7">
        <w:t xml:space="preserve"> </w:t>
      </w:r>
    </w:p>
    <w:p w14:paraId="60E07E74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 xml:space="preserve">De 14 a 23 de </w:t>
      </w:r>
      <w:proofErr w:type="spellStart"/>
      <w:r w:rsidRPr="00C459A7">
        <w:t>novembro</w:t>
      </w:r>
      <w:proofErr w:type="spellEnd"/>
      <w:r w:rsidRPr="00C459A7">
        <w:t xml:space="preserve"> de 2026: </w:t>
      </w:r>
      <w:proofErr w:type="spellStart"/>
      <w:r w:rsidRPr="00C459A7">
        <w:t>suplemento</w:t>
      </w:r>
      <w:proofErr w:type="spellEnd"/>
      <w:r w:rsidRPr="00C459A7">
        <w:t xml:space="preserve"> de USD 46 </w:t>
      </w:r>
      <w:proofErr w:type="spellStart"/>
      <w:r w:rsidRPr="00C459A7">
        <w:t>por</w:t>
      </w:r>
      <w:proofErr w:type="spellEnd"/>
      <w:r w:rsidRPr="00C459A7">
        <w:t xml:space="preserve"> quarto/</w:t>
      </w:r>
      <w:proofErr w:type="spellStart"/>
      <w:r w:rsidRPr="00C459A7">
        <w:t>noite</w:t>
      </w:r>
      <w:proofErr w:type="spellEnd"/>
      <w:r w:rsidRPr="00C459A7">
        <w:t xml:space="preserve"> </w:t>
      </w:r>
    </w:p>
    <w:p w14:paraId="1F60019B" w14:textId="77777777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>The Heritage Chiang Rai Hotel and Convention:</w:t>
      </w:r>
    </w:p>
    <w:p w14:paraId="49FCCC7D" w14:textId="7FF018E3" w:rsidR="00BB669C" w:rsidRPr="00C459A7" w:rsidRDefault="00BB669C" w:rsidP="00C459A7">
      <w:pPr>
        <w:pStyle w:val="PargrafodaLista"/>
        <w:numPr>
          <w:ilvl w:val="0"/>
          <w:numId w:val="22"/>
        </w:numPr>
        <w:spacing w:after="40" w:line="252" w:lineRule="auto"/>
      </w:pPr>
      <w:r w:rsidRPr="00C459A7">
        <w:t xml:space="preserve">De 1 a 3 de </w:t>
      </w:r>
      <w:proofErr w:type="spellStart"/>
      <w:r w:rsidRPr="00C459A7">
        <w:t>janeiro</w:t>
      </w:r>
      <w:proofErr w:type="spellEnd"/>
      <w:r w:rsidRPr="00C459A7">
        <w:t xml:space="preserve"> de 2026 e de 24 a 31 de </w:t>
      </w:r>
      <w:proofErr w:type="spellStart"/>
      <w:r w:rsidRPr="00C459A7">
        <w:t>dezembro</w:t>
      </w:r>
      <w:proofErr w:type="spellEnd"/>
      <w:r w:rsidRPr="00C459A7">
        <w:t xml:space="preserve"> de 2026: </w:t>
      </w:r>
      <w:proofErr w:type="spellStart"/>
      <w:r w:rsidRPr="00C459A7">
        <w:t>suplemento</w:t>
      </w:r>
      <w:proofErr w:type="spellEnd"/>
      <w:r w:rsidRPr="00C459A7">
        <w:t xml:space="preserve"> de USD 26 </w:t>
      </w:r>
      <w:proofErr w:type="spellStart"/>
      <w:r w:rsidRPr="00C459A7">
        <w:t>por</w:t>
      </w:r>
      <w:proofErr w:type="spellEnd"/>
      <w:r w:rsidRPr="00C459A7">
        <w:t xml:space="preserve"> quarto/</w:t>
      </w:r>
      <w:proofErr w:type="spellStart"/>
      <w:r w:rsidRPr="00C459A7">
        <w:t>noite</w:t>
      </w:r>
      <w:proofErr w:type="spellEnd"/>
    </w:p>
    <w:p w14:paraId="1549C436" w14:textId="77777777" w:rsidR="00C459A7" w:rsidRPr="00C459A7" w:rsidRDefault="00C459A7" w:rsidP="00C459A7">
      <w:pPr>
        <w:spacing w:after="40" w:line="252" w:lineRule="auto"/>
        <w:ind w:left="360"/>
      </w:pPr>
    </w:p>
    <w:p w14:paraId="773E7A1F" w14:textId="77777777" w:rsidR="00BB669C" w:rsidRPr="00C459A7" w:rsidRDefault="00BB669C" w:rsidP="00BB669C">
      <w:pPr>
        <w:pStyle w:val="BoxTitle"/>
        <w:spacing w:before="160"/>
      </w:pPr>
      <w:r w:rsidRPr="00C459A7">
        <w:rPr>
          <w:rFonts w:ascii="Segoe UI Emoji" w:hAnsi="Segoe UI Emoji" w:cs="Segoe UI Emoji"/>
        </w:rPr>
        <w:t>✅</w:t>
      </w:r>
      <w:r w:rsidRPr="00C459A7">
        <w:t xml:space="preserve"> </w:t>
      </w:r>
      <w:proofErr w:type="spellStart"/>
      <w:r w:rsidRPr="00C459A7">
        <w:t>Inclui</w:t>
      </w:r>
      <w:proofErr w:type="spellEnd"/>
      <w:r w:rsidRPr="00C459A7">
        <w:t>:</w:t>
      </w:r>
    </w:p>
    <w:p w14:paraId="144CCFD9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Hospedagem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em</w:t>
      </w:r>
      <w:proofErr w:type="spellEnd"/>
      <w:r w:rsidRPr="00C459A7">
        <w:rPr>
          <w:rFonts w:cs="Segoe UI Symbol"/>
        </w:rPr>
        <w:t xml:space="preserve"> quarto </w:t>
      </w:r>
      <w:proofErr w:type="spellStart"/>
      <w:r w:rsidRPr="00C459A7">
        <w:rPr>
          <w:rFonts w:cs="Segoe UI Symbol"/>
        </w:rPr>
        <w:t>duplo</w:t>
      </w:r>
      <w:proofErr w:type="spellEnd"/>
      <w:r w:rsidRPr="00C459A7">
        <w:rPr>
          <w:rFonts w:cs="Segoe UI Symbol"/>
        </w:rPr>
        <w:t xml:space="preserve">/twin </w:t>
      </w:r>
      <w:proofErr w:type="spellStart"/>
      <w:r w:rsidRPr="00C459A7">
        <w:rPr>
          <w:rFonts w:cs="Segoe UI Symbol"/>
        </w:rPr>
        <w:t>básico</w:t>
      </w:r>
      <w:proofErr w:type="spellEnd"/>
      <w:r w:rsidRPr="00C459A7">
        <w:rPr>
          <w:rFonts w:cs="Segoe UI Symbol"/>
        </w:rPr>
        <w:t xml:space="preserve"> com café da </w:t>
      </w:r>
      <w:proofErr w:type="spellStart"/>
      <w:r w:rsidRPr="00C459A7">
        <w:rPr>
          <w:rFonts w:cs="Segoe UI Symbol"/>
        </w:rPr>
        <w:t>manhã</w:t>
      </w:r>
      <w:proofErr w:type="spellEnd"/>
      <w:r w:rsidRPr="00C459A7">
        <w:rPr>
          <w:rFonts w:cs="Segoe UI Symbol"/>
        </w:rPr>
        <w:t>.</w:t>
      </w:r>
    </w:p>
    <w:p w14:paraId="61CE68FC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Todos </w:t>
      </w:r>
      <w:proofErr w:type="spellStart"/>
      <w:r w:rsidRPr="00C459A7">
        <w:rPr>
          <w:rFonts w:cs="Segoe UI Symbol"/>
        </w:rPr>
        <w:t>os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traslados</w:t>
      </w:r>
      <w:proofErr w:type="spellEnd"/>
      <w:r w:rsidRPr="00C459A7">
        <w:rPr>
          <w:rFonts w:cs="Segoe UI Symbol"/>
        </w:rPr>
        <w:t xml:space="preserve"> e </w:t>
      </w:r>
      <w:proofErr w:type="spellStart"/>
      <w:r w:rsidRPr="00C459A7">
        <w:rPr>
          <w:rFonts w:cs="Segoe UI Symbol"/>
        </w:rPr>
        <w:t>excursões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mencionados</w:t>
      </w:r>
      <w:proofErr w:type="spellEnd"/>
      <w:r w:rsidRPr="00C459A7">
        <w:rPr>
          <w:rFonts w:cs="Segoe UI Symbol"/>
        </w:rPr>
        <w:t>.</w:t>
      </w:r>
    </w:p>
    <w:p w14:paraId="469E8262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Guia de </w:t>
      </w:r>
      <w:proofErr w:type="spellStart"/>
      <w:r w:rsidRPr="00C459A7">
        <w:rPr>
          <w:rFonts w:cs="Segoe UI Symbol"/>
        </w:rPr>
        <w:t>língua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espanhola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nas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excursões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indicadas</w:t>
      </w:r>
      <w:proofErr w:type="spellEnd"/>
      <w:r w:rsidRPr="00C459A7">
        <w:rPr>
          <w:rFonts w:cs="Segoe UI Symbol"/>
        </w:rPr>
        <w:t>.</w:t>
      </w:r>
    </w:p>
    <w:p w14:paraId="1B437D91" w14:textId="77777777" w:rsid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Refeições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mencionadas</w:t>
      </w:r>
      <w:proofErr w:type="spellEnd"/>
      <w:r w:rsidRPr="00C459A7">
        <w:rPr>
          <w:rFonts w:cs="Segoe UI Symbol"/>
        </w:rPr>
        <w:t xml:space="preserve"> no </w:t>
      </w:r>
      <w:proofErr w:type="spellStart"/>
      <w:r w:rsidRPr="00C459A7">
        <w:rPr>
          <w:rFonts w:cs="Segoe UI Symbol"/>
        </w:rPr>
        <w:t>programa</w:t>
      </w:r>
      <w:proofErr w:type="spellEnd"/>
      <w:r w:rsidRPr="00C459A7">
        <w:rPr>
          <w:rFonts w:cs="Segoe UI Symbol"/>
        </w:rPr>
        <w:t xml:space="preserve"> </w:t>
      </w:r>
    </w:p>
    <w:p w14:paraId="49FCC696" w14:textId="18A2091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Ingressos</w:t>
      </w:r>
      <w:proofErr w:type="spellEnd"/>
      <w:r w:rsidRPr="00C459A7">
        <w:rPr>
          <w:rFonts w:cs="Segoe UI Symbol"/>
        </w:rPr>
        <w:t xml:space="preserve"> para </w:t>
      </w:r>
      <w:proofErr w:type="spellStart"/>
      <w:r w:rsidRPr="00C459A7">
        <w:rPr>
          <w:rFonts w:cs="Segoe UI Symbol"/>
        </w:rPr>
        <w:t>os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locais</w:t>
      </w:r>
      <w:proofErr w:type="spellEnd"/>
      <w:r w:rsidRPr="00C459A7">
        <w:rPr>
          <w:rFonts w:cs="Segoe UI Symbol"/>
        </w:rPr>
        <w:t xml:space="preserve"> de visita </w:t>
      </w:r>
      <w:proofErr w:type="spellStart"/>
      <w:r w:rsidRPr="00C459A7">
        <w:rPr>
          <w:rFonts w:cs="Segoe UI Symbol"/>
        </w:rPr>
        <w:t>conforme</w:t>
      </w:r>
      <w:proofErr w:type="spellEnd"/>
      <w:r w:rsidRPr="00C459A7">
        <w:rPr>
          <w:rFonts w:cs="Segoe UI Symbol"/>
        </w:rPr>
        <w:t xml:space="preserve"> o </w:t>
      </w:r>
      <w:proofErr w:type="spellStart"/>
      <w:r w:rsidRPr="00C459A7">
        <w:rPr>
          <w:rFonts w:cs="Segoe UI Symbol"/>
        </w:rPr>
        <w:t>programa</w:t>
      </w:r>
      <w:proofErr w:type="spellEnd"/>
      <w:r w:rsidRPr="00C459A7">
        <w:rPr>
          <w:rFonts w:cs="Segoe UI Symbol"/>
        </w:rPr>
        <w:t>.</w:t>
      </w:r>
    </w:p>
    <w:p w14:paraId="015B524C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Água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durante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os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dias</w:t>
      </w:r>
      <w:proofErr w:type="spellEnd"/>
      <w:r w:rsidRPr="00C459A7">
        <w:rPr>
          <w:rFonts w:cs="Segoe UI Symbol"/>
        </w:rPr>
        <w:t xml:space="preserve"> de </w:t>
      </w:r>
      <w:proofErr w:type="spellStart"/>
      <w:r w:rsidRPr="00C459A7">
        <w:rPr>
          <w:rFonts w:cs="Segoe UI Symbol"/>
        </w:rPr>
        <w:t>passeio</w:t>
      </w:r>
      <w:proofErr w:type="spellEnd"/>
      <w:r w:rsidRPr="00C459A7">
        <w:rPr>
          <w:rFonts w:cs="Segoe UI Symbol"/>
        </w:rPr>
        <w:t>.</w:t>
      </w:r>
    </w:p>
    <w:p w14:paraId="2D757D53" w14:textId="0F5F516F" w:rsidR="00BB669C" w:rsidRPr="00C459A7" w:rsidRDefault="00BB669C" w:rsidP="00C459A7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✔</w:t>
      </w:r>
      <w:r w:rsidRPr="00C459A7">
        <w:rPr>
          <w:rFonts w:cs="Segoe UI Symbol"/>
        </w:rPr>
        <w:t xml:space="preserve"> Serviços </w:t>
      </w:r>
      <w:proofErr w:type="spellStart"/>
      <w:r w:rsidRPr="00C459A7">
        <w:rPr>
          <w:rFonts w:cs="Segoe UI Symbol"/>
        </w:rPr>
        <w:t>mencionados</w:t>
      </w:r>
      <w:proofErr w:type="spellEnd"/>
      <w:r w:rsidRPr="00C459A7">
        <w:rPr>
          <w:rFonts w:cs="Segoe UI Symbol"/>
        </w:rPr>
        <w:t xml:space="preserve"> no </w:t>
      </w:r>
      <w:proofErr w:type="spellStart"/>
      <w:r w:rsidRPr="00C459A7">
        <w:rPr>
          <w:rFonts w:cs="Segoe UI Symbol"/>
        </w:rPr>
        <w:t>programa</w:t>
      </w:r>
      <w:proofErr w:type="spellEnd"/>
      <w:r w:rsidRPr="00C459A7">
        <w:rPr>
          <w:rFonts w:cs="Segoe UI Symbol"/>
        </w:rPr>
        <w:t>.</w:t>
      </w:r>
    </w:p>
    <w:p w14:paraId="2E9C4994" w14:textId="77777777" w:rsidR="00C459A7" w:rsidRPr="00C459A7" w:rsidRDefault="00C459A7" w:rsidP="00C459A7">
      <w:pPr>
        <w:spacing w:after="40" w:line="252" w:lineRule="auto"/>
        <w:rPr>
          <w:rFonts w:cs="Segoe UI Symbol"/>
        </w:rPr>
      </w:pPr>
    </w:p>
    <w:p w14:paraId="7C06E0C7" w14:textId="77777777" w:rsidR="00BB669C" w:rsidRPr="00C459A7" w:rsidRDefault="00BB669C" w:rsidP="00BB669C">
      <w:pPr>
        <w:pStyle w:val="BoxTitle"/>
        <w:spacing w:before="160"/>
      </w:pPr>
      <w:r w:rsidRPr="00C459A7">
        <w:rPr>
          <w:rFonts w:ascii="Segoe UI Emoji" w:hAnsi="Segoe UI Emoji" w:cs="Segoe UI Emoji"/>
        </w:rPr>
        <w:t>❌</w:t>
      </w:r>
      <w:r w:rsidRPr="00C459A7">
        <w:t xml:space="preserve"> </w:t>
      </w:r>
      <w:proofErr w:type="spellStart"/>
      <w:r w:rsidRPr="00C459A7">
        <w:t>Não</w:t>
      </w:r>
      <w:proofErr w:type="spellEnd"/>
      <w:r w:rsidRPr="00C459A7">
        <w:t xml:space="preserve"> </w:t>
      </w:r>
      <w:proofErr w:type="spellStart"/>
      <w:r w:rsidRPr="00C459A7">
        <w:t>inclui</w:t>
      </w:r>
      <w:proofErr w:type="spellEnd"/>
      <w:r w:rsidRPr="00C459A7">
        <w:t>:</w:t>
      </w:r>
    </w:p>
    <w:p w14:paraId="663216D6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Voos </w:t>
      </w:r>
      <w:proofErr w:type="spellStart"/>
      <w:r w:rsidRPr="00C459A7">
        <w:rPr>
          <w:rFonts w:cs="Segoe UI Symbol"/>
        </w:rPr>
        <w:t>internacionais</w:t>
      </w:r>
      <w:proofErr w:type="spellEnd"/>
      <w:r w:rsidRPr="00C459A7">
        <w:rPr>
          <w:rFonts w:cs="Segoe UI Symbol"/>
        </w:rPr>
        <w:t xml:space="preserve"> e </w:t>
      </w:r>
      <w:proofErr w:type="spellStart"/>
      <w:r w:rsidRPr="00C459A7">
        <w:rPr>
          <w:rFonts w:cs="Segoe UI Symbol"/>
        </w:rPr>
        <w:t>taxas</w:t>
      </w:r>
      <w:proofErr w:type="spellEnd"/>
      <w:r w:rsidRPr="00C459A7">
        <w:rPr>
          <w:rFonts w:cs="Segoe UI Symbol"/>
        </w:rPr>
        <w:t xml:space="preserve"> de </w:t>
      </w:r>
      <w:proofErr w:type="spellStart"/>
      <w:r w:rsidRPr="00C459A7">
        <w:rPr>
          <w:rFonts w:cs="Segoe UI Symbol"/>
        </w:rPr>
        <w:t>embarque</w:t>
      </w:r>
      <w:proofErr w:type="spellEnd"/>
      <w:r w:rsidRPr="00C459A7">
        <w:rPr>
          <w:rFonts w:cs="Segoe UI Symbol"/>
        </w:rPr>
        <w:t xml:space="preserve"> de </w:t>
      </w:r>
      <w:proofErr w:type="spellStart"/>
      <w:r w:rsidRPr="00C459A7">
        <w:rPr>
          <w:rFonts w:cs="Segoe UI Symbol"/>
        </w:rPr>
        <w:t>aeroporto</w:t>
      </w:r>
      <w:proofErr w:type="spellEnd"/>
      <w:r w:rsidRPr="00C459A7">
        <w:rPr>
          <w:rFonts w:cs="Segoe UI Symbol"/>
        </w:rPr>
        <w:t>.</w:t>
      </w:r>
    </w:p>
    <w:p w14:paraId="2AA2F2FD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Refeições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não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mencionadas</w:t>
      </w:r>
      <w:proofErr w:type="spellEnd"/>
      <w:r w:rsidRPr="00C459A7">
        <w:rPr>
          <w:rFonts w:cs="Segoe UI Symbol"/>
        </w:rPr>
        <w:t xml:space="preserve"> no </w:t>
      </w:r>
      <w:proofErr w:type="spellStart"/>
      <w:r w:rsidRPr="00C459A7">
        <w:rPr>
          <w:rFonts w:cs="Segoe UI Symbol"/>
        </w:rPr>
        <w:t>programa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detalhado</w:t>
      </w:r>
      <w:proofErr w:type="spellEnd"/>
      <w:r w:rsidRPr="00C459A7">
        <w:rPr>
          <w:rFonts w:cs="Segoe UI Symbol"/>
        </w:rPr>
        <w:t>.</w:t>
      </w:r>
    </w:p>
    <w:p w14:paraId="48508A9C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Taxa de visto da </w:t>
      </w:r>
      <w:proofErr w:type="spellStart"/>
      <w:r w:rsidRPr="00C459A7">
        <w:rPr>
          <w:rFonts w:cs="Segoe UI Symbol"/>
        </w:rPr>
        <w:t>Tailândia</w:t>
      </w:r>
      <w:proofErr w:type="spellEnd"/>
      <w:r w:rsidRPr="00C459A7">
        <w:rPr>
          <w:rFonts w:cs="Segoe UI Symbol"/>
        </w:rPr>
        <w:t xml:space="preserve"> (</w:t>
      </w:r>
      <w:proofErr w:type="spellStart"/>
      <w:r w:rsidRPr="00C459A7">
        <w:rPr>
          <w:rFonts w:cs="Segoe UI Symbol"/>
        </w:rPr>
        <w:t>quando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aplicável</w:t>
      </w:r>
      <w:proofErr w:type="spellEnd"/>
      <w:r w:rsidRPr="00C459A7">
        <w:rPr>
          <w:rFonts w:cs="Segoe UI Symbol"/>
        </w:rPr>
        <w:t>).</w:t>
      </w:r>
    </w:p>
    <w:p w14:paraId="54E24D13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Suplemento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por</w:t>
      </w:r>
      <w:proofErr w:type="spellEnd"/>
      <w:r w:rsidRPr="00C459A7">
        <w:rPr>
          <w:rFonts w:cs="Segoe UI Symbol"/>
        </w:rPr>
        <w:t xml:space="preserve"> early check-in </w:t>
      </w:r>
      <w:proofErr w:type="spellStart"/>
      <w:r w:rsidRPr="00C459A7">
        <w:rPr>
          <w:rFonts w:cs="Segoe UI Symbol"/>
        </w:rPr>
        <w:t>ou</w:t>
      </w:r>
      <w:proofErr w:type="spellEnd"/>
      <w:r w:rsidRPr="00C459A7">
        <w:rPr>
          <w:rFonts w:cs="Segoe UI Symbol"/>
        </w:rPr>
        <w:t xml:space="preserve"> late check-out.</w:t>
      </w:r>
    </w:p>
    <w:p w14:paraId="08B3B9E8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Gorjetas</w:t>
      </w:r>
      <w:proofErr w:type="spellEnd"/>
      <w:r w:rsidRPr="00C459A7">
        <w:rPr>
          <w:rFonts w:cs="Segoe UI Symbol"/>
        </w:rPr>
        <w:t xml:space="preserve"> para </w:t>
      </w:r>
      <w:proofErr w:type="spellStart"/>
      <w:r w:rsidRPr="00C459A7">
        <w:rPr>
          <w:rFonts w:cs="Segoe UI Symbol"/>
        </w:rPr>
        <w:t>guias</w:t>
      </w:r>
      <w:proofErr w:type="spellEnd"/>
      <w:r w:rsidRPr="00C459A7">
        <w:rPr>
          <w:rFonts w:cs="Segoe UI Symbol"/>
        </w:rPr>
        <w:t xml:space="preserve">, </w:t>
      </w:r>
      <w:proofErr w:type="spellStart"/>
      <w:r w:rsidRPr="00C459A7">
        <w:rPr>
          <w:rFonts w:cs="Segoe UI Symbol"/>
        </w:rPr>
        <w:t>motoristas</w:t>
      </w:r>
      <w:proofErr w:type="spellEnd"/>
      <w:r w:rsidRPr="00C459A7">
        <w:rPr>
          <w:rFonts w:cs="Segoe UI Symbol"/>
        </w:rPr>
        <w:t xml:space="preserve"> e </w:t>
      </w:r>
      <w:proofErr w:type="spellStart"/>
      <w:r w:rsidRPr="00C459A7">
        <w:rPr>
          <w:rFonts w:cs="Segoe UI Symbol"/>
        </w:rPr>
        <w:t>demais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pessoal</w:t>
      </w:r>
      <w:proofErr w:type="spellEnd"/>
      <w:r w:rsidRPr="00C459A7">
        <w:rPr>
          <w:rFonts w:cs="Segoe UI Symbol"/>
        </w:rPr>
        <w:t xml:space="preserve"> local.</w:t>
      </w:r>
    </w:p>
    <w:p w14:paraId="71EFB140" w14:textId="77777777" w:rsidR="00BB669C" w:rsidRPr="00C459A7" w:rsidRDefault="00BB669C" w:rsidP="00BB669C">
      <w:pPr>
        <w:spacing w:after="40" w:line="252" w:lineRule="auto"/>
        <w:rPr>
          <w:rFonts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Taxas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bancárias</w:t>
      </w:r>
      <w:proofErr w:type="spellEnd"/>
      <w:r w:rsidRPr="00C459A7">
        <w:rPr>
          <w:rFonts w:cs="Segoe UI Symbol"/>
        </w:rPr>
        <w:t xml:space="preserve"> para </w:t>
      </w:r>
      <w:proofErr w:type="spellStart"/>
      <w:r w:rsidRPr="00C459A7">
        <w:rPr>
          <w:rFonts w:cs="Segoe UI Symbol"/>
        </w:rPr>
        <w:t>pagamento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por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transferência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bancária</w:t>
      </w:r>
      <w:proofErr w:type="spellEnd"/>
      <w:r w:rsidRPr="00C459A7">
        <w:rPr>
          <w:rFonts w:cs="Segoe UI Symbol"/>
        </w:rPr>
        <w:t>.</w:t>
      </w:r>
    </w:p>
    <w:p w14:paraId="671F00A5" w14:textId="3CBF796C" w:rsidR="00BB669C" w:rsidRPr="00C459A7" w:rsidRDefault="00BB669C" w:rsidP="00C459A7">
      <w:pPr>
        <w:spacing w:after="40" w:line="252" w:lineRule="auto"/>
        <w:rPr>
          <w:rFonts w:ascii="Segoe UI Symbol" w:hAnsi="Segoe UI Symbol" w:cs="Segoe UI Symbol"/>
        </w:rPr>
      </w:pPr>
      <w:r w:rsidRPr="00C459A7">
        <w:rPr>
          <w:rFonts w:ascii="Segoe UI Symbol" w:hAnsi="Segoe UI Symbol" w:cs="Segoe UI Symbol"/>
        </w:rPr>
        <w:t>🗶</w:t>
      </w:r>
      <w:r w:rsidRPr="00C459A7">
        <w:rPr>
          <w:rFonts w:cs="Segoe UI Symbol"/>
        </w:rPr>
        <w:t xml:space="preserve"> Outros </w:t>
      </w:r>
      <w:proofErr w:type="spellStart"/>
      <w:r w:rsidRPr="00C459A7">
        <w:rPr>
          <w:rFonts w:cs="Segoe UI Symbol"/>
        </w:rPr>
        <w:t>gastos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não</w:t>
      </w:r>
      <w:proofErr w:type="spellEnd"/>
      <w:r w:rsidRPr="00C459A7">
        <w:rPr>
          <w:rFonts w:cs="Segoe UI Symbol"/>
        </w:rPr>
        <w:t xml:space="preserve"> </w:t>
      </w:r>
      <w:proofErr w:type="spellStart"/>
      <w:r w:rsidRPr="00C459A7">
        <w:rPr>
          <w:rFonts w:cs="Segoe UI Symbol"/>
        </w:rPr>
        <w:t>mencionados</w:t>
      </w:r>
      <w:proofErr w:type="spellEnd"/>
      <w:r w:rsidRPr="00C459A7">
        <w:rPr>
          <w:rFonts w:cs="Segoe UI Symbol"/>
        </w:rPr>
        <w:t xml:space="preserve"> no </w:t>
      </w:r>
      <w:proofErr w:type="spellStart"/>
      <w:r w:rsidRPr="00C459A7">
        <w:rPr>
          <w:rFonts w:cs="Segoe UI Symbol"/>
        </w:rPr>
        <w:t>programa</w:t>
      </w:r>
      <w:proofErr w:type="spellEnd"/>
      <w:r w:rsidRPr="00C459A7">
        <w:rPr>
          <w:rFonts w:cs="Segoe UI Symbol"/>
        </w:rPr>
        <w:t>.</w:t>
      </w:r>
      <w:r>
        <w:br w:type="page"/>
      </w:r>
    </w:p>
    <w:p w14:paraId="4AA80700" w14:textId="30799D75" w:rsidR="00B569A9" w:rsidRDefault="00000000">
      <w:pPr>
        <w:pStyle w:val="HeadingViagem"/>
        <w:spacing w:before="80" w:after="80"/>
        <w:jc w:val="center"/>
      </w:pPr>
      <w:r>
        <w:lastRenderedPageBreak/>
        <w:t xml:space="preserve">🏛️ </w:t>
      </w:r>
      <w:r w:rsidR="00205623" w:rsidRPr="00205623">
        <w:t>EXPLORE PHUKET</w:t>
      </w:r>
      <w:r w:rsidR="00C459A7" w:rsidRPr="00253C20">
        <w:t xml:space="preserve"> </w:t>
      </w:r>
      <w:r>
        <w:t>(</w:t>
      </w:r>
      <w:r w:rsidR="00205623">
        <w:t>4</w:t>
      </w:r>
      <w:r>
        <w:t xml:space="preserve"> DIAS / </w:t>
      </w:r>
      <w:r w:rsidR="00205623">
        <w:t>3</w:t>
      </w:r>
      <w:r>
        <w:t xml:space="preserve"> NOITES)</w:t>
      </w:r>
    </w:p>
    <w:p w14:paraId="2B216B96" w14:textId="77777777" w:rsidR="00B569A9" w:rsidRDefault="00B569A9">
      <w:pPr>
        <w:pBdr>
          <w:bottom w:val="single" w:sz="12" w:space="1" w:color="E6B35A"/>
        </w:pBdr>
        <w:spacing w:after="120"/>
      </w:pPr>
    </w:p>
    <w:p w14:paraId="3C291223" w14:textId="5EB05605" w:rsidR="00B569A9" w:rsidRDefault="00000000">
      <w:pPr>
        <w:pStyle w:val="Subheading"/>
        <w:spacing w:after="100"/>
        <w:jc w:val="center"/>
      </w:pPr>
      <w:r>
        <w:rPr>
          <w:rFonts w:ascii="Segoe UI Emoji" w:hAnsi="Segoe UI Emoji" w:cs="Segoe UI Emoji"/>
        </w:rPr>
        <w:t>📅</w:t>
      </w:r>
      <w:r>
        <w:t xml:space="preserve"> SAÍDAS </w:t>
      </w:r>
      <w:r w:rsidR="00253C20">
        <w:t>DIÁRIAS</w:t>
      </w:r>
    </w:p>
    <w:p w14:paraId="1EA55E0D" w14:textId="7248350F" w:rsidR="00B569A9" w:rsidRDefault="00000000" w:rsidP="00253C20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205623">
        <w:t>PHUKET</w:t>
      </w:r>
    </w:p>
    <w:p w14:paraId="1200B073" w14:textId="77777777" w:rsidR="00205623" w:rsidRDefault="00205623" w:rsidP="00205623">
      <w:pPr>
        <w:spacing w:after="40" w:line="252" w:lineRule="auto"/>
        <w:jc w:val="both"/>
      </w:pPr>
      <w:r>
        <w:t xml:space="preserve">Na </w:t>
      </w:r>
      <w:proofErr w:type="spellStart"/>
      <w:r>
        <w:t>chegada</w:t>
      </w:r>
      <w:proofErr w:type="spellEnd"/>
      <w:r>
        <w:t xml:space="preserve">,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 </w:t>
      </w:r>
      <w:proofErr w:type="spellStart"/>
      <w:r>
        <w:t>sem</w:t>
      </w:r>
      <w:proofErr w:type="spellEnd"/>
      <w:r>
        <w:t xml:space="preserve"> </w:t>
      </w:r>
      <w:proofErr w:type="spellStart"/>
      <w:r>
        <w:t>guia</w:t>
      </w:r>
      <w:proofErr w:type="spellEnd"/>
      <w:r>
        <w:t>. Tempo livre.</w:t>
      </w:r>
    </w:p>
    <w:p w14:paraId="3F7DDB22" w14:textId="77777777" w:rsidR="00205623" w:rsidRDefault="00205623" w:rsidP="00205623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incluídas</w:t>
      </w:r>
      <w:proofErr w:type="spellEnd"/>
      <w:r>
        <w:t>.</w:t>
      </w:r>
    </w:p>
    <w:p w14:paraId="5A4C7966" w14:textId="77777777" w:rsidR="00205623" w:rsidRDefault="00205623" w:rsidP="00205623">
      <w:pPr>
        <w:spacing w:after="40" w:line="252" w:lineRule="auto"/>
        <w:jc w:val="both"/>
      </w:pPr>
      <w:proofErr w:type="spellStart"/>
      <w:r>
        <w:t>Observação</w:t>
      </w:r>
      <w:proofErr w:type="spellEnd"/>
      <w:r>
        <w:t xml:space="preserve">: o </w:t>
      </w:r>
      <w:proofErr w:type="spellStart"/>
      <w:r>
        <w:t>horário</w:t>
      </w:r>
      <w:proofErr w:type="spellEnd"/>
      <w:r>
        <w:t xml:space="preserve"> de check-in no hotel é </w:t>
      </w:r>
      <w:proofErr w:type="spellStart"/>
      <w:r>
        <w:t>por</w:t>
      </w:r>
      <w:proofErr w:type="spellEnd"/>
      <w:r>
        <w:t xml:space="preserve"> volta das 14h00 (</w:t>
      </w:r>
      <w:proofErr w:type="spellStart"/>
      <w:r>
        <w:t>consultar</w:t>
      </w:r>
      <w:proofErr w:type="spellEnd"/>
      <w:r>
        <w:t xml:space="preserve"> </w:t>
      </w:r>
      <w:proofErr w:type="spellStart"/>
      <w:r>
        <w:t>suplemento</w:t>
      </w:r>
      <w:proofErr w:type="spellEnd"/>
      <w:r>
        <w:t xml:space="preserve"> para early check-in).</w:t>
      </w:r>
    </w:p>
    <w:p w14:paraId="42DA13EC" w14:textId="77777777" w:rsidR="00205623" w:rsidRDefault="00205623" w:rsidP="00205623">
      <w:pPr>
        <w:spacing w:after="40" w:line="252" w:lineRule="auto"/>
        <w:jc w:val="both"/>
      </w:pPr>
    </w:p>
    <w:p w14:paraId="433B24B8" w14:textId="4363DD0A" w:rsidR="00205623" w:rsidRDefault="00205623" w:rsidP="00205623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2</w:t>
      </w:r>
      <w:r>
        <w:t xml:space="preserve">º </w:t>
      </w:r>
      <w:proofErr w:type="spellStart"/>
      <w:r>
        <w:t>dia</w:t>
      </w:r>
      <w:proofErr w:type="spellEnd"/>
      <w:r>
        <w:t>: PHUKET</w:t>
      </w:r>
    </w:p>
    <w:p w14:paraId="4EFC7478" w14:textId="77777777" w:rsidR="00205623" w:rsidRDefault="00205623" w:rsidP="00205623">
      <w:pPr>
        <w:spacing w:after="40" w:line="252" w:lineRule="auto"/>
        <w:jc w:val="both"/>
      </w:pPr>
      <w:r>
        <w:t xml:space="preserve">Tempo livre para </w:t>
      </w:r>
      <w:proofErr w:type="spellStart"/>
      <w:r>
        <w:t>aproveitar</w:t>
      </w:r>
      <w:proofErr w:type="spellEnd"/>
      <w:r>
        <w:t xml:space="preserve"> as </w:t>
      </w:r>
      <w:proofErr w:type="spellStart"/>
      <w:r>
        <w:t>praias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</w:t>
      </w:r>
      <w:proofErr w:type="spellStart"/>
      <w:r>
        <w:t>própria</w:t>
      </w:r>
      <w:proofErr w:type="spellEnd"/>
      <w:r>
        <w:t>.</w:t>
      </w:r>
    </w:p>
    <w:p w14:paraId="460D0053" w14:textId="77777777" w:rsidR="00205623" w:rsidRDefault="00205623" w:rsidP="00205623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  <w:r>
        <w:t xml:space="preserve"> no hotel.</w:t>
      </w:r>
    </w:p>
    <w:p w14:paraId="7BD25D18" w14:textId="77777777" w:rsidR="00205623" w:rsidRDefault="00205623" w:rsidP="00205623">
      <w:pPr>
        <w:spacing w:after="40" w:line="252" w:lineRule="auto"/>
        <w:jc w:val="both"/>
      </w:pPr>
    </w:p>
    <w:p w14:paraId="504A65F7" w14:textId="1989B1B2" w:rsidR="00205623" w:rsidRDefault="00205623" w:rsidP="00205623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3</w:t>
      </w:r>
      <w:r>
        <w:t xml:space="preserve">º </w:t>
      </w:r>
      <w:proofErr w:type="spellStart"/>
      <w:r>
        <w:t>dia</w:t>
      </w:r>
      <w:proofErr w:type="spellEnd"/>
      <w:r>
        <w:t>: PHUKET</w:t>
      </w:r>
    </w:p>
    <w:p w14:paraId="5136A57F" w14:textId="77777777" w:rsidR="00205623" w:rsidRDefault="00205623" w:rsidP="00205623">
      <w:pPr>
        <w:spacing w:after="40" w:line="252" w:lineRule="auto"/>
        <w:jc w:val="both"/>
      </w:pPr>
      <w:r>
        <w:t xml:space="preserve">Tempo livre para </w:t>
      </w:r>
      <w:proofErr w:type="spellStart"/>
      <w:r>
        <w:t>aproveitar</w:t>
      </w:r>
      <w:proofErr w:type="spellEnd"/>
      <w:r>
        <w:t xml:space="preserve"> as </w:t>
      </w:r>
      <w:proofErr w:type="spellStart"/>
      <w:r>
        <w:t>praias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</w:t>
      </w:r>
      <w:proofErr w:type="spellStart"/>
      <w:r>
        <w:t>própria</w:t>
      </w:r>
      <w:proofErr w:type="spellEnd"/>
      <w:r>
        <w:t>.</w:t>
      </w:r>
    </w:p>
    <w:p w14:paraId="3877E123" w14:textId="77777777" w:rsidR="00205623" w:rsidRDefault="00205623" w:rsidP="00205623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  <w:r>
        <w:t xml:space="preserve"> no hotel.</w:t>
      </w:r>
    </w:p>
    <w:p w14:paraId="6A04DA0C" w14:textId="77777777" w:rsidR="00205623" w:rsidRDefault="00205623" w:rsidP="00205623">
      <w:pPr>
        <w:spacing w:after="40" w:line="252" w:lineRule="auto"/>
        <w:jc w:val="both"/>
      </w:pPr>
    </w:p>
    <w:p w14:paraId="572DF27F" w14:textId="18EC9BC4" w:rsidR="00205623" w:rsidRDefault="00205623" w:rsidP="00205623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4</w:t>
      </w:r>
      <w:r>
        <w:t xml:space="preserve">º </w:t>
      </w:r>
      <w:proofErr w:type="spellStart"/>
      <w:r>
        <w:t>dia</w:t>
      </w:r>
      <w:proofErr w:type="spellEnd"/>
      <w:r>
        <w:t>: PHUKET</w:t>
      </w:r>
    </w:p>
    <w:p w14:paraId="18BCE0CF" w14:textId="77777777" w:rsidR="00205623" w:rsidRDefault="00205623" w:rsidP="00205623">
      <w:pPr>
        <w:spacing w:after="40" w:line="252" w:lineRule="auto"/>
        <w:jc w:val="both"/>
      </w:pPr>
      <w:r>
        <w:t xml:space="preserve">Tempo livre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 para o </w:t>
      </w:r>
      <w:proofErr w:type="spellStart"/>
      <w:r>
        <w:t>voo</w:t>
      </w:r>
      <w:proofErr w:type="spellEnd"/>
      <w:r>
        <w:t xml:space="preserve"> de </w:t>
      </w:r>
      <w:proofErr w:type="spellStart"/>
      <w:r>
        <w:t>retorno</w:t>
      </w:r>
      <w:proofErr w:type="spellEnd"/>
      <w:r>
        <w:t>.</w:t>
      </w:r>
    </w:p>
    <w:p w14:paraId="2109238B" w14:textId="77777777" w:rsidR="00205623" w:rsidRDefault="00205623" w:rsidP="00205623">
      <w:pPr>
        <w:spacing w:after="40" w:line="252" w:lineRule="auto"/>
        <w:jc w:val="both"/>
      </w:pPr>
      <w:proofErr w:type="spellStart"/>
      <w:r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  <w:r>
        <w:t xml:space="preserve"> no hotel.</w:t>
      </w:r>
    </w:p>
    <w:p w14:paraId="3B60CE0F" w14:textId="76A543C4" w:rsidR="00253C20" w:rsidRDefault="00205623" w:rsidP="00205623">
      <w:pPr>
        <w:spacing w:after="40" w:line="252" w:lineRule="auto"/>
        <w:jc w:val="both"/>
      </w:pPr>
      <w:proofErr w:type="spellStart"/>
      <w:r>
        <w:t>Observação</w:t>
      </w:r>
      <w:proofErr w:type="spellEnd"/>
      <w:r>
        <w:t xml:space="preserve">: o </w:t>
      </w:r>
      <w:proofErr w:type="spellStart"/>
      <w:r>
        <w:t>horário</w:t>
      </w:r>
      <w:proofErr w:type="spellEnd"/>
      <w:r>
        <w:t xml:space="preserve"> de check-out no hotel é </w:t>
      </w:r>
      <w:proofErr w:type="spellStart"/>
      <w:r>
        <w:t>por</w:t>
      </w:r>
      <w:proofErr w:type="spellEnd"/>
      <w:r>
        <w:t xml:space="preserve"> volta das 12h00.</w:t>
      </w:r>
    </w:p>
    <w:p w14:paraId="67724C87" w14:textId="77777777" w:rsidR="00205623" w:rsidRDefault="00205623" w:rsidP="00205623">
      <w:pPr>
        <w:spacing w:after="40" w:line="252" w:lineRule="auto"/>
        <w:jc w:val="both"/>
      </w:pPr>
    </w:p>
    <w:p w14:paraId="498A4781" w14:textId="77777777" w:rsidR="00B569A9" w:rsidRDefault="00000000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7617E1" w14:paraId="02378674" w14:textId="55BEDCCB" w:rsidTr="001D13F5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5FAAD" w14:textId="534A3933" w:rsidR="007617E1" w:rsidRDefault="007617E1">
            <w:pPr>
              <w:jc w:val="center"/>
            </w:pP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E9E63" w14:textId="621244D3" w:rsidR="007617E1" w:rsidRDefault="007617E1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</w:t>
            </w:r>
            <w:r w:rsidR="007C4F77">
              <w:rPr>
                <w:b/>
                <w:color w:val="FFFFFF"/>
                <w:sz w:val="15"/>
              </w:rPr>
              <w:t xml:space="preserve"> 3* SUP /</w:t>
            </w:r>
            <w:r>
              <w:rPr>
                <w:b/>
                <w:color w:val="FFFFFF"/>
                <w:sz w:val="15"/>
              </w:rPr>
              <w:t xml:space="preserve"> 4* - PREÇO NET POR PESSOA EM USD</w:t>
            </w:r>
          </w:p>
        </w:tc>
        <w:tc>
          <w:tcPr>
            <w:tcW w:w="2660" w:type="dxa"/>
            <w:shd w:val="clear" w:color="auto" w:fill="123C69"/>
          </w:tcPr>
          <w:p w14:paraId="16294A2A" w14:textId="76576B88" w:rsidR="007617E1" w:rsidRDefault="007617E1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 SUP / 5* - PREÇO NET POR PESSOA EM USD</w:t>
            </w:r>
          </w:p>
        </w:tc>
      </w:tr>
      <w:tr w:rsidR="007617E1" w14:paraId="4902802E" w14:textId="490EEEBF" w:rsidTr="00FF14DB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2DB66E" w14:textId="77777777" w:rsidR="007617E1" w:rsidRDefault="007617E1" w:rsidP="007617E1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BC6CD6" w14:textId="77777777" w:rsidR="007617E1" w:rsidRDefault="007617E1" w:rsidP="007617E1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2660" w:type="dxa"/>
            <w:shd w:val="clear" w:color="auto" w:fill="E7F2FA"/>
            <w:vAlign w:val="center"/>
          </w:tcPr>
          <w:p w14:paraId="5CE9E5C9" w14:textId="4E5AD931" w:rsidR="007617E1" w:rsidRDefault="007617E1" w:rsidP="007617E1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7617E1" w14:paraId="2496748C" w14:textId="1421260A" w:rsidTr="001D13F5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FC44FD" w14:textId="23538F47" w:rsidR="007617E1" w:rsidRPr="001040EA" w:rsidRDefault="007617E1" w:rsidP="007617E1">
            <w:pPr>
              <w:jc w:val="center"/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 w:rsidR="00205623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EFADC7" w14:textId="50BD4FE0" w:rsidR="007617E1" w:rsidRPr="001040EA" w:rsidRDefault="00205623" w:rsidP="007617E1">
            <w:pPr>
              <w:jc w:val="center"/>
              <w:rPr>
                <w:sz w:val="15"/>
              </w:rPr>
            </w:pPr>
            <w:r w:rsidRPr="00205623">
              <w:rPr>
                <w:sz w:val="15"/>
              </w:rPr>
              <w:t>USD 595</w:t>
            </w:r>
          </w:p>
        </w:tc>
        <w:tc>
          <w:tcPr>
            <w:tcW w:w="2660" w:type="dxa"/>
            <w:shd w:val="clear" w:color="auto" w:fill="F7FAFC"/>
          </w:tcPr>
          <w:p w14:paraId="56BD1530" w14:textId="3E215374" w:rsidR="007617E1" w:rsidRPr="001040EA" w:rsidRDefault="00205623" w:rsidP="007617E1">
            <w:pPr>
              <w:jc w:val="center"/>
              <w:rPr>
                <w:sz w:val="15"/>
              </w:rPr>
            </w:pPr>
            <w:r w:rsidRPr="00205623">
              <w:rPr>
                <w:sz w:val="15"/>
              </w:rPr>
              <w:t>USD 647</w:t>
            </w:r>
          </w:p>
        </w:tc>
      </w:tr>
    </w:tbl>
    <w:p w14:paraId="7BCB3E8A" w14:textId="77777777" w:rsidR="00B569A9" w:rsidRDefault="00B569A9"/>
    <w:p w14:paraId="51C9B9D4" w14:textId="72CF97C5" w:rsidR="001040EA" w:rsidRDefault="001040EA" w:rsidP="001040EA">
      <w:pPr>
        <w:pStyle w:val="BoxTitle"/>
        <w:spacing w:before="160"/>
      </w:pPr>
      <w:r>
        <w:t>Black out:</w:t>
      </w:r>
    </w:p>
    <w:p w14:paraId="2C21665D" w14:textId="77777777" w:rsidR="007C4F77" w:rsidRDefault="007C4F77" w:rsidP="007C4F77">
      <w:pPr>
        <w:spacing w:after="40" w:line="252" w:lineRule="auto"/>
      </w:pPr>
      <w:r w:rsidRPr="007C4F77">
        <w:rPr>
          <w:b/>
          <w:bCs/>
        </w:rPr>
        <w:t>2026</w:t>
      </w:r>
      <w:r>
        <w:t>:</w:t>
      </w:r>
    </w:p>
    <w:p w14:paraId="2340D37C" w14:textId="77777777" w:rsidR="00205623" w:rsidRDefault="00205623" w:rsidP="00205623">
      <w:pPr>
        <w:pStyle w:val="PargrafodaLista"/>
        <w:numPr>
          <w:ilvl w:val="0"/>
          <w:numId w:val="26"/>
        </w:numPr>
        <w:spacing w:after="40" w:line="252" w:lineRule="auto"/>
        <w:ind w:left="709"/>
      </w:pPr>
      <w:r>
        <w:t xml:space="preserve">Bangkok Gems &amp; Jewelry Fair: </w:t>
      </w:r>
      <w:proofErr w:type="spellStart"/>
      <w:r>
        <w:t>setembro</w:t>
      </w:r>
      <w:proofErr w:type="spellEnd"/>
      <w:r>
        <w:t xml:space="preserve"> de 2026 (</w:t>
      </w:r>
      <w:proofErr w:type="spellStart"/>
      <w:r>
        <w:t>datas</w:t>
      </w:r>
      <w:proofErr w:type="spellEnd"/>
      <w:r>
        <w:t xml:space="preserve"> a </w:t>
      </w:r>
      <w:proofErr w:type="spellStart"/>
      <w:r>
        <w:t>confirmar</w:t>
      </w:r>
      <w:proofErr w:type="spellEnd"/>
      <w:r>
        <w:t xml:space="preserve">) </w:t>
      </w:r>
    </w:p>
    <w:p w14:paraId="08FE0B40" w14:textId="77777777" w:rsidR="00205623" w:rsidRDefault="00205623" w:rsidP="00205623">
      <w:pPr>
        <w:pStyle w:val="PargrafodaLista"/>
        <w:numPr>
          <w:ilvl w:val="0"/>
          <w:numId w:val="26"/>
        </w:numPr>
        <w:spacing w:after="40" w:line="252" w:lineRule="auto"/>
        <w:ind w:left="709"/>
      </w:pPr>
      <w:r>
        <w:t xml:space="preserve">Loi Krathong: 24 de </w:t>
      </w:r>
      <w:proofErr w:type="spellStart"/>
      <w:r>
        <w:t>novembro</w:t>
      </w:r>
      <w:proofErr w:type="spellEnd"/>
      <w:r>
        <w:t xml:space="preserve"> de 2026 </w:t>
      </w:r>
    </w:p>
    <w:p w14:paraId="35715389" w14:textId="15024981" w:rsidR="007C4F77" w:rsidRPr="007617E1" w:rsidRDefault="00205623" w:rsidP="00205623">
      <w:pPr>
        <w:pStyle w:val="PargrafodaLista"/>
        <w:numPr>
          <w:ilvl w:val="0"/>
          <w:numId w:val="26"/>
        </w:numPr>
        <w:spacing w:after="40" w:line="252" w:lineRule="auto"/>
        <w:ind w:left="709"/>
      </w:pPr>
      <w:r>
        <w:t xml:space="preserve">Christmas 2026: 20 de </w:t>
      </w:r>
      <w:proofErr w:type="spellStart"/>
      <w:r>
        <w:t>dezembro</w:t>
      </w:r>
      <w:proofErr w:type="spellEnd"/>
      <w:r>
        <w:t xml:space="preserve"> de 2026 a 31 de </w:t>
      </w:r>
      <w:proofErr w:type="spellStart"/>
      <w:r>
        <w:t>dezembro</w:t>
      </w:r>
      <w:proofErr w:type="spellEnd"/>
      <w:r>
        <w:t xml:space="preserve"> de 2026</w:t>
      </w:r>
    </w:p>
    <w:p w14:paraId="73183F02" w14:textId="728BAB05" w:rsidR="00B569A9" w:rsidRDefault="00000000" w:rsidP="001040EA">
      <w:pPr>
        <w:pStyle w:val="BoxTitle"/>
        <w:spacing w:before="160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p w14:paraId="7E269D31" w14:textId="77777777" w:rsidR="007C4F77" w:rsidRPr="00BB669C" w:rsidRDefault="007C4F77" w:rsidP="007C4F77">
      <w:pPr>
        <w:pStyle w:val="PargrafodaLista"/>
        <w:numPr>
          <w:ilvl w:val="0"/>
          <w:numId w:val="22"/>
        </w:numPr>
        <w:spacing w:after="40" w:line="252" w:lineRule="auto"/>
      </w:pPr>
      <w:r w:rsidRPr="00BB669C">
        <w:t xml:space="preserve">Tipo de quarto com base </w:t>
      </w:r>
      <w:proofErr w:type="spellStart"/>
      <w:r w:rsidRPr="00BB669C">
        <w:t>em</w:t>
      </w:r>
      <w:proofErr w:type="spellEnd"/>
      <w:r w:rsidRPr="00BB669C">
        <w:t xml:space="preserve"> duas </w:t>
      </w:r>
      <w:proofErr w:type="spellStart"/>
      <w:r w:rsidRPr="00BB669C">
        <w:t>pessoas</w:t>
      </w:r>
      <w:proofErr w:type="spellEnd"/>
      <w:r w:rsidRPr="00BB669C">
        <w:t>/</w:t>
      </w:r>
      <w:proofErr w:type="spellStart"/>
      <w:r w:rsidRPr="00BB669C">
        <w:t>duplo</w:t>
      </w:r>
      <w:proofErr w:type="spellEnd"/>
      <w:r w:rsidRPr="00BB669C">
        <w:t xml:space="preserve"> </w:t>
      </w:r>
    </w:p>
    <w:p w14:paraId="2A695CF5" w14:textId="77777777" w:rsidR="007C4F77" w:rsidRPr="00BB669C" w:rsidRDefault="007C4F77" w:rsidP="007C4F77">
      <w:pPr>
        <w:pStyle w:val="PargrafodaLista"/>
        <w:numPr>
          <w:ilvl w:val="0"/>
          <w:numId w:val="22"/>
        </w:numPr>
        <w:spacing w:after="40" w:line="252" w:lineRule="auto"/>
      </w:pPr>
      <w:r w:rsidRPr="00BB669C">
        <w:t xml:space="preserve">Todos </w:t>
      </w:r>
      <w:proofErr w:type="spellStart"/>
      <w:r w:rsidRPr="00BB669C">
        <w:t>os</w:t>
      </w:r>
      <w:proofErr w:type="spellEnd"/>
      <w:r w:rsidRPr="00BB669C">
        <w:t xml:space="preserve"> </w:t>
      </w:r>
      <w:proofErr w:type="spellStart"/>
      <w:r w:rsidRPr="00BB669C">
        <w:t>hotéis</w:t>
      </w:r>
      <w:proofErr w:type="spellEnd"/>
      <w:r w:rsidRPr="00BB669C">
        <w:t xml:space="preserve"> </w:t>
      </w:r>
      <w:proofErr w:type="spellStart"/>
      <w:r w:rsidRPr="00BB669C">
        <w:t>listados</w:t>
      </w:r>
      <w:proofErr w:type="spellEnd"/>
      <w:r w:rsidRPr="00BB669C">
        <w:t xml:space="preserve"> no </w:t>
      </w:r>
      <w:proofErr w:type="spellStart"/>
      <w:r w:rsidRPr="00BB669C">
        <w:t>itinerário</w:t>
      </w:r>
      <w:proofErr w:type="spellEnd"/>
      <w:r w:rsidRPr="00BB669C">
        <w:t xml:space="preserve"> </w:t>
      </w:r>
      <w:proofErr w:type="spellStart"/>
      <w:r w:rsidRPr="00BB669C">
        <w:t>acima</w:t>
      </w:r>
      <w:proofErr w:type="spellEnd"/>
      <w:r w:rsidRPr="00BB669C">
        <w:t xml:space="preserve"> </w:t>
      </w:r>
      <w:proofErr w:type="spellStart"/>
      <w:r w:rsidRPr="00BB669C">
        <w:t>servem</w:t>
      </w:r>
      <w:proofErr w:type="spellEnd"/>
      <w:r w:rsidRPr="00BB669C">
        <w:t xml:space="preserve"> café da </w:t>
      </w:r>
      <w:proofErr w:type="spellStart"/>
      <w:r w:rsidRPr="00BB669C">
        <w:t>manhã</w:t>
      </w:r>
      <w:proofErr w:type="spellEnd"/>
      <w:r w:rsidRPr="00BB669C">
        <w:t xml:space="preserve"> </w:t>
      </w:r>
      <w:proofErr w:type="spellStart"/>
      <w:r w:rsidRPr="00BB669C">
        <w:t>diário</w:t>
      </w:r>
      <w:proofErr w:type="spellEnd"/>
      <w:r w:rsidRPr="00BB669C">
        <w:t xml:space="preserve"> </w:t>
      </w:r>
    </w:p>
    <w:p w14:paraId="574B486F" w14:textId="59E14C8C" w:rsidR="007C4F77" w:rsidRDefault="007C4F77" w:rsidP="007C4F77">
      <w:pPr>
        <w:pStyle w:val="PargrafodaLista"/>
        <w:numPr>
          <w:ilvl w:val="0"/>
          <w:numId w:val="22"/>
        </w:numPr>
        <w:spacing w:after="40" w:line="252" w:lineRule="auto"/>
      </w:pPr>
      <w:r>
        <w:t xml:space="preserve">O </w:t>
      </w:r>
      <w:r w:rsidRPr="00BB669C">
        <w:t xml:space="preserve">hotel </w:t>
      </w:r>
      <w:proofErr w:type="spellStart"/>
      <w:r w:rsidRPr="00BB669C">
        <w:t>está</w:t>
      </w:r>
      <w:proofErr w:type="spellEnd"/>
      <w:r w:rsidRPr="00BB669C">
        <w:t xml:space="preserve"> </w:t>
      </w:r>
      <w:proofErr w:type="spellStart"/>
      <w:r w:rsidRPr="00BB669C">
        <w:t>sujeito</w:t>
      </w:r>
      <w:proofErr w:type="spellEnd"/>
      <w:r w:rsidRPr="00BB669C">
        <w:t xml:space="preserve"> </w:t>
      </w:r>
      <w:proofErr w:type="gramStart"/>
      <w:r w:rsidRPr="00BB669C">
        <w:t>a</w:t>
      </w:r>
      <w:proofErr w:type="gramEnd"/>
      <w:r w:rsidRPr="00BB669C">
        <w:t xml:space="preserve"> </w:t>
      </w:r>
      <w:proofErr w:type="spellStart"/>
      <w:r w:rsidRPr="00BB669C">
        <w:t>alterações</w:t>
      </w:r>
      <w:proofErr w:type="spellEnd"/>
      <w:r w:rsidRPr="00BB669C">
        <w:t xml:space="preserve"> com base </w:t>
      </w:r>
      <w:proofErr w:type="spellStart"/>
      <w:r w:rsidRPr="00BB669C">
        <w:t>na</w:t>
      </w:r>
      <w:proofErr w:type="spellEnd"/>
      <w:r w:rsidRPr="00BB669C">
        <w:t xml:space="preserve"> </w:t>
      </w:r>
      <w:proofErr w:type="spellStart"/>
      <w:r w:rsidRPr="00BB669C">
        <w:t>disponibilidade</w:t>
      </w:r>
      <w:proofErr w:type="spellEnd"/>
    </w:p>
    <w:p w14:paraId="1A6B2C5A" w14:textId="77777777" w:rsidR="007C4F77" w:rsidRDefault="007C4F77" w:rsidP="007C4F77">
      <w:pPr>
        <w:spacing w:after="40" w:line="252" w:lineRule="auto"/>
        <w:ind w:left="3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1040EA" w14:paraId="16E1A5DD" w14:textId="77777777" w:rsidTr="001040E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361E66" w14:textId="77777777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FAFA32" w14:textId="6DDD8201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</w:t>
            </w:r>
            <w:r w:rsidR="00205623" w:rsidRPr="00205623">
              <w:rPr>
                <w:b/>
                <w:color w:val="FFFFFF"/>
                <w:sz w:val="15"/>
              </w:rPr>
              <w:t>3*</w:t>
            </w:r>
            <w:r w:rsidR="00205623">
              <w:rPr>
                <w:b/>
                <w:color w:val="FFFFFF"/>
                <w:sz w:val="15"/>
              </w:rPr>
              <w:t>S</w:t>
            </w:r>
            <w:r w:rsidR="00205623" w:rsidRPr="00205623">
              <w:rPr>
                <w:b/>
                <w:color w:val="FFFFFF"/>
                <w:sz w:val="15"/>
              </w:rPr>
              <w:t xml:space="preserve"> /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E56235" w14:textId="34EFCE60" w:rsidR="0026177A" w:rsidRPr="0026177A" w:rsidRDefault="0026177A" w:rsidP="0026177A">
            <w:pPr>
              <w:jc w:val="center"/>
              <w:rPr>
                <w:b/>
                <w:color w:val="FFFFFF"/>
                <w:sz w:val="15"/>
              </w:rPr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</w:t>
            </w:r>
          </w:p>
          <w:p w14:paraId="545D35B1" w14:textId="59F5877C" w:rsidR="001040EA" w:rsidRDefault="0026177A" w:rsidP="0026177A">
            <w:pPr>
              <w:jc w:val="center"/>
            </w:pPr>
            <w:r w:rsidRPr="0026177A">
              <w:rPr>
                <w:b/>
                <w:color w:val="FFFFFF"/>
                <w:sz w:val="15"/>
              </w:rPr>
              <w:t>4*S / 5 *</w:t>
            </w:r>
          </w:p>
        </w:tc>
      </w:tr>
      <w:tr w:rsidR="00205623" w14:paraId="384C1E07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DEBE1FB" w14:textId="38BFC62F" w:rsidR="00205623" w:rsidRPr="00F92748" w:rsidRDefault="00205623" w:rsidP="00205623">
            <w:pPr>
              <w:jc w:val="center"/>
            </w:pPr>
            <w:r>
              <w:t>Phuket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C4DC354" w14:textId="77777777" w:rsidR="00205623" w:rsidRDefault="00205623" w:rsidP="00205623">
            <w:pPr>
              <w:jc w:val="center"/>
            </w:pPr>
            <w:r>
              <w:t>Novotel Phuket Kamala Beach</w:t>
            </w:r>
          </w:p>
          <w:p w14:paraId="1D493D51" w14:textId="1E4B2138" w:rsidR="00205623" w:rsidRDefault="00205623" w:rsidP="00205623">
            <w:pPr>
              <w:jc w:val="center"/>
            </w:pPr>
            <w:r>
              <w:t>(Superior garden view)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9A51DFC" w14:textId="77777777" w:rsidR="00205623" w:rsidRDefault="00205623" w:rsidP="00205623">
            <w:pPr>
              <w:jc w:val="center"/>
            </w:pPr>
            <w:r>
              <w:t>Beyond Kata</w:t>
            </w:r>
          </w:p>
          <w:p w14:paraId="1DC20BD1" w14:textId="6E7C1C58" w:rsidR="00205623" w:rsidRDefault="00205623" w:rsidP="00205623">
            <w:pPr>
              <w:jc w:val="center"/>
            </w:pPr>
            <w:r>
              <w:t>(Deluxe)</w:t>
            </w:r>
          </w:p>
        </w:tc>
      </w:tr>
    </w:tbl>
    <w:p w14:paraId="4059555D" w14:textId="77777777" w:rsidR="00B569A9" w:rsidRDefault="00B569A9" w:rsidP="003A5BC6">
      <w:pPr>
        <w:spacing w:after="0" w:line="240" w:lineRule="auto"/>
      </w:pPr>
    </w:p>
    <w:p w14:paraId="01DE8ADA" w14:textId="77777777" w:rsidR="001040EA" w:rsidRDefault="001040EA"/>
    <w:p w14:paraId="3E2C94BF" w14:textId="77777777" w:rsidR="00B569A9" w:rsidRPr="00205623" w:rsidRDefault="00000000">
      <w:pPr>
        <w:pStyle w:val="BoxTitle"/>
        <w:spacing w:before="160"/>
      </w:pPr>
      <w:r w:rsidRPr="00205623">
        <w:rPr>
          <w:rFonts w:ascii="Segoe UI Emoji" w:hAnsi="Segoe UI Emoji" w:cs="Segoe UI Emoji"/>
        </w:rPr>
        <w:lastRenderedPageBreak/>
        <w:t>✅</w:t>
      </w:r>
      <w:r w:rsidRPr="00205623">
        <w:t xml:space="preserve"> </w:t>
      </w:r>
      <w:proofErr w:type="spellStart"/>
      <w:r w:rsidRPr="00205623">
        <w:t>Inclui</w:t>
      </w:r>
      <w:proofErr w:type="spellEnd"/>
      <w:r w:rsidRPr="00205623">
        <w:t>:</w:t>
      </w:r>
    </w:p>
    <w:p w14:paraId="2176B60B" w14:textId="77777777" w:rsidR="00205623" w:rsidRPr="00205623" w:rsidRDefault="00205623" w:rsidP="00205623">
      <w:pPr>
        <w:spacing w:after="40" w:line="252" w:lineRule="auto"/>
        <w:rPr>
          <w:rFonts w:cs="Segoe UI Symbol"/>
        </w:rPr>
      </w:pPr>
      <w:r w:rsidRPr="00205623">
        <w:rPr>
          <w:rFonts w:ascii="Segoe UI Symbol" w:hAnsi="Segoe UI Symbol" w:cs="Segoe UI Symbol"/>
        </w:rPr>
        <w:t>✔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Hospedagem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em</w:t>
      </w:r>
      <w:proofErr w:type="spellEnd"/>
      <w:r w:rsidRPr="00205623">
        <w:rPr>
          <w:rFonts w:cs="Segoe UI Symbol"/>
        </w:rPr>
        <w:t xml:space="preserve"> quarto </w:t>
      </w:r>
      <w:proofErr w:type="spellStart"/>
      <w:r w:rsidRPr="00205623">
        <w:rPr>
          <w:rFonts w:cs="Segoe UI Symbol"/>
        </w:rPr>
        <w:t>compartilhado</w:t>
      </w:r>
      <w:proofErr w:type="spellEnd"/>
      <w:r w:rsidRPr="00205623">
        <w:rPr>
          <w:rFonts w:cs="Segoe UI Symbol"/>
        </w:rPr>
        <w:t xml:space="preserve"> (</w:t>
      </w:r>
      <w:proofErr w:type="spellStart"/>
      <w:r w:rsidRPr="00205623">
        <w:rPr>
          <w:rFonts w:cs="Segoe UI Symbol"/>
        </w:rPr>
        <w:t>duplo</w:t>
      </w:r>
      <w:proofErr w:type="spellEnd"/>
      <w:r w:rsidRPr="00205623">
        <w:rPr>
          <w:rFonts w:cs="Segoe UI Symbol"/>
        </w:rPr>
        <w:t>/twin/</w:t>
      </w:r>
      <w:proofErr w:type="spellStart"/>
      <w:r w:rsidRPr="00205623">
        <w:rPr>
          <w:rFonts w:cs="Segoe UI Symbol"/>
        </w:rPr>
        <w:t>triplo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básico</w:t>
      </w:r>
      <w:proofErr w:type="spellEnd"/>
      <w:r w:rsidRPr="00205623">
        <w:rPr>
          <w:rFonts w:cs="Segoe UI Symbol"/>
        </w:rPr>
        <w:t xml:space="preserve">) com café da </w:t>
      </w:r>
      <w:proofErr w:type="spellStart"/>
      <w:r w:rsidRPr="00205623">
        <w:rPr>
          <w:rFonts w:cs="Segoe UI Symbol"/>
        </w:rPr>
        <w:t>manhã</w:t>
      </w:r>
      <w:proofErr w:type="spellEnd"/>
    </w:p>
    <w:p w14:paraId="623281EC" w14:textId="77777777" w:rsidR="00205623" w:rsidRPr="00205623" w:rsidRDefault="00205623" w:rsidP="00205623">
      <w:pPr>
        <w:spacing w:after="40" w:line="252" w:lineRule="auto"/>
        <w:rPr>
          <w:rFonts w:cs="Segoe UI Symbol"/>
        </w:rPr>
      </w:pPr>
      <w:r w:rsidRPr="00205623">
        <w:rPr>
          <w:rFonts w:ascii="Segoe UI Symbol" w:hAnsi="Segoe UI Symbol" w:cs="Segoe UI Symbol"/>
        </w:rPr>
        <w:t>✔</w:t>
      </w:r>
      <w:r w:rsidRPr="00205623">
        <w:rPr>
          <w:rFonts w:cs="Segoe UI Symbol"/>
        </w:rPr>
        <w:t xml:space="preserve"> Todos </w:t>
      </w:r>
      <w:proofErr w:type="spellStart"/>
      <w:r w:rsidRPr="00205623">
        <w:rPr>
          <w:rFonts w:cs="Segoe UI Symbol"/>
        </w:rPr>
        <w:t>os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traslados</w:t>
      </w:r>
      <w:proofErr w:type="spellEnd"/>
      <w:r w:rsidRPr="00205623">
        <w:rPr>
          <w:rFonts w:cs="Segoe UI Symbol"/>
        </w:rPr>
        <w:t xml:space="preserve"> e </w:t>
      </w:r>
      <w:proofErr w:type="spellStart"/>
      <w:r w:rsidRPr="00205623">
        <w:rPr>
          <w:rFonts w:cs="Segoe UI Symbol"/>
        </w:rPr>
        <w:t>excursões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mencionados</w:t>
      </w:r>
      <w:proofErr w:type="spellEnd"/>
      <w:r w:rsidRPr="00205623">
        <w:rPr>
          <w:rFonts w:cs="Segoe UI Symbol"/>
        </w:rPr>
        <w:t xml:space="preserve"> no </w:t>
      </w:r>
      <w:proofErr w:type="spellStart"/>
      <w:r w:rsidRPr="00205623">
        <w:rPr>
          <w:rFonts w:cs="Segoe UI Symbol"/>
        </w:rPr>
        <w:t>programa</w:t>
      </w:r>
      <w:proofErr w:type="spellEnd"/>
    </w:p>
    <w:p w14:paraId="46AF2C96" w14:textId="77777777" w:rsidR="00205623" w:rsidRPr="00205623" w:rsidRDefault="00205623" w:rsidP="00205623">
      <w:pPr>
        <w:spacing w:after="40" w:line="252" w:lineRule="auto"/>
        <w:rPr>
          <w:rFonts w:cs="Segoe UI Symbol"/>
        </w:rPr>
      </w:pPr>
      <w:r w:rsidRPr="00205623">
        <w:rPr>
          <w:rFonts w:ascii="Segoe UI Symbol" w:hAnsi="Segoe UI Symbol" w:cs="Segoe UI Symbol"/>
        </w:rPr>
        <w:t>✔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Refeições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conforme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indicado</w:t>
      </w:r>
      <w:proofErr w:type="spellEnd"/>
      <w:r w:rsidRPr="00205623">
        <w:rPr>
          <w:rFonts w:cs="Segoe UI Symbol"/>
        </w:rPr>
        <w:t xml:space="preserve"> no </w:t>
      </w:r>
      <w:proofErr w:type="spellStart"/>
      <w:r w:rsidRPr="00205623">
        <w:rPr>
          <w:rFonts w:cs="Segoe UI Symbol"/>
        </w:rPr>
        <w:t>itinerário</w:t>
      </w:r>
      <w:proofErr w:type="spellEnd"/>
      <w:r w:rsidRPr="00205623">
        <w:rPr>
          <w:rFonts w:cs="Segoe UI Symbol"/>
        </w:rPr>
        <w:t xml:space="preserve"> (D: café da </w:t>
      </w:r>
      <w:proofErr w:type="spellStart"/>
      <w:r w:rsidRPr="00205623">
        <w:rPr>
          <w:rFonts w:cs="Segoe UI Symbol"/>
        </w:rPr>
        <w:t>manhã</w:t>
      </w:r>
      <w:proofErr w:type="spellEnd"/>
      <w:r w:rsidRPr="00205623">
        <w:rPr>
          <w:rFonts w:cs="Segoe UI Symbol"/>
        </w:rPr>
        <w:t>)</w:t>
      </w:r>
    </w:p>
    <w:p w14:paraId="66B2EF5B" w14:textId="494E6396" w:rsidR="00205623" w:rsidRPr="00205623" w:rsidRDefault="00205623" w:rsidP="00205623">
      <w:pPr>
        <w:spacing w:after="40" w:line="252" w:lineRule="auto"/>
      </w:pPr>
      <w:r w:rsidRPr="00205623">
        <w:rPr>
          <w:rFonts w:ascii="Segoe UI Symbol" w:hAnsi="Segoe UI Symbol" w:cs="Segoe UI Symbol"/>
        </w:rPr>
        <w:t>✔</w:t>
      </w:r>
      <w:r w:rsidRPr="00205623">
        <w:rPr>
          <w:rFonts w:cs="Segoe UI Symbol"/>
        </w:rPr>
        <w:t xml:space="preserve"> Serviços </w:t>
      </w:r>
      <w:proofErr w:type="spellStart"/>
      <w:r w:rsidRPr="00205623">
        <w:rPr>
          <w:rFonts w:cs="Segoe UI Symbol"/>
        </w:rPr>
        <w:t>conforme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descritos</w:t>
      </w:r>
      <w:proofErr w:type="spellEnd"/>
      <w:r w:rsidRPr="00205623">
        <w:rPr>
          <w:rFonts w:cs="Segoe UI Symbol"/>
        </w:rPr>
        <w:t xml:space="preserve"> no </w:t>
      </w:r>
      <w:proofErr w:type="spellStart"/>
      <w:r w:rsidRPr="00205623">
        <w:rPr>
          <w:rFonts w:cs="Segoe UI Symbol"/>
        </w:rPr>
        <w:t>programa</w:t>
      </w:r>
      <w:proofErr w:type="spellEnd"/>
    </w:p>
    <w:p w14:paraId="4911A11D" w14:textId="4C20FA4C" w:rsidR="00B569A9" w:rsidRPr="00205623" w:rsidRDefault="00000000" w:rsidP="001040EA">
      <w:pPr>
        <w:pStyle w:val="BoxTitle"/>
        <w:spacing w:before="160"/>
      </w:pPr>
      <w:r w:rsidRPr="00205623">
        <w:rPr>
          <w:rFonts w:ascii="Segoe UI Emoji" w:hAnsi="Segoe UI Emoji" w:cs="Segoe UI Emoji"/>
        </w:rPr>
        <w:t>❌</w:t>
      </w:r>
      <w:r w:rsidRPr="00205623">
        <w:t xml:space="preserve"> </w:t>
      </w:r>
      <w:proofErr w:type="spellStart"/>
      <w:r w:rsidRPr="00205623">
        <w:t>Não</w:t>
      </w:r>
      <w:proofErr w:type="spellEnd"/>
      <w:r w:rsidRPr="00205623">
        <w:t xml:space="preserve"> </w:t>
      </w:r>
      <w:proofErr w:type="spellStart"/>
      <w:r w:rsidRPr="00205623">
        <w:t>inclui</w:t>
      </w:r>
      <w:proofErr w:type="spellEnd"/>
      <w:r w:rsidRPr="00205623">
        <w:t>:</w:t>
      </w:r>
    </w:p>
    <w:p w14:paraId="7F328C46" w14:textId="7308AE17" w:rsidR="00B569A9" w:rsidRDefault="00205623" w:rsidP="00205623">
      <w:pPr>
        <w:spacing w:after="40" w:line="252" w:lineRule="auto"/>
      </w:pP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Passagens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aéreas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internacionais</w:t>
      </w:r>
      <w:proofErr w:type="spellEnd"/>
      <w:r w:rsidRPr="00205623">
        <w:rPr>
          <w:rFonts w:cs="Segoe UI Symbol"/>
        </w:rPr>
        <w:t xml:space="preserve"> e </w:t>
      </w:r>
      <w:proofErr w:type="spellStart"/>
      <w:r w:rsidRPr="00205623">
        <w:rPr>
          <w:rFonts w:cs="Segoe UI Symbol"/>
        </w:rPr>
        <w:t>domésticas</w:t>
      </w:r>
      <w:proofErr w:type="spellEnd"/>
      <w:r w:rsidRPr="00205623">
        <w:rPr>
          <w:rFonts w:cs="Segoe UI Symbol"/>
        </w:rPr>
        <w:t xml:space="preserve">, </w:t>
      </w:r>
      <w:proofErr w:type="spellStart"/>
      <w:r w:rsidRPr="00205623">
        <w:rPr>
          <w:rFonts w:cs="Segoe UI Symbol"/>
        </w:rPr>
        <w:t>bem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como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taxas</w:t>
      </w:r>
      <w:proofErr w:type="spellEnd"/>
      <w:r w:rsidRPr="00205623">
        <w:rPr>
          <w:rFonts w:cs="Segoe UI Symbol"/>
        </w:rPr>
        <w:t xml:space="preserve"> de </w:t>
      </w:r>
      <w:proofErr w:type="spellStart"/>
      <w:r w:rsidRPr="00205623">
        <w:rPr>
          <w:rFonts w:cs="Segoe UI Symbol"/>
        </w:rPr>
        <w:t>saída</w:t>
      </w:r>
      <w:proofErr w:type="spellEnd"/>
      <w:r w:rsidRPr="00205623">
        <w:rPr>
          <w:rFonts w:cs="Segoe UI Symbol"/>
        </w:rPr>
        <w:t xml:space="preserve"> de </w:t>
      </w:r>
      <w:proofErr w:type="spellStart"/>
      <w:r w:rsidRPr="00205623">
        <w:rPr>
          <w:rFonts w:cs="Segoe UI Symbol"/>
        </w:rPr>
        <w:t>aeroporto</w:t>
      </w:r>
      <w:proofErr w:type="spellEnd"/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Refei</w:t>
      </w:r>
      <w:r w:rsidRPr="00205623">
        <w:rPr>
          <w:rFonts w:cs="Aptos"/>
        </w:rPr>
        <w:t>çõ</w:t>
      </w:r>
      <w:r w:rsidRPr="00205623">
        <w:rPr>
          <w:rFonts w:cs="Segoe UI Symbol"/>
        </w:rPr>
        <w:t>es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n</w:t>
      </w:r>
      <w:r w:rsidRPr="00205623">
        <w:rPr>
          <w:rFonts w:cs="Aptos"/>
        </w:rPr>
        <w:t>ã</w:t>
      </w:r>
      <w:r w:rsidRPr="00205623">
        <w:rPr>
          <w:rFonts w:cs="Segoe UI Symbol"/>
        </w:rPr>
        <w:t>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mencionadas</w:t>
      </w:r>
      <w:proofErr w:type="spellEnd"/>
      <w:r w:rsidRPr="00205623">
        <w:rPr>
          <w:rFonts w:cs="Segoe UI Symbol"/>
        </w:rPr>
        <w:t xml:space="preserve"> no </w:t>
      </w:r>
      <w:proofErr w:type="spellStart"/>
      <w:r w:rsidRPr="00205623">
        <w:rPr>
          <w:rFonts w:cs="Segoe UI Symbol"/>
        </w:rPr>
        <w:t>programa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detalhado</w:t>
      </w:r>
      <w:proofErr w:type="spellEnd"/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Taxa de visto para a </w:t>
      </w:r>
      <w:proofErr w:type="spellStart"/>
      <w:r w:rsidRPr="00205623">
        <w:rPr>
          <w:rFonts w:cs="Segoe UI Symbol"/>
        </w:rPr>
        <w:t>Tail</w:t>
      </w:r>
      <w:r w:rsidRPr="00205623">
        <w:rPr>
          <w:rFonts w:cs="Aptos"/>
        </w:rPr>
        <w:t>â</w:t>
      </w:r>
      <w:r w:rsidRPr="00205623">
        <w:rPr>
          <w:rFonts w:cs="Segoe UI Symbol"/>
        </w:rPr>
        <w:t>ndia</w:t>
      </w:r>
      <w:proofErr w:type="spellEnd"/>
      <w:r w:rsidRPr="00205623">
        <w:rPr>
          <w:rFonts w:cs="Segoe UI Symbol"/>
        </w:rPr>
        <w:t xml:space="preserve"> (se </w:t>
      </w:r>
      <w:proofErr w:type="spellStart"/>
      <w:r w:rsidRPr="00205623">
        <w:rPr>
          <w:rFonts w:cs="Segoe UI Symbol"/>
        </w:rPr>
        <w:t>aplic</w:t>
      </w:r>
      <w:r w:rsidRPr="00205623">
        <w:rPr>
          <w:rFonts w:cs="Aptos"/>
        </w:rPr>
        <w:t>á</w:t>
      </w:r>
      <w:r w:rsidRPr="00205623">
        <w:rPr>
          <w:rFonts w:cs="Segoe UI Symbol"/>
        </w:rPr>
        <w:t>vel</w:t>
      </w:r>
      <w:proofErr w:type="spellEnd"/>
      <w:r w:rsidRPr="00205623">
        <w:rPr>
          <w:rFonts w:cs="Segoe UI Symbol"/>
        </w:rPr>
        <w:t>)</w:t>
      </w:r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Taxa </w:t>
      </w:r>
      <w:proofErr w:type="spellStart"/>
      <w:r w:rsidRPr="00205623">
        <w:rPr>
          <w:rFonts w:cs="Segoe UI Symbol"/>
        </w:rPr>
        <w:t>obrigat</w:t>
      </w:r>
      <w:r w:rsidRPr="00205623">
        <w:rPr>
          <w:rFonts w:cs="Aptos"/>
        </w:rPr>
        <w:t>ó</w:t>
      </w:r>
      <w:r w:rsidRPr="00205623">
        <w:rPr>
          <w:rFonts w:cs="Segoe UI Symbol"/>
        </w:rPr>
        <w:t>ria</w:t>
      </w:r>
      <w:proofErr w:type="spellEnd"/>
      <w:r w:rsidRPr="00205623">
        <w:rPr>
          <w:rFonts w:cs="Segoe UI Symbol"/>
        </w:rPr>
        <w:t xml:space="preserve"> de visto </w:t>
      </w:r>
      <w:proofErr w:type="spellStart"/>
      <w:r w:rsidRPr="00205623">
        <w:rPr>
          <w:rFonts w:cs="Segoe UI Symbol"/>
        </w:rPr>
        <w:t>na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chegada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ao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Camboja</w:t>
      </w:r>
      <w:proofErr w:type="spellEnd"/>
      <w:r w:rsidRPr="00205623">
        <w:rPr>
          <w:rFonts w:cs="Segoe UI Symbol"/>
        </w:rPr>
        <w:t xml:space="preserve"> (USD 30) + 1 </w:t>
      </w:r>
      <w:proofErr w:type="spellStart"/>
      <w:r w:rsidRPr="00205623">
        <w:rPr>
          <w:rFonts w:cs="Segoe UI Symbol"/>
        </w:rPr>
        <w:t>foto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tipo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passaporte</w:t>
      </w:r>
      <w:proofErr w:type="spellEnd"/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Suplemento</w:t>
      </w:r>
      <w:proofErr w:type="spellEnd"/>
      <w:r w:rsidRPr="00205623">
        <w:rPr>
          <w:rFonts w:cs="Segoe UI Symbol"/>
        </w:rPr>
        <w:t xml:space="preserve"> para early check-in e late check-out</w:t>
      </w:r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Gorjetas</w:t>
      </w:r>
      <w:proofErr w:type="spellEnd"/>
      <w:r w:rsidRPr="00205623">
        <w:rPr>
          <w:rFonts w:cs="Segoe UI Symbol"/>
        </w:rPr>
        <w:t xml:space="preserve"> para </w:t>
      </w:r>
      <w:proofErr w:type="spellStart"/>
      <w:r w:rsidRPr="00205623">
        <w:rPr>
          <w:rFonts w:cs="Segoe UI Symbol"/>
        </w:rPr>
        <w:t>guias</w:t>
      </w:r>
      <w:proofErr w:type="spellEnd"/>
      <w:r w:rsidRPr="00205623">
        <w:rPr>
          <w:rFonts w:cs="Segoe UI Symbol"/>
        </w:rPr>
        <w:t xml:space="preserve">, </w:t>
      </w:r>
      <w:proofErr w:type="spellStart"/>
      <w:r w:rsidRPr="00205623">
        <w:rPr>
          <w:rFonts w:cs="Segoe UI Symbol"/>
        </w:rPr>
        <w:t>motoristas</w:t>
      </w:r>
      <w:proofErr w:type="spellEnd"/>
      <w:r w:rsidRPr="00205623">
        <w:rPr>
          <w:rFonts w:cs="Segoe UI Symbol"/>
        </w:rPr>
        <w:t xml:space="preserve"> e </w:t>
      </w:r>
      <w:proofErr w:type="spellStart"/>
      <w:r w:rsidRPr="00205623">
        <w:rPr>
          <w:rFonts w:cs="Segoe UI Symbol"/>
        </w:rPr>
        <w:t>demais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prestadores</w:t>
      </w:r>
      <w:proofErr w:type="spellEnd"/>
      <w:r w:rsidRPr="00205623">
        <w:rPr>
          <w:rFonts w:cs="Segoe UI Symbol"/>
        </w:rPr>
        <w:t xml:space="preserve"> de </w:t>
      </w:r>
      <w:proofErr w:type="spellStart"/>
      <w:r w:rsidRPr="00205623">
        <w:rPr>
          <w:rFonts w:cs="Segoe UI Symbol"/>
        </w:rPr>
        <w:t>servi</w:t>
      </w:r>
      <w:r w:rsidRPr="00205623">
        <w:rPr>
          <w:rFonts w:cs="Aptos"/>
        </w:rPr>
        <w:t>ç</w:t>
      </w:r>
      <w:r w:rsidRPr="00205623">
        <w:rPr>
          <w:rFonts w:cs="Segoe UI Symbol"/>
        </w:rPr>
        <w:t>os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locais</w:t>
      </w:r>
      <w:proofErr w:type="spellEnd"/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Taxas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banc</w:t>
      </w:r>
      <w:r w:rsidRPr="00205623">
        <w:rPr>
          <w:rFonts w:cs="Aptos"/>
        </w:rPr>
        <w:t>á</w:t>
      </w:r>
      <w:r w:rsidRPr="00205623">
        <w:rPr>
          <w:rFonts w:cs="Segoe UI Symbol"/>
        </w:rPr>
        <w:t>rias</w:t>
      </w:r>
      <w:proofErr w:type="spellEnd"/>
      <w:r w:rsidRPr="00205623">
        <w:rPr>
          <w:rFonts w:cs="Segoe UI Symbol"/>
        </w:rPr>
        <w:t xml:space="preserve"> para </w:t>
      </w:r>
      <w:proofErr w:type="spellStart"/>
      <w:r w:rsidRPr="00205623">
        <w:rPr>
          <w:rFonts w:cs="Segoe UI Symbol"/>
        </w:rPr>
        <w:t>pagamentos</w:t>
      </w:r>
      <w:proofErr w:type="spellEnd"/>
      <w:r w:rsidRPr="00205623">
        <w:rPr>
          <w:rFonts w:cs="Segoe UI Symbol"/>
        </w:rPr>
        <w:t xml:space="preserve"> via </w:t>
      </w:r>
      <w:proofErr w:type="spellStart"/>
      <w:r w:rsidRPr="00205623">
        <w:rPr>
          <w:rFonts w:cs="Segoe UI Symbol"/>
        </w:rPr>
        <w:t>transfer</w:t>
      </w:r>
      <w:r w:rsidRPr="00205623">
        <w:rPr>
          <w:rFonts w:cs="Aptos"/>
        </w:rPr>
        <w:t>ê</w:t>
      </w:r>
      <w:r w:rsidRPr="00205623">
        <w:rPr>
          <w:rFonts w:cs="Segoe UI Symbol"/>
        </w:rPr>
        <w:t>ncia</w:t>
      </w:r>
      <w:proofErr w:type="spellEnd"/>
      <w:r w:rsidRPr="00205623">
        <w:rPr>
          <w:rFonts w:cs="Segoe UI Symbol"/>
        </w:rPr>
        <w:br/>
      </w:r>
      <w:r w:rsidRPr="00205623">
        <w:rPr>
          <w:rFonts w:ascii="Segoe UI Symbol" w:hAnsi="Segoe UI Symbol" w:cs="Segoe UI Symbol"/>
        </w:rPr>
        <w:t>✘</w:t>
      </w:r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Despesas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pessoais</w:t>
      </w:r>
      <w:proofErr w:type="spellEnd"/>
      <w:r w:rsidRPr="00205623">
        <w:rPr>
          <w:rFonts w:cs="Segoe UI Symbol"/>
        </w:rPr>
        <w:t xml:space="preserve"> e </w:t>
      </w:r>
      <w:proofErr w:type="spellStart"/>
      <w:r w:rsidRPr="00205623">
        <w:rPr>
          <w:rFonts w:cs="Segoe UI Symbol"/>
        </w:rPr>
        <w:t>quaisquer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itens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n</w:t>
      </w:r>
      <w:r w:rsidRPr="00205623">
        <w:rPr>
          <w:rFonts w:cs="Aptos"/>
        </w:rPr>
        <w:t>ã</w:t>
      </w:r>
      <w:r w:rsidRPr="00205623">
        <w:rPr>
          <w:rFonts w:cs="Segoe UI Symbol"/>
        </w:rPr>
        <w:t>o</w:t>
      </w:r>
      <w:proofErr w:type="spellEnd"/>
      <w:r w:rsidRPr="00205623">
        <w:rPr>
          <w:rFonts w:cs="Segoe UI Symbol"/>
        </w:rPr>
        <w:t xml:space="preserve"> </w:t>
      </w:r>
      <w:proofErr w:type="spellStart"/>
      <w:r w:rsidRPr="00205623">
        <w:rPr>
          <w:rFonts w:cs="Segoe UI Symbol"/>
        </w:rPr>
        <w:t>mencionados</w:t>
      </w:r>
      <w:proofErr w:type="spellEnd"/>
      <w:r w:rsidRPr="00205623">
        <w:rPr>
          <w:rFonts w:cs="Segoe UI Symbol"/>
        </w:rPr>
        <w:t xml:space="preserve"> no </w:t>
      </w:r>
      <w:proofErr w:type="spellStart"/>
      <w:r w:rsidRPr="00205623">
        <w:rPr>
          <w:rFonts w:cs="Segoe UI Symbol"/>
        </w:rPr>
        <w:t>programa</w:t>
      </w:r>
      <w:proofErr w:type="spellEnd"/>
      <w:r w:rsidRPr="00205623">
        <w:rPr>
          <w:rFonts w:cs="Segoe UI Symbol"/>
        </w:rPr>
        <w:t xml:space="preserve"> </w:t>
      </w:r>
      <w:r w:rsidR="001040EA">
        <w:br w:type="page"/>
      </w:r>
    </w:p>
    <w:p w14:paraId="10702E65" w14:textId="31368B7D" w:rsidR="00B569A9" w:rsidRDefault="00000000" w:rsidP="00C173F0">
      <w:pPr>
        <w:pStyle w:val="HeadingViagem"/>
        <w:spacing w:before="80" w:after="80"/>
        <w:jc w:val="center"/>
      </w:pPr>
      <w:r>
        <w:rPr>
          <w:rFonts w:ascii="Segoe UI Emoji" w:hAnsi="Segoe UI Emoji" w:cs="Segoe UI Emoji"/>
        </w:rPr>
        <w:lastRenderedPageBreak/>
        <w:t>🌅</w:t>
      </w:r>
      <w:r>
        <w:t xml:space="preserve"> </w:t>
      </w:r>
      <w:r w:rsidR="0026177A" w:rsidRPr="0026177A">
        <w:t>DESCUBRA TAILANDIA, VIETNÃ &amp; CAMBOJA</w:t>
      </w:r>
      <w:r w:rsidR="000A19C9">
        <w:t xml:space="preserve"> </w:t>
      </w:r>
      <w:r>
        <w:t>(</w:t>
      </w:r>
      <w:r w:rsidR="000A19C9">
        <w:t>1</w:t>
      </w:r>
      <w:r w:rsidR="0026177A">
        <w:t>2</w:t>
      </w:r>
      <w:r>
        <w:t xml:space="preserve"> DIAS / </w:t>
      </w:r>
      <w:r w:rsidR="0026177A">
        <w:t>11</w:t>
      </w:r>
      <w:r>
        <w:t xml:space="preserve"> NOITES)</w:t>
      </w:r>
    </w:p>
    <w:p w14:paraId="3AB0A079" w14:textId="77777777" w:rsidR="00B569A9" w:rsidRDefault="00B569A9">
      <w:pPr>
        <w:pBdr>
          <w:bottom w:val="single" w:sz="12" w:space="1" w:color="E6B35A"/>
        </w:pBdr>
        <w:spacing w:after="120"/>
      </w:pPr>
    </w:p>
    <w:p w14:paraId="25091C3F" w14:textId="77777777" w:rsidR="00B569A9" w:rsidRDefault="00000000">
      <w:pPr>
        <w:pStyle w:val="Subheading"/>
        <w:spacing w:after="100"/>
        <w:jc w:val="center"/>
      </w:pPr>
      <w:r>
        <w:t>📅 SAÍDAS DIÁRIAS</w:t>
      </w:r>
    </w:p>
    <w:p w14:paraId="698D7201" w14:textId="79A792A9" w:rsidR="00B569A9" w:rsidRDefault="00000000" w:rsidP="000A19C9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CHEGADA A BANGKOK</w:t>
      </w:r>
    </w:p>
    <w:p w14:paraId="3E53DBE7" w14:textId="45362B09" w:rsidR="0026177A" w:rsidRDefault="0026177A" w:rsidP="0026177A">
      <w:pPr>
        <w:spacing w:after="40" w:line="252" w:lineRule="auto"/>
        <w:jc w:val="both"/>
      </w:pPr>
      <w:proofErr w:type="spellStart"/>
      <w:r>
        <w:t>Chegada</w:t>
      </w:r>
      <w:proofErr w:type="spellEnd"/>
      <w:r>
        <w:t xml:space="preserve"> a Bangkok.</w:t>
      </w:r>
    </w:p>
    <w:p w14:paraId="7588288A" w14:textId="77777777" w:rsidR="0026177A" w:rsidRDefault="0026177A" w:rsidP="0026177A">
      <w:pPr>
        <w:spacing w:after="40" w:line="252" w:lineRule="auto"/>
        <w:jc w:val="both"/>
      </w:pPr>
      <w:proofErr w:type="spellStart"/>
      <w:r>
        <w:t>Recepção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nosso</w:t>
      </w:r>
      <w:proofErr w:type="spellEnd"/>
      <w:r>
        <w:t xml:space="preserve"> </w:t>
      </w:r>
      <w:proofErr w:type="spellStart"/>
      <w:r>
        <w:t>guia</w:t>
      </w:r>
      <w:proofErr w:type="spellEnd"/>
      <w:r>
        <w:t xml:space="preserve"> e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hotel. Tempo livre para </w:t>
      </w:r>
      <w:proofErr w:type="spellStart"/>
      <w:r>
        <w:t>descanso</w:t>
      </w:r>
      <w:proofErr w:type="spellEnd"/>
      <w:r>
        <w:t>.</w:t>
      </w:r>
    </w:p>
    <w:p w14:paraId="3A0007CD" w14:textId="217C2F6F" w:rsidR="00B569A9" w:rsidRDefault="00000000" w:rsidP="0026177A">
      <w:pPr>
        <w:pStyle w:val="Dia"/>
        <w:spacing w:before="120" w:after="20"/>
        <w:jc w:val="both"/>
      </w:pPr>
      <w:r w:rsidRPr="0026177A">
        <w:rPr>
          <w:rFonts w:ascii="Segoe UI Emoji" w:hAnsi="Segoe UI Emoji" w:cs="Segoe UI Emoji"/>
        </w:rPr>
        <w:t>📍</w:t>
      </w:r>
      <w:r>
        <w:t xml:space="preserve"> 2º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BANGKOK – City tour</w:t>
      </w:r>
    </w:p>
    <w:p w14:paraId="4F703F53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Saída</w:t>
      </w:r>
      <w:proofErr w:type="spellEnd"/>
      <w:r w:rsidRPr="0026177A">
        <w:t xml:space="preserve"> para </w:t>
      </w:r>
      <w:proofErr w:type="spellStart"/>
      <w:r w:rsidRPr="0026177A">
        <w:t>visitar</w:t>
      </w:r>
      <w:proofErr w:type="spellEnd"/>
      <w:r w:rsidRPr="0026177A">
        <w:t xml:space="preserve"> </w:t>
      </w:r>
      <w:proofErr w:type="spellStart"/>
      <w:r w:rsidRPr="0026177A">
        <w:t>três</w:t>
      </w:r>
      <w:proofErr w:type="spellEnd"/>
      <w:r w:rsidRPr="0026177A">
        <w:t xml:space="preserve"> dos </w:t>
      </w:r>
      <w:proofErr w:type="spellStart"/>
      <w:r w:rsidRPr="0026177A">
        <w:t>templos</w:t>
      </w:r>
      <w:proofErr w:type="spellEnd"/>
      <w:r w:rsidRPr="0026177A">
        <w:t xml:space="preserve"> </w:t>
      </w:r>
      <w:proofErr w:type="spellStart"/>
      <w:r w:rsidRPr="0026177A">
        <w:t>budistas</w:t>
      </w:r>
      <w:proofErr w:type="spellEnd"/>
      <w:r w:rsidRPr="0026177A">
        <w:t xml:space="preserve">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incomuns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. </w:t>
      </w:r>
      <w:proofErr w:type="spellStart"/>
      <w:r w:rsidRPr="0026177A">
        <w:t>Começaremos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Wat </w:t>
      </w:r>
      <w:proofErr w:type="spellStart"/>
      <w:r w:rsidRPr="0026177A">
        <w:t>Traimit</w:t>
      </w:r>
      <w:proofErr w:type="spellEnd"/>
      <w:r w:rsidRPr="0026177A">
        <w:t xml:space="preserve">, </w:t>
      </w:r>
      <w:proofErr w:type="spellStart"/>
      <w:r w:rsidRPr="0026177A">
        <w:t>localizado</w:t>
      </w:r>
      <w:proofErr w:type="spellEnd"/>
      <w:r w:rsidRPr="0026177A">
        <w:t xml:space="preserve"> no extremo de Chinatown, </w:t>
      </w:r>
      <w:proofErr w:type="spellStart"/>
      <w:r w:rsidRPr="0026177A">
        <w:t>na</w:t>
      </w:r>
      <w:proofErr w:type="spellEnd"/>
      <w:r w:rsidRPr="0026177A">
        <w:t xml:space="preserve"> </w:t>
      </w:r>
      <w:proofErr w:type="spellStart"/>
      <w:r w:rsidRPr="0026177A">
        <w:t>Yaowarat</w:t>
      </w:r>
      <w:proofErr w:type="spellEnd"/>
      <w:r w:rsidRPr="0026177A">
        <w:t xml:space="preserve"> Road, </w:t>
      </w:r>
      <w:proofErr w:type="spellStart"/>
      <w:r w:rsidRPr="0026177A">
        <w:t>próximo</w:t>
      </w:r>
      <w:proofErr w:type="spellEnd"/>
      <w:r w:rsidRPr="0026177A">
        <w:t xml:space="preserve"> à </w:t>
      </w:r>
      <w:proofErr w:type="spellStart"/>
      <w:r w:rsidRPr="0026177A">
        <w:t>estação</w:t>
      </w:r>
      <w:proofErr w:type="spellEnd"/>
      <w:r w:rsidRPr="0026177A">
        <w:t xml:space="preserve"> </w:t>
      </w:r>
      <w:proofErr w:type="spellStart"/>
      <w:r w:rsidRPr="0026177A">
        <w:t>ferroviária</w:t>
      </w:r>
      <w:proofErr w:type="spellEnd"/>
      <w:r w:rsidRPr="0026177A">
        <w:t xml:space="preserve"> Hua </w:t>
      </w:r>
      <w:proofErr w:type="spellStart"/>
      <w:r w:rsidRPr="0026177A">
        <w:t>Lamphong</w:t>
      </w:r>
      <w:proofErr w:type="spellEnd"/>
      <w:r w:rsidRPr="0026177A">
        <w:t xml:space="preserve">. O Wat </w:t>
      </w:r>
      <w:proofErr w:type="spellStart"/>
      <w:r w:rsidRPr="0026177A">
        <w:t>Traimit</w:t>
      </w:r>
      <w:proofErr w:type="spellEnd"/>
      <w:r w:rsidRPr="0026177A">
        <w:t xml:space="preserve"> </w:t>
      </w:r>
      <w:proofErr w:type="spellStart"/>
      <w:r w:rsidRPr="0026177A">
        <w:t>abriga</w:t>
      </w:r>
      <w:proofErr w:type="spellEnd"/>
      <w:r w:rsidRPr="0026177A">
        <w:t xml:space="preserve"> o </w:t>
      </w:r>
      <w:proofErr w:type="spellStart"/>
      <w:r w:rsidRPr="0026177A">
        <w:t>maior</w:t>
      </w:r>
      <w:proofErr w:type="spellEnd"/>
      <w:r w:rsidRPr="0026177A">
        <w:t xml:space="preserve"> Buda de </w:t>
      </w:r>
      <w:proofErr w:type="spellStart"/>
      <w:r w:rsidRPr="0026177A">
        <w:t>ouro</w:t>
      </w:r>
      <w:proofErr w:type="spellEnd"/>
      <w:r w:rsidRPr="0026177A">
        <w:t xml:space="preserve"> </w:t>
      </w:r>
      <w:proofErr w:type="spellStart"/>
      <w:r w:rsidRPr="0026177A">
        <w:t>maciço</w:t>
      </w:r>
      <w:proofErr w:type="spellEnd"/>
      <w:r w:rsidRPr="0026177A">
        <w:t xml:space="preserve"> do </w:t>
      </w:r>
      <w:proofErr w:type="spellStart"/>
      <w:r w:rsidRPr="0026177A">
        <w:t>mundo</w:t>
      </w:r>
      <w:proofErr w:type="spellEnd"/>
      <w:r w:rsidRPr="0026177A">
        <w:t xml:space="preserve">, com </w:t>
      </w:r>
      <w:proofErr w:type="spellStart"/>
      <w:r w:rsidRPr="0026177A">
        <w:t>quase</w:t>
      </w:r>
      <w:proofErr w:type="spellEnd"/>
      <w:r w:rsidRPr="0026177A">
        <w:t xml:space="preserve"> </w:t>
      </w:r>
      <w:proofErr w:type="spellStart"/>
      <w:r w:rsidRPr="0026177A">
        <w:t>cinco</w:t>
      </w:r>
      <w:proofErr w:type="spellEnd"/>
      <w:r w:rsidRPr="0026177A">
        <w:t xml:space="preserve"> metros de </w:t>
      </w:r>
      <w:proofErr w:type="spellStart"/>
      <w:r w:rsidRPr="0026177A">
        <w:t>altura</w:t>
      </w:r>
      <w:proofErr w:type="spellEnd"/>
      <w:r w:rsidRPr="0026177A">
        <w:t xml:space="preserve"> e peso de </w:t>
      </w:r>
      <w:proofErr w:type="spellStart"/>
      <w:r w:rsidRPr="0026177A">
        <w:t>cinco</w:t>
      </w:r>
      <w:proofErr w:type="spellEnd"/>
      <w:r w:rsidRPr="0026177A">
        <w:t xml:space="preserve"> </w:t>
      </w:r>
      <w:proofErr w:type="spellStart"/>
      <w:r w:rsidRPr="0026177A">
        <w:t>toneladas</w:t>
      </w:r>
      <w:proofErr w:type="spellEnd"/>
      <w:r w:rsidRPr="0026177A">
        <w:t xml:space="preserve"> e </w:t>
      </w:r>
      <w:proofErr w:type="spellStart"/>
      <w:r w:rsidRPr="0026177A">
        <w:t>meia</w:t>
      </w:r>
      <w:proofErr w:type="spellEnd"/>
      <w:r w:rsidRPr="0026177A">
        <w:t>.</w:t>
      </w:r>
    </w:p>
    <w:p w14:paraId="203A2DF8" w14:textId="77777777" w:rsidR="0026177A" w:rsidRPr="0026177A" w:rsidRDefault="0026177A" w:rsidP="0026177A">
      <w:pPr>
        <w:spacing w:after="40" w:line="252" w:lineRule="auto"/>
        <w:jc w:val="both"/>
      </w:pPr>
      <w:proofErr w:type="gramStart"/>
      <w:r w:rsidRPr="0026177A">
        <w:t>A</w:t>
      </w:r>
      <w:proofErr w:type="gramEnd"/>
      <w:r w:rsidRPr="0026177A">
        <w:t xml:space="preserve"> </w:t>
      </w:r>
      <w:proofErr w:type="spellStart"/>
      <w:r w:rsidRPr="0026177A">
        <w:t>excursão</w:t>
      </w:r>
      <w:proofErr w:type="spellEnd"/>
      <w:r w:rsidRPr="0026177A">
        <w:t xml:space="preserve"> continua </w:t>
      </w:r>
      <w:proofErr w:type="spellStart"/>
      <w:r w:rsidRPr="0026177A">
        <w:t>até</w:t>
      </w:r>
      <w:proofErr w:type="spellEnd"/>
      <w:r w:rsidRPr="0026177A">
        <w:t xml:space="preserve"> o Wat Pho, o </w:t>
      </w:r>
      <w:proofErr w:type="spellStart"/>
      <w:r w:rsidRPr="0026177A">
        <w:t>maior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de Bangkok, </w:t>
      </w:r>
      <w:proofErr w:type="spellStart"/>
      <w:r w:rsidRPr="0026177A">
        <w:t>famoso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enorme</w:t>
      </w:r>
      <w:proofErr w:type="spellEnd"/>
      <w:r w:rsidRPr="0026177A">
        <w:t xml:space="preserve"> Buda </w:t>
      </w:r>
      <w:proofErr w:type="spellStart"/>
      <w:r w:rsidRPr="0026177A">
        <w:t>Reclinado</w:t>
      </w:r>
      <w:proofErr w:type="spellEnd"/>
      <w:r w:rsidRPr="0026177A">
        <w:t xml:space="preserve"> e </w:t>
      </w:r>
      <w:proofErr w:type="spellStart"/>
      <w:r w:rsidRPr="0026177A">
        <w:t>pelos</w:t>
      </w:r>
      <w:proofErr w:type="spellEnd"/>
      <w:r w:rsidRPr="0026177A">
        <w:t xml:space="preserve"> Chedis dos Reis. O Buda </w:t>
      </w:r>
      <w:proofErr w:type="spellStart"/>
      <w:r w:rsidRPr="0026177A">
        <w:t>mede</w:t>
      </w:r>
      <w:proofErr w:type="spellEnd"/>
      <w:r w:rsidRPr="0026177A">
        <w:t xml:space="preserve"> 46 metros de </w:t>
      </w:r>
      <w:proofErr w:type="spellStart"/>
      <w:r w:rsidRPr="0026177A">
        <w:t>comprimento</w:t>
      </w:r>
      <w:proofErr w:type="spellEnd"/>
      <w:r w:rsidRPr="0026177A">
        <w:t xml:space="preserve"> e é </w:t>
      </w:r>
      <w:proofErr w:type="spellStart"/>
      <w:r w:rsidRPr="0026177A">
        <w:t>coberto</w:t>
      </w:r>
      <w:proofErr w:type="spellEnd"/>
      <w:r w:rsidRPr="0026177A">
        <w:t xml:space="preserve"> de </w:t>
      </w:r>
      <w:proofErr w:type="spellStart"/>
      <w:r w:rsidRPr="0026177A">
        <w:t>ouro</w:t>
      </w:r>
      <w:proofErr w:type="spellEnd"/>
      <w:r w:rsidRPr="0026177A">
        <w:t>.</w:t>
      </w:r>
    </w:p>
    <w:p w14:paraId="73023C43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Em </w:t>
      </w:r>
      <w:proofErr w:type="spellStart"/>
      <w:r w:rsidRPr="0026177A">
        <w:t>seguida</w:t>
      </w:r>
      <w:proofErr w:type="spellEnd"/>
      <w:r w:rsidRPr="0026177A">
        <w:t xml:space="preserve">, visita </w:t>
      </w:r>
      <w:proofErr w:type="spellStart"/>
      <w:r w:rsidRPr="0026177A">
        <w:t>ao</w:t>
      </w:r>
      <w:proofErr w:type="spellEnd"/>
      <w:r w:rsidRPr="0026177A">
        <w:t xml:space="preserve"> Grande Palácio, </w:t>
      </w:r>
      <w:proofErr w:type="spellStart"/>
      <w:r w:rsidRPr="0026177A">
        <w:t>sem</w:t>
      </w:r>
      <w:proofErr w:type="spellEnd"/>
      <w:r w:rsidRPr="0026177A">
        <w:t xml:space="preserve"> </w:t>
      </w:r>
      <w:proofErr w:type="spellStart"/>
      <w:r w:rsidRPr="0026177A">
        <w:t>dúvida</w:t>
      </w:r>
      <w:proofErr w:type="spellEnd"/>
      <w:r w:rsidRPr="0026177A">
        <w:t xml:space="preserve"> o </w:t>
      </w:r>
      <w:proofErr w:type="spellStart"/>
      <w:r w:rsidRPr="0026177A">
        <w:t>monumento</w:t>
      </w:r>
      <w:proofErr w:type="spellEnd"/>
      <w:r w:rsidRPr="0026177A">
        <w:t xml:space="preserve">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famoso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. </w:t>
      </w:r>
      <w:proofErr w:type="spellStart"/>
      <w:r w:rsidRPr="0026177A">
        <w:t>Construído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1782, </w:t>
      </w:r>
      <w:proofErr w:type="spellStart"/>
      <w:r w:rsidRPr="0026177A">
        <w:t>foi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150 </w:t>
      </w:r>
      <w:proofErr w:type="spellStart"/>
      <w:r w:rsidRPr="0026177A">
        <w:t>anos</w:t>
      </w:r>
      <w:proofErr w:type="spellEnd"/>
      <w:r w:rsidRPr="0026177A">
        <w:t xml:space="preserve"> </w:t>
      </w:r>
      <w:proofErr w:type="spellStart"/>
      <w:r w:rsidRPr="0026177A">
        <w:t>residência</w:t>
      </w:r>
      <w:proofErr w:type="spellEnd"/>
      <w:r w:rsidRPr="0026177A">
        <w:t xml:space="preserve"> do rei da </w:t>
      </w:r>
      <w:proofErr w:type="spellStart"/>
      <w:r w:rsidRPr="0026177A">
        <w:t>Tailândia</w:t>
      </w:r>
      <w:proofErr w:type="spellEnd"/>
      <w:r w:rsidRPr="0026177A">
        <w:t xml:space="preserve">, </w:t>
      </w:r>
      <w:proofErr w:type="spellStart"/>
      <w:r w:rsidRPr="0026177A">
        <w:t>sede</w:t>
      </w:r>
      <w:proofErr w:type="spellEnd"/>
      <w:r w:rsidRPr="0026177A">
        <w:t xml:space="preserve"> da corte real e </w:t>
      </w:r>
      <w:proofErr w:type="spellStart"/>
      <w:r w:rsidRPr="0026177A">
        <w:t>centro</w:t>
      </w:r>
      <w:proofErr w:type="spellEnd"/>
      <w:r w:rsidRPr="0026177A">
        <w:t xml:space="preserve"> </w:t>
      </w:r>
      <w:proofErr w:type="spellStart"/>
      <w:r w:rsidRPr="0026177A">
        <w:t>administrativo</w:t>
      </w:r>
      <w:proofErr w:type="spellEnd"/>
      <w:r w:rsidRPr="0026177A">
        <w:t xml:space="preserve"> do </w:t>
      </w:r>
      <w:proofErr w:type="spellStart"/>
      <w:r w:rsidRPr="0026177A">
        <w:t>governo</w:t>
      </w:r>
      <w:proofErr w:type="spellEnd"/>
      <w:r w:rsidRPr="0026177A">
        <w:t>.</w:t>
      </w:r>
    </w:p>
    <w:p w14:paraId="37CEC6E2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Dentro</w:t>
      </w:r>
      <w:proofErr w:type="spellEnd"/>
      <w:r w:rsidRPr="0026177A">
        <w:t xml:space="preserve"> do </w:t>
      </w:r>
      <w:proofErr w:type="spellStart"/>
      <w:r w:rsidRPr="0026177A">
        <w:t>complexo</w:t>
      </w:r>
      <w:proofErr w:type="spellEnd"/>
      <w:r w:rsidRPr="0026177A">
        <w:t xml:space="preserve"> </w:t>
      </w:r>
      <w:proofErr w:type="spellStart"/>
      <w:r w:rsidRPr="0026177A">
        <w:t>está</w:t>
      </w:r>
      <w:proofErr w:type="spellEnd"/>
      <w:r w:rsidRPr="0026177A">
        <w:t xml:space="preserve"> o Wat Phra Kaew, o Templo do Buda de Esmeralda, </w:t>
      </w:r>
      <w:proofErr w:type="spellStart"/>
      <w:r w:rsidRPr="0026177A">
        <w:t>considerado</w:t>
      </w:r>
      <w:proofErr w:type="spellEnd"/>
      <w:r w:rsidRPr="0026177A">
        <w:t xml:space="preserve"> o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importante</w:t>
      </w:r>
      <w:proofErr w:type="spellEnd"/>
      <w:r w:rsidRPr="0026177A">
        <w:t xml:space="preserve"> da </w:t>
      </w:r>
      <w:proofErr w:type="spellStart"/>
      <w:r w:rsidRPr="0026177A">
        <w:t>Tailândia</w:t>
      </w:r>
      <w:proofErr w:type="spellEnd"/>
      <w:r w:rsidRPr="0026177A">
        <w:t xml:space="preserve">, </w:t>
      </w:r>
      <w:proofErr w:type="spellStart"/>
      <w:r w:rsidRPr="0026177A">
        <w:t>onde</w:t>
      </w:r>
      <w:proofErr w:type="spellEnd"/>
      <w:r w:rsidRPr="0026177A">
        <w:t xml:space="preserve"> se </w:t>
      </w:r>
      <w:proofErr w:type="spellStart"/>
      <w:r w:rsidRPr="0026177A">
        <w:t>encontra</w:t>
      </w:r>
      <w:proofErr w:type="spellEnd"/>
      <w:r w:rsidRPr="0026177A">
        <w:t xml:space="preserve"> </w:t>
      </w:r>
      <w:proofErr w:type="spellStart"/>
      <w:r w:rsidRPr="0026177A">
        <w:t>uma</w:t>
      </w:r>
      <w:proofErr w:type="spellEnd"/>
      <w:r w:rsidRPr="0026177A">
        <w:t xml:space="preserve"> </w:t>
      </w:r>
      <w:proofErr w:type="spellStart"/>
      <w:r w:rsidRPr="0026177A">
        <w:t>imagem</w:t>
      </w:r>
      <w:proofErr w:type="spellEnd"/>
      <w:r w:rsidRPr="0026177A">
        <w:t xml:space="preserve"> </w:t>
      </w:r>
      <w:proofErr w:type="spellStart"/>
      <w:r w:rsidRPr="0026177A">
        <w:t>altamente</w:t>
      </w:r>
      <w:proofErr w:type="spellEnd"/>
      <w:r w:rsidRPr="0026177A">
        <w:t xml:space="preserve"> </w:t>
      </w:r>
      <w:proofErr w:type="spellStart"/>
      <w:r w:rsidRPr="0026177A">
        <w:t>venerada</w:t>
      </w:r>
      <w:proofErr w:type="spellEnd"/>
      <w:r w:rsidRPr="0026177A">
        <w:t xml:space="preserve"> de Buda </w:t>
      </w:r>
      <w:proofErr w:type="spellStart"/>
      <w:r w:rsidRPr="0026177A">
        <w:t>esculpida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um </w:t>
      </w:r>
      <w:proofErr w:type="spellStart"/>
      <w:r w:rsidRPr="0026177A">
        <w:t>único</w:t>
      </w:r>
      <w:proofErr w:type="spellEnd"/>
      <w:r w:rsidRPr="0026177A">
        <w:t xml:space="preserve"> </w:t>
      </w:r>
      <w:proofErr w:type="spellStart"/>
      <w:r w:rsidRPr="0026177A">
        <w:t>bloco</w:t>
      </w:r>
      <w:proofErr w:type="spellEnd"/>
      <w:r w:rsidRPr="0026177A">
        <w:t xml:space="preserve"> de jade.</w:t>
      </w:r>
    </w:p>
    <w:p w14:paraId="08A45DB9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693FEBDA" w14:textId="0B34B47B" w:rsidR="00B569A9" w:rsidRDefault="00000000" w:rsidP="0026177A">
      <w:pPr>
        <w:pStyle w:val="Dia"/>
        <w:spacing w:before="120" w:after="20"/>
        <w:jc w:val="both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BANGKOK – CHIANG RAI</w:t>
      </w:r>
    </w:p>
    <w:p w14:paraId="0B04F72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para </w:t>
      </w:r>
      <w:proofErr w:type="spellStart"/>
      <w:proofErr w:type="gramStart"/>
      <w:r w:rsidRPr="0026177A">
        <w:t>voo</w:t>
      </w:r>
      <w:proofErr w:type="spellEnd"/>
      <w:r w:rsidRPr="0026177A">
        <w:t>(</w:t>
      </w:r>
      <w:proofErr w:type="spellStart"/>
      <w:proofErr w:type="gramEnd"/>
      <w:r w:rsidRPr="0026177A">
        <w:t>não</w:t>
      </w:r>
      <w:proofErr w:type="spellEnd"/>
      <w:r w:rsidRPr="0026177A">
        <w:t xml:space="preserve"> </w:t>
      </w:r>
      <w:proofErr w:type="spellStart"/>
      <w:r w:rsidRPr="0026177A">
        <w:t>incído</w:t>
      </w:r>
      <w:proofErr w:type="spellEnd"/>
      <w:r w:rsidRPr="0026177A">
        <w:t xml:space="preserve">) a Chiang Rai. </w:t>
      </w:r>
      <w:proofErr w:type="spellStart"/>
      <w:r w:rsidRPr="0026177A">
        <w:t>Recepção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guia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espanhol</w:t>
      </w:r>
      <w:proofErr w:type="spellEnd"/>
      <w:r w:rsidRPr="0026177A">
        <w:t>.</w:t>
      </w:r>
    </w:p>
    <w:p w14:paraId="588A7626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Continuação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minibus </w:t>
      </w:r>
      <w:proofErr w:type="spellStart"/>
      <w:r w:rsidRPr="0026177A">
        <w:t>até</w:t>
      </w:r>
      <w:proofErr w:type="spellEnd"/>
      <w:r w:rsidRPr="0026177A">
        <w:t xml:space="preserve"> o </w:t>
      </w:r>
      <w:proofErr w:type="spellStart"/>
      <w:r w:rsidRPr="0026177A">
        <w:t>Triângulo</w:t>
      </w:r>
      <w:proofErr w:type="spellEnd"/>
      <w:r w:rsidRPr="0026177A">
        <w:t xml:space="preserve"> de Ouro, </w:t>
      </w:r>
      <w:proofErr w:type="spellStart"/>
      <w:r w:rsidRPr="0026177A">
        <w:t>onde</w:t>
      </w:r>
      <w:proofErr w:type="spellEnd"/>
      <w:r w:rsidRPr="0026177A">
        <w:t xml:space="preserve"> se </w:t>
      </w:r>
      <w:proofErr w:type="spellStart"/>
      <w:r w:rsidRPr="0026177A">
        <w:t>encontram</w:t>
      </w:r>
      <w:proofErr w:type="spellEnd"/>
      <w:r w:rsidRPr="0026177A">
        <w:t xml:space="preserve"> as </w:t>
      </w:r>
      <w:proofErr w:type="spellStart"/>
      <w:r w:rsidRPr="0026177A">
        <w:t>fronteiras</w:t>
      </w:r>
      <w:proofErr w:type="spellEnd"/>
      <w:r w:rsidRPr="0026177A">
        <w:t xml:space="preserve"> de Myanmar, Laos e </w:t>
      </w:r>
      <w:proofErr w:type="spellStart"/>
      <w:r w:rsidRPr="0026177A">
        <w:t>Tailândia</w:t>
      </w:r>
      <w:proofErr w:type="spellEnd"/>
      <w:r w:rsidRPr="0026177A">
        <w:t xml:space="preserve">, no Rio Mekong. </w:t>
      </w: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barco</w:t>
      </w:r>
      <w:proofErr w:type="spellEnd"/>
      <w:r w:rsidRPr="0026177A">
        <w:t xml:space="preserve"> </w:t>
      </w:r>
      <w:proofErr w:type="spellStart"/>
      <w:r w:rsidRPr="0026177A">
        <w:t>tradicional</w:t>
      </w:r>
      <w:proofErr w:type="spellEnd"/>
      <w:r w:rsidRPr="0026177A">
        <w:t xml:space="preserve"> (30 </w:t>
      </w:r>
      <w:proofErr w:type="spellStart"/>
      <w:r w:rsidRPr="0026177A">
        <w:t>minutos</w:t>
      </w:r>
      <w:proofErr w:type="spellEnd"/>
      <w:r w:rsidRPr="0026177A">
        <w:t xml:space="preserve">), </w:t>
      </w:r>
      <w:proofErr w:type="spellStart"/>
      <w:r w:rsidRPr="0026177A">
        <w:t>observando</w:t>
      </w:r>
      <w:proofErr w:type="spellEnd"/>
      <w:r w:rsidRPr="0026177A">
        <w:t xml:space="preserve"> a </w:t>
      </w:r>
      <w:proofErr w:type="spellStart"/>
      <w:r w:rsidRPr="0026177A">
        <w:t>vida</w:t>
      </w:r>
      <w:proofErr w:type="spellEnd"/>
      <w:r w:rsidRPr="0026177A">
        <w:t xml:space="preserve"> local no Laos.</w:t>
      </w:r>
    </w:p>
    <w:p w14:paraId="52E3679F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 Visita à Casa do </w:t>
      </w:r>
      <w:proofErr w:type="spellStart"/>
      <w:r w:rsidRPr="0026177A">
        <w:t>Ópio</w:t>
      </w:r>
      <w:proofErr w:type="spellEnd"/>
      <w:r w:rsidRPr="0026177A">
        <w:t xml:space="preserve"> e </w:t>
      </w:r>
      <w:proofErr w:type="spellStart"/>
      <w:r w:rsidRPr="0026177A">
        <w:t>às</w:t>
      </w:r>
      <w:proofErr w:type="spellEnd"/>
      <w:r w:rsidRPr="0026177A">
        <w:t xml:space="preserve"> aldeias das </w:t>
      </w:r>
      <w:proofErr w:type="spellStart"/>
      <w:r w:rsidRPr="0026177A">
        <w:t>minorias</w:t>
      </w:r>
      <w:proofErr w:type="spellEnd"/>
      <w:r w:rsidRPr="0026177A">
        <w:t xml:space="preserve"> </w:t>
      </w:r>
      <w:proofErr w:type="spellStart"/>
      <w:r w:rsidRPr="0026177A">
        <w:t>étnicas</w:t>
      </w:r>
      <w:proofErr w:type="spellEnd"/>
      <w:r w:rsidRPr="0026177A">
        <w:t xml:space="preserve"> Akha e Yao.</w:t>
      </w:r>
    </w:p>
    <w:p w14:paraId="790B141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povoado</w:t>
      </w:r>
      <w:proofErr w:type="spellEnd"/>
      <w:r w:rsidRPr="0026177A">
        <w:t xml:space="preserve"> das </w:t>
      </w:r>
      <w:proofErr w:type="spellStart"/>
      <w:r w:rsidRPr="0026177A">
        <w:t>famosas</w:t>
      </w:r>
      <w:proofErr w:type="spellEnd"/>
      <w:r w:rsidRPr="0026177A">
        <w:t xml:space="preserve"> </w:t>
      </w:r>
      <w:proofErr w:type="spellStart"/>
      <w:r w:rsidRPr="0026177A">
        <w:t>mulheres</w:t>
      </w:r>
      <w:proofErr w:type="spellEnd"/>
      <w:r w:rsidRPr="0026177A">
        <w:t xml:space="preserve"> </w:t>
      </w:r>
      <w:proofErr w:type="spellStart"/>
      <w:r w:rsidRPr="0026177A">
        <w:t>girafa</w:t>
      </w:r>
      <w:proofErr w:type="spellEnd"/>
      <w:r w:rsidRPr="0026177A">
        <w:t>.</w:t>
      </w:r>
    </w:p>
    <w:p w14:paraId="17ADFA30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Jantar e </w:t>
      </w:r>
      <w:proofErr w:type="spellStart"/>
      <w:r w:rsidRPr="0026177A">
        <w:t>hospedagem</w:t>
      </w:r>
      <w:proofErr w:type="spellEnd"/>
      <w:r w:rsidRPr="0026177A">
        <w:t>.</w:t>
      </w:r>
    </w:p>
    <w:p w14:paraId="69CD8CEB" w14:textId="16D485CD" w:rsidR="00B569A9" w:rsidRDefault="00000000" w:rsidP="0026177A">
      <w:pPr>
        <w:pStyle w:val="Dia"/>
        <w:spacing w:before="120" w:after="20"/>
        <w:jc w:val="both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CHIANG RAI – CHIANG MAI</w:t>
      </w:r>
    </w:p>
    <w:p w14:paraId="01340D8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Pela </w:t>
      </w:r>
      <w:proofErr w:type="spellStart"/>
      <w:r w:rsidRPr="0026177A">
        <w:t>manhã</w:t>
      </w:r>
      <w:proofErr w:type="spellEnd"/>
      <w:r w:rsidRPr="0026177A">
        <w:t xml:space="preserve">, </w:t>
      </w: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barco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rio</w:t>
      </w:r>
      <w:proofErr w:type="spellEnd"/>
      <w:r w:rsidRPr="0026177A">
        <w:t xml:space="preserve"> Kok, </w:t>
      </w:r>
      <w:proofErr w:type="spellStart"/>
      <w:r w:rsidRPr="0026177A">
        <w:t>visitando</w:t>
      </w:r>
      <w:proofErr w:type="spellEnd"/>
      <w:r w:rsidRPr="0026177A">
        <w:t xml:space="preserve"> </w:t>
      </w:r>
      <w:proofErr w:type="spellStart"/>
      <w:r w:rsidRPr="0026177A">
        <w:t>tribos</w:t>
      </w:r>
      <w:proofErr w:type="spellEnd"/>
      <w:r w:rsidRPr="0026177A">
        <w:t xml:space="preserve"> Karen </w:t>
      </w:r>
      <w:proofErr w:type="spellStart"/>
      <w:r w:rsidRPr="0026177A">
        <w:t>que</w:t>
      </w:r>
      <w:proofErr w:type="spellEnd"/>
      <w:r w:rsidRPr="0026177A">
        <w:t xml:space="preserve"> </w:t>
      </w:r>
      <w:proofErr w:type="spellStart"/>
      <w:r w:rsidRPr="0026177A">
        <w:t>vivem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cabanas de </w:t>
      </w:r>
      <w:proofErr w:type="spellStart"/>
      <w:r w:rsidRPr="0026177A">
        <w:t>bambu</w:t>
      </w:r>
      <w:proofErr w:type="spellEnd"/>
      <w:r w:rsidRPr="0026177A">
        <w:t xml:space="preserve"> </w:t>
      </w:r>
      <w:proofErr w:type="spellStart"/>
      <w:r w:rsidRPr="0026177A">
        <w:t>na</w:t>
      </w:r>
      <w:proofErr w:type="spellEnd"/>
      <w:r w:rsidRPr="0026177A">
        <w:t xml:space="preserve"> selva.</w:t>
      </w:r>
    </w:p>
    <w:p w14:paraId="44F8289F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Templo Azul (Wat Rong Suea Ten), </w:t>
      </w:r>
      <w:proofErr w:type="spellStart"/>
      <w:r w:rsidRPr="0026177A">
        <w:t>conhecido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sua</w:t>
      </w:r>
      <w:proofErr w:type="spellEnd"/>
      <w:r w:rsidRPr="0026177A">
        <w:t xml:space="preserve"> </w:t>
      </w:r>
      <w:proofErr w:type="spellStart"/>
      <w:r w:rsidRPr="0026177A">
        <w:t>cor</w:t>
      </w:r>
      <w:proofErr w:type="spellEnd"/>
      <w:r w:rsidRPr="0026177A">
        <w:t xml:space="preserve"> </w:t>
      </w:r>
      <w:proofErr w:type="spellStart"/>
      <w:r w:rsidRPr="0026177A">
        <w:t>azul</w:t>
      </w:r>
      <w:proofErr w:type="spellEnd"/>
      <w:r w:rsidRPr="0026177A">
        <w:t xml:space="preserve"> </w:t>
      </w:r>
      <w:proofErr w:type="spellStart"/>
      <w:r w:rsidRPr="0026177A">
        <w:t>intensa</w:t>
      </w:r>
      <w:proofErr w:type="spellEnd"/>
      <w:r w:rsidRPr="0026177A">
        <w:t xml:space="preserve"> e </w:t>
      </w:r>
      <w:proofErr w:type="spellStart"/>
      <w:r w:rsidRPr="0026177A">
        <w:t>esculturas</w:t>
      </w:r>
      <w:proofErr w:type="spellEnd"/>
      <w:r w:rsidRPr="0026177A">
        <w:t xml:space="preserve"> </w:t>
      </w:r>
      <w:proofErr w:type="spellStart"/>
      <w:r w:rsidRPr="0026177A">
        <w:t>elaboradas</w:t>
      </w:r>
      <w:proofErr w:type="spellEnd"/>
      <w:r w:rsidRPr="0026177A">
        <w:t>.</w:t>
      </w:r>
    </w:p>
    <w:p w14:paraId="7F3B2C2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famoso</w:t>
      </w:r>
      <w:proofErr w:type="spellEnd"/>
      <w:r w:rsidRPr="0026177A">
        <w:t xml:space="preserve"> Templo Branco (Wat Rong Khun).</w:t>
      </w:r>
    </w:p>
    <w:p w14:paraId="1C1A0261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Seguimos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estrada</w:t>
      </w:r>
      <w:proofErr w:type="spellEnd"/>
      <w:r w:rsidRPr="0026177A">
        <w:t xml:space="preserve"> </w:t>
      </w:r>
      <w:proofErr w:type="spellStart"/>
      <w:r w:rsidRPr="0026177A">
        <w:t>até</w:t>
      </w:r>
      <w:proofErr w:type="spellEnd"/>
      <w:r w:rsidRPr="0026177A">
        <w:t xml:space="preserve"> Chiang Mai (</w:t>
      </w:r>
      <w:proofErr w:type="spellStart"/>
      <w:r w:rsidRPr="0026177A">
        <w:t>aprox</w:t>
      </w:r>
      <w:proofErr w:type="spellEnd"/>
      <w:r w:rsidRPr="0026177A">
        <w:t>. 3 horas).</w:t>
      </w:r>
    </w:p>
    <w:p w14:paraId="2CDA02DB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Chegada</w:t>
      </w:r>
      <w:proofErr w:type="spellEnd"/>
      <w:r w:rsidRPr="0026177A">
        <w:t xml:space="preserve">, </w:t>
      </w: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</w:t>
      </w:r>
    </w:p>
    <w:p w14:paraId="42AC4734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Wat Doi Suthep, o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famoso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, </w:t>
      </w:r>
      <w:proofErr w:type="spellStart"/>
      <w:r w:rsidRPr="0026177A">
        <w:t>localizado</w:t>
      </w:r>
      <w:proofErr w:type="spellEnd"/>
      <w:r w:rsidRPr="0026177A">
        <w:t xml:space="preserve"> no topo de </w:t>
      </w:r>
      <w:proofErr w:type="spellStart"/>
      <w:r w:rsidRPr="0026177A">
        <w:t>uma</w:t>
      </w:r>
      <w:proofErr w:type="spellEnd"/>
      <w:r w:rsidRPr="0026177A">
        <w:t xml:space="preserve"> </w:t>
      </w:r>
      <w:proofErr w:type="spellStart"/>
      <w:r w:rsidRPr="0026177A">
        <w:t>colina</w:t>
      </w:r>
      <w:proofErr w:type="spellEnd"/>
      <w:r w:rsidRPr="0026177A">
        <w:t>.</w:t>
      </w:r>
    </w:p>
    <w:p w14:paraId="1A037A49" w14:textId="77777777" w:rsidR="0026177A" w:rsidRDefault="0026177A" w:rsidP="0026177A">
      <w:pPr>
        <w:spacing w:after="40" w:line="252" w:lineRule="auto"/>
        <w:jc w:val="both"/>
      </w:pPr>
      <w:r w:rsidRPr="0026177A">
        <w:t xml:space="preserve">Jantar e </w:t>
      </w:r>
      <w:proofErr w:type="spellStart"/>
      <w:r w:rsidRPr="0026177A">
        <w:t>hospedagem</w:t>
      </w:r>
      <w:proofErr w:type="spellEnd"/>
      <w:r w:rsidRPr="0026177A">
        <w:t>.</w:t>
      </w:r>
    </w:p>
    <w:p w14:paraId="18AAF1CD" w14:textId="0AF0F0E2" w:rsidR="0026177A" w:rsidRPr="0026177A" w:rsidRDefault="0026177A" w:rsidP="0026177A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5º </w:t>
      </w:r>
      <w:proofErr w:type="spellStart"/>
      <w:r>
        <w:t>dia</w:t>
      </w:r>
      <w:proofErr w:type="spellEnd"/>
      <w:r>
        <w:t>:</w:t>
      </w:r>
      <w:r w:rsidRPr="0026177A">
        <w:t xml:space="preserve"> CHIANG MAI</w:t>
      </w:r>
    </w:p>
    <w:p w14:paraId="710AFDDB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Visita a </w:t>
      </w:r>
      <w:proofErr w:type="spellStart"/>
      <w:r w:rsidRPr="0026177A">
        <w:t>fábricas</w:t>
      </w:r>
      <w:proofErr w:type="spellEnd"/>
      <w:r w:rsidRPr="0026177A">
        <w:t xml:space="preserve"> de </w:t>
      </w:r>
      <w:proofErr w:type="spellStart"/>
      <w:r w:rsidRPr="0026177A">
        <w:t>artesanato</w:t>
      </w:r>
      <w:proofErr w:type="spellEnd"/>
      <w:r w:rsidRPr="0026177A">
        <w:t xml:space="preserve"> local.</w:t>
      </w:r>
    </w:p>
    <w:p w14:paraId="4DB99B7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Seguimos </w:t>
      </w:r>
      <w:proofErr w:type="spellStart"/>
      <w:r w:rsidRPr="0026177A">
        <w:t>ao</w:t>
      </w:r>
      <w:proofErr w:type="spellEnd"/>
      <w:r w:rsidRPr="0026177A">
        <w:t xml:space="preserve"> vale de Mae Sa para visita à fazenda de </w:t>
      </w:r>
      <w:proofErr w:type="spellStart"/>
      <w:r w:rsidRPr="0026177A">
        <w:t>orquídeas</w:t>
      </w:r>
      <w:proofErr w:type="spellEnd"/>
      <w:r w:rsidRPr="0026177A">
        <w:t>.</w:t>
      </w:r>
    </w:p>
    <w:p w14:paraId="648E828A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</w:t>
      </w:r>
    </w:p>
    <w:p w14:paraId="4A32E590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À </w:t>
      </w:r>
      <w:proofErr w:type="spellStart"/>
      <w:r w:rsidRPr="0026177A">
        <w:t>tarde</w:t>
      </w:r>
      <w:proofErr w:type="spellEnd"/>
      <w:r w:rsidRPr="0026177A">
        <w:t xml:space="preserve">, visita </w:t>
      </w:r>
      <w:proofErr w:type="gramStart"/>
      <w:r w:rsidRPr="0026177A">
        <w:t>a</w:t>
      </w:r>
      <w:proofErr w:type="gramEnd"/>
      <w:r w:rsidRPr="0026177A">
        <w:t xml:space="preserve"> um </w:t>
      </w:r>
      <w:proofErr w:type="spellStart"/>
      <w:r w:rsidRPr="0026177A">
        <w:t>santuário</w:t>
      </w:r>
      <w:proofErr w:type="spellEnd"/>
      <w:r w:rsidRPr="0026177A">
        <w:t xml:space="preserve"> de </w:t>
      </w:r>
      <w:proofErr w:type="spellStart"/>
      <w:r w:rsidRPr="0026177A">
        <w:t>elefantes</w:t>
      </w:r>
      <w:proofErr w:type="spellEnd"/>
      <w:r w:rsidRPr="0026177A">
        <w:t xml:space="preserve"> para </w:t>
      </w:r>
      <w:proofErr w:type="spellStart"/>
      <w:r w:rsidRPr="0026177A">
        <w:t>aprender</w:t>
      </w:r>
      <w:proofErr w:type="spellEnd"/>
      <w:r w:rsidRPr="0026177A">
        <w:t xml:space="preserve"> </w:t>
      </w:r>
      <w:proofErr w:type="spellStart"/>
      <w:r w:rsidRPr="0026177A">
        <w:t>sobre</w:t>
      </w:r>
      <w:proofErr w:type="spellEnd"/>
      <w:r w:rsidRPr="0026177A">
        <w:t xml:space="preserve"> </w:t>
      </w:r>
      <w:proofErr w:type="spellStart"/>
      <w:r w:rsidRPr="0026177A">
        <w:t>os</w:t>
      </w:r>
      <w:proofErr w:type="spellEnd"/>
      <w:r w:rsidRPr="0026177A">
        <w:t xml:space="preserve"> </w:t>
      </w:r>
      <w:proofErr w:type="spellStart"/>
      <w:r w:rsidRPr="0026177A">
        <w:t>animais</w:t>
      </w:r>
      <w:proofErr w:type="spellEnd"/>
      <w:r w:rsidRPr="0026177A">
        <w:t xml:space="preserve">, </w:t>
      </w:r>
      <w:proofErr w:type="spellStart"/>
      <w:r w:rsidRPr="0026177A">
        <w:t>alimentá-los</w:t>
      </w:r>
      <w:proofErr w:type="spellEnd"/>
      <w:r w:rsidRPr="0026177A">
        <w:t xml:space="preserve"> e </w:t>
      </w:r>
      <w:proofErr w:type="spellStart"/>
      <w:r w:rsidRPr="0026177A">
        <w:t>participar</w:t>
      </w:r>
      <w:proofErr w:type="spellEnd"/>
      <w:r w:rsidRPr="0026177A">
        <w:t xml:space="preserve"> de </w:t>
      </w:r>
      <w:proofErr w:type="spellStart"/>
      <w:r w:rsidRPr="0026177A">
        <w:t>atividades</w:t>
      </w:r>
      <w:proofErr w:type="spellEnd"/>
      <w:r w:rsidRPr="0026177A">
        <w:t xml:space="preserve"> </w:t>
      </w:r>
      <w:proofErr w:type="spellStart"/>
      <w:r w:rsidRPr="0026177A">
        <w:t>como</w:t>
      </w:r>
      <w:proofErr w:type="spellEnd"/>
      <w:r w:rsidRPr="0026177A">
        <w:t xml:space="preserve"> </w:t>
      </w:r>
      <w:proofErr w:type="spellStart"/>
      <w:r w:rsidRPr="0026177A">
        <w:t>banho</w:t>
      </w:r>
      <w:proofErr w:type="spellEnd"/>
      <w:r w:rsidRPr="0026177A">
        <w:t xml:space="preserve"> — </w:t>
      </w:r>
      <w:proofErr w:type="spellStart"/>
      <w:r w:rsidRPr="0026177A">
        <w:t>uma</w:t>
      </w:r>
      <w:proofErr w:type="spellEnd"/>
      <w:r w:rsidRPr="0026177A">
        <w:t xml:space="preserve"> </w:t>
      </w:r>
      <w:proofErr w:type="spellStart"/>
      <w:r w:rsidRPr="0026177A">
        <w:t>experiência</w:t>
      </w:r>
      <w:proofErr w:type="spellEnd"/>
      <w:r w:rsidRPr="0026177A">
        <w:t xml:space="preserve"> </w:t>
      </w:r>
      <w:proofErr w:type="spellStart"/>
      <w:r w:rsidRPr="0026177A">
        <w:t>inesquecível</w:t>
      </w:r>
      <w:proofErr w:type="spellEnd"/>
      <w:r w:rsidRPr="0026177A">
        <w:t>.</w:t>
      </w:r>
    </w:p>
    <w:p w14:paraId="1D9DA1B4" w14:textId="77777777" w:rsidR="0026177A" w:rsidRPr="0026177A" w:rsidRDefault="0026177A" w:rsidP="0026177A">
      <w:pPr>
        <w:spacing w:after="40" w:line="252" w:lineRule="auto"/>
        <w:jc w:val="both"/>
      </w:pPr>
      <w:r w:rsidRPr="0026177A">
        <w:t>Jantar Kantoke.</w:t>
      </w:r>
    </w:p>
    <w:p w14:paraId="43512871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3AC88916" w14:textId="47530797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6º </w:t>
      </w:r>
      <w:proofErr w:type="spellStart"/>
      <w:r>
        <w:t>dia</w:t>
      </w:r>
      <w:proofErr w:type="spellEnd"/>
      <w:r>
        <w:t>:</w:t>
      </w:r>
      <w:r w:rsidRPr="0026177A">
        <w:t xml:space="preserve"> CHIANG MAI – HANOI</w:t>
      </w:r>
    </w:p>
    <w:p w14:paraId="3A3FD301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para </w:t>
      </w:r>
      <w:proofErr w:type="spellStart"/>
      <w:r w:rsidRPr="0026177A">
        <w:t>voo</w:t>
      </w:r>
      <w:proofErr w:type="spellEnd"/>
      <w:r w:rsidRPr="0026177A">
        <w:t xml:space="preserve"> (</w:t>
      </w:r>
      <w:proofErr w:type="spellStart"/>
      <w:r w:rsidRPr="0026177A">
        <w:t>não</w:t>
      </w:r>
      <w:proofErr w:type="spellEnd"/>
      <w:r w:rsidRPr="0026177A">
        <w:t xml:space="preserve"> </w:t>
      </w:r>
      <w:proofErr w:type="spellStart"/>
      <w:r w:rsidRPr="0026177A">
        <w:t>incluído</w:t>
      </w:r>
      <w:proofErr w:type="spellEnd"/>
      <w:r w:rsidRPr="0026177A">
        <w:t>) a Hanoi.</w:t>
      </w:r>
    </w:p>
    <w:p w14:paraId="3D8EA82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Chegada</w:t>
      </w:r>
      <w:proofErr w:type="spellEnd"/>
      <w:r w:rsidRPr="0026177A">
        <w:t xml:space="preserve"> e </w:t>
      </w:r>
      <w:proofErr w:type="spellStart"/>
      <w:r w:rsidRPr="0026177A">
        <w:t>recepção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guia</w:t>
      </w:r>
      <w:proofErr w:type="spellEnd"/>
      <w:r w:rsidRPr="0026177A">
        <w:t xml:space="preserve">.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 (</w:t>
      </w:r>
      <w:proofErr w:type="spellStart"/>
      <w:r w:rsidRPr="0026177A">
        <w:t>aprox</w:t>
      </w:r>
      <w:proofErr w:type="spellEnd"/>
      <w:r w:rsidRPr="0026177A">
        <w:t xml:space="preserve">. 1h), com </w:t>
      </w:r>
      <w:proofErr w:type="spellStart"/>
      <w:r w:rsidRPr="0026177A">
        <w:t>primeiras</w:t>
      </w:r>
      <w:proofErr w:type="spellEnd"/>
      <w:r w:rsidRPr="0026177A">
        <w:t xml:space="preserve"> </w:t>
      </w:r>
      <w:proofErr w:type="spellStart"/>
      <w:r w:rsidRPr="0026177A">
        <w:t>impressões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 e </w:t>
      </w:r>
      <w:proofErr w:type="spellStart"/>
      <w:r w:rsidRPr="0026177A">
        <w:t>sua</w:t>
      </w:r>
      <w:proofErr w:type="spellEnd"/>
      <w:r w:rsidRPr="0026177A">
        <w:t xml:space="preserve"> </w:t>
      </w:r>
      <w:proofErr w:type="spellStart"/>
      <w:r w:rsidRPr="0026177A">
        <w:t>mistura</w:t>
      </w:r>
      <w:proofErr w:type="spellEnd"/>
      <w:r w:rsidRPr="0026177A">
        <w:t xml:space="preserve"> de </w:t>
      </w:r>
      <w:proofErr w:type="spellStart"/>
      <w:r w:rsidRPr="0026177A">
        <w:t>movimento</w:t>
      </w:r>
      <w:proofErr w:type="spellEnd"/>
      <w:r w:rsidRPr="0026177A">
        <w:t xml:space="preserve"> e </w:t>
      </w:r>
      <w:proofErr w:type="spellStart"/>
      <w:r w:rsidRPr="0026177A">
        <w:t>tranquilidade</w:t>
      </w:r>
      <w:proofErr w:type="spellEnd"/>
      <w:r w:rsidRPr="0026177A">
        <w:t>.</w:t>
      </w:r>
    </w:p>
    <w:p w14:paraId="24D6A5E2" w14:textId="77777777" w:rsidR="0026177A" w:rsidRPr="0026177A" w:rsidRDefault="0026177A" w:rsidP="0026177A">
      <w:pPr>
        <w:spacing w:after="40" w:line="252" w:lineRule="auto"/>
        <w:jc w:val="both"/>
      </w:pPr>
      <w:r w:rsidRPr="0026177A">
        <w:t>Tempo livre.</w:t>
      </w:r>
    </w:p>
    <w:p w14:paraId="59A69948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 xml:space="preserve"> em Hanoi.</w:t>
      </w:r>
    </w:p>
    <w:p w14:paraId="344CFC7D" w14:textId="77777777" w:rsidR="0026177A" w:rsidRDefault="0026177A" w:rsidP="0026177A">
      <w:pPr>
        <w:spacing w:after="40" w:line="252" w:lineRule="auto"/>
        <w:jc w:val="both"/>
      </w:pPr>
    </w:p>
    <w:p w14:paraId="7DBBABF2" w14:textId="5953E8AD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lastRenderedPageBreak/>
        <w:t>📍</w:t>
      </w:r>
      <w:r>
        <w:t xml:space="preserve"> 7º </w:t>
      </w:r>
      <w:proofErr w:type="spellStart"/>
      <w:r>
        <w:t>dia</w:t>
      </w:r>
      <w:proofErr w:type="spellEnd"/>
      <w:r>
        <w:t>:</w:t>
      </w:r>
      <w:r w:rsidRPr="0026177A">
        <w:t xml:space="preserve"> HANOI</w:t>
      </w:r>
    </w:p>
    <w:p w14:paraId="23C055EE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24AD5E69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Complexo</w:t>
      </w:r>
      <w:proofErr w:type="spellEnd"/>
      <w:r w:rsidRPr="0026177A">
        <w:t xml:space="preserve"> de Ho Chi Minh (exterior do </w:t>
      </w:r>
      <w:proofErr w:type="spellStart"/>
      <w:r w:rsidRPr="0026177A">
        <w:t>mausoléu</w:t>
      </w:r>
      <w:proofErr w:type="spellEnd"/>
      <w:r w:rsidRPr="0026177A">
        <w:t xml:space="preserve"> e casa </w:t>
      </w:r>
      <w:proofErr w:type="spellStart"/>
      <w:r w:rsidRPr="0026177A">
        <w:t>sobre</w:t>
      </w:r>
      <w:proofErr w:type="spellEnd"/>
      <w:r w:rsidRPr="0026177A">
        <w:t xml:space="preserve"> </w:t>
      </w:r>
      <w:proofErr w:type="spellStart"/>
      <w:r w:rsidRPr="0026177A">
        <w:t>palafitas</w:t>
      </w:r>
      <w:proofErr w:type="spellEnd"/>
      <w:r w:rsidRPr="0026177A">
        <w:t>).</w:t>
      </w:r>
    </w:p>
    <w:p w14:paraId="2A0B988B" w14:textId="77777777" w:rsidR="0026177A" w:rsidRPr="0026177A" w:rsidRDefault="0026177A" w:rsidP="0026177A">
      <w:pPr>
        <w:spacing w:after="40" w:line="252" w:lineRule="auto"/>
        <w:jc w:val="both"/>
      </w:pPr>
      <w:r w:rsidRPr="0026177A">
        <w:t>Visita à Pagoda de Um Pilar.</w:t>
      </w:r>
    </w:p>
    <w:p w14:paraId="19E7E164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Continuação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Templo da </w:t>
      </w:r>
      <w:proofErr w:type="spellStart"/>
      <w:r w:rsidRPr="0026177A">
        <w:t>Literatura</w:t>
      </w:r>
      <w:proofErr w:type="spellEnd"/>
      <w:r w:rsidRPr="0026177A">
        <w:t xml:space="preserve">, </w:t>
      </w:r>
      <w:proofErr w:type="spellStart"/>
      <w:r w:rsidRPr="0026177A">
        <w:t>primeira</w:t>
      </w:r>
      <w:proofErr w:type="spellEnd"/>
      <w:r w:rsidRPr="0026177A">
        <w:t xml:space="preserve"> </w:t>
      </w:r>
      <w:proofErr w:type="spellStart"/>
      <w:r w:rsidRPr="0026177A">
        <w:t>universidade</w:t>
      </w:r>
      <w:proofErr w:type="spellEnd"/>
      <w:r w:rsidRPr="0026177A">
        <w:t xml:space="preserve"> do </w:t>
      </w:r>
      <w:proofErr w:type="spellStart"/>
      <w:r w:rsidRPr="0026177A">
        <w:t>Vietnã</w:t>
      </w:r>
      <w:proofErr w:type="spellEnd"/>
      <w:r w:rsidRPr="0026177A">
        <w:t>.</w:t>
      </w:r>
    </w:p>
    <w:p w14:paraId="6FBE8B72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Após</w:t>
      </w:r>
      <w:proofErr w:type="spellEnd"/>
      <w:r w:rsidRPr="0026177A">
        <w:t xml:space="preserve"> </w:t>
      </w:r>
      <w:proofErr w:type="spellStart"/>
      <w:r w:rsidRPr="0026177A">
        <w:t>almoço</w:t>
      </w:r>
      <w:proofErr w:type="spellEnd"/>
      <w:r w:rsidRPr="0026177A">
        <w:t xml:space="preserve"> livre, 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Museu</w:t>
      </w:r>
      <w:proofErr w:type="spellEnd"/>
      <w:r w:rsidRPr="0026177A">
        <w:t xml:space="preserve"> de </w:t>
      </w:r>
      <w:proofErr w:type="spellStart"/>
      <w:r w:rsidRPr="0026177A">
        <w:t>Etnologia</w:t>
      </w:r>
      <w:proofErr w:type="spellEnd"/>
      <w:r w:rsidRPr="0026177A">
        <w:t xml:space="preserve">, com </w:t>
      </w:r>
      <w:proofErr w:type="spellStart"/>
      <w:r w:rsidRPr="0026177A">
        <w:t>exposições</w:t>
      </w:r>
      <w:proofErr w:type="spellEnd"/>
      <w:r w:rsidRPr="0026177A">
        <w:t xml:space="preserve"> </w:t>
      </w:r>
      <w:proofErr w:type="spellStart"/>
      <w:r w:rsidRPr="0026177A">
        <w:t>sobre</w:t>
      </w:r>
      <w:proofErr w:type="spellEnd"/>
      <w:r w:rsidRPr="0026177A">
        <w:t xml:space="preserve"> </w:t>
      </w:r>
      <w:proofErr w:type="spellStart"/>
      <w:r w:rsidRPr="0026177A">
        <w:t>os</w:t>
      </w:r>
      <w:proofErr w:type="spellEnd"/>
      <w:r w:rsidRPr="0026177A">
        <w:t xml:space="preserve"> 54 </w:t>
      </w:r>
      <w:proofErr w:type="spellStart"/>
      <w:r w:rsidRPr="0026177A">
        <w:t>grupos</w:t>
      </w:r>
      <w:proofErr w:type="spellEnd"/>
      <w:r w:rsidRPr="0026177A">
        <w:t xml:space="preserve"> </w:t>
      </w:r>
      <w:proofErr w:type="spellStart"/>
      <w:r w:rsidRPr="0026177A">
        <w:t>étnicos</w:t>
      </w:r>
      <w:proofErr w:type="spellEnd"/>
      <w:r w:rsidRPr="0026177A">
        <w:t xml:space="preserve"> do </w:t>
      </w:r>
      <w:proofErr w:type="spellStart"/>
      <w:r w:rsidRPr="0026177A">
        <w:t>país</w:t>
      </w:r>
      <w:proofErr w:type="spellEnd"/>
      <w:r w:rsidRPr="0026177A">
        <w:t>.</w:t>
      </w:r>
    </w:p>
    <w:p w14:paraId="7BF8979C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Passeio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Lago Hoan Kiem e </w:t>
      </w:r>
      <w:proofErr w:type="spellStart"/>
      <w:r w:rsidRPr="0026177A">
        <w:t>pelos</w:t>
      </w:r>
      <w:proofErr w:type="spellEnd"/>
      <w:r w:rsidRPr="0026177A">
        <w:t xml:space="preserve"> bairros </w:t>
      </w:r>
      <w:proofErr w:type="spellStart"/>
      <w:r w:rsidRPr="0026177A">
        <w:t>antigos</w:t>
      </w:r>
      <w:proofErr w:type="spellEnd"/>
      <w:r w:rsidRPr="0026177A">
        <w:t>.</w:t>
      </w:r>
    </w:p>
    <w:p w14:paraId="0ADD3DFA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ciclo</w:t>
      </w:r>
      <w:proofErr w:type="spellEnd"/>
      <w:r w:rsidRPr="0026177A">
        <w:t xml:space="preserve"> (</w:t>
      </w:r>
      <w:proofErr w:type="spellStart"/>
      <w:r w:rsidRPr="0026177A">
        <w:t>tipo</w:t>
      </w:r>
      <w:proofErr w:type="spellEnd"/>
      <w:r w:rsidRPr="0026177A">
        <w:t xml:space="preserve"> </w:t>
      </w:r>
      <w:proofErr w:type="spellStart"/>
      <w:r w:rsidRPr="0026177A">
        <w:t>riquixá</w:t>
      </w:r>
      <w:proofErr w:type="spellEnd"/>
      <w:r w:rsidRPr="0026177A">
        <w:t xml:space="preserve">) </w:t>
      </w:r>
      <w:proofErr w:type="spellStart"/>
      <w:r w:rsidRPr="0026177A">
        <w:t>pelas</w:t>
      </w:r>
      <w:proofErr w:type="spellEnd"/>
      <w:r w:rsidRPr="0026177A">
        <w:t xml:space="preserve"> </w:t>
      </w:r>
      <w:proofErr w:type="spellStart"/>
      <w:r w:rsidRPr="0026177A">
        <w:t>ruas</w:t>
      </w:r>
      <w:proofErr w:type="spellEnd"/>
      <w:r w:rsidRPr="0026177A">
        <w:t xml:space="preserve"> do </w:t>
      </w:r>
      <w:proofErr w:type="spellStart"/>
      <w:r w:rsidRPr="0026177A">
        <w:t>centro</w:t>
      </w:r>
      <w:proofErr w:type="spellEnd"/>
      <w:r w:rsidRPr="0026177A">
        <w:t xml:space="preserve"> histórico.</w:t>
      </w:r>
    </w:p>
    <w:p w14:paraId="649F4E80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Retorno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hotel.</w:t>
      </w:r>
    </w:p>
    <w:p w14:paraId="0785968C" w14:textId="440BEF9F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8º </w:t>
      </w:r>
      <w:proofErr w:type="spellStart"/>
      <w:r>
        <w:t>dia</w:t>
      </w:r>
      <w:proofErr w:type="spellEnd"/>
      <w:r>
        <w:t>:</w:t>
      </w:r>
      <w:r w:rsidRPr="0026177A">
        <w:t xml:space="preserve"> HANOI – BAÍA DE HALONG</w:t>
      </w:r>
    </w:p>
    <w:p w14:paraId="2AED2F1C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Saída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estrada</w:t>
      </w:r>
      <w:proofErr w:type="spellEnd"/>
      <w:r w:rsidRPr="0026177A">
        <w:t xml:space="preserve"> para a Baía de Halong (“o </w:t>
      </w:r>
      <w:proofErr w:type="spellStart"/>
      <w:r w:rsidRPr="0026177A">
        <w:t>dragão</w:t>
      </w:r>
      <w:proofErr w:type="spellEnd"/>
      <w:r w:rsidRPr="0026177A">
        <w:t xml:space="preserve"> </w:t>
      </w:r>
      <w:proofErr w:type="spellStart"/>
      <w:r w:rsidRPr="0026177A">
        <w:t>que</w:t>
      </w:r>
      <w:proofErr w:type="spellEnd"/>
      <w:r w:rsidRPr="0026177A">
        <w:t xml:space="preserve"> </w:t>
      </w:r>
      <w:proofErr w:type="spellStart"/>
      <w:r w:rsidRPr="0026177A">
        <w:t>desce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mar”).</w:t>
      </w:r>
    </w:p>
    <w:p w14:paraId="68350C20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Embarque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cruzeiro.</w:t>
      </w:r>
    </w:p>
    <w:p w14:paraId="561F285A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a </w:t>
      </w:r>
      <w:proofErr w:type="spellStart"/>
      <w:r w:rsidRPr="0026177A">
        <w:t>bordo</w:t>
      </w:r>
      <w:proofErr w:type="spellEnd"/>
      <w:r w:rsidRPr="0026177A">
        <w:t>.</w:t>
      </w:r>
    </w:p>
    <w:p w14:paraId="045BE0C9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Navegação</w:t>
      </w:r>
      <w:proofErr w:type="spellEnd"/>
      <w:r w:rsidRPr="0026177A">
        <w:t xml:space="preserve"> entre </w:t>
      </w:r>
      <w:proofErr w:type="spellStart"/>
      <w:r w:rsidRPr="0026177A">
        <w:t>milhares</w:t>
      </w:r>
      <w:proofErr w:type="spellEnd"/>
      <w:r w:rsidRPr="0026177A">
        <w:t xml:space="preserve"> de </w:t>
      </w:r>
      <w:proofErr w:type="spellStart"/>
      <w:r w:rsidRPr="0026177A">
        <w:t>ilhas</w:t>
      </w:r>
      <w:proofErr w:type="spellEnd"/>
      <w:r w:rsidRPr="0026177A">
        <w:t xml:space="preserve"> e </w:t>
      </w:r>
      <w:proofErr w:type="spellStart"/>
      <w:r w:rsidRPr="0026177A">
        <w:t>formações</w:t>
      </w:r>
      <w:proofErr w:type="spellEnd"/>
      <w:r w:rsidRPr="0026177A">
        <w:t xml:space="preserve"> </w:t>
      </w:r>
      <w:proofErr w:type="spellStart"/>
      <w:r w:rsidRPr="0026177A">
        <w:t>rochosas</w:t>
      </w:r>
      <w:proofErr w:type="spellEnd"/>
      <w:r w:rsidRPr="0026177A">
        <w:t xml:space="preserve"> de formas </w:t>
      </w:r>
      <w:proofErr w:type="spellStart"/>
      <w:r w:rsidRPr="0026177A">
        <w:t>únicas</w:t>
      </w:r>
      <w:proofErr w:type="spellEnd"/>
      <w:r w:rsidRPr="0026177A">
        <w:t>.</w:t>
      </w:r>
    </w:p>
    <w:p w14:paraId="53CB3B90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Tempo livre para </w:t>
      </w:r>
      <w:proofErr w:type="spellStart"/>
      <w:r w:rsidRPr="0026177A">
        <w:t>atividades</w:t>
      </w:r>
      <w:proofErr w:type="spellEnd"/>
      <w:r w:rsidRPr="0026177A">
        <w:t xml:space="preserve"> </w:t>
      </w:r>
      <w:proofErr w:type="spellStart"/>
      <w:r w:rsidRPr="0026177A">
        <w:t>opcionais</w:t>
      </w:r>
      <w:proofErr w:type="spellEnd"/>
      <w:r w:rsidRPr="0026177A">
        <w:t xml:space="preserve"> </w:t>
      </w:r>
      <w:proofErr w:type="spellStart"/>
      <w:r w:rsidRPr="0026177A">
        <w:t>como</w:t>
      </w:r>
      <w:proofErr w:type="spellEnd"/>
      <w:r w:rsidRPr="0026177A">
        <w:t xml:space="preserve"> </w:t>
      </w:r>
      <w:proofErr w:type="spellStart"/>
      <w:r w:rsidRPr="0026177A">
        <w:t>natação</w:t>
      </w:r>
      <w:proofErr w:type="spellEnd"/>
      <w:r w:rsidRPr="0026177A">
        <w:t xml:space="preserve">, </w:t>
      </w:r>
      <w:proofErr w:type="spellStart"/>
      <w:r w:rsidRPr="0026177A">
        <w:t>caiaque</w:t>
      </w:r>
      <w:proofErr w:type="spellEnd"/>
      <w:r w:rsidRPr="0026177A">
        <w:t xml:space="preserve"> </w:t>
      </w:r>
      <w:proofErr w:type="spellStart"/>
      <w:r w:rsidRPr="0026177A">
        <w:t>ou</w:t>
      </w:r>
      <w:proofErr w:type="spellEnd"/>
      <w:r w:rsidRPr="0026177A">
        <w:t xml:space="preserve"> aula de </w:t>
      </w:r>
      <w:proofErr w:type="spellStart"/>
      <w:r w:rsidRPr="0026177A">
        <w:t>culinária</w:t>
      </w:r>
      <w:proofErr w:type="spellEnd"/>
      <w:r w:rsidRPr="0026177A">
        <w:t xml:space="preserve"> </w:t>
      </w:r>
      <w:proofErr w:type="spellStart"/>
      <w:r w:rsidRPr="0026177A">
        <w:t>vietnamita</w:t>
      </w:r>
      <w:proofErr w:type="spellEnd"/>
      <w:r w:rsidRPr="0026177A">
        <w:t>.</w:t>
      </w:r>
    </w:p>
    <w:p w14:paraId="36B8D429" w14:textId="77777777" w:rsidR="0026177A" w:rsidRDefault="0026177A" w:rsidP="0026177A">
      <w:pPr>
        <w:spacing w:after="40" w:line="252" w:lineRule="auto"/>
        <w:jc w:val="both"/>
      </w:pPr>
      <w:r w:rsidRPr="0026177A">
        <w:t xml:space="preserve">Jantar e </w:t>
      </w:r>
      <w:proofErr w:type="spellStart"/>
      <w:r w:rsidRPr="0026177A">
        <w:t>pernoite</w:t>
      </w:r>
      <w:proofErr w:type="spellEnd"/>
      <w:r w:rsidRPr="0026177A">
        <w:t xml:space="preserve"> a </w:t>
      </w:r>
      <w:proofErr w:type="spellStart"/>
      <w:r w:rsidRPr="0026177A">
        <w:t>bordo</w:t>
      </w:r>
      <w:proofErr w:type="spellEnd"/>
      <w:r w:rsidRPr="0026177A">
        <w:t>.</w:t>
      </w:r>
    </w:p>
    <w:p w14:paraId="5A57589D" w14:textId="1B0619FD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9º </w:t>
      </w:r>
      <w:proofErr w:type="spellStart"/>
      <w:r>
        <w:t>dia</w:t>
      </w:r>
      <w:proofErr w:type="spellEnd"/>
      <w:r>
        <w:t>:</w:t>
      </w:r>
      <w:r w:rsidRPr="0026177A">
        <w:t xml:space="preserve"> HALONG – SIEM REAP</w:t>
      </w:r>
    </w:p>
    <w:p w14:paraId="63EF6D1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Ao </w:t>
      </w:r>
      <w:proofErr w:type="spellStart"/>
      <w:r w:rsidRPr="0026177A">
        <w:t>amanhecer</w:t>
      </w:r>
      <w:proofErr w:type="spellEnd"/>
      <w:r w:rsidRPr="0026177A">
        <w:t>, aula de Tai Chi no deck (</w:t>
      </w:r>
      <w:proofErr w:type="spellStart"/>
      <w:r w:rsidRPr="0026177A">
        <w:t>opcional</w:t>
      </w:r>
      <w:proofErr w:type="spellEnd"/>
      <w:r w:rsidRPr="0026177A">
        <w:t>).</w:t>
      </w:r>
    </w:p>
    <w:p w14:paraId="73397820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Continuação</w:t>
      </w:r>
      <w:proofErr w:type="spellEnd"/>
      <w:r w:rsidRPr="0026177A">
        <w:t xml:space="preserve"> da </w:t>
      </w:r>
      <w:proofErr w:type="spellStart"/>
      <w:r w:rsidRPr="0026177A">
        <w:t>navegação</w:t>
      </w:r>
      <w:proofErr w:type="spellEnd"/>
      <w:r w:rsidRPr="0026177A">
        <w:t xml:space="preserve"> e </w:t>
      </w:r>
      <w:proofErr w:type="spellStart"/>
      <w:r w:rsidRPr="0026177A">
        <w:t>contemplação</w:t>
      </w:r>
      <w:proofErr w:type="spellEnd"/>
      <w:r w:rsidRPr="0026177A">
        <w:t xml:space="preserve"> das </w:t>
      </w:r>
      <w:proofErr w:type="spellStart"/>
      <w:r w:rsidRPr="0026177A">
        <w:t>paisagens</w:t>
      </w:r>
      <w:proofErr w:type="spellEnd"/>
      <w:r w:rsidRPr="0026177A">
        <w:t>.</w:t>
      </w:r>
    </w:p>
    <w:p w14:paraId="7EC26339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Brunch a </w:t>
      </w:r>
      <w:proofErr w:type="spellStart"/>
      <w:r w:rsidRPr="0026177A">
        <w:t>bordo</w:t>
      </w:r>
      <w:proofErr w:type="spellEnd"/>
      <w:r w:rsidRPr="0026177A">
        <w:t>.</w:t>
      </w:r>
    </w:p>
    <w:p w14:paraId="02658EC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Desembarque</w:t>
      </w:r>
      <w:proofErr w:type="spellEnd"/>
      <w:r w:rsidRPr="0026177A">
        <w:t xml:space="preserve"> e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de Hanoi para </w:t>
      </w:r>
      <w:proofErr w:type="spellStart"/>
      <w:r w:rsidRPr="0026177A">
        <w:t>voo</w:t>
      </w:r>
      <w:proofErr w:type="spellEnd"/>
      <w:r w:rsidRPr="0026177A">
        <w:t xml:space="preserve"> a Siem Reap (</w:t>
      </w:r>
      <w:proofErr w:type="spellStart"/>
      <w:r w:rsidRPr="0026177A">
        <w:t>incluído</w:t>
      </w:r>
      <w:proofErr w:type="spellEnd"/>
      <w:r w:rsidRPr="0026177A">
        <w:t>).</w:t>
      </w:r>
    </w:p>
    <w:p w14:paraId="0D240327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Chegada</w:t>
      </w:r>
      <w:proofErr w:type="spellEnd"/>
      <w:r w:rsidRPr="0026177A">
        <w:t xml:space="preserve"> e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hotel.</w:t>
      </w:r>
    </w:p>
    <w:p w14:paraId="399996E2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Tempo livre para </w:t>
      </w:r>
      <w:proofErr w:type="spellStart"/>
      <w:r w:rsidRPr="0026177A">
        <w:t>explorar</w:t>
      </w:r>
      <w:proofErr w:type="spellEnd"/>
      <w:r w:rsidRPr="0026177A">
        <w:t xml:space="preserve"> a </w:t>
      </w:r>
      <w:proofErr w:type="spellStart"/>
      <w:r w:rsidRPr="0026177A">
        <w:t>cidade</w:t>
      </w:r>
      <w:proofErr w:type="spellEnd"/>
      <w:r w:rsidRPr="0026177A">
        <w:t xml:space="preserve">, com </w:t>
      </w:r>
      <w:proofErr w:type="spellStart"/>
      <w:r w:rsidRPr="0026177A">
        <w:t>suas</w:t>
      </w:r>
      <w:proofErr w:type="spellEnd"/>
      <w:r w:rsidRPr="0026177A">
        <w:t xml:space="preserve"> </w:t>
      </w:r>
      <w:proofErr w:type="spellStart"/>
      <w:r w:rsidRPr="0026177A">
        <w:t>lojas</w:t>
      </w:r>
      <w:proofErr w:type="spellEnd"/>
      <w:r w:rsidRPr="0026177A">
        <w:t xml:space="preserve">, </w:t>
      </w:r>
      <w:proofErr w:type="spellStart"/>
      <w:r w:rsidRPr="0026177A">
        <w:t>galerias</w:t>
      </w:r>
      <w:proofErr w:type="spellEnd"/>
      <w:r w:rsidRPr="0026177A">
        <w:t xml:space="preserve">, </w:t>
      </w:r>
      <w:proofErr w:type="spellStart"/>
      <w:r w:rsidRPr="0026177A">
        <w:t>restaurantes</w:t>
      </w:r>
      <w:proofErr w:type="spellEnd"/>
      <w:r w:rsidRPr="0026177A">
        <w:t xml:space="preserve"> e </w:t>
      </w:r>
      <w:proofErr w:type="spellStart"/>
      <w:r w:rsidRPr="0026177A">
        <w:t>vida</w:t>
      </w:r>
      <w:proofErr w:type="spellEnd"/>
      <w:r w:rsidRPr="0026177A">
        <w:t xml:space="preserve"> </w:t>
      </w:r>
      <w:proofErr w:type="spellStart"/>
      <w:r w:rsidRPr="0026177A">
        <w:t>noturna</w:t>
      </w:r>
      <w:proofErr w:type="spellEnd"/>
      <w:r w:rsidRPr="0026177A">
        <w:t>.</w:t>
      </w:r>
    </w:p>
    <w:p w14:paraId="543E30E9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72173C3B" w14:textId="0A16D9A8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10º </w:t>
      </w:r>
      <w:proofErr w:type="spellStart"/>
      <w:r>
        <w:t>dia</w:t>
      </w:r>
      <w:proofErr w:type="spellEnd"/>
      <w:r>
        <w:t>:</w:t>
      </w:r>
      <w:r w:rsidRPr="0026177A">
        <w:t xml:space="preserve"> SIEM REAP</w:t>
      </w:r>
    </w:p>
    <w:p w14:paraId="006EA224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2F4EF88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Saída</w:t>
      </w:r>
      <w:proofErr w:type="spellEnd"/>
      <w:r w:rsidRPr="0026177A">
        <w:t xml:space="preserve"> de tuk </w:t>
      </w:r>
      <w:proofErr w:type="spellStart"/>
      <w:r w:rsidRPr="0026177A">
        <w:t>tuk</w:t>
      </w:r>
      <w:proofErr w:type="spellEnd"/>
      <w:r w:rsidRPr="0026177A">
        <w:t xml:space="preserve"> </w:t>
      </w:r>
      <w:proofErr w:type="spellStart"/>
      <w:r w:rsidRPr="0026177A">
        <w:t>até</w:t>
      </w:r>
      <w:proofErr w:type="spellEnd"/>
      <w:r w:rsidRPr="0026177A">
        <w:t xml:space="preserve"> Angkor Thom:</w:t>
      </w:r>
    </w:p>
    <w:p w14:paraId="03A1F8EB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Portão</w:t>
      </w:r>
      <w:proofErr w:type="spellEnd"/>
      <w:r w:rsidRPr="0026177A">
        <w:t xml:space="preserve"> Sul </w:t>
      </w:r>
    </w:p>
    <w:p w14:paraId="77D6F71E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Templo Bayon (com </w:t>
      </w:r>
      <w:proofErr w:type="spellStart"/>
      <w:r w:rsidRPr="0026177A">
        <w:t>rostos</w:t>
      </w:r>
      <w:proofErr w:type="spellEnd"/>
      <w:r w:rsidRPr="0026177A">
        <w:t xml:space="preserve"> </w:t>
      </w:r>
      <w:proofErr w:type="spellStart"/>
      <w:r w:rsidRPr="0026177A">
        <w:t>esculpidos</w:t>
      </w:r>
      <w:proofErr w:type="spellEnd"/>
      <w:r w:rsidRPr="0026177A">
        <w:t xml:space="preserve">) </w:t>
      </w:r>
    </w:p>
    <w:p w14:paraId="0CD334BF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Terraços</w:t>
      </w:r>
      <w:proofErr w:type="spellEnd"/>
      <w:r w:rsidRPr="0026177A">
        <w:t xml:space="preserve"> do Rei Leproso e dos Elefantes </w:t>
      </w:r>
    </w:p>
    <w:p w14:paraId="1D9B4267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Antigo </w:t>
      </w:r>
      <w:proofErr w:type="spellStart"/>
      <w:r w:rsidRPr="0026177A">
        <w:t>complexo</w:t>
      </w:r>
      <w:proofErr w:type="spellEnd"/>
      <w:r w:rsidRPr="0026177A">
        <w:t xml:space="preserve"> real </w:t>
      </w:r>
    </w:p>
    <w:p w14:paraId="684F3A0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Ta Prohm, </w:t>
      </w:r>
      <w:proofErr w:type="spellStart"/>
      <w:r w:rsidRPr="0026177A">
        <w:t>parcialmente</w:t>
      </w:r>
      <w:proofErr w:type="spellEnd"/>
      <w:r w:rsidRPr="0026177A">
        <w:t xml:space="preserve"> </w:t>
      </w:r>
      <w:proofErr w:type="spellStart"/>
      <w:r w:rsidRPr="0026177A">
        <w:t>tomado</w:t>
      </w:r>
      <w:proofErr w:type="spellEnd"/>
      <w:r w:rsidRPr="0026177A">
        <w:t xml:space="preserve"> pela selva.</w:t>
      </w:r>
    </w:p>
    <w:p w14:paraId="42727C8E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</w:t>
      </w:r>
    </w:p>
    <w:p w14:paraId="3D213525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À </w:t>
      </w:r>
      <w:proofErr w:type="spellStart"/>
      <w:r w:rsidRPr="0026177A">
        <w:t>tarde</w:t>
      </w:r>
      <w:proofErr w:type="spellEnd"/>
      <w:r w:rsidRPr="0026177A">
        <w:t xml:space="preserve">, visita </w:t>
      </w:r>
      <w:proofErr w:type="spellStart"/>
      <w:r w:rsidRPr="0026177A">
        <w:t>ao</w:t>
      </w:r>
      <w:proofErr w:type="spellEnd"/>
      <w:r w:rsidRPr="0026177A">
        <w:t xml:space="preserve"> Angkor Wat, </w:t>
      </w:r>
      <w:proofErr w:type="spellStart"/>
      <w:r w:rsidRPr="0026177A">
        <w:t>Patrimônio</w:t>
      </w:r>
      <w:proofErr w:type="spellEnd"/>
      <w:r w:rsidRPr="0026177A">
        <w:t xml:space="preserve"> da </w:t>
      </w:r>
      <w:proofErr w:type="spellStart"/>
      <w:r w:rsidRPr="0026177A">
        <w:t>Humanidade</w:t>
      </w:r>
      <w:proofErr w:type="spellEnd"/>
      <w:r w:rsidRPr="0026177A">
        <w:t xml:space="preserve">, </w:t>
      </w:r>
      <w:proofErr w:type="spellStart"/>
      <w:r w:rsidRPr="0026177A">
        <w:t>famoso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suas</w:t>
      </w:r>
      <w:proofErr w:type="spellEnd"/>
      <w:r w:rsidRPr="0026177A">
        <w:t xml:space="preserve"> </w:t>
      </w:r>
      <w:proofErr w:type="spellStart"/>
      <w:r w:rsidRPr="0026177A">
        <w:t>torres</w:t>
      </w:r>
      <w:proofErr w:type="spellEnd"/>
      <w:r w:rsidRPr="0026177A">
        <w:t xml:space="preserve"> e </w:t>
      </w:r>
      <w:proofErr w:type="spellStart"/>
      <w:r w:rsidRPr="0026177A">
        <w:t>arquitetura</w:t>
      </w:r>
      <w:proofErr w:type="spellEnd"/>
      <w:r w:rsidRPr="0026177A">
        <w:t xml:space="preserve"> Khmer </w:t>
      </w:r>
      <w:proofErr w:type="spellStart"/>
      <w:r w:rsidRPr="0026177A">
        <w:t>clássica</w:t>
      </w:r>
      <w:proofErr w:type="spellEnd"/>
      <w:r w:rsidRPr="0026177A">
        <w:t>.</w:t>
      </w:r>
    </w:p>
    <w:p w14:paraId="3E0092F3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Retorno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hotel.</w:t>
      </w:r>
    </w:p>
    <w:p w14:paraId="37124B32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797C1D6D" w14:textId="66E3C00B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11º </w:t>
      </w:r>
      <w:proofErr w:type="spellStart"/>
      <w:r>
        <w:t>dia</w:t>
      </w:r>
      <w:proofErr w:type="spellEnd"/>
      <w:r>
        <w:t>:</w:t>
      </w:r>
      <w:r w:rsidRPr="0026177A">
        <w:t xml:space="preserve"> SIEM REAP</w:t>
      </w:r>
    </w:p>
    <w:p w14:paraId="2981CEA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73E1BC0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barco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Lago Tonle Sap, </w:t>
      </w:r>
      <w:proofErr w:type="spellStart"/>
      <w:r w:rsidRPr="0026177A">
        <w:t>observando</w:t>
      </w:r>
      <w:proofErr w:type="spellEnd"/>
      <w:r w:rsidRPr="0026177A">
        <w:t xml:space="preserve"> </w:t>
      </w:r>
      <w:proofErr w:type="spellStart"/>
      <w:r w:rsidRPr="0026177A">
        <w:t>vilarejos</w:t>
      </w:r>
      <w:proofErr w:type="spellEnd"/>
      <w:r w:rsidRPr="0026177A">
        <w:t xml:space="preserve"> </w:t>
      </w:r>
      <w:proofErr w:type="spellStart"/>
      <w:r w:rsidRPr="0026177A">
        <w:t>flutuantes</w:t>
      </w:r>
      <w:proofErr w:type="spellEnd"/>
      <w:r w:rsidRPr="0026177A">
        <w:t xml:space="preserve"> e a </w:t>
      </w:r>
      <w:proofErr w:type="spellStart"/>
      <w:r w:rsidRPr="0026177A">
        <w:t>vida</w:t>
      </w:r>
      <w:proofErr w:type="spellEnd"/>
      <w:r w:rsidRPr="0026177A">
        <w:t xml:space="preserve"> local.</w:t>
      </w:r>
    </w:p>
    <w:p w14:paraId="35F82154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>.</w:t>
      </w:r>
    </w:p>
    <w:p w14:paraId="0B236EDB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Banteay </w:t>
      </w:r>
      <w:proofErr w:type="spellStart"/>
      <w:r w:rsidRPr="0026177A">
        <w:t>Samre</w:t>
      </w:r>
      <w:proofErr w:type="spellEnd"/>
      <w:r w:rsidRPr="0026177A">
        <w:t xml:space="preserve"> (</w:t>
      </w:r>
      <w:proofErr w:type="spellStart"/>
      <w:r w:rsidRPr="0026177A">
        <w:t>hinduísta</w:t>
      </w:r>
      <w:proofErr w:type="spellEnd"/>
      <w:r w:rsidRPr="0026177A">
        <w:t xml:space="preserve">, </w:t>
      </w:r>
      <w:proofErr w:type="spellStart"/>
      <w:r w:rsidRPr="0026177A">
        <w:t>dedicado</w:t>
      </w:r>
      <w:proofErr w:type="spellEnd"/>
      <w:r w:rsidRPr="0026177A">
        <w:t xml:space="preserve"> a Shiva).</w:t>
      </w:r>
    </w:p>
    <w:p w14:paraId="69608B24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Banteay Srei (“</w:t>
      </w:r>
      <w:proofErr w:type="spellStart"/>
      <w:r w:rsidRPr="0026177A">
        <w:t>Cidadela</w:t>
      </w:r>
      <w:proofErr w:type="spellEnd"/>
      <w:r w:rsidRPr="0026177A">
        <w:t xml:space="preserve"> das </w:t>
      </w:r>
      <w:proofErr w:type="spellStart"/>
      <w:r w:rsidRPr="0026177A">
        <w:t>Mulheres</w:t>
      </w:r>
      <w:proofErr w:type="spellEnd"/>
      <w:r w:rsidRPr="0026177A">
        <w:t xml:space="preserve">”), </w:t>
      </w:r>
      <w:proofErr w:type="spellStart"/>
      <w:r w:rsidRPr="0026177A">
        <w:t>conhecido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seus</w:t>
      </w:r>
      <w:proofErr w:type="spellEnd"/>
      <w:r w:rsidRPr="0026177A">
        <w:t xml:space="preserve"> </w:t>
      </w:r>
      <w:proofErr w:type="spellStart"/>
      <w:r w:rsidRPr="0026177A">
        <w:t>detalhados</w:t>
      </w:r>
      <w:proofErr w:type="spellEnd"/>
      <w:r w:rsidRPr="0026177A">
        <w:t xml:space="preserve"> </w:t>
      </w:r>
      <w:proofErr w:type="spellStart"/>
      <w:r w:rsidRPr="0026177A">
        <w:t>relevos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pedra</w:t>
      </w:r>
      <w:proofErr w:type="spellEnd"/>
      <w:r w:rsidRPr="0026177A">
        <w:t xml:space="preserve"> rosa.</w:t>
      </w:r>
    </w:p>
    <w:p w14:paraId="37C6DE23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Parada no </w:t>
      </w:r>
      <w:proofErr w:type="spellStart"/>
      <w:r w:rsidRPr="0026177A">
        <w:t>centro</w:t>
      </w:r>
      <w:proofErr w:type="spellEnd"/>
      <w:r w:rsidRPr="0026177A">
        <w:t xml:space="preserve"> de </w:t>
      </w:r>
      <w:proofErr w:type="spellStart"/>
      <w:r w:rsidRPr="0026177A">
        <w:t>artesanato</w:t>
      </w:r>
      <w:proofErr w:type="spellEnd"/>
      <w:r w:rsidRPr="0026177A">
        <w:t xml:space="preserve"> Artisans </w:t>
      </w:r>
      <w:proofErr w:type="spellStart"/>
      <w:r w:rsidRPr="0026177A">
        <w:t>d’Angkor</w:t>
      </w:r>
      <w:proofErr w:type="spellEnd"/>
      <w:r w:rsidRPr="0026177A">
        <w:t>.</w:t>
      </w:r>
    </w:p>
    <w:p w14:paraId="6344BA6E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2164B1A6" w14:textId="2CC90304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12º </w:t>
      </w:r>
      <w:proofErr w:type="spellStart"/>
      <w:r>
        <w:t>dia</w:t>
      </w:r>
      <w:proofErr w:type="spellEnd"/>
      <w:r>
        <w:t>:</w:t>
      </w:r>
      <w:r w:rsidRPr="0026177A">
        <w:t xml:space="preserve"> SIEM REAP</w:t>
      </w:r>
    </w:p>
    <w:p w14:paraId="7D08A93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38401D26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no </w:t>
      </w:r>
      <w:proofErr w:type="spellStart"/>
      <w:r w:rsidRPr="0026177A">
        <w:t>horário</w:t>
      </w:r>
      <w:proofErr w:type="spellEnd"/>
      <w:r w:rsidRPr="0026177A">
        <w:t xml:space="preserve"> </w:t>
      </w:r>
      <w:proofErr w:type="spellStart"/>
      <w:r w:rsidRPr="0026177A">
        <w:t>indicado</w:t>
      </w:r>
      <w:proofErr w:type="spellEnd"/>
      <w:r w:rsidRPr="0026177A">
        <w:t xml:space="preserve"> para </w:t>
      </w:r>
      <w:proofErr w:type="spellStart"/>
      <w:r w:rsidRPr="0026177A">
        <w:t>voo</w:t>
      </w:r>
      <w:proofErr w:type="spellEnd"/>
      <w:r w:rsidRPr="0026177A">
        <w:t xml:space="preserve"> de </w:t>
      </w:r>
      <w:proofErr w:type="spellStart"/>
      <w:r w:rsidRPr="0026177A">
        <w:t>saída</w:t>
      </w:r>
      <w:proofErr w:type="spellEnd"/>
      <w:r w:rsidRPr="0026177A">
        <w:t>.</w:t>
      </w:r>
    </w:p>
    <w:p w14:paraId="2F14ABA4" w14:textId="77777777" w:rsidR="0026177A" w:rsidRPr="0026177A" w:rsidRDefault="0026177A" w:rsidP="0026177A">
      <w:pPr>
        <w:spacing w:after="40" w:line="252" w:lineRule="auto"/>
        <w:jc w:val="both"/>
      </w:pPr>
    </w:p>
    <w:p w14:paraId="2D7637F8" w14:textId="368570AB" w:rsidR="00B569A9" w:rsidRDefault="00000000" w:rsidP="0026177A">
      <w:pPr>
        <w:jc w:val="center"/>
      </w:pPr>
      <w:r>
        <w:rPr>
          <w:rFonts w:ascii="Segoe UI Emoji" w:hAnsi="Segoe UI Emoji" w:cs="Segoe UI Emoji"/>
          <w:b/>
          <w:color w:val="123C69"/>
        </w:rPr>
        <w:t>✅</w:t>
      </w:r>
      <w:r>
        <w:rPr>
          <w:b/>
          <w:color w:val="123C69"/>
        </w:rPr>
        <w:t xml:space="preserve">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C6774F" w14:paraId="4BE89332" w14:textId="77777777" w:rsidTr="0035656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8FCF33" w14:textId="4B7DC865" w:rsidR="00C6774F" w:rsidRDefault="00C6774F" w:rsidP="00C6774F">
            <w:pPr>
              <w:jc w:val="center"/>
            </w:pPr>
          </w:p>
        </w:tc>
        <w:tc>
          <w:tcPr>
            <w:tcW w:w="2660" w:type="dxa"/>
            <w:shd w:val="clear" w:color="auto" w:fill="123C69"/>
            <w:vAlign w:val="center"/>
          </w:tcPr>
          <w:p w14:paraId="23D79E5A" w14:textId="54E0E499" w:rsidR="00C6774F" w:rsidRDefault="00C6774F" w:rsidP="00C6774F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0CC4D8" w14:textId="3FD8BCA0" w:rsidR="00C6774F" w:rsidRDefault="00C6774F" w:rsidP="00C6774F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SUP / 5* - PREÇO NET POR PESSOA EM USD</w:t>
            </w:r>
          </w:p>
        </w:tc>
      </w:tr>
      <w:tr w:rsidR="00C6774F" w14:paraId="6BB57E28" w14:textId="77777777" w:rsidTr="0035656A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63C167" w14:textId="77777777" w:rsidR="00C6774F" w:rsidRDefault="00C6774F" w:rsidP="00C6774F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vAlign w:val="center"/>
          </w:tcPr>
          <w:p w14:paraId="0D518008" w14:textId="52AEA89C" w:rsidR="00C6774F" w:rsidRDefault="00C6774F" w:rsidP="00C6774F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FF56E5" w14:textId="21E29A98" w:rsidR="00C6774F" w:rsidRDefault="00C6774F" w:rsidP="00C6774F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C6774F" w14:paraId="2CB82BB3" w14:textId="77777777" w:rsidTr="0035656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5C52F" w14:textId="77777777" w:rsidR="00C6774F" w:rsidRPr="001040EA" w:rsidRDefault="00C6774F" w:rsidP="00C6774F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vAlign w:val="center"/>
          </w:tcPr>
          <w:p w14:paraId="1DC7066D" w14:textId="5FFC3EBF" w:rsidR="00C6774F" w:rsidRPr="000A19C9" w:rsidRDefault="00C6774F" w:rsidP="00C6774F">
            <w:pPr>
              <w:rPr>
                <w:sz w:val="15"/>
              </w:rPr>
            </w:pPr>
            <w:r w:rsidRPr="00C6774F">
              <w:rPr>
                <w:sz w:val="15"/>
              </w:rPr>
              <w:t>USD 3598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5A7144" w14:textId="0502EFA7" w:rsidR="00C6774F" w:rsidRPr="001040EA" w:rsidRDefault="00803312" w:rsidP="00C6774F">
            <w:pPr>
              <w:rPr>
                <w:sz w:val="15"/>
              </w:rPr>
            </w:pPr>
            <w:r w:rsidRPr="00803312">
              <w:rPr>
                <w:sz w:val="15"/>
              </w:rPr>
              <w:t>USD 3767</w:t>
            </w:r>
          </w:p>
        </w:tc>
      </w:tr>
      <w:tr w:rsidR="00C6774F" w14:paraId="6AEB8FDB" w14:textId="77777777" w:rsidTr="0035656A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713E61" w14:textId="77777777" w:rsidR="00C6774F" w:rsidRPr="001040EA" w:rsidRDefault="00C6774F" w:rsidP="00C6774F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vAlign w:val="center"/>
          </w:tcPr>
          <w:p w14:paraId="0FE2B739" w14:textId="2573AC4A" w:rsidR="00C6774F" w:rsidRPr="000A19C9" w:rsidRDefault="00803312" w:rsidP="00C6774F">
            <w:pPr>
              <w:rPr>
                <w:sz w:val="15"/>
              </w:rPr>
            </w:pPr>
            <w:r w:rsidRPr="00803312">
              <w:rPr>
                <w:sz w:val="15"/>
              </w:rPr>
              <w:t>USD 4430</w:t>
            </w:r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72EC9A" w14:textId="12FAADBD" w:rsidR="00C6774F" w:rsidRPr="001040EA" w:rsidRDefault="00803312" w:rsidP="00C6774F">
            <w:pPr>
              <w:rPr>
                <w:sz w:val="15"/>
              </w:rPr>
            </w:pPr>
            <w:r w:rsidRPr="00803312">
              <w:rPr>
                <w:sz w:val="15"/>
              </w:rPr>
              <w:t>USD</w:t>
            </w:r>
            <w:r>
              <w:rPr>
                <w:sz w:val="15"/>
              </w:rPr>
              <w:t xml:space="preserve"> </w:t>
            </w:r>
            <w:r w:rsidRPr="00803312">
              <w:rPr>
                <w:sz w:val="15"/>
              </w:rPr>
              <w:t>4157</w:t>
            </w:r>
          </w:p>
        </w:tc>
      </w:tr>
    </w:tbl>
    <w:p w14:paraId="6046E5A6" w14:textId="77777777" w:rsidR="00B569A9" w:rsidRDefault="00B569A9"/>
    <w:p w14:paraId="32803C0A" w14:textId="77777777" w:rsidR="00C6774F" w:rsidRDefault="000A19C9" w:rsidP="00C6774F">
      <w:pPr>
        <w:pStyle w:val="BoxTitle"/>
        <w:spacing w:before="160"/>
      </w:pPr>
      <w:r>
        <w:t>Black out:</w:t>
      </w:r>
    </w:p>
    <w:p w14:paraId="5F6F52EE" w14:textId="77777777" w:rsidR="00C6774F" w:rsidRDefault="00C6774F" w:rsidP="00C6774F">
      <w:pPr>
        <w:spacing w:after="40" w:line="252" w:lineRule="auto"/>
        <w:rPr>
          <w:b/>
          <w:bCs/>
        </w:rPr>
      </w:pPr>
      <w:r w:rsidRPr="00C6774F">
        <w:rPr>
          <w:b/>
          <w:bCs/>
        </w:rPr>
        <w:t>Tailândia</w:t>
      </w:r>
    </w:p>
    <w:p w14:paraId="5DCC6D52" w14:textId="77777777" w:rsidR="00C6774F" w:rsidRP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  <w:rPr>
          <w:b/>
          <w:bCs/>
        </w:rPr>
      </w:pPr>
      <w:r>
        <w:t xml:space="preserve">4 </w:t>
      </w:r>
      <w:proofErr w:type="gramStart"/>
      <w:r>
        <w:t>a</w:t>
      </w:r>
      <w:proofErr w:type="gramEnd"/>
      <w:r>
        <w:t xml:space="preserve"> 8 de </w:t>
      </w:r>
      <w:proofErr w:type="spellStart"/>
      <w:r>
        <w:t>novembro</w:t>
      </w:r>
      <w:proofErr w:type="spellEnd"/>
      <w:r>
        <w:t>: Festival Loy Krathong</w:t>
      </w:r>
    </w:p>
    <w:p w14:paraId="09EF407C" w14:textId="77777777" w:rsidR="00C6774F" w:rsidRP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  <w:rPr>
          <w:b/>
          <w:bCs/>
        </w:rPr>
      </w:pPr>
      <w:r>
        <w:t xml:space="preserve">24 a 25 de </w:t>
      </w:r>
      <w:proofErr w:type="spellStart"/>
      <w:r>
        <w:t>novembro</w:t>
      </w:r>
      <w:proofErr w:type="spellEnd"/>
      <w:r>
        <w:t xml:space="preserve">: Festival Yi Peng </w:t>
      </w:r>
      <w:proofErr w:type="spellStart"/>
      <w:r>
        <w:t>em</w:t>
      </w:r>
      <w:proofErr w:type="spellEnd"/>
      <w:r>
        <w:t xml:space="preserve"> Chiang Mai</w:t>
      </w:r>
    </w:p>
    <w:p w14:paraId="5B431B85" w14:textId="0F88B0B1" w:rsidR="00C6774F" w:rsidRP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  <w:rPr>
          <w:b/>
          <w:bCs/>
        </w:rPr>
      </w:pPr>
      <w:r>
        <w:t xml:space="preserve">Natal e Ano Novo: 24 a 31 de </w:t>
      </w:r>
      <w:proofErr w:type="spellStart"/>
      <w:r>
        <w:t>dezembro</w:t>
      </w:r>
      <w:proofErr w:type="spellEnd"/>
      <w:r>
        <w:t xml:space="preserve"> de 2026 e 01 á 03 de </w:t>
      </w:r>
      <w:proofErr w:type="spellStart"/>
      <w:r>
        <w:t>janeiro</w:t>
      </w:r>
      <w:proofErr w:type="spellEnd"/>
    </w:p>
    <w:p w14:paraId="3883B4D4" w14:textId="77777777" w:rsidR="00C6774F" w:rsidRDefault="00C6774F" w:rsidP="00C6774F">
      <w:pPr>
        <w:spacing w:after="40" w:line="252" w:lineRule="auto"/>
      </w:pPr>
      <w:proofErr w:type="spellStart"/>
      <w:r w:rsidRPr="00C6774F">
        <w:rPr>
          <w:b/>
          <w:bCs/>
        </w:rPr>
        <w:t>Vietnã</w:t>
      </w:r>
      <w:proofErr w:type="spellEnd"/>
      <w:r>
        <w:t>:</w:t>
      </w:r>
    </w:p>
    <w:p w14:paraId="2FBCF7FE" w14:textId="404626A5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Dia da </w:t>
      </w:r>
      <w:proofErr w:type="spellStart"/>
      <w:r>
        <w:t>Independência</w:t>
      </w:r>
      <w:proofErr w:type="spellEnd"/>
      <w:r>
        <w:t xml:space="preserve">: 30 de </w:t>
      </w:r>
      <w:proofErr w:type="spellStart"/>
      <w:r>
        <w:t>agosto</w:t>
      </w:r>
      <w:proofErr w:type="spellEnd"/>
      <w:r>
        <w:t xml:space="preserve"> a 2 de </w:t>
      </w:r>
      <w:proofErr w:type="spellStart"/>
      <w:r>
        <w:t>setembro</w:t>
      </w:r>
      <w:proofErr w:type="spellEnd"/>
      <w:r>
        <w:t xml:space="preserve"> de 2026</w:t>
      </w:r>
    </w:p>
    <w:p w14:paraId="7F828FFB" w14:textId="25523803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Natal e Ano Novo: 24 a 31 de </w:t>
      </w:r>
      <w:proofErr w:type="spellStart"/>
      <w:r>
        <w:t>dezembro</w:t>
      </w:r>
      <w:proofErr w:type="spellEnd"/>
      <w:r>
        <w:t xml:space="preserve"> de 2026 e 01 a 03 de </w:t>
      </w:r>
      <w:proofErr w:type="spellStart"/>
      <w:r>
        <w:t>janeiro</w:t>
      </w:r>
      <w:proofErr w:type="spellEnd"/>
    </w:p>
    <w:p w14:paraId="4EDA7FAD" w14:textId="77777777" w:rsidR="00C6774F" w:rsidRDefault="00C6774F" w:rsidP="00C6774F">
      <w:pPr>
        <w:spacing w:after="40" w:line="252" w:lineRule="auto"/>
      </w:pPr>
      <w:proofErr w:type="spellStart"/>
      <w:r w:rsidRPr="00C6774F">
        <w:rPr>
          <w:b/>
          <w:bCs/>
        </w:rPr>
        <w:t>Camboja</w:t>
      </w:r>
      <w:proofErr w:type="spellEnd"/>
      <w:r>
        <w:t xml:space="preserve">: </w:t>
      </w:r>
    </w:p>
    <w:p w14:paraId="2F60F47A" w14:textId="64994275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Dia de </w:t>
      </w:r>
      <w:proofErr w:type="spellStart"/>
      <w:r>
        <w:t>Pchum</w:t>
      </w:r>
      <w:proofErr w:type="spellEnd"/>
      <w:r>
        <w:t xml:space="preserve"> Ben: 10 a 13 de </w:t>
      </w:r>
      <w:proofErr w:type="spellStart"/>
      <w:r>
        <w:t>outubro</w:t>
      </w:r>
      <w:proofErr w:type="spellEnd"/>
      <w:r>
        <w:t xml:space="preserve"> de 2026 </w:t>
      </w:r>
    </w:p>
    <w:p w14:paraId="358FC3FD" w14:textId="58904433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Festival da </w:t>
      </w:r>
      <w:proofErr w:type="spellStart"/>
      <w:r>
        <w:t>Água</w:t>
      </w:r>
      <w:proofErr w:type="spellEnd"/>
      <w:r>
        <w:t xml:space="preserve">: 23 a 25 de </w:t>
      </w:r>
      <w:proofErr w:type="spellStart"/>
      <w:r>
        <w:t>novembro</w:t>
      </w:r>
      <w:proofErr w:type="spellEnd"/>
      <w:r>
        <w:t xml:space="preserve"> de 2026 </w:t>
      </w:r>
    </w:p>
    <w:p w14:paraId="42B233F8" w14:textId="4491A81F" w:rsidR="000A19C9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Natal e Réveillon: 24 a 31 de </w:t>
      </w:r>
      <w:proofErr w:type="spellStart"/>
      <w:r>
        <w:t>dezembro</w:t>
      </w:r>
      <w:proofErr w:type="spellEnd"/>
      <w:r>
        <w:t xml:space="preserve"> de 2026</w:t>
      </w:r>
    </w:p>
    <w:p w14:paraId="304FFA5A" w14:textId="77777777" w:rsidR="00C6774F" w:rsidRPr="000A19C9" w:rsidRDefault="00C6774F" w:rsidP="00C6774F">
      <w:pPr>
        <w:pStyle w:val="PargrafodaLista"/>
        <w:spacing w:after="40" w:line="252" w:lineRule="auto"/>
      </w:pPr>
    </w:p>
    <w:p w14:paraId="1AE4F44A" w14:textId="1851B843" w:rsidR="00B569A9" w:rsidRDefault="00000000">
      <w:pPr>
        <w:pStyle w:val="BoxTitle"/>
        <w:spacing w:before="160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0A19C9" w14:paraId="2C5A6789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F409E6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2C9786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BD906C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 5*</w:t>
            </w:r>
          </w:p>
        </w:tc>
      </w:tr>
      <w:tr w:rsidR="00C6774F" w14:paraId="23100A6E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342C69E" w14:textId="3B3DE83C" w:rsidR="00C6774F" w:rsidRDefault="00C6774F" w:rsidP="00C6774F">
            <w:pPr>
              <w:jc w:val="center"/>
            </w:pPr>
            <w:r w:rsidRPr="00FC0539">
              <w:t>Bangkok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11A41B9" w14:textId="77777777" w:rsidR="00C6774F" w:rsidRDefault="00C6774F" w:rsidP="00C6774F">
            <w:pPr>
              <w:jc w:val="center"/>
            </w:pPr>
            <w:r>
              <w:t>Asia Hotel</w:t>
            </w:r>
          </w:p>
          <w:p w14:paraId="53CA58B0" w14:textId="6757FFC1" w:rsidR="00C6774F" w:rsidRPr="003A5BC6" w:rsidRDefault="00C6774F" w:rsidP="00C6774F">
            <w:pPr>
              <w:jc w:val="center"/>
            </w:pPr>
            <w:r>
              <w:t>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5F0314E" w14:textId="77777777" w:rsidR="00C6774F" w:rsidRDefault="00C6774F" w:rsidP="00C6774F">
            <w:pPr>
              <w:jc w:val="center"/>
            </w:pPr>
            <w:r>
              <w:t>Salinda Resort</w:t>
            </w:r>
          </w:p>
          <w:p w14:paraId="14B9481C" w14:textId="1AA065B7" w:rsidR="00C6774F" w:rsidRPr="003A5BC6" w:rsidRDefault="00C6774F" w:rsidP="00C6774F">
            <w:pPr>
              <w:jc w:val="center"/>
            </w:pPr>
            <w:r>
              <w:t>(Deluxe Hillview)</w:t>
            </w:r>
          </w:p>
        </w:tc>
      </w:tr>
      <w:tr w:rsidR="00C6774F" w14:paraId="47C2D084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0E542B5" w14:textId="77A641D9" w:rsidR="00C6774F" w:rsidRPr="003A5BC6" w:rsidRDefault="00C6774F" w:rsidP="00C6774F">
            <w:pPr>
              <w:jc w:val="center"/>
            </w:pPr>
            <w:r w:rsidRPr="00FC0539">
              <w:t>Chiang Rai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EF6C4FB" w14:textId="77777777" w:rsidR="00C6774F" w:rsidRDefault="00C6774F" w:rsidP="00C6774F">
            <w:pPr>
              <w:jc w:val="center"/>
            </w:pPr>
            <w:r>
              <w:t xml:space="preserve">The Heritage Chiang Rai </w:t>
            </w:r>
          </w:p>
          <w:p w14:paraId="563CF6D0" w14:textId="7BEF8A0D" w:rsidR="00C6774F" w:rsidRPr="003A5BC6" w:rsidRDefault="00C6774F" w:rsidP="00C6774F">
            <w:pPr>
              <w:jc w:val="center"/>
            </w:pPr>
            <w:r>
              <w:t>Deluxe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E8C2320" w14:textId="77777777" w:rsidR="00C6774F" w:rsidRDefault="00C6774F" w:rsidP="00C6774F">
            <w:pPr>
              <w:jc w:val="center"/>
            </w:pPr>
            <w:r>
              <w:t xml:space="preserve">The </w:t>
            </w:r>
            <w:proofErr w:type="spellStart"/>
            <w:r>
              <w:t>Riverie</w:t>
            </w:r>
            <w:proofErr w:type="spellEnd"/>
            <w:r>
              <w:t xml:space="preserve"> by </w:t>
            </w:r>
            <w:proofErr w:type="spellStart"/>
            <w:r>
              <w:t>Katathani</w:t>
            </w:r>
            <w:proofErr w:type="spellEnd"/>
          </w:p>
          <w:p w14:paraId="7BD57A54" w14:textId="112C690E" w:rsidR="00C6774F" w:rsidRPr="003A5BC6" w:rsidRDefault="00C6774F" w:rsidP="00C6774F">
            <w:pPr>
              <w:jc w:val="center"/>
            </w:pPr>
            <w:r>
              <w:t>Deluxe</w:t>
            </w:r>
          </w:p>
        </w:tc>
      </w:tr>
      <w:tr w:rsidR="00C6774F" w14:paraId="782698BA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7C6364A" w14:textId="6B48C019" w:rsidR="00C6774F" w:rsidRPr="003A5BC6" w:rsidRDefault="00C6774F" w:rsidP="00C6774F">
            <w:pPr>
              <w:jc w:val="center"/>
            </w:pPr>
            <w:r w:rsidRPr="00FC0539">
              <w:t>Chiang Mai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35374" w14:textId="77777777" w:rsidR="00C6774F" w:rsidRDefault="00C6774F" w:rsidP="00C6774F">
            <w:pPr>
              <w:jc w:val="center"/>
            </w:pPr>
            <w:r>
              <w:t xml:space="preserve">U </w:t>
            </w:r>
            <w:proofErr w:type="spellStart"/>
            <w:r>
              <w:t>Nimmarn</w:t>
            </w:r>
            <w:proofErr w:type="spellEnd"/>
            <w:r>
              <w:t xml:space="preserve"> Chiang Mai</w:t>
            </w:r>
          </w:p>
          <w:p w14:paraId="2A1D82A9" w14:textId="79F57329" w:rsidR="00C6774F" w:rsidRPr="003A5BC6" w:rsidRDefault="00C6774F" w:rsidP="00C6774F">
            <w:pPr>
              <w:jc w:val="center"/>
            </w:pPr>
            <w:r>
              <w:t>Deluxe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DF89A94" w14:textId="77777777" w:rsidR="00C6774F" w:rsidRDefault="00C6774F" w:rsidP="00C6774F">
            <w:pPr>
              <w:jc w:val="center"/>
            </w:pPr>
            <w:r>
              <w:t xml:space="preserve">Movenpick </w:t>
            </w:r>
            <w:proofErr w:type="spellStart"/>
            <w:r>
              <w:t>Suriwongse</w:t>
            </w:r>
            <w:proofErr w:type="spellEnd"/>
            <w:r>
              <w:t xml:space="preserve"> Hotel</w:t>
            </w:r>
          </w:p>
          <w:p w14:paraId="492A55B3" w14:textId="054F023A" w:rsidR="00C6774F" w:rsidRPr="003A5BC6" w:rsidRDefault="00C6774F" w:rsidP="00C6774F">
            <w:pPr>
              <w:jc w:val="center"/>
            </w:pPr>
            <w:r>
              <w:t>Superior</w:t>
            </w:r>
          </w:p>
        </w:tc>
      </w:tr>
      <w:tr w:rsidR="00C6774F" w14:paraId="1A4B2AC0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9756F60" w14:textId="60FE82A8" w:rsidR="00C6774F" w:rsidRPr="004C0F53" w:rsidRDefault="00C6774F" w:rsidP="00C6774F">
            <w:pPr>
              <w:jc w:val="center"/>
            </w:pPr>
            <w:r w:rsidRPr="00FC0539">
              <w:t>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A8D8B16" w14:textId="77777777" w:rsidR="00C6774F" w:rsidRDefault="00C6774F" w:rsidP="00C6774F">
            <w:pPr>
              <w:jc w:val="center"/>
            </w:pPr>
            <w:r>
              <w:t>Hanoi Pearl</w:t>
            </w:r>
          </w:p>
          <w:p w14:paraId="093E97CF" w14:textId="531DB850" w:rsidR="00C6774F" w:rsidRDefault="00C6774F" w:rsidP="00C6774F">
            <w:pPr>
              <w:jc w:val="center"/>
            </w:pPr>
            <w:r>
              <w:t>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B06BE7" w14:textId="77777777" w:rsidR="00C6774F" w:rsidRDefault="00C6774F" w:rsidP="00C6774F">
            <w:pPr>
              <w:jc w:val="center"/>
            </w:pPr>
            <w:r>
              <w:t>The Legend Boutique Hotel</w:t>
            </w:r>
          </w:p>
          <w:p w14:paraId="4152A32F" w14:textId="4C284CF1" w:rsidR="00C6774F" w:rsidRDefault="00C6774F" w:rsidP="00C6774F">
            <w:pPr>
              <w:jc w:val="center"/>
            </w:pPr>
            <w:r>
              <w:t>Deluxe</w:t>
            </w:r>
          </w:p>
        </w:tc>
      </w:tr>
      <w:tr w:rsidR="00C6774F" w14:paraId="28C96414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7E7C7BC" w14:textId="1EE73F60" w:rsidR="00C6774F" w:rsidRPr="004C0F53" w:rsidRDefault="00C6774F" w:rsidP="00C6774F">
            <w:pPr>
              <w:jc w:val="center"/>
            </w:pPr>
            <w:r w:rsidRPr="00FC0539">
              <w:t>Halong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0BCD7D7" w14:textId="77777777" w:rsidR="00C6774F" w:rsidRDefault="00C6774F" w:rsidP="00C6774F">
            <w:pPr>
              <w:jc w:val="center"/>
            </w:pPr>
            <w:r>
              <w:t>Victory Star Cruise</w:t>
            </w:r>
          </w:p>
          <w:p w14:paraId="31E63749" w14:textId="27B126F4" w:rsidR="00C6774F" w:rsidRDefault="00C6774F" w:rsidP="00C6774F">
            <w:pPr>
              <w:jc w:val="center"/>
            </w:pPr>
            <w:r>
              <w:t>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530E5C0" w14:textId="77777777" w:rsidR="00C6774F" w:rsidRDefault="00C6774F" w:rsidP="00C6774F">
            <w:pPr>
              <w:jc w:val="center"/>
            </w:pPr>
            <w:r>
              <w:t>Indochine Lan Ha Cruise</w:t>
            </w:r>
          </w:p>
          <w:p w14:paraId="67E3CA01" w14:textId="0FEAB71E" w:rsidR="00C6774F" w:rsidRDefault="00C6774F" w:rsidP="00C6774F">
            <w:pPr>
              <w:jc w:val="center"/>
            </w:pPr>
            <w:r>
              <w:t>Junior Suite</w:t>
            </w:r>
          </w:p>
        </w:tc>
      </w:tr>
      <w:tr w:rsidR="00C6774F" w14:paraId="0933CE3E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5092A60" w14:textId="631DD64B" w:rsidR="00C6774F" w:rsidRPr="00FC0539" w:rsidRDefault="00C6774F" w:rsidP="00C6774F">
            <w:pPr>
              <w:jc w:val="center"/>
            </w:pPr>
            <w:r w:rsidRPr="00C6774F">
              <w:t>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44B7BA1" w14:textId="77777777" w:rsidR="00C6774F" w:rsidRDefault="00C6774F" w:rsidP="00C6774F">
            <w:pPr>
              <w:jc w:val="center"/>
            </w:pPr>
            <w:r>
              <w:t>Tara Angkor</w:t>
            </w:r>
          </w:p>
          <w:p w14:paraId="5BAB8D53" w14:textId="5ED286C9" w:rsidR="00C6774F" w:rsidRDefault="00C6774F" w:rsidP="00C6774F">
            <w:pPr>
              <w:jc w:val="center"/>
            </w:pPr>
            <w:r>
              <w:t>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5086D54" w14:textId="77777777" w:rsidR="00C6774F" w:rsidRDefault="00C6774F" w:rsidP="00C6774F">
            <w:pPr>
              <w:jc w:val="center"/>
            </w:pPr>
            <w:r>
              <w:t>Angkor Miracle</w:t>
            </w:r>
          </w:p>
          <w:p w14:paraId="5F598AEF" w14:textId="2F56DCEC" w:rsidR="00C6774F" w:rsidRDefault="00C6774F" w:rsidP="00C6774F">
            <w:pPr>
              <w:jc w:val="center"/>
            </w:pPr>
            <w:r>
              <w:t>Deluxe</w:t>
            </w:r>
          </w:p>
        </w:tc>
      </w:tr>
    </w:tbl>
    <w:p w14:paraId="39178B30" w14:textId="77777777" w:rsidR="00B569A9" w:rsidRDefault="00B569A9"/>
    <w:p w14:paraId="12018070" w14:textId="77777777" w:rsidR="003A5BC6" w:rsidRDefault="003A5BC6" w:rsidP="003A5BC6">
      <w:pPr>
        <w:pStyle w:val="BoxTitle"/>
        <w:spacing w:before="160"/>
      </w:pPr>
      <w:r w:rsidRPr="001040EA">
        <w:t>TARIFAS AÉREAS NET</w:t>
      </w:r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3A5BC6" w14:paraId="65862B7B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A8FD49" w14:textId="77777777" w:rsidR="003A5BC6" w:rsidRDefault="003A5BC6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Rota 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09C6FE" w14:textId="77777777" w:rsidR="003A5BC6" w:rsidRPr="001040EA" w:rsidRDefault="003A5BC6" w:rsidP="00CA43C4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AIRWAYS / VIETNAM AIRLINES</w:t>
            </w:r>
          </w:p>
          <w:p w14:paraId="5623C036" w14:textId="77777777" w:rsidR="003A5BC6" w:rsidRDefault="003A5BC6" w:rsidP="00CA43C4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Aerolínea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</w:t>
            </w:r>
            <w:proofErr w:type="spellStart"/>
            <w:r w:rsidRPr="001040EA">
              <w:rPr>
                <w:b/>
                <w:color w:val="FFFFFF"/>
                <w:sz w:val="15"/>
              </w:rPr>
              <w:t>nacional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91AB77" w14:textId="77777777" w:rsidR="003A5BC6" w:rsidRPr="001040EA" w:rsidRDefault="003A5BC6" w:rsidP="00CA43C4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VIETJET AIR</w:t>
            </w:r>
          </w:p>
          <w:p w14:paraId="536BB185" w14:textId="77777777" w:rsidR="003A5BC6" w:rsidRDefault="003A5BC6" w:rsidP="00CA43C4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Transportador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de bajo </w:t>
            </w:r>
            <w:proofErr w:type="spellStart"/>
            <w:r w:rsidRPr="001040EA">
              <w:rPr>
                <w:b/>
                <w:color w:val="FFFFFF"/>
                <w:sz w:val="15"/>
              </w:rPr>
              <w:t>costo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</w:tr>
      <w:tr w:rsidR="00803312" w:rsidRPr="00803312" w14:paraId="25896077" w14:textId="6BF6BC51" w:rsidTr="008744BE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73F0AA9" w14:textId="55C117EF" w:rsidR="00803312" w:rsidRDefault="00803312" w:rsidP="00803312">
            <w:pPr>
              <w:jc w:val="center"/>
            </w:pPr>
            <w:r w:rsidRPr="001603A7">
              <w:t>Bangkok – Chiang Rai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88F4B2" w14:textId="1BE89EA2" w:rsidR="00803312" w:rsidRPr="00803312" w:rsidRDefault="00803312" w:rsidP="00803312">
            <w:pPr>
              <w:tabs>
                <w:tab w:val="center" w:pos="1260"/>
                <w:tab w:val="right" w:pos="2520"/>
              </w:tabs>
              <w:jc w:val="center"/>
            </w:pPr>
            <w:r w:rsidRPr="00803312">
              <w:t>USD 166</w:t>
            </w:r>
          </w:p>
        </w:tc>
        <w:tc>
          <w:tcPr>
            <w:tcW w:w="2660" w:type="dxa"/>
          </w:tcPr>
          <w:p w14:paraId="73A35FD1" w14:textId="1A9EACE8" w:rsidR="00803312" w:rsidRPr="00803312" w:rsidRDefault="00803312" w:rsidP="00803312">
            <w:pPr>
              <w:tabs>
                <w:tab w:val="center" w:pos="1260"/>
                <w:tab w:val="right" w:pos="2520"/>
              </w:tabs>
              <w:jc w:val="center"/>
            </w:pPr>
            <w:r w:rsidRPr="00803312">
              <w:t>USD 139</w:t>
            </w:r>
          </w:p>
        </w:tc>
      </w:tr>
      <w:tr w:rsidR="00803312" w14:paraId="49BB917A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EC35503" w14:textId="6BC01D0A" w:rsidR="00803312" w:rsidRPr="003A5BC6" w:rsidRDefault="00803312" w:rsidP="00803312">
            <w:pPr>
              <w:jc w:val="center"/>
            </w:pPr>
            <w:r w:rsidRPr="001603A7">
              <w:t>Chiang Mai – 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6A14CF4" w14:textId="461A75E8" w:rsidR="00803312" w:rsidRPr="003A5BC6" w:rsidRDefault="00803312" w:rsidP="00803312">
            <w:pPr>
              <w:jc w:val="center"/>
            </w:pPr>
            <w:r w:rsidRPr="00B25943">
              <w:t>N/A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511DF97" w14:textId="078D2AF6" w:rsidR="00803312" w:rsidRPr="003A5BC6" w:rsidRDefault="00803312" w:rsidP="00803312">
            <w:pPr>
              <w:tabs>
                <w:tab w:val="center" w:pos="1260"/>
                <w:tab w:val="right" w:pos="2520"/>
              </w:tabs>
              <w:jc w:val="center"/>
            </w:pPr>
            <w:r w:rsidRPr="00803312">
              <w:t>USD 235</w:t>
            </w:r>
          </w:p>
        </w:tc>
      </w:tr>
      <w:tr w:rsidR="00803312" w14:paraId="79277778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173AD2D" w14:textId="4426F414" w:rsidR="00803312" w:rsidRPr="003A5BC6" w:rsidRDefault="00803312" w:rsidP="00803312">
            <w:pPr>
              <w:jc w:val="center"/>
            </w:pPr>
            <w:r w:rsidRPr="001603A7">
              <w:t>Hanoi – 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DC776BB" w14:textId="002A22F2" w:rsidR="00803312" w:rsidRPr="003A5BC6" w:rsidRDefault="00803312" w:rsidP="00803312">
            <w:pPr>
              <w:jc w:val="center"/>
            </w:pPr>
            <w:r w:rsidRPr="00B25943">
              <w:t>USD 335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822C68A" w14:textId="37CCD584" w:rsidR="00803312" w:rsidRPr="003A5BC6" w:rsidRDefault="00803312" w:rsidP="00803312">
            <w:pPr>
              <w:jc w:val="center"/>
            </w:pPr>
            <w:r w:rsidRPr="00803312">
              <w:t>USD266</w:t>
            </w:r>
          </w:p>
        </w:tc>
      </w:tr>
    </w:tbl>
    <w:p w14:paraId="47DD5B39" w14:textId="77777777" w:rsidR="003A5BC6" w:rsidRDefault="003A5BC6">
      <w:pPr>
        <w:pStyle w:val="BoxTitle"/>
        <w:spacing w:before="160"/>
      </w:pPr>
    </w:p>
    <w:p w14:paraId="09564FC1" w14:textId="77777777" w:rsidR="00C6774F" w:rsidRDefault="00C6774F">
      <w:pPr>
        <w:pStyle w:val="BoxTitle"/>
        <w:spacing w:before="160"/>
      </w:pPr>
    </w:p>
    <w:p w14:paraId="5743925E" w14:textId="7968E31A" w:rsidR="00B569A9" w:rsidRDefault="00000000">
      <w:pPr>
        <w:pStyle w:val="BoxTitle"/>
        <w:spacing w:before="160"/>
      </w:pPr>
      <w:r>
        <w:lastRenderedPageBreak/>
        <w:t xml:space="preserve">✅ </w:t>
      </w:r>
      <w:proofErr w:type="spellStart"/>
      <w:r>
        <w:t>Inclui</w:t>
      </w:r>
      <w:proofErr w:type="spellEnd"/>
      <w:r>
        <w:t>:</w:t>
      </w:r>
    </w:p>
    <w:p w14:paraId="02501A4B" w14:textId="77777777" w:rsidR="00C6774F" w:rsidRDefault="003A5BC6" w:rsidP="00C6774F">
      <w:pPr>
        <w:spacing w:after="40" w:line="252" w:lineRule="auto"/>
      </w:pPr>
      <w:r w:rsidRPr="003A5BC6">
        <w:rPr>
          <w:rFonts w:ascii="Segoe UI Symbol" w:hAnsi="Segoe UI Symbol" w:cs="Segoe UI Symbol"/>
        </w:rPr>
        <w:t>✔</w:t>
      </w:r>
      <w:r w:rsidRPr="003A5BC6">
        <w:t xml:space="preserve"> </w:t>
      </w:r>
      <w:proofErr w:type="spellStart"/>
      <w:r w:rsidR="00C6774F">
        <w:t>Hospedagem</w:t>
      </w:r>
      <w:proofErr w:type="spellEnd"/>
      <w:r w:rsidR="00C6774F">
        <w:t xml:space="preserve"> </w:t>
      </w:r>
      <w:proofErr w:type="spellStart"/>
      <w:r w:rsidR="00C6774F">
        <w:t>em</w:t>
      </w:r>
      <w:proofErr w:type="spellEnd"/>
      <w:r w:rsidR="00C6774F">
        <w:t xml:space="preserve"> quarto </w:t>
      </w:r>
      <w:proofErr w:type="spellStart"/>
      <w:r w:rsidR="00C6774F">
        <w:t>duplo</w:t>
      </w:r>
      <w:proofErr w:type="spellEnd"/>
      <w:r w:rsidR="00C6774F">
        <w:t xml:space="preserve"> / twin / </w:t>
      </w:r>
      <w:proofErr w:type="spellStart"/>
      <w:r w:rsidR="00C6774F">
        <w:t>triplo</w:t>
      </w:r>
      <w:proofErr w:type="spellEnd"/>
      <w:r w:rsidR="00C6774F">
        <w:t xml:space="preserve"> </w:t>
      </w:r>
      <w:proofErr w:type="spellStart"/>
      <w:r w:rsidR="00C6774F">
        <w:t>básico</w:t>
      </w:r>
      <w:proofErr w:type="spellEnd"/>
      <w:r w:rsidR="00C6774F">
        <w:t xml:space="preserve"> com café da </w:t>
      </w:r>
      <w:proofErr w:type="spellStart"/>
      <w:r w:rsidR="00C6774F">
        <w:t>manhã</w:t>
      </w:r>
      <w:proofErr w:type="spellEnd"/>
      <w:r w:rsidR="00C6774F">
        <w:t>.</w:t>
      </w:r>
    </w:p>
    <w:p w14:paraId="560D5C0D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Guias de </w:t>
      </w:r>
      <w:proofErr w:type="spellStart"/>
      <w:r>
        <w:t>língua</w:t>
      </w:r>
      <w:proofErr w:type="spellEnd"/>
      <w:r>
        <w:t xml:space="preserve"> </w:t>
      </w:r>
      <w:proofErr w:type="spellStart"/>
      <w:r>
        <w:t>espanhola</w:t>
      </w:r>
      <w:proofErr w:type="spellEnd"/>
      <w:r>
        <w:t xml:space="preserve"> (um </w:t>
      </w:r>
      <w:proofErr w:type="spellStart"/>
      <w:r>
        <w:t>guia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região</w:t>
      </w:r>
      <w:proofErr w:type="spellEnd"/>
      <w:r>
        <w:t xml:space="preserve">, </w:t>
      </w:r>
      <w:proofErr w:type="spellStart"/>
      <w:r>
        <w:t>exceto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Baía de Halong).</w:t>
      </w:r>
    </w:p>
    <w:p w14:paraId="59915064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Refeições</w:t>
      </w:r>
      <w:proofErr w:type="spellEnd"/>
      <w:r>
        <w:t xml:space="preserve"> </w:t>
      </w:r>
      <w:proofErr w:type="spellStart"/>
      <w:r>
        <w:t>mencionadas</w:t>
      </w:r>
      <w:proofErr w:type="spellEnd"/>
      <w:r>
        <w:t xml:space="preserve"> no </w:t>
      </w:r>
      <w:proofErr w:type="spellStart"/>
      <w:r>
        <w:t>programa</w:t>
      </w:r>
      <w:proofErr w:type="spellEnd"/>
      <w:r>
        <w:t>.</w:t>
      </w:r>
    </w:p>
    <w:p w14:paraId="36C5EBDD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Transporte: </w:t>
      </w:r>
      <w:proofErr w:type="spellStart"/>
      <w:r>
        <w:t>traslados</w:t>
      </w:r>
      <w:proofErr w:type="spellEnd"/>
      <w:r>
        <w:t xml:space="preserve"> </w:t>
      </w:r>
      <w:proofErr w:type="spellStart"/>
      <w:r>
        <w:t>privativos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veículos</w:t>
      </w:r>
      <w:proofErr w:type="spellEnd"/>
      <w:r>
        <w:t xml:space="preserve"> com </w:t>
      </w:r>
      <w:proofErr w:type="spellStart"/>
      <w:r>
        <w:t>ar-condicionado</w:t>
      </w:r>
      <w:proofErr w:type="spellEnd"/>
      <w:r>
        <w:t>.</w:t>
      </w:r>
    </w:p>
    <w:p w14:paraId="61F64776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Entradas para </w:t>
      </w:r>
      <w:proofErr w:type="spellStart"/>
      <w:r>
        <w:t>os</w:t>
      </w:r>
      <w:proofErr w:type="spellEnd"/>
      <w:r>
        <w:t xml:space="preserve"> </w:t>
      </w:r>
      <w:proofErr w:type="spellStart"/>
      <w:r>
        <w:t>locais</w:t>
      </w:r>
      <w:proofErr w:type="spellEnd"/>
      <w:r>
        <w:t xml:space="preserve"> de visita </w:t>
      </w:r>
      <w:proofErr w:type="spellStart"/>
      <w:r>
        <w:t>previstos</w:t>
      </w:r>
      <w:proofErr w:type="spellEnd"/>
      <w:r>
        <w:t xml:space="preserve"> no </w:t>
      </w:r>
      <w:proofErr w:type="spellStart"/>
      <w:r>
        <w:t>programa</w:t>
      </w:r>
      <w:proofErr w:type="spellEnd"/>
      <w:r>
        <w:t>.</w:t>
      </w:r>
    </w:p>
    <w:p w14:paraId="40207354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1 </w:t>
      </w:r>
      <w:proofErr w:type="spellStart"/>
      <w:r>
        <w:t>garrafa</w:t>
      </w:r>
      <w:proofErr w:type="spellEnd"/>
      <w:r>
        <w:t xml:space="preserve"> de </w:t>
      </w:r>
      <w:proofErr w:type="spellStart"/>
      <w:r>
        <w:t>água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de </w:t>
      </w:r>
      <w:proofErr w:type="spellStart"/>
      <w:r>
        <w:t>excursão</w:t>
      </w:r>
      <w:proofErr w:type="spellEnd"/>
      <w:r>
        <w:t>.</w:t>
      </w:r>
    </w:p>
    <w:p w14:paraId="422F7BB4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Assistência</w:t>
      </w:r>
      <w:proofErr w:type="spellEnd"/>
      <w:r>
        <w:t xml:space="preserve"> </w:t>
      </w:r>
      <w:proofErr w:type="spellStart"/>
      <w:r>
        <w:t>telefônica</w:t>
      </w:r>
      <w:proofErr w:type="spellEnd"/>
      <w:r>
        <w:t xml:space="preserve"> </w:t>
      </w:r>
      <w:proofErr w:type="spellStart"/>
      <w:r>
        <w:t>multilíngue</w:t>
      </w:r>
      <w:proofErr w:type="spellEnd"/>
      <w:r>
        <w:t xml:space="preserve"> 24 horas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,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a </w:t>
      </w:r>
      <w:proofErr w:type="spellStart"/>
      <w:r>
        <w:t>viagem</w:t>
      </w:r>
      <w:proofErr w:type="spellEnd"/>
      <w:r>
        <w:t>.</w:t>
      </w:r>
    </w:p>
    <w:p w14:paraId="2B5AAA17" w14:textId="77777777" w:rsidR="00C6774F" w:rsidRDefault="00C6774F" w:rsidP="00C6774F">
      <w:pPr>
        <w:spacing w:after="40" w:line="252" w:lineRule="auto"/>
      </w:pPr>
    </w:p>
    <w:p w14:paraId="72EA29F2" w14:textId="32A97E2F" w:rsidR="00B569A9" w:rsidRDefault="00000000" w:rsidP="00C6774F">
      <w:pPr>
        <w:pStyle w:val="BoxTitle"/>
        <w:spacing w:before="160"/>
      </w:pPr>
      <w:r w:rsidRPr="00C6774F">
        <w:rPr>
          <w:rFonts w:ascii="Segoe UI Emoji" w:hAnsi="Segoe UI Emoji" w:cs="Segoe UI Emoji"/>
        </w:rPr>
        <w:t>❌</w:t>
      </w:r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242AEF85" w14:textId="77777777" w:rsidR="00C6774F" w:rsidRPr="00C6774F" w:rsidRDefault="003A5BC6" w:rsidP="00C6774F">
      <w:pPr>
        <w:spacing w:after="40" w:line="252" w:lineRule="auto"/>
        <w:rPr>
          <w:rFonts w:ascii="Segoe UI Symbol" w:hAnsi="Segoe UI Symbol" w:cs="Segoe UI Symbol"/>
        </w:rPr>
      </w:pPr>
      <w:r w:rsidRPr="003A5BC6">
        <w:rPr>
          <w:rFonts w:ascii="Segoe UI Symbol" w:hAnsi="Segoe UI Symbol" w:cs="Segoe UI Symbol"/>
        </w:rPr>
        <w:t xml:space="preserve">✘ </w:t>
      </w:r>
      <w:r w:rsidR="00C6774F" w:rsidRPr="00C6774F">
        <w:rPr>
          <w:rFonts w:ascii="Segoe UI Symbol" w:hAnsi="Segoe UI Symbol" w:cs="Segoe UI Symbol"/>
        </w:rPr>
        <w:t xml:space="preserve">Voos </w:t>
      </w:r>
      <w:proofErr w:type="spellStart"/>
      <w:r w:rsidR="00C6774F" w:rsidRPr="00C6774F">
        <w:rPr>
          <w:rFonts w:ascii="Segoe UI Symbol" w:hAnsi="Segoe UI Symbol" w:cs="Segoe UI Symbol"/>
        </w:rPr>
        <w:t>internacionais</w:t>
      </w:r>
      <w:proofErr w:type="spellEnd"/>
      <w:r w:rsidR="00C6774F" w:rsidRPr="00C6774F">
        <w:rPr>
          <w:rFonts w:ascii="Segoe UI Symbol" w:hAnsi="Segoe UI Symbol" w:cs="Segoe UI Symbol"/>
        </w:rPr>
        <w:t xml:space="preserve"> e </w:t>
      </w:r>
      <w:proofErr w:type="spellStart"/>
      <w:r w:rsidR="00C6774F" w:rsidRPr="00C6774F">
        <w:rPr>
          <w:rFonts w:ascii="Segoe UI Symbol" w:hAnsi="Segoe UI Symbol" w:cs="Segoe UI Symbol"/>
        </w:rPr>
        <w:t>domésticos</w:t>
      </w:r>
      <w:proofErr w:type="spellEnd"/>
      <w:r w:rsidR="00C6774F" w:rsidRPr="00C6774F">
        <w:rPr>
          <w:rFonts w:ascii="Segoe UI Symbol" w:hAnsi="Segoe UI Symbol" w:cs="Segoe UI Symbol"/>
        </w:rPr>
        <w:t xml:space="preserve">, </w:t>
      </w:r>
      <w:proofErr w:type="spellStart"/>
      <w:r w:rsidR="00C6774F" w:rsidRPr="00C6774F">
        <w:rPr>
          <w:rFonts w:ascii="Segoe UI Symbol" w:hAnsi="Segoe UI Symbol" w:cs="Segoe UI Symbol"/>
        </w:rPr>
        <w:t>bem</w:t>
      </w:r>
      <w:proofErr w:type="spellEnd"/>
      <w:r w:rsidR="00C6774F" w:rsidRPr="00C6774F">
        <w:rPr>
          <w:rFonts w:ascii="Segoe UI Symbol" w:hAnsi="Segoe UI Symbol" w:cs="Segoe UI Symbol"/>
        </w:rPr>
        <w:t xml:space="preserve"> </w:t>
      </w:r>
      <w:proofErr w:type="spellStart"/>
      <w:r w:rsidR="00C6774F" w:rsidRPr="00C6774F">
        <w:rPr>
          <w:rFonts w:ascii="Segoe UI Symbol" w:hAnsi="Segoe UI Symbol" w:cs="Segoe UI Symbol"/>
        </w:rPr>
        <w:t>como</w:t>
      </w:r>
      <w:proofErr w:type="spellEnd"/>
      <w:r w:rsidR="00C6774F" w:rsidRPr="00C6774F">
        <w:rPr>
          <w:rFonts w:ascii="Segoe UI Symbol" w:hAnsi="Segoe UI Symbol" w:cs="Segoe UI Symbol"/>
        </w:rPr>
        <w:t xml:space="preserve"> </w:t>
      </w:r>
      <w:proofErr w:type="spellStart"/>
      <w:r w:rsidR="00C6774F" w:rsidRPr="00C6774F">
        <w:rPr>
          <w:rFonts w:ascii="Segoe UI Symbol" w:hAnsi="Segoe UI Symbol" w:cs="Segoe UI Symbol"/>
        </w:rPr>
        <w:t>taxas</w:t>
      </w:r>
      <w:proofErr w:type="spellEnd"/>
      <w:r w:rsidR="00C6774F" w:rsidRPr="00C6774F">
        <w:rPr>
          <w:rFonts w:ascii="Segoe UI Symbol" w:hAnsi="Segoe UI Symbol" w:cs="Segoe UI Symbol"/>
        </w:rPr>
        <w:t xml:space="preserve"> de </w:t>
      </w:r>
      <w:proofErr w:type="spellStart"/>
      <w:r w:rsidR="00C6774F" w:rsidRPr="00C6774F">
        <w:rPr>
          <w:rFonts w:ascii="Segoe UI Symbol" w:hAnsi="Segoe UI Symbol" w:cs="Segoe UI Symbol"/>
        </w:rPr>
        <w:t>embarque</w:t>
      </w:r>
      <w:proofErr w:type="spellEnd"/>
      <w:r w:rsidR="00C6774F" w:rsidRPr="00C6774F">
        <w:rPr>
          <w:rFonts w:ascii="Segoe UI Symbol" w:hAnsi="Segoe UI Symbol" w:cs="Segoe UI Symbol"/>
        </w:rPr>
        <w:t>.</w:t>
      </w:r>
    </w:p>
    <w:p w14:paraId="1E3395EA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Refeições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não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mencionadas</w:t>
      </w:r>
      <w:proofErr w:type="spellEnd"/>
      <w:r w:rsidRPr="00C6774F">
        <w:rPr>
          <w:rFonts w:ascii="Segoe UI Symbol" w:hAnsi="Segoe UI Symbol" w:cs="Segoe UI Symbol"/>
        </w:rPr>
        <w:t xml:space="preserve"> no </w:t>
      </w:r>
      <w:proofErr w:type="spellStart"/>
      <w:r w:rsidRPr="00C6774F">
        <w:rPr>
          <w:rFonts w:ascii="Segoe UI Symbol" w:hAnsi="Segoe UI Symbol" w:cs="Segoe UI Symbol"/>
        </w:rPr>
        <w:t>programa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detalhado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3C0AE842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Taxas</w:t>
      </w:r>
      <w:proofErr w:type="spellEnd"/>
      <w:r w:rsidRPr="00C6774F">
        <w:rPr>
          <w:rFonts w:ascii="Segoe UI Symbol" w:hAnsi="Segoe UI Symbol" w:cs="Segoe UI Symbol"/>
        </w:rPr>
        <w:t xml:space="preserve"> de visto para </w:t>
      </w:r>
      <w:proofErr w:type="spellStart"/>
      <w:r w:rsidRPr="00C6774F">
        <w:rPr>
          <w:rFonts w:ascii="Segoe UI Symbol" w:hAnsi="Segoe UI Symbol" w:cs="Segoe UI Symbol"/>
        </w:rPr>
        <w:t>Tailândia</w:t>
      </w:r>
      <w:proofErr w:type="spellEnd"/>
      <w:r w:rsidRPr="00C6774F">
        <w:rPr>
          <w:rFonts w:ascii="Segoe UI Symbol" w:hAnsi="Segoe UI Symbol" w:cs="Segoe UI Symbol"/>
        </w:rPr>
        <w:t>/</w:t>
      </w:r>
      <w:proofErr w:type="spellStart"/>
      <w:r w:rsidRPr="00C6774F">
        <w:rPr>
          <w:rFonts w:ascii="Segoe UI Symbol" w:hAnsi="Segoe UI Symbol" w:cs="Segoe UI Symbol"/>
        </w:rPr>
        <w:t>Vietnã</w:t>
      </w:r>
      <w:proofErr w:type="spellEnd"/>
      <w:r w:rsidRPr="00C6774F">
        <w:rPr>
          <w:rFonts w:ascii="Segoe UI Symbol" w:hAnsi="Segoe UI Symbol" w:cs="Segoe UI Symbol"/>
        </w:rPr>
        <w:t xml:space="preserve"> (se </w:t>
      </w:r>
      <w:proofErr w:type="spellStart"/>
      <w:r w:rsidRPr="00C6774F">
        <w:rPr>
          <w:rFonts w:ascii="Segoe UI Symbol" w:hAnsi="Segoe UI Symbol" w:cs="Segoe UI Symbol"/>
        </w:rPr>
        <w:t>aplicável</w:t>
      </w:r>
      <w:proofErr w:type="spellEnd"/>
      <w:r w:rsidRPr="00C6774F">
        <w:rPr>
          <w:rFonts w:ascii="Segoe UI Symbol" w:hAnsi="Segoe UI Symbol" w:cs="Segoe UI Symbol"/>
        </w:rPr>
        <w:t>).</w:t>
      </w:r>
    </w:p>
    <w:p w14:paraId="097CF2F0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Suplemento</w:t>
      </w:r>
      <w:proofErr w:type="spellEnd"/>
      <w:r w:rsidRPr="00C6774F">
        <w:rPr>
          <w:rFonts w:ascii="Segoe UI Symbol" w:hAnsi="Segoe UI Symbol" w:cs="Segoe UI Symbol"/>
        </w:rPr>
        <w:t xml:space="preserve"> para check-in </w:t>
      </w:r>
      <w:proofErr w:type="spellStart"/>
      <w:r w:rsidRPr="00C6774F">
        <w:rPr>
          <w:rFonts w:ascii="Segoe UI Symbol" w:hAnsi="Segoe UI Symbol" w:cs="Segoe UI Symbol"/>
        </w:rPr>
        <w:t>antecipado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ou</w:t>
      </w:r>
      <w:proofErr w:type="spellEnd"/>
      <w:r w:rsidRPr="00C6774F">
        <w:rPr>
          <w:rFonts w:ascii="Segoe UI Symbol" w:hAnsi="Segoe UI Symbol" w:cs="Segoe UI Symbol"/>
        </w:rPr>
        <w:t xml:space="preserve"> check-out </w:t>
      </w:r>
      <w:proofErr w:type="spellStart"/>
      <w:r w:rsidRPr="00C6774F">
        <w:rPr>
          <w:rFonts w:ascii="Segoe UI Symbol" w:hAnsi="Segoe UI Symbol" w:cs="Segoe UI Symbol"/>
        </w:rPr>
        <w:t>tardio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19809531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Gorjetas</w:t>
      </w:r>
      <w:proofErr w:type="spellEnd"/>
      <w:r w:rsidRPr="00C6774F">
        <w:rPr>
          <w:rFonts w:ascii="Segoe UI Symbol" w:hAnsi="Segoe UI Symbol" w:cs="Segoe UI Symbol"/>
        </w:rPr>
        <w:t xml:space="preserve"> para </w:t>
      </w:r>
      <w:proofErr w:type="spellStart"/>
      <w:r w:rsidRPr="00C6774F">
        <w:rPr>
          <w:rFonts w:ascii="Segoe UI Symbol" w:hAnsi="Segoe UI Symbol" w:cs="Segoe UI Symbol"/>
        </w:rPr>
        <w:t>guias</w:t>
      </w:r>
      <w:proofErr w:type="spellEnd"/>
      <w:r w:rsidRPr="00C6774F">
        <w:rPr>
          <w:rFonts w:ascii="Segoe UI Symbol" w:hAnsi="Segoe UI Symbol" w:cs="Segoe UI Symbol"/>
        </w:rPr>
        <w:t xml:space="preserve">, </w:t>
      </w:r>
      <w:proofErr w:type="spellStart"/>
      <w:r w:rsidRPr="00C6774F">
        <w:rPr>
          <w:rFonts w:ascii="Segoe UI Symbol" w:hAnsi="Segoe UI Symbol" w:cs="Segoe UI Symbol"/>
        </w:rPr>
        <w:t>motoristas</w:t>
      </w:r>
      <w:proofErr w:type="spellEnd"/>
      <w:r w:rsidRPr="00C6774F">
        <w:rPr>
          <w:rFonts w:ascii="Segoe UI Symbol" w:hAnsi="Segoe UI Symbol" w:cs="Segoe UI Symbol"/>
        </w:rPr>
        <w:t xml:space="preserve"> e equipe local: USD 5 </w:t>
      </w:r>
      <w:proofErr w:type="spellStart"/>
      <w:r w:rsidRPr="00C6774F">
        <w:rPr>
          <w:rFonts w:ascii="Segoe UI Symbol" w:hAnsi="Segoe UI Symbol" w:cs="Segoe UI Symbol"/>
        </w:rPr>
        <w:t>por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pessoa</w:t>
      </w:r>
      <w:proofErr w:type="spellEnd"/>
      <w:r w:rsidRPr="00C6774F">
        <w:rPr>
          <w:rFonts w:ascii="Segoe UI Symbol" w:hAnsi="Segoe UI Symbol" w:cs="Segoe UI Symbol"/>
        </w:rPr>
        <w:t>/dia.</w:t>
      </w:r>
    </w:p>
    <w:p w14:paraId="74E82E85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Custos </w:t>
      </w:r>
      <w:proofErr w:type="spellStart"/>
      <w:r w:rsidRPr="00C6774F">
        <w:rPr>
          <w:rFonts w:ascii="Segoe UI Symbol" w:hAnsi="Segoe UI Symbol" w:cs="Segoe UI Symbol"/>
        </w:rPr>
        <w:t>bancários</w:t>
      </w:r>
      <w:proofErr w:type="spellEnd"/>
      <w:r w:rsidRPr="00C6774F">
        <w:rPr>
          <w:rFonts w:ascii="Segoe UI Symbol" w:hAnsi="Segoe UI Symbol" w:cs="Segoe UI Symbol"/>
        </w:rPr>
        <w:t xml:space="preserve"> para </w:t>
      </w:r>
      <w:proofErr w:type="spellStart"/>
      <w:r w:rsidRPr="00C6774F">
        <w:rPr>
          <w:rFonts w:ascii="Segoe UI Symbol" w:hAnsi="Segoe UI Symbol" w:cs="Segoe UI Symbol"/>
        </w:rPr>
        <w:t>pagamento</w:t>
      </w:r>
      <w:proofErr w:type="spellEnd"/>
      <w:r w:rsidRPr="00C6774F">
        <w:rPr>
          <w:rFonts w:ascii="Segoe UI Symbol" w:hAnsi="Segoe UI Symbol" w:cs="Segoe UI Symbol"/>
        </w:rPr>
        <w:t xml:space="preserve"> via </w:t>
      </w:r>
      <w:proofErr w:type="spellStart"/>
      <w:r w:rsidRPr="00C6774F">
        <w:rPr>
          <w:rFonts w:ascii="Segoe UI Symbol" w:hAnsi="Segoe UI Symbol" w:cs="Segoe UI Symbol"/>
        </w:rPr>
        <w:t>transferência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00FA94A8" w14:textId="0A4DAD97" w:rsidR="003A5BC6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Outros </w:t>
      </w:r>
      <w:proofErr w:type="spellStart"/>
      <w:r w:rsidRPr="00C6774F">
        <w:rPr>
          <w:rFonts w:ascii="Segoe UI Symbol" w:hAnsi="Segoe UI Symbol" w:cs="Segoe UI Symbol"/>
        </w:rPr>
        <w:t>gastos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não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mencionados</w:t>
      </w:r>
      <w:proofErr w:type="spellEnd"/>
      <w:r w:rsidRPr="00C6774F">
        <w:rPr>
          <w:rFonts w:ascii="Segoe UI Symbol" w:hAnsi="Segoe UI Symbol" w:cs="Segoe UI Symbol"/>
        </w:rPr>
        <w:t xml:space="preserve"> no </w:t>
      </w:r>
      <w:proofErr w:type="spellStart"/>
      <w:r w:rsidRPr="00C6774F">
        <w:rPr>
          <w:rFonts w:ascii="Segoe UI Symbol" w:hAnsi="Segoe UI Symbol" w:cs="Segoe UI Symbol"/>
        </w:rPr>
        <w:t>programa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7F5B2BB9" w14:textId="77777777" w:rsidR="00F10C12" w:rsidRPr="003A5BC6" w:rsidRDefault="00F10C12" w:rsidP="00F10C12">
      <w:pPr>
        <w:spacing w:after="40" w:line="252" w:lineRule="auto"/>
        <w:rPr>
          <w:rFonts w:ascii="Segoe UI Symbol" w:hAnsi="Segoe UI Symbol" w:cs="Segoe UI Symbol"/>
        </w:rPr>
      </w:pPr>
    </w:p>
    <w:p w14:paraId="67A95A6E" w14:textId="77777777" w:rsidR="00F10C12" w:rsidRDefault="00F10C12" w:rsidP="00F10C12">
      <w:pPr>
        <w:pStyle w:val="BoxTitle"/>
        <w:spacing w:before="120"/>
      </w:pPr>
      <w:r>
        <w:t xml:space="preserve">📝 </w:t>
      </w:r>
      <w:proofErr w:type="spellStart"/>
      <w:r>
        <w:t>Notas</w:t>
      </w:r>
      <w:proofErr w:type="spellEnd"/>
      <w:r>
        <w:t>:</w:t>
      </w:r>
    </w:p>
    <w:p w14:paraId="64DA671A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cs="Segoe UI Symbol"/>
        </w:rPr>
        <w:t xml:space="preserve">*SUJEITO A DISPONIBILIDADE E ALTERAÇÃO DE VALOR NO MOMENTO DA CONFIRMAÇÃO DA RESERVA. </w:t>
      </w:r>
    </w:p>
    <w:p w14:paraId="29B246E9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cs="Segoe UI Symbol"/>
        </w:rPr>
        <w:t>*CONSULTE-NOS PARA MAIS INFORMAÇÕES, POSSIBILIDADE DE OUTRAS DATAS E OUTRAS COMBINAÇÕES.</w:t>
      </w:r>
    </w:p>
    <w:p w14:paraId="375712CA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cs="Segoe UI Symbol"/>
        </w:rPr>
        <w:t>* SITUAÇÕES DIFERENTES DAS CITADAS ACIMA, POR FAVOR, CONSULTE-NOS.</w:t>
      </w:r>
    </w:p>
    <w:p w14:paraId="3872A805" w14:textId="7AC587A7" w:rsidR="00B569A9" w:rsidRPr="003A5BC6" w:rsidRDefault="00B569A9" w:rsidP="00F10C12">
      <w:pPr>
        <w:pStyle w:val="HeadingViagem"/>
        <w:spacing w:before="80" w:after="80"/>
        <w:jc w:val="center"/>
        <w:rPr>
          <w:rFonts w:ascii="Segoe UI Symbol" w:hAnsi="Segoe UI Symbol" w:cs="Segoe UI Symbol"/>
        </w:rPr>
      </w:pPr>
    </w:p>
    <w:sectPr w:rsidR="00B569A9" w:rsidRPr="003A5BC6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46E0" w14:textId="77777777" w:rsidR="00613C9F" w:rsidRDefault="00613C9F">
      <w:pPr>
        <w:spacing w:after="0" w:line="240" w:lineRule="auto"/>
      </w:pPr>
      <w:r>
        <w:separator/>
      </w:r>
    </w:p>
  </w:endnote>
  <w:endnote w:type="continuationSeparator" w:id="0">
    <w:p w14:paraId="65821979" w14:textId="77777777" w:rsidR="00613C9F" w:rsidRDefault="00613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EB9" w14:textId="6C9DAAC3" w:rsidR="00B569A9" w:rsidRDefault="00000000">
    <w:pPr>
      <w:pStyle w:val="Rodap"/>
      <w:jc w:val="center"/>
    </w:pPr>
    <w:proofErr w:type="spellStart"/>
    <w:r>
      <w:rPr>
        <w:color w:val="6B7280"/>
        <w:sz w:val="16"/>
      </w:rPr>
      <w:t>Descubra</w:t>
    </w:r>
    <w:proofErr w:type="spellEnd"/>
    <w:r>
      <w:rPr>
        <w:color w:val="6B7280"/>
        <w:sz w:val="16"/>
      </w:rPr>
      <w:t xml:space="preserve"> </w:t>
    </w:r>
    <w:r w:rsidR="00BD5FFB">
      <w:rPr>
        <w:color w:val="6B7280"/>
        <w:sz w:val="16"/>
      </w:rPr>
      <w:t xml:space="preserve">a </w:t>
    </w:r>
    <w:proofErr w:type="spellStart"/>
    <w:r w:rsidR="00BD5FFB">
      <w:rPr>
        <w:color w:val="6B7280"/>
        <w:sz w:val="16"/>
      </w:rPr>
      <w:t>Tailândia</w:t>
    </w:r>
    <w:proofErr w:type="spellEnd"/>
    <w:r w:rsidR="00BD5FFB">
      <w:rPr>
        <w:color w:val="6B7280"/>
        <w:sz w:val="16"/>
      </w:rPr>
      <w:t xml:space="preserve"> </w:t>
    </w:r>
    <w:r w:rsidR="00CA5E98">
      <w:rPr>
        <w:color w:val="6B7280"/>
        <w:sz w:val="16"/>
      </w:rPr>
      <w:t>2026 e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E56B" w14:textId="77777777" w:rsidR="00613C9F" w:rsidRDefault="00613C9F">
      <w:pPr>
        <w:spacing w:after="0" w:line="240" w:lineRule="auto"/>
      </w:pPr>
      <w:r>
        <w:separator/>
      </w:r>
    </w:p>
  </w:footnote>
  <w:footnote w:type="continuationSeparator" w:id="0">
    <w:p w14:paraId="3EE5993A" w14:textId="77777777" w:rsidR="00613C9F" w:rsidRDefault="00613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037F05"/>
    <w:multiLevelType w:val="hybridMultilevel"/>
    <w:tmpl w:val="88D6F0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BE76132"/>
    <w:multiLevelType w:val="hybridMultilevel"/>
    <w:tmpl w:val="160E7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BE4A0C"/>
    <w:multiLevelType w:val="hybridMultilevel"/>
    <w:tmpl w:val="DFA2D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02717"/>
    <w:multiLevelType w:val="hybridMultilevel"/>
    <w:tmpl w:val="CEF2BF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B7E50"/>
    <w:multiLevelType w:val="hybridMultilevel"/>
    <w:tmpl w:val="40985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65C90"/>
    <w:multiLevelType w:val="hybridMultilevel"/>
    <w:tmpl w:val="81CE5C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73912"/>
    <w:multiLevelType w:val="hybridMultilevel"/>
    <w:tmpl w:val="3CD65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0DADA">
      <w:numFmt w:val="bullet"/>
      <w:lvlText w:val="•"/>
      <w:lvlJc w:val="left"/>
      <w:pPr>
        <w:ind w:left="1440" w:hanging="360"/>
      </w:pPr>
      <w:rPr>
        <w:rFonts w:ascii="Aptos" w:eastAsia="Aptos" w:hAnsi="Aptos" w:cstheme="minorBidi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E00E4"/>
    <w:multiLevelType w:val="hybridMultilevel"/>
    <w:tmpl w:val="C1F0B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55B05"/>
    <w:multiLevelType w:val="multilevel"/>
    <w:tmpl w:val="420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18667B"/>
    <w:multiLevelType w:val="hybridMultilevel"/>
    <w:tmpl w:val="9BAEE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267DE"/>
    <w:multiLevelType w:val="hybridMultilevel"/>
    <w:tmpl w:val="D45A3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21935"/>
    <w:multiLevelType w:val="hybridMultilevel"/>
    <w:tmpl w:val="8F74F1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9409A"/>
    <w:multiLevelType w:val="hybridMultilevel"/>
    <w:tmpl w:val="3D96F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95EC1"/>
    <w:multiLevelType w:val="hybridMultilevel"/>
    <w:tmpl w:val="DA30D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F25BD"/>
    <w:multiLevelType w:val="hybridMultilevel"/>
    <w:tmpl w:val="1EBA0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8E25F6"/>
    <w:multiLevelType w:val="hybridMultilevel"/>
    <w:tmpl w:val="1786E1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E348E"/>
    <w:multiLevelType w:val="hybridMultilevel"/>
    <w:tmpl w:val="E7400C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534669">
    <w:abstractNumId w:val="8"/>
  </w:num>
  <w:num w:numId="2" w16cid:durableId="1178036200">
    <w:abstractNumId w:val="6"/>
  </w:num>
  <w:num w:numId="3" w16cid:durableId="250623158">
    <w:abstractNumId w:val="5"/>
  </w:num>
  <w:num w:numId="4" w16cid:durableId="414939376">
    <w:abstractNumId w:val="4"/>
  </w:num>
  <w:num w:numId="5" w16cid:durableId="638001872">
    <w:abstractNumId w:val="7"/>
  </w:num>
  <w:num w:numId="6" w16cid:durableId="628899519">
    <w:abstractNumId w:val="3"/>
  </w:num>
  <w:num w:numId="7" w16cid:durableId="1077744504">
    <w:abstractNumId w:val="2"/>
  </w:num>
  <w:num w:numId="8" w16cid:durableId="1077557848">
    <w:abstractNumId w:val="1"/>
  </w:num>
  <w:num w:numId="9" w16cid:durableId="993872439">
    <w:abstractNumId w:val="0"/>
  </w:num>
  <w:num w:numId="10" w16cid:durableId="2061440143">
    <w:abstractNumId w:val="17"/>
  </w:num>
  <w:num w:numId="11" w16cid:durableId="971331009">
    <w:abstractNumId w:val="10"/>
  </w:num>
  <w:num w:numId="12" w16cid:durableId="520045680">
    <w:abstractNumId w:val="16"/>
  </w:num>
  <w:num w:numId="13" w16cid:durableId="493498588">
    <w:abstractNumId w:val="13"/>
  </w:num>
  <w:num w:numId="14" w16cid:durableId="711270864">
    <w:abstractNumId w:val="21"/>
  </w:num>
  <w:num w:numId="15" w16cid:durableId="278340355">
    <w:abstractNumId w:val="23"/>
  </w:num>
  <w:num w:numId="16" w16cid:durableId="2129547237">
    <w:abstractNumId w:val="18"/>
  </w:num>
  <w:num w:numId="17" w16cid:durableId="1654331993">
    <w:abstractNumId w:val="11"/>
  </w:num>
  <w:num w:numId="18" w16cid:durableId="1640718977">
    <w:abstractNumId w:val="15"/>
  </w:num>
  <w:num w:numId="19" w16cid:durableId="64686880">
    <w:abstractNumId w:val="22"/>
  </w:num>
  <w:num w:numId="20" w16cid:durableId="790977102">
    <w:abstractNumId w:val="14"/>
  </w:num>
  <w:num w:numId="21" w16cid:durableId="1945961320">
    <w:abstractNumId w:val="19"/>
  </w:num>
  <w:num w:numId="22" w16cid:durableId="2022967055">
    <w:abstractNumId w:val="25"/>
  </w:num>
  <w:num w:numId="23" w16cid:durableId="429542917">
    <w:abstractNumId w:val="24"/>
  </w:num>
  <w:num w:numId="24" w16cid:durableId="609506618">
    <w:abstractNumId w:val="20"/>
  </w:num>
  <w:num w:numId="25" w16cid:durableId="1433941913">
    <w:abstractNumId w:val="12"/>
  </w:num>
  <w:num w:numId="26" w16cid:durableId="11132858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C9"/>
    <w:rsid w:val="001040EA"/>
    <w:rsid w:val="0015074B"/>
    <w:rsid w:val="00205623"/>
    <w:rsid w:val="002445CF"/>
    <w:rsid w:val="00253C20"/>
    <w:rsid w:val="0026177A"/>
    <w:rsid w:val="0029639D"/>
    <w:rsid w:val="00326F90"/>
    <w:rsid w:val="00346FD3"/>
    <w:rsid w:val="00376546"/>
    <w:rsid w:val="003A5BC6"/>
    <w:rsid w:val="003D445A"/>
    <w:rsid w:val="00495537"/>
    <w:rsid w:val="00581958"/>
    <w:rsid w:val="00613C9F"/>
    <w:rsid w:val="00664199"/>
    <w:rsid w:val="006979B1"/>
    <w:rsid w:val="007617E1"/>
    <w:rsid w:val="007C4F77"/>
    <w:rsid w:val="007F306A"/>
    <w:rsid w:val="00803312"/>
    <w:rsid w:val="009844C1"/>
    <w:rsid w:val="00A70C1F"/>
    <w:rsid w:val="00AA1D8D"/>
    <w:rsid w:val="00AF6C5F"/>
    <w:rsid w:val="00B47730"/>
    <w:rsid w:val="00B569A9"/>
    <w:rsid w:val="00B700F2"/>
    <w:rsid w:val="00BB669C"/>
    <w:rsid w:val="00BD5FFB"/>
    <w:rsid w:val="00C173F0"/>
    <w:rsid w:val="00C459A7"/>
    <w:rsid w:val="00C6774F"/>
    <w:rsid w:val="00CA5E98"/>
    <w:rsid w:val="00CB0664"/>
    <w:rsid w:val="00F10C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7BAC"/>
  <w14:defaultImageDpi w14:val="300"/>
  <w15:docId w15:val="{2F5CCDC3-533A-44C4-A355-1CAD21D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B313A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Capa">
    <w:name w:val="TituloCapa"/>
    <w:rPr>
      <w:rFonts w:ascii="Aptos" w:eastAsia="Aptos" w:hAnsi="Aptos"/>
      <w:b/>
      <w:color w:val="FFFFFF"/>
      <w:sz w:val="56"/>
    </w:rPr>
  </w:style>
  <w:style w:type="paragraph" w:customStyle="1" w:styleId="SubtituloCapa">
    <w:name w:val="SubtituloCapa"/>
    <w:rPr>
      <w:rFonts w:ascii="Aptos" w:eastAsia="Aptos" w:hAnsi="Aptos"/>
      <w:color w:val="FFFFFF"/>
      <w:sz w:val="26"/>
    </w:rPr>
  </w:style>
  <w:style w:type="paragraph" w:customStyle="1" w:styleId="HeadingViagem">
    <w:name w:val="HeadingViagem"/>
    <w:rPr>
      <w:rFonts w:ascii="Aptos" w:eastAsia="Aptos" w:hAnsi="Aptos"/>
      <w:b/>
      <w:color w:val="123C69"/>
      <w:sz w:val="32"/>
    </w:rPr>
  </w:style>
  <w:style w:type="paragraph" w:customStyle="1" w:styleId="Subheading">
    <w:name w:val="Subheading"/>
    <w:rPr>
      <w:rFonts w:ascii="Aptos" w:eastAsia="Aptos" w:hAnsi="Aptos"/>
      <w:b/>
      <w:color w:val="1B638F"/>
    </w:rPr>
  </w:style>
  <w:style w:type="paragraph" w:customStyle="1" w:styleId="Dia">
    <w:name w:val="Dia"/>
    <w:rPr>
      <w:rFonts w:ascii="Aptos" w:eastAsia="Aptos" w:hAnsi="Aptos"/>
      <w:b/>
      <w:color w:val="0F5D7F"/>
      <w:sz w:val="21"/>
    </w:rPr>
  </w:style>
  <w:style w:type="paragraph" w:customStyle="1" w:styleId="BoxTitle">
    <w:name w:val="BoxTitle"/>
    <w:rPr>
      <w:rFonts w:ascii="Aptos" w:eastAsia="Aptos" w:hAnsi="Aptos"/>
      <w:b/>
      <w:color w:val="123C69"/>
    </w:rPr>
  </w:style>
  <w:style w:type="paragraph" w:customStyle="1" w:styleId="Legenda1">
    <w:name w:val="Legenda1"/>
    <w:rPr>
      <w:rFonts w:ascii="Aptos" w:eastAsia="Aptos" w:hAnsi="Aptos"/>
      <w:color w:val="6B7280"/>
      <w:sz w:val="14"/>
    </w:rPr>
  </w:style>
  <w:style w:type="character" w:customStyle="1" w:styleId="SemEspaamentoChar">
    <w:name w:val="Sem Espaçamento Char"/>
    <w:link w:val="SemEspaamento"/>
    <w:uiPriority w:val="1"/>
    <w:qFormat/>
    <w:locked/>
    <w:rsid w:val="0010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10</Pages>
  <Words>2870</Words>
  <Characters>15503</Characters>
  <Application>Microsoft Office Word</Application>
  <DocSecurity>0</DocSecurity>
  <Lines>129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Bueno Teixeira</cp:lastModifiedBy>
  <cp:revision>3</cp:revision>
  <dcterms:created xsi:type="dcterms:W3CDTF">2026-06-21T17:13:00Z</dcterms:created>
  <dcterms:modified xsi:type="dcterms:W3CDTF">2026-06-22T18:44:00Z</dcterms:modified>
  <cp:category/>
</cp:coreProperties>
</file>