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3419D5E2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E90A36">
              <w:rPr>
                <w:b/>
                <w:color w:val="FFFFFF"/>
                <w:sz w:val="52"/>
              </w:rPr>
              <w:t>O FESTIVAL DAS CORES</w:t>
            </w:r>
          </w:p>
          <w:p w14:paraId="3F8D3817" w14:textId="021180AA" w:rsidR="00B569A9" w:rsidRDefault="00A92C4B">
            <w:pPr>
              <w:jc w:val="center"/>
            </w:pPr>
            <w:r>
              <w:rPr>
                <w:color w:val="FFFFFF"/>
                <w:sz w:val="24"/>
              </w:rPr>
              <w:t xml:space="preserve">HOLI </w:t>
            </w:r>
            <w:r w:rsidR="00AF6C5F">
              <w:rPr>
                <w:color w:val="FFFFFF"/>
                <w:sz w:val="24"/>
              </w:rPr>
              <w:t>2027</w:t>
            </w:r>
            <w:r w:rsidR="00000000">
              <w:rPr>
                <w:color w:val="FFFFFF"/>
                <w:sz w:val="24"/>
              </w:rPr>
              <w:t xml:space="preserve"> • </w:t>
            </w:r>
            <w:proofErr w:type="spellStart"/>
            <w:r w:rsidR="00000000">
              <w:rPr>
                <w:color w:val="FFFFFF"/>
                <w:sz w:val="24"/>
              </w:rPr>
              <w:t>Roteiros</w:t>
            </w:r>
            <w:proofErr w:type="spellEnd"/>
            <w:r w:rsidR="00000000">
              <w:rPr>
                <w:color w:val="FFFFFF"/>
                <w:sz w:val="24"/>
              </w:rPr>
              <w:t xml:space="preserve">, </w:t>
            </w:r>
            <w:proofErr w:type="spellStart"/>
            <w:r w:rsidR="00000000">
              <w:rPr>
                <w:color w:val="FFFFFF"/>
                <w:sz w:val="24"/>
              </w:rPr>
              <w:t>hotéis</w:t>
            </w:r>
            <w:proofErr w:type="spellEnd"/>
            <w:r w:rsidR="00000000">
              <w:rPr>
                <w:color w:val="FFFFFF"/>
                <w:sz w:val="24"/>
              </w:rPr>
              <w:t xml:space="preserve"> </w:t>
            </w:r>
            <w:proofErr w:type="spellStart"/>
            <w:r w:rsidR="00000000">
              <w:rPr>
                <w:color w:val="FFFFFF"/>
                <w:sz w:val="24"/>
              </w:rPr>
              <w:t>previstos</w:t>
            </w:r>
            <w:proofErr w:type="spellEnd"/>
            <w:r w:rsidR="00000000">
              <w:rPr>
                <w:color w:val="FFFFFF"/>
                <w:sz w:val="24"/>
              </w:rPr>
              <w:t xml:space="preserve">, </w:t>
            </w:r>
            <w:proofErr w:type="spellStart"/>
            <w:r w:rsidR="00000000">
              <w:rPr>
                <w:color w:val="FFFFFF"/>
                <w:sz w:val="24"/>
              </w:rPr>
              <w:t>inclusões</w:t>
            </w:r>
            <w:proofErr w:type="spellEnd"/>
            <w:r w:rsidR="00000000">
              <w:rPr>
                <w:color w:val="FFFFFF"/>
                <w:sz w:val="24"/>
              </w:rPr>
              <w:t xml:space="preserve"> e </w:t>
            </w:r>
            <w:proofErr w:type="spellStart"/>
            <w:r w:rsidR="00000000">
              <w:rPr>
                <w:color w:val="FFFFFF"/>
                <w:sz w:val="24"/>
              </w:rPr>
              <w:t>tarifas</w:t>
            </w:r>
            <w:proofErr w:type="spellEnd"/>
            <w:r w:rsidR="00000000">
              <w:rPr>
                <w:color w:val="FFFFFF"/>
                <w:sz w:val="24"/>
              </w:rPr>
              <w:t xml:space="preserve"> </w:t>
            </w:r>
            <w:proofErr w:type="spellStart"/>
            <w:r w:rsidR="00000000"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1964EB70" w14:textId="1772F79E" w:rsidR="00B569A9" w:rsidRDefault="00000000" w:rsidP="003A5BC6">
      <w:pPr>
        <w:pStyle w:val="HeadingViagem"/>
        <w:spacing w:before="80" w:after="80"/>
        <w:jc w:val="center"/>
      </w:pPr>
      <w:r>
        <w:t>🏺</w:t>
      </w:r>
      <w:r w:rsidR="00BD5FFB">
        <w:t xml:space="preserve"> </w:t>
      </w:r>
      <w:r w:rsidR="00E90A36" w:rsidRPr="00E90A36">
        <w:t>EXPLORE O FESTIVAL DAS CORES</w:t>
      </w:r>
      <w:r>
        <w:t xml:space="preserve"> (</w:t>
      </w:r>
      <w:r w:rsidR="00F352CF">
        <w:t>8</w:t>
      </w:r>
      <w:r>
        <w:t xml:space="preserve"> DIAS / </w:t>
      </w:r>
      <w:r w:rsidR="00F352CF">
        <w:t>7</w:t>
      </w:r>
      <w:r>
        <w:t xml:space="preserve"> NOITES)</w:t>
      </w:r>
    </w:p>
    <w:p w14:paraId="4FA8D505" w14:textId="77777777" w:rsidR="00B569A9" w:rsidRDefault="00B569A9">
      <w:pPr>
        <w:pBdr>
          <w:bottom w:val="single" w:sz="12" w:space="1" w:color="E6B35A"/>
        </w:pBdr>
        <w:spacing w:after="120"/>
      </w:pPr>
    </w:p>
    <w:p w14:paraId="0EFEB7D2" w14:textId="277AD990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 w:rsidR="00A92C4B">
        <w:t xml:space="preserve"> (19 MAR 2027)</w:t>
      </w:r>
      <w:r>
        <w:t xml:space="preserve">: </w:t>
      </w:r>
      <w:proofErr w:type="spellStart"/>
      <w:r w:rsidR="00A92C4B" w:rsidRPr="00A92C4B">
        <w:t>Chegada</w:t>
      </w:r>
      <w:proofErr w:type="spellEnd"/>
      <w:r w:rsidR="00A92C4B" w:rsidRPr="00A92C4B">
        <w:t xml:space="preserve"> Delhi</w:t>
      </w:r>
    </w:p>
    <w:p w14:paraId="3B61FEB8" w14:textId="77777777" w:rsidR="00A92C4B" w:rsidRDefault="00A92C4B" w:rsidP="00A92C4B">
      <w:pPr>
        <w:spacing w:after="40" w:line="252" w:lineRule="auto"/>
        <w:jc w:val="both"/>
      </w:pPr>
      <w:proofErr w:type="spellStart"/>
      <w:r>
        <w:t>Chegada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Déli</w:t>
      </w:r>
      <w:proofErr w:type="spellEnd"/>
      <w:r>
        <w:t xml:space="preserve">, </w:t>
      </w:r>
      <w:proofErr w:type="spellStart"/>
      <w:r>
        <w:t>assistência</w:t>
      </w:r>
      <w:proofErr w:type="spellEnd"/>
      <w:r>
        <w:t xml:space="preserve"> no </w:t>
      </w:r>
      <w:proofErr w:type="spellStart"/>
      <w:r>
        <w:t>aeroporto</w:t>
      </w:r>
      <w:proofErr w:type="spellEnd"/>
      <w:r>
        <w:t xml:space="preserve"> e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 (o </w:t>
      </w:r>
      <w:proofErr w:type="spellStart"/>
      <w:r>
        <w:t>horário</w:t>
      </w:r>
      <w:proofErr w:type="spellEnd"/>
      <w:r>
        <w:t xml:space="preserve"> </w:t>
      </w:r>
      <w:proofErr w:type="spellStart"/>
      <w:r>
        <w:t>padrão</w:t>
      </w:r>
      <w:proofErr w:type="spellEnd"/>
      <w:r>
        <w:t xml:space="preserve"> de check-in no hotel é 12:00 horas). Check-in no hotel.</w:t>
      </w:r>
    </w:p>
    <w:p w14:paraId="509445EF" w14:textId="2E9F969E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Deli.</w:t>
      </w:r>
    </w:p>
    <w:p w14:paraId="634BBEE2" w14:textId="77777777" w:rsidR="00A92C4B" w:rsidRDefault="00A92C4B" w:rsidP="00A92C4B">
      <w:pPr>
        <w:spacing w:after="40" w:line="252" w:lineRule="auto"/>
        <w:jc w:val="both"/>
      </w:pPr>
    </w:p>
    <w:p w14:paraId="3A05B8E5" w14:textId="7AA09339" w:rsidR="00A92C4B" w:rsidRDefault="00A92C4B" w:rsidP="00A92C4B">
      <w:pPr>
        <w:pStyle w:val="Dia"/>
        <w:spacing w:before="120" w:after="20"/>
      </w:pPr>
      <w:r>
        <w:t xml:space="preserve">📍 </w:t>
      </w:r>
      <w:r>
        <w:t>2</w:t>
      </w:r>
      <w:r>
        <w:t xml:space="preserve">º </w:t>
      </w:r>
      <w:proofErr w:type="spellStart"/>
      <w:r>
        <w:t>dia</w:t>
      </w:r>
      <w:proofErr w:type="spellEnd"/>
      <w:r>
        <w:t xml:space="preserve"> (</w:t>
      </w:r>
      <w:r>
        <w:t>20</w:t>
      </w:r>
      <w:r>
        <w:t xml:space="preserve"> MAR 2027): </w:t>
      </w:r>
      <w:r w:rsidRPr="00A92C4B">
        <w:t>Delh</w:t>
      </w:r>
      <w:r>
        <w:t>i</w:t>
      </w:r>
    </w:p>
    <w:p w14:paraId="118130A7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Pela </w:t>
      </w:r>
      <w:proofErr w:type="spellStart"/>
      <w:r>
        <w:t>manhã</w:t>
      </w:r>
      <w:proofErr w:type="spellEnd"/>
      <w:r>
        <w:t xml:space="preserve">, visita à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antiga</w:t>
      </w:r>
      <w:proofErr w:type="spellEnd"/>
      <w:r>
        <w:t xml:space="preserve"> de Delhi - </w:t>
      </w:r>
      <w:proofErr w:type="spellStart"/>
      <w:r>
        <w:t>vemos</w:t>
      </w:r>
      <w:proofErr w:type="spellEnd"/>
      <w:r>
        <w:t xml:space="preserve"> o Raj Ghat - o local </w:t>
      </w:r>
      <w:proofErr w:type="spellStart"/>
      <w:r>
        <w:t>onde</w:t>
      </w:r>
      <w:proofErr w:type="spellEnd"/>
      <w:r>
        <w:t xml:space="preserve"> Mahatma Gandhi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cremado</w:t>
      </w:r>
      <w:proofErr w:type="spellEnd"/>
      <w:r>
        <w:t xml:space="preserve"> (Memorial Mahatma Gandhi), </w:t>
      </w:r>
      <w:proofErr w:type="spellStart"/>
      <w:r>
        <w:t>Passeio</w:t>
      </w:r>
      <w:proofErr w:type="spellEnd"/>
      <w:r>
        <w:t xml:space="preserve"> pela </w:t>
      </w:r>
      <w:proofErr w:type="spellStart"/>
      <w:r>
        <w:t>área</w:t>
      </w:r>
      <w:proofErr w:type="spellEnd"/>
      <w:r>
        <w:t xml:space="preserve"> do Forte Vermelho, Mesquita Jama e Chandni Chowk, </w:t>
      </w:r>
      <w:proofErr w:type="spellStart"/>
      <w:r>
        <w:t>formado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um </w:t>
      </w:r>
      <w:proofErr w:type="spellStart"/>
      <w:r>
        <w:t>labirinto</w:t>
      </w:r>
      <w:proofErr w:type="spellEnd"/>
      <w:r>
        <w:t xml:space="preserve"> de </w:t>
      </w:r>
      <w:proofErr w:type="spellStart"/>
      <w:r>
        <w:t>becos</w:t>
      </w:r>
      <w:proofErr w:type="spellEnd"/>
      <w:r>
        <w:t xml:space="preserve">. </w:t>
      </w:r>
      <w:proofErr w:type="spellStart"/>
      <w:r>
        <w:t>Passeio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mercado de Chandni Chowk </w:t>
      </w:r>
      <w:proofErr w:type="spellStart"/>
      <w:r>
        <w:t>em</w:t>
      </w:r>
      <w:proofErr w:type="spellEnd"/>
      <w:r>
        <w:t xml:space="preserve"> um </w:t>
      </w:r>
      <w:proofErr w:type="spellStart"/>
      <w:r>
        <w:t>ciclo-riquixá</w:t>
      </w:r>
      <w:proofErr w:type="spellEnd"/>
      <w:r>
        <w:t>.</w:t>
      </w:r>
    </w:p>
    <w:p w14:paraId="24342EA4" w14:textId="77777777" w:rsidR="00A92C4B" w:rsidRDefault="00A92C4B" w:rsidP="00A92C4B">
      <w:pPr>
        <w:spacing w:after="40" w:line="252" w:lineRule="auto"/>
        <w:jc w:val="both"/>
      </w:pPr>
      <w:r>
        <w:t xml:space="preserve">À </w:t>
      </w:r>
      <w:proofErr w:type="spellStart"/>
      <w:r>
        <w:t>tarde</w:t>
      </w:r>
      <w:proofErr w:type="spellEnd"/>
      <w:r>
        <w:t xml:space="preserve">, </w:t>
      </w:r>
      <w:proofErr w:type="spellStart"/>
      <w:r>
        <w:t>visite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 Nova </w:t>
      </w:r>
      <w:proofErr w:type="spellStart"/>
      <w:r>
        <w:t>Délhi</w:t>
      </w:r>
      <w:proofErr w:type="spellEnd"/>
      <w:r>
        <w:t xml:space="preserve">, a </w:t>
      </w:r>
      <w:proofErr w:type="spellStart"/>
      <w:r>
        <w:t>parte</w:t>
      </w:r>
      <w:proofErr w:type="spellEnd"/>
      <w:r>
        <w:t xml:space="preserve"> moderna da </w:t>
      </w:r>
      <w:proofErr w:type="spellStart"/>
      <w:r>
        <w:t>cidade</w:t>
      </w:r>
      <w:proofErr w:type="spellEnd"/>
      <w:r>
        <w:t xml:space="preserve">. Em Nova </w:t>
      </w:r>
      <w:proofErr w:type="spellStart"/>
      <w:r>
        <w:t>Déli</w:t>
      </w:r>
      <w:proofErr w:type="spellEnd"/>
      <w:r>
        <w:t xml:space="preserve">, paramos para </w:t>
      </w:r>
      <w:proofErr w:type="spellStart"/>
      <w:r>
        <w:t>visitar</w:t>
      </w:r>
      <w:proofErr w:type="spellEnd"/>
      <w:r>
        <w:t xml:space="preserve"> Qutub Minar, o </w:t>
      </w:r>
      <w:proofErr w:type="spellStart"/>
      <w:r>
        <w:t>Portão</w:t>
      </w:r>
      <w:proofErr w:type="spellEnd"/>
      <w:r>
        <w:t xml:space="preserve"> da </w:t>
      </w:r>
      <w:proofErr w:type="spellStart"/>
      <w:r>
        <w:t>Índia</w:t>
      </w:r>
      <w:proofErr w:type="spellEnd"/>
      <w:r>
        <w:t xml:space="preserve"> (</w:t>
      </w:r>
      <w:proofErr w:type="spellStart"/>
      <w:r>
        <w:t>originalmente</w:t>
      </w:r>
      <w:proofErr w:type="spellEnd"/>
      <w:r>
        <w:t xml:space="preserve"> </w:t>
      </w:r>
      <w:proofErr w:type="spellStart"/>
      <w:r>
        <w:t>chamado</w:t>
      </w:r>
      <w:proofErr w:type="spellEnd"/>
      <w:r>
        <w:t xml:space="preserve"> de Memorial de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Guerras</w:t>
      </w:r>
      <w:proofErr w:type="spellEnd"/>
      <w:r>
        <w:t xml:space="preserve"> </w:t>
      </w:r>
      <w:proofErr w:type="spellStart"/>
      <w:r>
        <w:t>Indianas</w:t>
      </w:r>
      <w:proofErr w:type="spellEnd"/>
      <w:r>
        <w:t xml:space="preserve">), o </w:t>
      </w:r>
      <w:proofErr w:type="spellStart"/>
      <w:r>
        <w:t>Túmulo</w:t>
      </w:r>
      <w:proofErr w:type="spellEnd"/>
      <w:r>
        <w:t xml:space="preserve"> de Humayun, Rashtrapati Bhawan, </w:t>
      </w:r>
      <w:proofErr w:type="spellStart"/>
      <w:r>
        <w:t>antiga</w:t>
      </w:r>
      <w:proofErr w:type="spellEnd"/>
      <w:r>
        <w:t xml:space="preserve"> </w:t>
      </w:r>
      <w:proofErr w:type="spellStart"/>
      <w:r>
        <w:t>residência</w:t>
      </w:r>
      <w:proofErr w:type="spellEnd"/>
      <w:r>
        <w:t xml:space="preserve"> do vice-rei e </w:t>
      </w:r>
      <w:proofErr w:type="spellStart"/>
      <w:r>
        <w:t>hoje</w:t>
      </w:r>
      <w:proofErr w:type="spellEnd"/>
      <w:r>
        <w:t xml:space="preserve"> Palácio </w:t>
      </w:r>
      <w:proofErr w:type="spellStart"/>
      <w:r>
        <w:t>Presidencial</w:t>
      </w:r>
      <w:proofErr w:type="spellEnd"/>
      <w:r>
        <w:t xml:space="preserve"> e </w:t>
      </w:r>
      <w:proofErr w:type="spellStart"/>
      <w:r>
        <w:t>área</w:t>
      </w:r>
      <w:proofErr w:type="spellEnd"/>
      <w:r>
        <w:t xml:space="preserve"> da </w:t>
      </w:r>
      <w:proofErr w:type="spellStart"/>
      <w:r>
        <w:t>Embaixada</w:t>
      </w:r>
      <w:proofErr w:type="spellEnd"/>
      <w:r>
        <w:t xml:space="preserve"> e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principais</w:t>
      </w:r>
      <w:proofErr w:type="spellEnd"/>
      <w:r>
        <w:t xml:space="preserve"> </w:t>
      </w:r>
      <w:proofErr w:type="spellStart"/>
      <w:r>
        <w:t>ruas</w:t>
      </w:r>
      <w:proofErr w:type="spellEnd"/>
      <w:r>
        <w:t xml:space="preserve"> e </w:t>
      </w:r>
      <w:proofErr w:type="spellStart"/>
      <w:r>
        <w:t>avenidas</w:t>
      </w:r>
      <w:proofErr w:type="spellEnd"/>
      <w:r>
        <w:t xml:space="preserve">, o a visita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concluída</w:t>
      </w:r>
      <w:proofErr w:type="spellEnd"/>
      <w:r>
        <w:t xml:space="preserve"> com a visita </w:t>
      </w:r>
      <w:proofErr w:type="spellStart"/>
      <w:r>
        <w:t>ao</w:t>
      </w:r>
      <w:proofErr w:type="spellEnd"/>
      <w:r>
        <w:t xml:space="preserve"> Templo Sikh “Bangla Sahib”</w:t>
      </w:r>
    </w:p>
    <w:p w14:paraId="00EE175C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Deli.</w:t>
      </w:r>
    </w:p>
    <w:p w14:paraId="4902C65D" w14:textId="77777777" w:rsidR="00A92C4B" w:rsidRDefault="00A92C4B" w:rsidP="00A92C4B">
      <w:pPr>
        <w:spacing w:after="40" w:line="252" w:lineRule="auto"/>
        <w:jc w:val="both"/>
      </w:pPr>
    </w:p>
    <w:p w14:paraId="0A80C27E" w14:textId="51EFAEB4" w:rsidR="00A92C4B" w:rsidRDefault="00A92C4B" w:rsidP="00A92C4B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 w:rsidR="00F352CF">
        <w:t>3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1</w:t>
      </w:r>
      <w:r>
        <w:t xml:space="preserve"> MAR 2027): </w:t>
      </w:r>
      <w:r w:rsidRPr="00A92C4B">
        <w:t>Delh</w:t>
      </w:r>
      <w:r>
        <w:t>i</w:t>
      </w:r>
      <w:r>
        <w:t xml:space="preserve"> </w:t>
      </w:r>
      <w:r w:rsidRPr="00A92C4B">
        <w:t>–</w:t>
      </w:r>
      <w:r>
        <w:t xml:space="preserve"> Jaipur</w:t>
      </w:r>
      <w:r>
        <w:t xml:space="preserve">                                                                                  </w:t>
      </w:r>
    </w:p>
    <w:p w14:paraId="08B21F83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Pela </w:t>
      </w:r>
      <w:proofErr w:type="spellStart"/>
      <w:r>
        <w:t>manhã</w:t>
      </w:r>
      <w:proofErr w:type="spellEnd"/>
      <w:r>
        <w:t xml:space="preserve">, </w:t>
      </w:r>
      <w:proofErr w:type="spellStart"/>
      <w:r>
        <w:t>partida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estrada</w:t>
      </w:r>
      <w:proofErr w:type="spellEnd"/>
      <w:r>
        <w:t xml:space="preserve"> </w:t>
      </w:r>
      <w:proofErr w:type="gramStart"/>
      <w:r>
        <w:t>para Jaipur</w:t>
      </w:r>
      <w:proofErr w:type="gramEnd"/>
      <w:r>
        <w:t xml:space="preserve">, capital do </w:t>
      </w:r>
      <w:proofErr w:type="spellStart"/>
      <w:r>
        <w:t>Rajastão</w:t>
      </w:r>
      <w:proofErr w:type="spellEnd"/>
      <w:r>
        <w:t xml:space="preserve">. Jaipur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1728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ordem</w:t>
      </w:r>
      <w:proofErr w:type="spellEnd"/>
      <w:r>
        <w:t xml:space="preserve"> do </w:t>
      </w:r>
      <w:proofErr w:type="spellStart"/>
      <w:r>
        <w:t>marajá</w:t>
      </w:r>
      <w:proofErr w:type="spellEnd"/>
      <w:r>
        <w:t xml:space="preserve"> Sawai Jai Singh II. Esta </w:t>
      </w:r>
      <w:proofErr w:type="spellStart"/>
      <w:r>
        <w:t>cidade</w:t>
      </w:r>
      <w:proofErr w:type="spellEnd"/>
      <w:r>
        <w:t xml:space="preserve"> é </w:t>
      </w:r>
      <w:proofErr w:type="spellStart"/>
      <w:r>
        <w:t>conhecida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 </w:t>
      </w:r>
      <w:proofErr w:type="spellStart"/>
      <w:r>
        <w:t>Cidade</w:t>
      </w:r>
      <w:proofErr w:type="spellEnd"/>
      <w:r>
        <w:t xml:space="preserve"> Rosa </w:t>
      </w:r>
      <w:proofErr w:type="spellStart"/>
      <w:r>
        <w:t>porque</w:t>
      </w:r>
      <w:proofErr w:type="spellEnd"/>
      <w:r>
        <w:t xml:space="preserve"> a </w:t>
      </w:r>
      <w:proofErr w:type="spellStart"/>
      <w:r>
        <w:t>maioria</w:t>
      </w:r>
      <w:proofErr w:type="spellEnd"/>
      <w:r>
        <w:t xml:space="preserve"> dos </w:t>
      </w:r>
      <w:proofErr w:type="spellStart"/>
      <w:r>
        <w:t>edifícios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arenito</w:t>
      </w:r>
      <w:proofErr w:type="spellEnd"/>
      <w:r>
        <w:t xml:space="preserve"> rosa. A </w:t>
      </w:r>
      <w:proofErr w:type="spellStart"/>
      <w:r>
        <w:t>cidade</w:t>
      </w:r>
      <w:proofErr w:type="spellEnd"/>
      <w:r>
        <w:t xml:space="preserve"> de Jaipur </w:t>
      </w:r>
      <w:proofErr w:type="spellStart"/>
      <w:r>
        <w:t>combina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estilos</w:t>
      </w:r>
      <w:proofErr w:type="spellEnd"/>
      <w:r>
        <w:t xml:space="preserve"> </w:t>
      </w:r>
      <w:proofErr w:type="spellStart"/>
      <w:r>
        <w:t>arquitetônicos</w:t>
      </w:r>
      <w:proofErr w:type="spellEnd"/>
      <w:r>
        <w:t xml:space="preserve"> </w:t>
      </w:r>
      <w:proofErr w:type="spellStart"/>
      <w:r>
        <w:t>hindu</w:t>
      </w:r>
      <w:proofErr w:type="spellEnd"/>
      <w:r>
        <w:t xml:space="preserve">, </w:t>
      </w:r>
      <w:proofErr w:type="spellStart"/>
      <w:r>
        <w:t>jainista</w:t>
      </w:r>
      <w:proofErr w:type="spellEnd"/>
      <w:r>
        <w:t xml:space="preserve"> e </w:t>
      </w:r>
      <w:proofErr w:type="spellStart"/>
      <w:r>
        <w:t>mogol</w:t>
      </w:r>
      <w:proofErr w:type="spellEnd"/>
      <w:r>
        <w:t>.</w:t>
      </w:r>
    </w:p>
    <w:p w14:paraId="346F9FDC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Jaipur.</w:t>
      </w:r>
    </w:p>
    <w:p w14:paraId="0371ACDF" w14:textId="77777777" w:rsidR="00F352CF" w:rsidRDefault="00F352CF" w:rsidP="00A92C4B">
      <w:pPr>
        <w:spacing w:after="40" w:line="252" w:lineRule="auto"/>
        <w:jc w:val="both"/>
      </w:pPr>
    </w:p>
    <w:p w14:paraId="45D2F321" w14:textId="7C0AD4B5" w:rsidR="00F352CF" w:rsidRPr="00F352CF" w:rsidRDefault="00F352CF" w:rsidP="00F352CF">
      <w:pPr>
        <w:pStyle w:val="Dia"/>
        <w:spacing w:before="120" w:after="20"/>
        <w:rPr>
          <w:rFonts w:cs="Segoe UI Emoji"/>
        </w:rPr>
      </w:pPr>
      <w:r w:rsidRPr="00F352CF">
        <w:rPr>
          <w:rFonts w:ascii="Segoe UI Emoji" w:hAnsi="Segoe UI Emoji" w:cs="Segoe UI Emoji"/>
        </w:rPr>
        <w:t>📍</w:t>
      </w:r>
      <w:r w:rsidRPr="00F352CF">
        <w:rPr>
          <w:rFonts w:cs="Segoe UI Emoji"/>
        </w:rPr>
        <w:t xml:space="preserve"> </w:t>
      </w:r>
      <w:r>
        <w:rPr>
          <w:rFonts w:cs="Segoe UI Emoji"/>
        </w:rPr>
        <w:t>4</w:t>
      </w:r>
      <w:r w:rsidRPr="00F352CF">
        <w:rPr>
          <w:rFonts w:cs="Segoe UI Emoji"/>
        </w:rPr>
        <w:t xml:space="preserve">º </w:t>
      </w:r>
      <w:proofErr w:type="spellStart"/>
      <w:r w:rsidRPr="00F352CF">
        <w:rPr>
          <w:rFonts w:cs="Segoe UI Emoji"/>
        </w:rPr>
        <w:t>dia</w:t>
      </w:r>
      <w:proofErr w:type="spellEnd"/>
      <w:r w:rsidRPr="00F352CF">
        <w:rPr>
          <w:rFonts w:cs="Segoe UI Emoji"/>
        </w:rPr>
        <w:t xml:space="preserve"> (2</w:t>
      </w:r>
      <w:r>
        <w:rPr>
          <w:rFonts w:cs="Segoe UI Emoji"/>
        </w:rPr>
        <w:t>2</w:t>
      </w:r>
      <w:r w:rsidRPr="00F352CF">
        <w:rPr>
          <w:rFonts w:cs="Segoe UI Emoji"/>
        </w:rPr>
        <w:t xml:space="preserve"> MAR 2027): </w:t>
      </w:r>
      <w:proofErr w:type="spellStart"/>
      <w:r w:rsidRPr="00F352CF">
        <w:rPr>
          <w:rFonts w:cs="Segoe UI Emoji"/>
        </w:rPr>
        <w:t>Celebração</w:t>
      </w:r>
      <w:proofErr w:type="spellEnd"/>
      <w:r w:rsidRPr="00F352CF">
        <w:rPr>
          <w:rFonts w:cs="Segoe UI Emoji"/>
        </w:rPr>
        <w:t xml:space="preserve"> de Holi</w:t>
      </w:r>
    </w:p>
    <w:p w14:paraId="042C1106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</w:t>
      </w:r>
    </w:p>
    <w:p w14:paraId="7A6F8D27" w14:textId="77777777" w:rsidR="00A92C4B" w:rsidRDefault="00A92C4B" w:rsidP="00A92C4B">
      <w:pPr>
        <w:spacing w:after="40" w:line="252" w:lineRule="auto"/>
        <w:jc w:val="both"/>
      </w:pPr>
      <w:r>
        <w:t xml:space="preserve">Na </w:t>
      </w:r>
      <w:proofErr w:type="spellStart"/>
      <w:r>
        <w:t>Índia</w:t>
      </w:r>
      <w:proofErr w:type="spellEnd"/>
      <w:r>
        <w:t xml:space="preserve">, a primavera é </w:t>
      </w:r>
      <w:proofErr w:type="spellStart"/>
      <w:r>
        <w:t>recebida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forma </w:t>
      </w:r>
      <w:proofErr w:type="spellStart"/>
      <w:r>
        <w:t>muito</w:t>
      </w:r>
      <w:proofErr w:type="spellEnd"/>
      <w:r>
        <w:t xml:space="preserve"> especial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anos</w:t>
      </w:r>
      <w:proofErr w:type="spellEnd"/>
      <w:r>
        <w:t xml:space="preserve">: o Holi, o festival das cores e </w:t>
      </w:r>
      <w:proofErr w:type="gramStart"/>
      <w:r>
        <w:t>do</w:t>
      </w:r>
      <w:proofErr w:type="gramEnd"/>
      <w:r>
        <w:t xml:space="preserve"> amor, é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celebrações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do </w:t>
      </w:r>
      <w:proofErr w:type="spellStart"/>
      <w:r>
        <w:t>país</w:t>
      </w:r>
      <w:proofErr w:type="spellEnd"/>
      <w:r>
        <w:t xml:space="preserve">. Eles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celebram</w:t>
      </w:r>
      <w:proofErr w:type="spellEnd"/>
      <w:r>
        <w:t xml:space="preserve"> a </w:t>
      </w:r>
      <w:proofErr w:type="spellStart"/>
      <w:r>
        <w:t>passagem</w:t>
      </w:r>
      <w:proofErr w:type="spellEnd"/>
      <w:r>
        <w:t xml:space="preserve"> do </w:t>
      </w:r>
      <w:proofErr w:type="spellStart"/>
      <w:r>
        <w:t>inverno</w:t>
      </w:r>
      <w:proofErr w:type="spellEnd"/>
      <w:r>
        <w:t xml:space="preserve"> para a primavera, mas </w:t>
      </w:r>
      <w:proofErr w:type="spellStart"/>
      <w:r>
        <w:t>também</w:t>
      </w:r>
      <w:proofErr w:type="spellEnd"/>
      <w:r>
        <w:t xml:space="preserve">, de </w:t>
      </w:r>
      <w:proofErr w:type="spellStart"/>
      <w:r>
        <w:t>acordo</w:t>
      </w:r>
      <w:proofErr w:type="spellEnd"/>
      <w:r>
        <w:t xml:space="preserve"> com o </w:t>
      </w:r>
      <w:proofErr w:type="spellStart"/>
      <w:r>
        <w:t>hinduísmo</w:t>
      </w:r>
      <w:proofErr w:type="spellEnd"/>
      <w:r>
        <w:t xml:space="preserve">, a </w:t>
      </w:r>
      <w:proofErr w:type="spellStart"/>
      <w:r>
        <w:t>vitória</w:t>
      </w:r>
      <w:proofErr w:type="spellEnd"/>
      <w:r>
        <w:t xml:space="preserve"> do </w:t>
      </w:r>
      <w:proofErr w:type="spellStart"/>
      <w:r>
        <w:t>bem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o mal; e </w:t>
      </w:r>
      <w:proofErr w:type="spellStart"/>
      <w:r>
        <w:t>eles</w:t>
      </w:r>
      <w:proofErr w:type="spellEnd"/>
      <w:r>
        <w:t xml:space="preserve"> </w:t>
      </w:r>
      <w:proofErr w:type="spellStart"/>
      <w:r>
        <w:t>fazem</w:t>
      </w:r>
      <w:proofErr w:type="spellEnd"/>
      <w:r>
        <w:t xml:space="preserve"> </w:t>
      </w:r>
      <w:proofErr w:type="spellStart"/>
      <w:r>
        <w:t>isso</w:t>
      </w:r>
      <w:proofErr w:type="spellEnd"/>
      <w:r>
        <w:t xml:space="preserve"> com </w:t>
      </w:r>
      <w:proofErr w:type="spellStart"/>
      <w:r>
        <w:t>muitas</w:t>
      </w:r>
      <w:proofErr w:type="spellEnd"/>
      <w:r>
        <w:t xml:space="preserve"> cores. Durante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cerimônia</w:t>
      </w:r>
      <w:proofErr w:type="spellEnd"/>
      <w:r>
        <w:t xml:space="preserve">, as </w:t>
      </w:r>
      <w:proofErr w:type="spellStart"/>
      <w:r>
        <w:t>pessoas</w:t>
      </w:r>
      <w:proofErr w:type="spellEnd"/>
      <w:r>
        <w:t xml:space="preserve"> se </w:t>
      </w:r>
      <w:proofErr w:type="spellStart"/>
      <w:r>
        <w:t>pintam</w:t>
      </w:r>
      <w:proofErr w:type="spellEnd"/>
      <w:r>
        <w:t xml:space="preserve"> e </w:t>
      </w:r>
      <w:proofErr w:type="spellStart"/>
      <w:r>
        <w:t>jogam</w:t>
      </w:r>
      <w:proofErr w:type="spellEnd"/>
      <w:r>
        <w:t xml:space="preserve"> </w:t>
      </w:r>
      <w:proofErr w:type="spellStart"/>
      <w:r>
        <w:t>pós</w:t>
      </w:r>
      <w:proofErr w:type="spellEnd"/>
      <w:r>
        <w:t xml:space="preserve"> </w:t>
      </w:r>
      <w:proofErr w:type="spellStart"/>
      <w:r>
        <w:t>coloridos</w:t>
      </w:r>
      <w:proofErr w:type="spellEnd"/>
      <w:r>
        <w:t xml:space="preserve"> </w:t>
      </w:r>
      <w:proofErr w:type="spellStart"/>
      <w:r>
        <w:t>chamados</w:t>
      </w:r>
      <w:proofErr w:type="spellEnd"/>
      <w:r>
        <w:t xml:space="preserve"> Gulal. Para </w:t>
      </w:r>
      <w:proofErr w:type="spellStart"/>
      <w:r>
        <w:t>vivenciar</w:t>
      </w:r>
      <w:proofErr w:type="spellEnd"/>
      <w:r>
        <w:t xml:space="preserve"> </w:t>
      </w:r>
      <w:proofErr w:type="spellStart"/>
      <w:r>
        <w:t>tudo</w:t>
      </w:r>
      <w:proofErr w:type="spellEnd"/>
      <w:r>
        <w:t xml:space="preserve"> </w:t>
      </w:r>
      <w:proofErr w:type="spellStart"/>
      <w:r>
        <w:t>isso</w:t>
      </w:r>
      <w:proofErr w:type="spellEnd"/>
      <w:r>
        <w:t xml:space="preserve">, </w:t>
      </w:r>
      <w:proofErr w:type="spellStart"/>
      <w:r>
        <w:t>participaremos</w:t>
      </w:r>
      <w:proofErr w:type="spellEnd"/>
      <w:r>
        <w:t xml:space="preserve"> das </w:t>
      </w:r>
      <w:proofErr w:type="spellStart"/>
      <w:r>
        <w:t>celebrações</w:t>
      </w:r>
      <w:proofErr w:type="spellEnd"/>
      <w:r>
        <w:t xml:space="preserve"> do Holi e </w:t>
      </w:r>
      <w:proofErr w:type="spellStart"/>
      <w:r>
        <w:t>desfrutaremos</w:t>
      </w:r>
      <w:proofErr w:type="spellEnd"/>
      <w:r>
        <w:t xml:space="preserve"> de um </w:t>
      </w:r>
      <w:proofErr w:type="spellStart"/>
      <w:r>
        <w:t>almoço</w:t>
      </w:r>
      <w:proofErr w:type="spellEnd"/>
      <w:r>
        <w:t xml:space="preserve"> com </w:t>
      </w:r>
      <w:proofErr w:type="spellStart"/>
      <w:r>
        <w:t>os</w:t>
      </w:r>
      <w:proofErr w:type="spellEnd"/>
      <w:r>
        <w:t xml:space="preserve"> </w:t>
      </w:r>
      <w:proofErr w:type="spellStart"/>
      <w:r>
        <w:t>moradores</w:t>
      </w:r>
      <w:proofErr w:type="spellEnd"/>
      <w:r>
        <w:t xml:space="preserve"> </w:t>
      </w:r>
      <w:proofErr w:type="spellStart"/>
      <w:r>
        <w:t>locais</w:t>
      </w:r>
      <w:proofErr w:type="spellEnd"/>
      <w:r>
        <w:t>.</w:t>
      </w:r>
    </w:p>
    <w:p w14:paraId="6C4D9FB5" w14:textId="77777777" w:rsidR="00A92C4B" w:rsidRDefault="00A92C4B" w:rsidP="00A92C4B">
      <w:pPr>
        <w:spacing w:after="40" w:line="252" w:lineRule="auto"/>
        <w:jc w:val="both"/>
      </w:pPr>
    </w:p>
    <w:p w14:paraId="72716703" w14:textId="24870EC0" w:rsidR="00A92C4B" w:rsidRDefault="00A92C4B" w:rsidP="00A92C4B">
      <w:pPr>
        <w:spacing w:after="40" w:line="252" w:lineRule="auto"/>
        <w:jc w:val="both"/>
      </w:pPr>
      <w:proofErr w:type="spellStart"/>
      <w:r w:rsidRPr="00A92C4B">
        <w:rPr>
          <w:b/>
          <w:bCs/>
        </w:rPr>
        <w:t>Inclusões</w:t>
      </w:r>
      <w:proofErr w:type="spellEnd"/>
      <w:r>
        <w:t>:</w:t>
      </w:r>
    </w:p>
    <w:p w14:paraId="0389C1F9" w14:textId="5F7C4234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r>
        <w:t xml:space="preserve">Roupas para </w:t>
      </w:r>
      <w:proofErr w:type="spellStart"/>
      <w:r>
        <w:t>celebrar</w:t>
      </w:r>
      <w:proofErr w:type="spellEnd"/>
      <w:r>
        <w:t xml:space="preserve"> o Festival: Kurta (camisa) e </w:t>
      </w:r>
      <w:proofErr w:type="spellStart"/>
      <w:r>
        <w:t>pijama</w:t>
      </w:r>
      <w:proofErr w:type="spellEnd"/>
      <w:r>
        <w:t>.</w:t>
      </w:r>
    </w:p>
    <w:p w14:paraId="56E325E1" w14:textId="15727932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r>
        <w:t xml:space="preserve">Um </w:t>
      </w:r>
      <w:proofErr w:type="spellStart"/>
      <w:r>
        <w:t>turbante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pessoa</w:t>
      </w:r>
      <w:proofErr w:type="spellEnd"/>
      <w:r>
        <w:t xml:space="preserve"> (Pagri).</w:t>
      </w:r>
    </w:p>
    <w:p w14:paraId="6330F9F5" w14:textId="33C88FB9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proofErr w:type="spellStart"/>
      <w:r>
        <w:t>Apresentação</w:t>
      </w:r>
      <w:proofErr w:type="spellEnd"/>
      <w:r>
        <w:t xml:space="preserve"> de </w:t>
      </w:r>
      <w:proofErr w:type="spellStart"/>
      <w:r>
        <w:t>dança</w:t>
      </w:r>
      <w:proofErr w:type="spellEnd"/>
      <w:r>
        <w:t xml:space="preserve"> </w:t>
      </w:r>
      <w:proofErr w:type="spellStart"/>
      <w:r>
        <w:t>folclórica</w:t>
      </w:r>
      <w:proofErr w:type="spellEnd"/>
      <w:r>
        <w:t xml:space="preserve"> </w:t>
      </w:r>
      <w:proofErr w:type="spellStart"/>
      <w:r>
        <w:t>tradicional</w:t>
      </w:r>
      <w:proofErr w:type="spellEnd"/>
      <w:r>
        <w:t xml:space="preserve"> do </w:t>
      </w:r>
      <w:proofErr w:type="spellStart"/>
      <w:r>
        <w:t>Rajastão</w:t>
      </w:r>
      <w:proofErr w:type="spellEnd"/>
      <w:r>
        <w:t>.</w:t>
      </w:r>
    </w:p>
    <w:p w14:paraId="68F2284F" w14:textId="1153532A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proofErr w:type="spellStart"/>
      <w:r>
        <w:t>Apresentação</w:t>
      </w:r>
      <w:proofErr w:type="spellEnd"/>
      <w:r>
        <w:t xml:space="preserve"> especial de </w:t>
      </w:r>
      <w:proofErr w:type="spellStart"/>
      <w:r>
        <w:t>artistas</w:t>
      </w:r>
      <w:proofErr w:type="spellEnd"/>
      <w:r>
        <w:t xml:space="preserve"> e </w:t>
      </w:r>
      <w:proofErr w:type="spellStart"/>
      <w:r>
        <w:t>músicos</w:t>
      </w:r>
      <w:proofErr w:type="spellEnd"/>
      <w:r>
        <w:t xml:space="preserve"> </w:t>
      </w:r>
      <w:proofErr w:type="spellStart"/>
      <w:r>
        <w:t>regionais</w:t>
      </w:r>
      <w:proofErr w:type="spellEnd"/>
      <w:r>
        <w:t xml:space="preserve"> do </w:t>
      </w:r>
      <w:proofErr w:type="spellStart"/>
      <w:r>
        <w:t>Rajastão</w:t>
      </w:r>
      <w:proofErr w:type="spellEnd"/>
      <w:r>
        <w:t>.</w:t>
      </w:r>
    </w:p>
    <w:p w14:paraId="2D0145A7" w14:textId="40B6EC9E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proofErr w:type="spellStart"/>
      <w:r>
        <w:t>Danças</w:t>
      </w:r>
      <w:proofErr w:type="spellEnd"/>
      <w:r>
        <w:t xml:space="preserve"> de Bollywood.</w:t>
      </w:r>
    </w:p>
    <w:p w14:paraId="24D9E12D" w14:textId="73333956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proofErr w:type="spellStart"/>
      <w:r>
        <w:t>Doces</w:t>
      </w:r>
      <w:proofErr w:type="spellEnd"/>
      <w:r>
        <w:t xml:space="preserve"> e </w:t>
      </w:r>
      <w:proofErr w:type="spellStart"/>
      <w:r>
        <w:t>sobremesas</w:t>
      </w:r>
      <w:proofErr w:type="spellEnd"/>
      <w:r>
        <w:t xml:space="preserve"> </w:t>
      </w:r>
      <w:proofErr w:type="spellStart"/>
      <w:r>
        <w:t>especiais</w:t>
      </w:r>
      <w:proofErr w:type="spellEnd"/>
      <w:r>
        <w:t>.</w:t>
      </w:r>
    </w:p>
    <w:p w14:paraId="55A03617" w14:textId="2531349E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proofErr w:type="spellStart"/>
      <w:r>
        <w:t>Lanches</w:t>
      </w:r>
      <w:proofErr w:type="spellEnd"/>
      <w:r>
        <w:t xml:space="preserve"> e </w:t>
      </w:r>
      <w:proofErr w:type="spellStart"/>
      <w:r>
        <w:t>almoço</w:t>
      </w:r>
      <w:proofErr w:type="spellEnd"/>
      <w:r>
        <w:t>.</w:t>
      </w:r>
    </w:p>
    <w:p w14:paraId="7E47F9C7" w14:textId="0BE6D9F3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r>
        <w:t xml:space="preserve">Cores </w:t>
      </w:r>
      <w:proofErr w:type="spellStart"/>
      <w:r>
        <w:t>orgânicas</w:t>
      </w:r>
      <w:proofErr w:type="spellEnd"/>
      <w:r>
        <w:t>.</w:t>
      </w:r>
    </w:p>
    <w:p w14:paraId="2A4636F0" w14:textId="39F5DFCC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r>
        <w:t xml:space="preserve">Bebidas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alcoólicas</w:t>
      </w:r>
      <w:proofErr w:type="spellEnd"/>
      <w:r>
        <w:t>.</w:t>
      </w:r>
    </w:p>
    <w:p w14:paraId="62B6618A" w14:textId="2CC202AA" w:rsidR="00A92C4B" w:rsidRDefault="00A92C4B" w:rsidP="00A92C4B">
      <w:pPr>
        <w:pStyle w:val="PargrafodaLista"/>
        <w:numPr>
          <w:ilvl w:val="0"/>
          <w:numId w:val="28"/>
        </w:numPr>
        <w:spacing w:after="40" w:line="252" w:lineRule="auto"/>
        <w:jc w:val="both"/>
      </w:pPr>
      <w:r>
        <w:lastRenderedPageBreak/>
        <w:t xml:space="preserve">Uma </w:t>
      </w:r>
      <w:proofErr w:type="spellStart"/>
      <w:r>
        <w:t>garrafa</w:t>
      </w:r>
      <w:proofErr w:type="spellEnd"/>
      <w:r>
        <w:t xml:space="preserve"> de </w:t>
      </w:r>
      <w:proofErr w:type="spellStart"/>
      <w:r>
        <w:t>cerveja</w:t>
      </w:r>
      <w:proofErr w:type="spellEnd"/>
      <w:r>
        <w:t xml:space="preserve"> (</w:t>
      </w:r>
      <w:proofErr w:type="spellStart"/>
      <w:r>
        <w:t>por</w:t>
      </w:r>
      <w:proofErr w:type="spellEnd"/>
      <w:r>
        <w:t xml:space="preserve"> </w:t>
      </w:r>
      <w:proofErr w:type="spellStart"/>
      <w:r>
        <w:t>pessoa</w:t>
      </w:r>
      <w:proofErr w:type="spellEnd"/>
      <w:r>
        <w:t>)</w:t>
      </w:r>
    </w:p>
    <w:p w14:paraId="09C8C87F" w14:textId="77777777" w:rsidR="00A92C4B" w:rsidRDefault="00A92C4B" w:rsidP="00A92C4B">
      <w:pPr>
        <w:spacing w:after="40" w:line="252" w:lineRule="auto"/>
        <w:jc w:val="both"/>
      </w:pPr>
    </w:p>
    <w:p w14:paraId="76C0700C" w14:textId="77777777" w:rsidR="00A92C4B" w:rsidRDefault="00A92C4B" w:rsidP="00A92C4B">
      <w:pPr>
        <w:spacing w:after="40" w:line="252" w:lineRule="auto"/>
        <w:jc w:val="both"/>
      </w:pPr>
      <w:r>
        <w:t xml:space="preserve">Tarde livre para </w:t>
      </w:r>
      <w:proofErr w:type="spellStart"/>
      <w:r>
        <w:t>descanso</w:t>
      </w:r>
      <w:proofErr w:type="spellEnd"/>
      <w:r>
        <w:t>.</w:t>
      </w:r>
    </w:p>
    <w:p w14:paraId="4F977A3D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Jaipur.</w:t>
      </w:r>
    </w:p>
    <w:p w14:paraId="013955FF" w14:textId="77777777" w:rsidR="00A92C4B" w:rsidRDefault="00A92C4B" w:rsidP="00A92C4B">
      <w:pPr>
        <w:spacing w:after="40" w:line="252" w:lineRule="auto"/>
        <w:jc w:val="both"/>
      </w:pPr>
    </w:p>
    <w:p w14:paraId="41E57421" w14:textId="23001259" w:rsidR="00A92C4B" w:rsidRDefault="00F352CF" w:rsidP="00A92C4B">
      <w:pPr>
        <w:spacing w:after="40" w:line="252" w:lineRule="auto"/>
        <w:jc w:val="both"/>
      </w:pPr>
      <w:r w:rsidRPr="00F352CF">
        <w:rPr>
          <w:rFonts w:ascii="Segoe UI Emoji" w:hAnsi="Segoe UI Emoji" w:cs="Segoe UI Emoji"/>
          <w:b/>
          <w:color w:val="0F5D7F"/>
          <w:sz w:val="21"/>
        </w:rPr>
        <w:t>📍</w:t>
      </w:r>
      <w:r w:rsidRPr="00F352CF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5</w:t>
      </w:r>
      <w:r w:rsidRPr="00F352CF">
        <w:rPr>
          <w:b/>
          <w:color w:val="0F5D7F"/>
          <w:sz w:val="21"/>
        </w:rPr>
        <w:t xml:space="preserve">º </w:t>
      </w:r>
      <w:proofErr w:type="spellStart"/>
      <w:r w:rsidRPr="00F352CF">
        <w:rPr>
          <w:b/>
          <w:color w:val="0F5D7F"/>
          <w:sz w:val="21"/>
        </w:rPr>
        <w:t>dia</w:t>
      </w:r>
      <w:proofErr w:type="spellEnd"/>
      <w:r w:rsidRPr="00F352CF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3</w:t>
      </w:r>
      <w:r w:rsidRPr="00F352CF">
        <w:rPr>
          <w:b/>
          <w:color w:val="0F5D7F"/>
          <w:sz w:val="21"/>
        </w:rPr>
        <w:t xml:space="preserve"> MAR 2027): Jaipur  </w:t>
      </w:r>
      <w:r>
        <w:t xml:space="preserve"> </w:t>
      </w:r>
    </w:p>
    <w:p w14:paraId="1AA4E753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</w:t>
      </w:r>
    </w:p>
    <w:p w14:paraId="434B2854" w14:textId="77777777" w:rsidR="00A92C4B" w:rsidRDefault="00A92C4B" w:rsidP="00A92C4B">
      <w:pPr>
        <w:spacing w:after="40" w:line="252" w:lineRule="auto"/>
        <w:jc w:val="both"/>
      </w:pPr>
      <w:r>
        <w:t xml:space="preserve">De </w:t>
      </w:r>
      <w:proofErr w:type="spellStart"/>
      <w:r>
        <w:t>manhã</w:t>
      </w:r>
      <w:proofErr w:type="spellEnd"/>
      <w:r>
        <w:t xml:space="preserve">, </w:t>
      </w:r>
      <w:proofErr w:type="spellStart"/>
      <w:r>
        <w:t>visitaremos</w:t>
      </w:r>
      <w:proofErr w:type="spellEnd"/>
      <w:r>
        <w:t xml:space="preserve"> o Forte Amber, </w:t>
      </w:r>
      <w:proofErr w:type="spellStart"/>
      <w:r>
        <w:t>situado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colinas</w:t>
      </w:r>
      <w:proofErr w:type="spellEnd"/>
      <w:r>
        <w:t xml:space="preserve"> </w:t>
      </w:r>
      <w:proofErr w:type="spellStart"/>
      <w:r>
        <w:t>pitorescas</w:t>
      </w:r>
      <w:proofErr w:type="spellEnd"/>
      <w:r>
        <w:t xml:space="preserve">, </w:t>
      </w:r>
      <w:proofErr w:type="spellStart"/>
      <w:r>
        <w:t>uma</w:t>
      </w:r>
      <w:proofErr w:type="spellEnd"/>
      <w:r>
        <w:t xml:space="preserve"> </w:t>
      </w:r>
      <w:proofErr w:type="spellStart"/>
      <w:r>
        <w:t>mistura</w:t>
      </w:r>
      <w:proofErr w:type="spellEnd"/>
      <w:r>
        <w:t xml:space="preserve"> </w:t>
      </w:r>
      <w:proofErr w:type="spellStart"/>
      <w:r>
        <w:t>fascinante</w:t>
      </w:r>
      <w:proofErr w:type="spellEnd"/>
      <w:r>
        <w:t xml:space="preserve"> de </w:t>
      </w:r>
      <w:proofErr w:type="spellStart"/>
      <w:r>
        <w:t>arquitetura</w:t>
      </w:r>
      <w:proofErr w:type="spellEnd"/>
      <w:r>
        <w:t xml:space="preserve"> </w:t>
      </w:r>
      <w:proofErr w:type="spellStart"/>
      <w:r>
        <w:t>hindu</w:t>
      </w:r>
      <w:proofErr w:type="spellEnd"/>
      <w:r>
        <w:t xml:space="preserve"> e </w:t>
      </w:r>
      <w:proofErr w:type="spellStart"/>
      <w:r>
        <w:t>mogol</w:t>
      </w:r>
      <w:proofErr w:type="spellEnd"/>
      <w:r>
        <w:t xml:space="preserve">.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Raja Man Singh I </w:t>
      </w:r>
      <w:proofErr w:type="spellStart"/>
      <w:r>
        <w:t>em</w:t>
      </w:r>
      <w:proofErr w:type="spellEnd"/>
      <w:r>
        <w:t xml:space="preserve"> 1592 e </w:t>
      </w:r>
      <w:proofErr w:type="spellStart"/>
      <w:r>
        <w:t>concluído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Raja Jai Singh, o forte era </w:t>
      </w:r>
      <w:proofErr w:type="spellStart"/>
      <w:r>
        <w:t>feito</w:t>
      </w:r>
      <w:proofErr w:type="spellEnd"/>
      <w:r>
        <w:t xml:space="preserve"> de </w:t>
      </w:r>
      <w:proofErr w:type="spellStart"/>
      <w:r>
        <w:t>arenito</w:t>
      </w:r>
      <w:proofErr w:type="spellEnd"/>
      <w:r>
        <w:t xml:space="preserve"> </w:t>
      </w:r>
      <w:proofErr w:type="spellStart"/>
      <w:r>
        <w:t>vermelho</w:t>
      </w:r>
      <w:proofErr w:type="spellEnd"/>
      <w:r>
        <w:t xml:space="preserve"> e </w:t>
      </w:r>
      <w:proofErr w:type="spellStart"/>
      <w:r>
        <w:t>mármore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. </w:t>
      </w:r>
      <w:proofErr w:type="spellStart"/>
      <w:r>
        <w:t>Passeio</w:t>
      </w:r>
      <w:proofErr w:type="spellEnd"/>
      <w:r>
        <w:t xml:space="preserve"> de </w:t>
      </w:r>
      <w:proofErr w:type="spellStart"/>
      <w:r>
        <w:t>elefante</w:t>
      </w:r>
      <w:proofErr w:type="spellEnd"/>
      <w:r>
        <w:t xml:space="preserve"> no Forte Amber, </w:t>
      </w:r>
      <w:proofErr w:type="spellStart"/>
      <w:r>
        <w:t>aproveite</w:t>
      </w:r>
      <w:proofErr w:type="spellEnd"/>
      <w:r>
        <w:t xml:space="preserve"> um </w:t>
      </w:r>
      <w:proofErr w:type="spellStart"/>
      <w:r>
        <w:t>passeio</w:t>
      </w:r>
      <w:proofErr w:type="spellEnd"/>
      <w:r>
        <w:t xml:space="preserve"> de </w:t>
      </w:r>
      <w:proofErr w:type="spellStart"/>
      <w:r>
        <w:t>elefante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Forte Amber </w:t>
      </w:r>
      <w:proofErr w:type="spellStart"/>
      <w:r>
        <w:t>como</w:t>
      </w:r>
      <w:proofErr w:type="spellEnd"/>
      <w:r>
        <w:t xml:space="preserve"> a </w:t>
      </w:r>
      <w:proofErr w:type="spellStart"/>
      <w:r>
        <w:t>realeza</w:t>
      </w:r>
      <w:proofErr w:type="spellEnd"/>
      <w:r>
        <w:t xml:space="preserve"> do </w:t>
      </w:r>
      <w:proofErr w:type="spellStart"/>
      <w:r>
        <w:t>Rajastão</w:t>
      </w:r>
      <w:proofErr w:type="spellEnd"/>
      <w:r>
        <w:t xml:space="preserve"> </w:t>
      </w:r>
      <w:proofErr w:type="spellStart"/>
      <w:r>
        <w:t>fazia</w:t>
      </w:r>
      <w:proofErr w:type="spellEnd"/>
      <w:r>
        <w:t xml:space="preserve"> </w:t>
      </w:r>
      <w:proofErr w:type="spellStart"/>
      <w:r>
        <w:t>antigamente</w:t>
      </w:r>
      <w:proofErr w:type="spellEnd"/>
      <w:r>
        <w:t xml:space="preserve">. Monte no </w:t>
      </w:r>
      <w:proofErr w:type="spellStart"/>
      <w:r>
        <w:t>elefante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elevada</w:t>
      </w:r>
      <w:proofErr w:type="spellEnd"/>
      <w:r>
        <w:t xml:space="preserve"> e sente-se </w:t>
      </w:r>
      <w:proofErr w:type="spellStart"/>
      <w:r>
        <w:t>confortavelmente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um design especial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elefante</w:t>
      </w:r>
      <w:proofErr w:type="spellEnd"/>
      <w:r>
        <w:t xml:space="preserve"> </w:t>
      </w:r>
      <w:proofErr w:type="spellStart"/>
      <w:r>
        <w:t>serpenteia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muros</w:t>
      </w:r>
      <w:proofErr w:type="spellEnd"/>
      <w:r>
        <w:t xml:space="preserve"> da </w:t>
      </w:r>
      <w:proofErr w:type="spellStart"/>
      <w:r>
        <w:t>fortaleza</w:t>
      </w:r>
      <w:proofErr w:type="spellEnd"/>
      <w:r>
        <w:t xml:space="preserve">. </w:t>
      </w:r>
      <w:proofErr w:type="spellStart"/>
      <w:r>
        <w:t>Os</w:t>
      </w:r>
      <w:proofErr w:type="spellEnd"/>
      <w:r>
        <w:t xml:space="preserve"> </w:t>
      </w:r>
      <w:proofErr w:type="spellStart"/>
      <w:r>
        <w:t>elefantes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tão</w:t>
      </w:r>
      <w:proofErr w:type="spellEnd"/>
      <w:r>
        <w:t xml:space="preserve"> </w:t>
      </w:r>
      <w:proofErr w:type="spellStart"/>
      <w:r>
        <w:t>dignos</w:t>
      </w:r>
      <w:proofErr w:type="spellEnd"/>
      <w:r>
        <w:t xml:space="preserve"> de </w:t>
      </w:r>
      <w:proofErr w:type="spellStart"/>
      <w:r>
        <w:t>fotos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cornacas</w:t>
      </w:r>
      <w:proofErr w:type="spellEnd"/>
      <w:r>
        <w:t xml:space="preserve"> (as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lideram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elefantes</w:t>
      </w:r>
      <w:proofErr w:type="spellEnd"/>
      <w:r>
        <w:t xml:space="preserve">),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decorados</w:t>
      </w:r>
      <w:proofErr w:type="spellEnd"/>
      <w:r>
        <w:t xml:space="preserve">,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trombas</w:t>
      </w:r>
      <w:proofErr w:type="spellEnd"/>
      <w:r>
        <w:t xml:space="preserve">, com </w:t>
      </w:r>
      <w:proofErr w:type="spellStart"/>
      <w:r>
        <w:t>motivos</w:t>
      </w:r>
      <w:proofErr w:type="spellEnd"/>
      <w:r>
        <w:t xml:space="preserve"> </w:t>
      </w:r>
      <w:proofErr w:type="spellStart"/>
      <w:r>
        <w:t>florais</w:t>
      </w:r>
      <w:proofErr w:type="spellEnd"/>
      <w:r>
        <w:t xml:space="preserve"> e </w:t>
      </w:r>
      <w:proofErr w:type="spellStart"/>
      <w:r>
        <w:t>geométricos</w:t>
      </w:r>
      <w:proofErr w:type="spellEnd"/>
      <w:r>
        <w:t xml:space="preserve"> </w:t>
      </w:r>
      <w:proofErr w:type="spellStart"/>
      <w:r>
        <w:t>feitos</w:t>
      </w:r>
      <w:proofErr w:type="spellEnd"/>
      <w:r>
        <w:t xml:space="preserve"> com </w:t>
      </w:r>
      <w:proofErr w:type="spellStart"/>
      <w:r>
        <w:t>giz</w:t>
      </w:r>
      <w:proofErr w:type="spellEnd"/>
      <w:r>
        <w:t xml:space="preserve"> e </w:t>
      </w:r>
      <w:proofErr w:type="spellStart"/>
      <w:r>
        <w:t>pós</w:t>
      </w:r>
      <w:proofErr w:type="spellEnd"/>
      <w:r>
        <w:t xml:space="preserve"> </w:t>
      </w:r>
      <w:proofErr w:type="spellStart"/>
      <w:r>
        <w:t>coloridos</w:t>
      </w:r>
      <w:proofErr w:type="spellEnd"/>
      <w:r>
        <w:t>.</w:t>
      </w:r>
    </w:p>
    <w:p w14:paraId="3556FBCD" w14:textId="77777777" w:rsidR="00A92C4B" w:rsidRDefault="00A92C4B" w:rsidP="00A92C4B">
      <w:pPr>
        <w:spacing w:after="40" w:line="252" w:lineRule="auto"/>
        <w:jc w:val="both"/>
      </w:pPr>
      <w:r>
        <w:t xml:space="preserve">À </w:t>
      </w:r>
      <w:proofErr w:type="spellStart"/>
      <w:r>
        <w:t>tarde</w:t>
      </w:r>
      <w:proofErr w:type="spellEnd"/>
      <w:r>
        <w:t xml:space="preserve">, </w:t>
      </w:r>
      <w:proofErr w:type="spellStart"/>
      <w:r>
        <w:t>visite</w:t>
      </w:r>
      <w:proofErr w:type="spellEnd"/>
      <w:r>
        <w:t xml:space="preserve"> a </w:t>
      </w:r>
      <w:proofErr w:type="spellStart"/>
      <w:r>
        <w:t>cidade</w:t>
      </w:r>
      <w:proofErr w:type="spellEnd"/>
      <w:r>
        <w:t xml:space="preserve"> </w:t>
      </w:r>
      <w:proofErr w:type="spellStart"/>
      <w:r>
        <w:t>palaciana</w:t>
      </w:r>
      <w:proofErr w:type="spellEnd"/>
      <w:r>
        <w:t xml:space="preserve"> de Jaipur. O Palácio do Maharaja (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conhecido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Palácio da </w:t>
      </w:r>
      <w:proofErr w:type="spellStart"/>
      <w:r>
        <w:t>Cidade</w:t>
      </w:r>
      <w:proofErr w:type="spellEnd"/>
      <w:r>
        <w:t xml:space="preserve">),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antiga</w:t>
      </w:r>
      <w:proofErr w:type="spellEnd"/>
      <w:r>
        <w:t xml:space="preserve"> </w:t>
      </w:r>
      <w:proofErr w:type="spellStart"/>
      <w:r>
        <w:t>residência</w:t>
      </w:r>
      <w:proofErr w:type="spellEnd"/>
      <w:r>
        <w:t xml:space="preserve"> real </w:t>
      </w:r>
      <w:proofErr w:type="spellStart"/>
      <w:r>
        <w:t>transformada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museu</w:t>
      </w:r>
      <w:proofErr w:type="spellEnd"/>
      <w:r>
        <w:t xml:space="preserve">,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pequena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da qual </w:t>
      </w:r>
      <w:proofErr w:type="spellStart"/>
      <w:r>
        <w:t>ainda</w:t>
      </w:r>
      <w:proofErr w:type="spellEnd"/>
      <w:r>
        <w:t xml:space="preserve"> é </w:t>
      </w:r>
      <w:proofErr w:type="spellStart"/>
      <w:r>
        <w:t>usada</w:t>
      </w:r>
      <w:proofErr w:type="spellEnd"/>
      <w:r>
        <w:t xml:space="preserve"> pela </w:t>
      </w:r>
      <w:proofErr w:type="spellStart"/>
      <w:r>
        <w:t>família</w:t>
      </w:r>
      <w:proofErr w:type="spellEnd"/>
      <w:r>
        <w:t xml:space="preserve"> real de Jaipur.</w:t>
      </w:r>
    </w:p>
    <w:p w14:paraId="6506C6C8" w14:textId="77777777" w:rsidR="00A92C4B" w:rsidRDefault="00A92C4B" w:rsidP="00A92C4B">
      <w:pPr>
        <w:spacing w:after="40" w:line="252" w:lineRule="auto"/>
        <w:jc w:val="both"/>
      </w:pPr>
      <w:r>
        <w:t xml:space="preserve">A visita </w:t>
      </w:r>
      <w:proofErr w:type="spellStart"/>
      <w:r>
        <w:t>continuará</w:t>
      </w:r>
      <w:proofErr w:type="spellEnd"/>
      <w:r>
        <w:t xml:space="preserve"> no Jantar Mantar, </w:t>
      </w:r>
      <w:proofErr w:type="spellStart"/>
      <w:r>
        <w:t>que</w:t>
      </w:r>
      <w:proofErr w:type="spellEnd"/>
      <w:r>
        <w:t xml:space="preserve"> é o </w:t>
      </w:r>
      <w:proofErr w:type="spellStart"/>
      <w:r>
        <w:t>maior</w:t>
      </w:r>
      <w:proofErr w:type="spellEnd"/>
      <w:r>
        <w:t xml:space="preserve"> </w:t>
      </w:r>
      <w:proofErr w:type="spellStart"/>
      <w:r>
        <w:t>observatório</w:t>
      </w:r>
      <w:proofErr w:type="spellEnd"/>
      <w:r>
        <w:t xml:space="preserve"> do </w:t>
      </w:r>
      <w:proofErr w:type="spellStart"/>
      <w:r>
        <w:t>mundo</w:t>
      </w:r>
      <w:proofErr w:type="spellEnd"/>
      <w:r>
        <w:t xml:space="preserve">,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pedra</w:t>
      </w:r>
      <w:proofErr w:type="spellEnd"/>
      <w:r>
        <w:t xml:space="preserve"> e </w:t>
      </w:r>
      <w:proofErr w:type="spellStart"/>
      <w:r>
        <w:t>mármore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Jai Singh de 1728 a 1734. No </w:t>
      </w:r>
      <w:proofErr w:type="spellStart"/>
      <w:r>
        <w:t>caminho</w:t>
      </w:r>
      <w:proofErr w:type="spellEnd"/>
      <w:r>
        <w:t xml:space="preserve">, </w:t>
      </w:r>
      <w:proofErr w:type="spellStart"/>
      <w:r>
        <w:t>haverá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breve </w:t>
      </w:r>
      <w:proofErr w:type="spellStart"/>
      <w:r>
        <w:t>parada</w:t>
      </w:r>
      <w:proofErr w:type="spellEnd"/>
      <w:r>
        <w:t xml:space="preserve"> para </w:t>
      </w:r>
      <w:proofErr w:type="spellStart"/>
      <w:r>
        <w:t>tirar</w:t>
      </w:r>
      <w:proofErr w:type="spellEnd"/>
      <w:r>
        <w:t xml:space="preserve"> a </w:t>
      </w:r>
      <w:proofErr w:type="spellStart"/>
      <w:r>
        <w:t>tradicional</w:t>
      </w:r>
      <w:proofErr w:type="spellEnd"/>
      <w:r>
        <w:t xml:space="preserve"> </w:t>
      </w:r>
      <w:proofErr w:type="spellStart"/>
      <w:r>
        <w:t>fotografia</w:t>
      </w:r>
      <w:proofErr w:type="spellEnd"/>
      <w:r>
        <w:t xml:space="preserve"> do Hawa Mahal (Palácio dos </w:t>
      </w:r>
      <w:proofErr w:type="spellStart"/>
      <w:r>
        <w:t>Ventos</w:t>
      </w:r>
      <w:proofErr w:type="spellEnd"/>
      <w:r>
        <w:t xml:space="preserve">). O </w:t>
      </w:r>
      <w:proofErr w:type="spellStart"/>
      <w:r>
        <w:t>palácio</w:t>
      </w:r>
      <w:proofErr w:type="spellEnd"/>
      <w:r>
        <w:t xml:space="preserve"> de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andares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1799 e é um dos </w:t>
      </w:r>
      <w:proofErr w:type="spellStart"/>
      <w:r>
        <w:t>melhores</w:t>
      </w:r>
      <w:proofErr w:type="spellEnd"/>
      <w:r>
        <w:t xml:space="preserve"> </w:t>
      </w:r>
      <w:proofErr w:type="spellStart"/>
      <w:r>
        <w:t>exemplos</w:t>
      </w:r>
      <w:proofErr w:type="spellEnd"/>
      <w:r>
        <w:t xml:space="preserve"> do </w:t>
      </w:r>
      <w:proofErr w:type="spellStart"/>
      <w:r>
        <w:t>talento</w:t>
      </w:r>
      <w:proofErr w:type="spellEnd"/>
      <w:r>
        <w:t xml:space="preserve"> </w:t>
      </w:r>
      <w:proofErr w:type="spellStart"/>
      <w:r>
        <w:t>artístico</w:t>
      </w:r>
      <w:proofErr w:type="spellEnd"/>
      <w:r>
        <w:t xml:space="preserve"> dos </w:t>
      </w:r>
      <w:proofErr w:type="spellStart"/>
      <w:r>
        <w:t>Rajputs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</w:t>
      </w:r>
      <w:proofErr w:type="spellStart"/>
      <w:r>
        <w:t>construíram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as damas da corte </w:t>
      </w:r>
      <w:proofErr w:type="spellStart"/>
      <w:r>
        <w:t>pudessem</w:t>
      </w:r>
      <w:proofErr w:type="spellEnd"/>
      <w:r>
        <w:t xml:space="preserve"> se </w:t>
      </w:r>
      <w:proofErr w:type="spellStart"/>
      <w:r>
        <w:t>divertir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observavam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agitação</w:t>
      </w:r>
      <w:proofErr w:type="spellEnd"/>
      <w:r>
        <w:t xml:space="preserve"> da </w:t>
      </w:r>
      <w:proofErr w:type="spellStart"/>
      <w:r>
        <w:t>cidade</w:t>
      </w:r>
      <w:proofErr w:type="spellEnd"/>
      <w:r>
        <w:t>.</w:t>
      </w:r>
    </w:p>
    <w:p w14:paraId="5004C24B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Jaipur.</w:t>
      </w:r>
    </w:p>
    <w:p w14:paraId="619E96B4" w14:textId="77777777" w:rsidR="00A92C4B" w:rsidRDefault="00A92C4B" w:rsidP="00A92C4B">
      <w:pPr>
        <w:spacing w:after="40" w:line="252" w:lineRule="auto"/>
        <w:jc w:val="both"/>
      </w:pPr>
    </w:p>
    <w:p w14:paraId="1C0860F8" w14:textId="11DFB7B0" w:rsidR="00A92C4B" w:rsidRDefault="00F352CF" w:rsidP="00A92C4B">
      <w:pPr>
        <w:spacing w:after="40" w:line="252" w:lineRule="auto"/>
        <w:jc w:val="both"/>
      </w:pPr>
      <w:r w:rsidRPr="00F352CF">
        <w:rPr>
          <w:rFonts w:ascii="Segoe UI Emoji" w:hAnsi="Segoe UI Emoji" w:cs="Segoe UI Emoji"/>
          <w:b/>
          <w:color w:val="0F5D7F"/>
          <w:sz w:val="21"/>
        </w:rPr>
        <w:t>📍</w:t>
      </w:r>
      <w:r w:rsidRPr="00F352CF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6</w:t>
      </w:r>
      <w:r w:rsidRPr="00F352CF">
        <w:rPr>
          <w:b/>
          <w:color w:val="0F5D7F"/>
          <w:sz w:val="21"/>
        </w:rPr>
        <w:t xml:space="preserve">º </w:t>
      </w:r>
      <w:proofErr w:type="spellStart"/>
      <w:r w:rsidRPr="00F352CF">
        <w:rPr>
          <w:b/>
          <w:color w:val="0F5D7F"/>
          <w:sz w:val="21"/>
        </w:rPr>
        <w:t>dia</w:t>
      </w:r>
      <w:proofErr w:type="spellEnd"/>
      <w:r w:rsidRPr="00F352CF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4</w:t>
      </w:r>
      <w:r w:rsidRPr="00F352CF">
        <w:rPr>
          <w:b/>
          <w:color w:val="0F5D7F"/>
          <w:sz w:val="21"/>
        </w:rPr>
        <w:t xml:space="preserve"> MAR 2027): Jaipur</w:t>
      </w:r>
      <w:r>
        <w:rPr>
          <w:b/>
          <w:color w:val="0F5D7F"/>
          <w:sz w:val="21"/>
        </w:rPr>
        <w:t xml:space="preserve"> </w:t>
      </w:r>
      <w:r w:rsidRPr="00F352CF">
        <w:rPr>
          <w:b/>
          <w:color w:val="0F5D7F"/>
          <w:sz w:val="21"/>
        </w:rPr>
        <w:t>– Fatehpur Sikri – Agra</w:t>
      </w:r>
    </w:p>
    <w:p w14:paraId="341CC03D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</w:t>
      </w:r>
    </w:p>
    <w:p w14:paraId="4E07B455" w14:textId="77777777" w:rsidR="00A92C4B" w:rsidRDefault="00A92C4B" w:rsidP="00A92C4B">
      <w:pPr>
        <w:spacing w:after="40" w:line="252" w:lineRule="auto"/>
        <w:jc w:val="both"/>
      </w:pPr>
      <w:r>
        <w:t xml:space="preserve">Pela </w:t>
      </w:r>
      <w:proofErr w:type="spellStart"/>
      <w:r>
        <w:t>manhã</w:t>
      </w:r>
      <w:proofErr w:type="spellEnd"/>
      <w:r>
        <w:t xml:space="preserve">, </w:t>
      </w:r>
      <w:proofErr w:type="spellStart"/>
      <w:r>
        <w:t>partida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estrada</w:t>
      </w:r>
      <w:proofErr w:type="spellEnd"/>
      <w:r>
        <w:t xml:space="preserve"> </w:t>
      </w:r>
      <w:proofErr w:type="gramStart"/>
      <w:r>
        <w:t>para Agra</w:t>
      </w:r>
      <w:proofErr w:type="gramEnd"/>
      <w:r>
        <w:t xml:space="preserve">. </w:t>
      </w:r>
      <w:proofErr w:type="spellStart"/>
      <w:r>
        <w:t>Fazendo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parada</w:t>
      </w:r>
      <w:proofErr w:type="spellEnd"/>
      <w:r>
        <w:t xml:space="preserve"> para </w:t>
      </w:r>
      <w:proofErr w:type="spellStart"/>
      <w:r>
        <w:t>visitar</w:t>
      </w:r>
      <w:proofErr w:type="spellEnd"/>
      <w:r>
        <w:t xml:space="preserve"> Fatehpur Sikri.</w:t>
      </w:r>
    </w:p>
    <w:p w14:paraId="189E085C" w14:textId="77777777" w:rsidR="00A92C4B" w:rsidRDefault="00A92C4B" w:rsidP="00A92C4B">
      <w:pPr>
        <w:spacing w:after="40" w:line="252" w:lineRule="auto"/>
        <w:jc w:val="both"/>
      </w:pPr>
      <w:r>
        <w:t xml:space="preserve">Fatehpur Sikri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1569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Imperador</w:t>
      </w:r>
      <w:proofErr w:type="spellEnd"/>
      <w:r>
        <w:t xml:space="preserve"> Akbar e </w:t>
      </w:r>
      <w:proofErr w:type="spellStart"/>
      <w:r>
        <w:t>foi</w:t>
      </w:r>
      <w:proofErr w:type="spellEnd"/>
      <w:r>
        <w:t xml:space="preserve"> </w:t>
      </w:r>
      <w:proofErr w:type="spellStart"/>
      <w:r>
        <w:t>abandonado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15 </w:t>
      </w:r>
      <w:proofErr w:type="spellStart"/>
      <w:r>
        <w:t>anos</w:t>
      </w:r>
      <w:proofErr w:type="spellEnd"/>
      <w:r>
        <w:t xml:space="preserve"> </w:t>
      </w:r>
      <w:proofErr w:type="spellStart"/>
      <w:r>
        <w:t>depois</w:t>
      </w:r>
      <w:proofErr w:type="spellEnd"/>
      <w:r>
        <w:t xml:space="preserve"> </w:t>
      </w:r>
      <w:proofErr w:type="spellStart"/>
      <w:r>
        <w:t>devido</w:t>
      </w:r>
      <w:proofErr w:type="spellEnd"/>
      <w:r>
        <w:t xml:space="preserve"> à </w:t>
      </w:r>
      <w:proofErr w:type="spellStart"/>
      <w:r>
        <w:t>escassez</w:t>
      </w:r>
      <w:proofErr w:type="spellEnd"/>
      <w:r>
        <w:t xml:space="preserve"> de </w:t>
      </w:r>
      <w:proofErr w:type="spellStart"/>
      <w:r>
        <w:t>água</w:t>
      </w:r>
      <w:proofErr w:type="spellEnd"/>
      <w:r>
        <w:t xml:space="preserve">. Entre </w:t>
      </w:r>
      <w:proofErr w:type="spellStart"/>
      <w:r>
        <w:t>os</w:t>
      </w:r>
      <w:proofErr w:type="spellEnd"/>
      <w:r>
        <w:t xml:space="preserve"> </w:t>
      </w:r>
      <w:proofErr w:type="spellStart"/>
      <w:r>
        <w:t>edifícios</w:t>
      </w:r>
      <w:proofErr w:type="spellEnd"/>
      <w:r>
        <w:t xml:space="preserve"> elegantes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podem</w:t>
      </w:r>
      <w:proofErr w:type="spellEnd"/>
      <w:r>
        <w:t xml:space="preserve"> ser vistos </w:t>
      </w:r>
      <w:proofErr w:type="spellStart"/>
      <w:r>
        <w:t>lá</w:t>
      </w:r>
      <w:proofErr w:type="spellEnd"/>
      <w:r>
        <w:t xml:space="preserve"> </w:t>
      </w:r>
      <w:proofErr w:type="spellStart"/>
      <w:r>
        <w:t>estão</w:t>
      </w:r>
      <w:proofErr w:type="spellEnd"/>
      <w:r>
        <w:t xml:space="preserve"> a Jama Masjid, o </w:t>
      </w:r>
      <w:proofErr w:type="spellStart"/>
      <w:r>
        <w:t>mausoléu</w:t>
      </w:r>
      <w:proofErr w:type="spellEnd"/>
      <w:r>
        <w:t xml:space="preserve"> de Salim Chisti, e o </w:t>
      </w:r>
      <w:proofErr w:type="spellStart"/>
      <w:r>
        <w:t>Panch</w:t>
      </w:r>
      <w:proofErr w:type="spellEnd"/>
      <w:r>
        <w:t xml:space="preserve"> Mahal, entre outros </w:t>
      </w:r>
      <w:proofErr w:type="spellStart"/>
      <w:r>
        <w:t>palácios</w:t>
      </w:r>
      <w:proofErr w:type="spellEnd"/>
      <w:r>
        <w:t xml:space="preserve">. </w:t>
      </w:r>
      <w:proofErr w:type="spellStart"/>
      <w:r>
        <w:t>Após</w:t>
      </w:r>
      <w:proofErr w:type="spellEnd"/>
      <w:r>
        <w:t xml:space="preserve"> a visita, </w:t>
      </w:r>
      <w:proofErr w:type="spellStart"/>
      <w:r>
        <w:t>continuaremos</w:t>
      </w:r>
      <w:proofErr w:type="spellEnd"/>
      <w:r>
        <w:t xml:space="preserve"> </w:t>
      </w:r>
      <w:proofErr w:type="gramStart"/>
      <w:r>
        <w:t>para Agra</w:t>
      </w:r>
      <w:proofErr w:type="gramEnd"/>
      <w:r>
        <w:t xml:space="preserve">, </w:t>
      </w:r>
      <w:proofErr w:type="spellStart"/>
      <w:r>
        <w:t>mundialmente</w:t>
      </w:r>
      <w:proofErr w:type="spellEnd"/>
      <w:r>
        <w:t xml:space="preserve"> </w:t>
      </w:r>
      <w:proofErr w:type="spellStart"/>
      <w:r>
        <w:t>famosa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abrigar</w:t>
      </w:r>
      <w:proofErr w:type="spellEnd"/>
      <w:r>
        <w:t xml:space="preserve"> o </w:t>
      </w:r>
      <w:proofErr w:type="spellStart"/>
      <w:r>
        <w:t>mausoléu</w:t>
      </w:r>
      <w:proofErr w:type="spellEnd"/>
      <w:r>
        <w:t xml:space="preserve"> de </w:t>
      </w:r>
      <w:proofErr w:type="spellStart"/>
      <w:r>
        <w:t>mármore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famoso</w:t>
      </w:r>
      <w:proofErr w:type="spellEnd"/>
      <w:r>
        <w:t xml:space="preserve"> do </w:t>
      </w:r>
      <w:proofErr w:type="spellStart"/>
      <w:r>
        <w:t>mundo</w:t>
      </w:r>
      <w:proofErr w:type="spellEnd"/>
      <w:r>
        <w:t xml:space="preserve">,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um </w:t>
      </w:r>
      <w:proofErr w:type="spellStart"/>
      <w:r>
        <w:t>imperador</w:t>
      </w:r>
      <w:proofErr w:type="spellEnd"/>
      <w:r>
        <w:t xml:space="preserve"> Mughal </w:t>
      </w:r>
      <w:proofErr w:type="spellStart"/>
      <w:r>
        <w:t>em</w:t>
      </w:r>
      <w:proofErr w:type="spellEnd"/>
      <w:r>
        <w:t xml:space="preserve"> </w:t>
      </w:r>
      <w:proofErr w:type="spellStart"/>
      <w:r>
        <w:t>memória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esposa</w:t>
      </w:r>
      <w:proofErr w:type="spellEnd"/>
      <w:r>
        <w:t xml:space="preserve">. </w:t>
      </w:r>
      <w:proofErr w:type="spellStart"/>
      <w:r>
        <w:t>Chegada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Agra e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hotel.</w:t>
      </w:r>
    </w:p>
    <w:p w14:paraId="01B35EFB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Agra.</w:t>
      </w:r>
    </w:p>
    <w:p w14:paraId="594F8771" w14:textId="77777777" w:rsidR="00A92C4B" w:rsidRDefault="00A92C4B" w:rsidP="00A92C4B">
      <w:pPr>
        <w:spacing w:after="40" w:line="252" w:lineRule="auto"/>
        <w:jc w:val="both"/>
      </w:pPr>
    </w:p>
    <w:p w14:paraId="1F9FC7A3" w14:textId="4D37A993" w:rsidR="00F352CF" w:rsidRDefault="00F352CF" w:rsidP="00F352CF">
      <w:pPr>
        <w:spacing w:after="40" w:line="252" w:lineRule="auto"/>
        <w:jc w:val="both"/>
      </w:pPr>
      <w:r w:rsidRPr="00F352CF">
        <w:rPr>
          <w:rFonts w:ascii="Segoe UI Emoji" w:hAnsi="Segoe UI Emoji" w:cs="Segoe UI Emoji"/>
          <w:b/>
          <w:color w:val="0F5D7F"/>
          <w:sz w:val="21"/>
        </w:rPr>
        <w:t>📍</w:t>
      </w:r>
      <w:r w:rsidRPr="00F352CF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7</w:t>
      </w:r>
      <w:r w:rsidRPr="00F352CF">
        <w:rPr>
          <w:b/>
          <w:color w:val="0F5D7F"/>
          <w:sz w:val="21"/>
        </w:rPr>
        <w:t xml:space="preserve">º </w:t>
      </w:r>
      <w:proofErr w:type="spellStart"/>
      <w:r w:rsidRPr="00F352CF">
        <w:rPr>
          <w:b/>
          <w:color w:val="0F5D7F"/>
          <w:sz w:val="21"/>
        </w:rPr>
        <w:t>dia</w:t>
      </w:r>
      <w:proofErr w:type="spellEnd"/>
      <w:r w:rsidRPr="00F352CF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5</w:t>
      </w:r>
      <w:r w:rsidRPr="00F352CF">
        <w:rPr>
          <w:b/>
          <w:color w:val="0F5D7F"/>
          <w:sz w:val="21"/>
        </w:rPr>
        <w:t xml:space="preserve"> MAR 2027): Agra</w:t>
      </w:r>
    </w:p>
    <w:p w14:paraId="72873B13" w14:textId="77777777" w:rsidR="00A92C4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Pela </w:t>
      </w:r>
      <w:proofErr w:type="spellStart"/>
      <w:r>
        <w:t>manhã</w:t>
      </w:r>
      <w:proofErr w:type="spellEnd"/>
      <w:r>
        <w:t xml:space="preserve">, visita </w:t>
      </w:r>
      <w:proofErr w:type="spellStart"/>
      <w:r>
        <w:t>ao</w:t>
      </w:r>
      <w:proofErr w:type="spellEnd"/>
      <w:r>
        <w:t xml:space="preserve"> </w:t>
      </w:r>
      <w:proofErr w:type="spellStart"/>
      <w:r>
        <w:t>mundialmente</w:t>
      </w:r>
      <w:proofErr w:type="spellEnd"/>
      <w:r>
        <w:t xml:space="preserve"> </w:t>
      </w:r>
      <w:proofErr w:type="spellStart"/>
      <w:r>
        <w:t>famoso</w:t>
      </w:r>
      <w:proofErr w:type="spellEnd"/>
      <w:r>
        <w:t xml:space="preserve"> Taj Mahal. A luz suave da </w:t>
      </w:r>
      <w:proofErr w:type="spellStart"/>
      <w:r>
        <w:t>manhã</w:t>
      </w:r>
      <w:proofErr w:type="spellEnd"/>
      <w:r>
        <w:t xml:space="preserve"> é </w:t>
      </w:r>
      <w:proofErr w:type="spellStart"/>
      <w:r>
        <w:t>perfeita</w:t>
      </w:r>
      <w:proofErr w:type="spellEnd"/>
      <w:r>
        <w:t xml:space="preserve"> para </w:t>
      </w:r>
      <w:proofErr w:type="spellStart"/>
      <w:r>
        <w:t>apreciar</w:t>
      </w:r>
      <w:proofErr w:type="spellEnd"/>
      <w:r>
        <w:t xml:space="preserve"> e </w:t>
      </w:r>
      <w:proofErr w:type="spellStart"/>
      <w:r>
        <w:t>fotografar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magnífico</w:t>
      </w:r>
      <w:proofErr w:type="spellEnd"/>
      <w:r>
        <w:t xml:space="preserve"> </w:t>
      </w:r>
      <w:proofErr w:type="spellStart"/>
      <w:r>
        <w:t>monumento</w:t>
      </w:r>
      <w:proofErr w:type="spellEnd"/>
      <w:r>
        <w:t xml:space="preserve"> de </w:t>
      </w:r>
      <w:proofErr w:type="spellStart"/>
      <w:r>
        <w:t>mármore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, </w:t>
      </w:r>
      <w:proofErr w:type="spellStart"/>
      <w:r>
        <w:t>considerado</w:t>
      </w:r>
      <w:proofErr w:type="spellEnd"/>
      <w:r>
        <w:t xml:space="preserve"> o </w:t>
      </w:r>
      <w:proofErr w:type="spellStart"/>
      <w:r>
        <w:t>melhor</w:t>
      </w:r>
      <w:proofErr w:type="spellEnd"/>
      <w:r>
        <w:t xml:space="preserve"> </w:t>
      </w:r>
      <w:proofErr w:type="spellStart"/>
      <w:r>
        <w:t>exemplo</w:t>
      </w:r>
      <w:proofErr w:type="spellEnd"/>
      <w:r>
        <w:t xml:space="preserve"> da </w:t>
      </w:r>
      <w:proofErr w:type="spellStart"/>
      <w:r>
        <w:t>arquitetura</w:t>
      </w:r>
      <w:proofErr w:type="spellEnd"/>
      <w:r>
        <w:t xml:space="preserve"> </w:t>
      </w:r>
      <w:proofErr w:type="spellStart"/>
      <w:r>
        <w:t>islâmica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Índia</w:t>
      </w:r>
      <w:proofErr w:type="spellEnd"/>
      <w:r>
        <w:t xml:space="preserve">. O Taj Mahal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1630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imperador</w:t>
      </w:r>
      <w:proofErr w:type="spellEnd"/>
      <w:r>
        <w:t xml:space="preserve"> </w:t>
      </w:r>
      <w:proofErr w:type="spellStart"/>
      <w:r>
        <w:t>mogol</w:t>
      </w:r>
      <w:proofErr w:type="spellEnd"/>
      <w:r>
        <w:t xml:space="preserve"> Shah Jahan </w:t>
      </w:r>
      <w:proofErr w:type="spellStart"/>
      <w:r>
        <w:t>em</w:t>
      </w:r>
      <w:proofErr w:type="spellEnd"/>
      <w:r>
        <w:t xml:space="preserve"> </w:t>
      </w:r>
      <w:proofErr w:type="spellStart"/>
      <w:r>
        <w:t>memória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amada</w:t>
      </w:r>
      <w:proofErr w:type="spellEnd"/>
      <w:r>
        <w:t xml:space="preserve"> </w:t>
      </w:r>
      <w:proofErr w:type="spellStart"/>
      <w:r>
        <w:t>esposa</w:t>
      </w:r>
      <w:proofErr w:type="spellEnd"/>
      <w:r>
        <w:t xml:space="preserve">, a </w:t>
      </w:r>
      <w:proofErr w:type="spellStart"/>
      <w:r>
        <w:t>rainha</w:t>
      </w:r>
      <w:proofErr w:type="spellEnd"/>
      <w:r>
        <w:t xml:space="preserve"> Mumtaz Mahal.</w:t>
      </w:r>
    </w:p>
    <w:p w14:paraId="48F23A9E" w14:textId="77777777" w:rsidR="00A92C4B" w:rsidRDefault="00A92C4B" w:rsidP="00A92C4B">
      <w:pPr>
        <w:spacing w:after="40" w:line="252" w:lineRule="auto"/>
        <w:jc w:val="both"/>
      </w:pPr>
      <w:r>
        <w:t xml:space="preserve">(O Taj Mahal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fechado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sextas-feiras</w:t>
      </w:r>
      <w:proofErr w:type="spellEnd"/>
      <w:r>
        <w:t>)</w:t>
      </w:r>
    </w:p>
    <w:p w14:paraId="0FBF9CD6" w14:textId="77777777" w:rsidR="00A92C4B" w:rsidRDefault="00A92C4B" w:rsidP="00A92C4B">
      <w:pPr>
        <w:spacing w:after="40" w:line="252" w:lineRule="auto"/>
        <w:jc w:val="both"/>
      </w:pPr>
      <w:r>
        <w:t xml:space="preserve">Em </w:t>
      </w:r>
      <w:proofErr w:type="spellStart"/>
      <w:r>
        <w:t>seguida</w:t>
      </w:r>
      <w:proofErr w:type="spellEnd"/>
      <w:r>
        <w:t xml:space="preserve">, visita </w:t>
      </w:r>
      <w:proofErr w:type="spellStart"/>
      <w:r>
        <w:t>ao</w:t>
      </w:r>
      <w:proofErr w:type="spellEnd"/>
      <w:r>
        <w:t xml:space="preserve"> Agra Fort 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palácios</w:t>
      </w:r>
      <w:proofErr w:type="spellEnd"/>
      <w:r>
        <w:t xml:space="preserve"> de </w:t>
      </w:r>
      <w:proofErr w:type="spellStart"/>
      <w:r>
        <w:t>mármore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erguem</w:t>
      </w:r>
      <w:proofErr w:type="spellEnd"/>
      <w:r>
        <w:t xml:space="preserve"> </w:t>
      </w:r>
      <w:proofErr w:type="spellStart"/>
      <w:r>
        <w:t>majestosamente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margens</w:t>
      </w:r>
      <w:proofErr w:type="spellEnd"/>
      <w:r>
        <w:t xml:space="preserve"> do </w:t>
      </w:r>
      <w:proofErr w:type="spellStart"/>
      <w:r>
        <w:t>tranquilo</w:t>
      </w:r>
      <w:proofErr w:type="spellEnd"/>
      <w:r>
        <w:t xml:space="preserve"> Rio Yamuna. Este </w:t>
      </w:r>
      <w:proofErr w:type="spellStart"/>
      <w:r>
        <w:t>majestoso</w:t>
      </w:r>
      <w:proofErr w:type="spellEnd"/>
      <w:r>
        <w:t xml:space="preserve"> forte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construído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imperador</w:t>
      </w:r>
      <w:proofErr w:type="spellEnd"/>
      <w:r>
        <w:t xml:space="preserve"> </w:t>
      </w:r>
      <w:proofErr w:type="spellStart"/>
      <w:r>
        <w:t>mogol</w:t>
      </w:r>
      <w:proofErr w:type="spellEnd"/>
      <w:r>
        <w:t xml:space="preserve"> Akbar, com </w:t>
      </w:r>
      <w:proofErr w:type="spellStart"/>
      <w:r>
        <w:t>adições</w:t>
      </w:r>
      <w:proofErr w:type="spellEnd"/>
      <w:r>
        <w:t xml:space="preserve"> posteriores dos </w:t>
      </w:r>
      <w:proofErr w:type="spellStart"/>
      <w:r>
        <w:t>imperadores</w:t>
      </w:r>
      <w:proofErr w:type="spellEnd"/>
      <w:r>
        <w:t xml:space="preserve"> Jahangir e Shah Jahan. </w:t>
      </w:r>
      <w:proofErr w:type="spellStart"/>
      <w:r>
        <w:t>Dentro</w:t>
      </w:r>
      <w:proofErr w:type="spellEnd"/>
      <w:r>
        <w:t xml:space="preserve"> do forte </w:t>
      </w:r>
      <w:proofErr w:type="spellStart"/>
      <w:r>
        <w:t>encontram</w:t>
      </w:r>
      <w:proofErr w:type="spellEnd"/>
      <w:r>
        <w:t xml:space="preserve">-se </w:t>
      </w:r>
      <w:proofErr w:type="spellStart"/>
      <w:r>
        <w:t>grandes</w:t>
      </w:r>
      <w:proofErr w:type="spellEnd"/>
      <w:r>
        <w:t xml:space="preserve"> </w:t>
      </w:r>
      <w:proofErr w:type="spellStart"/>
      <w:r>
        <w:t>palácios</w:t>
      </w:r>
      <w:proofErr w:type="spellEnd"/>
      <w:r>
        <w:t xml:space="preserve">, salas de </w:t>
      </w:r>
      <w:proofErr w:type="spellStart"/>
      <w:r>
        <w:t>audiências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e </w:t>
      </w:r>
      <w:proofErr w:type="spellStart"/>
      <w:r>
        <w:t>privadas</w:t>
      </w:r>
      <w:proofErr w:type="spellEnd"/>
      <w:r>
        <w:t xml:space="preserve"> e </w:t>
      </w:r>
      <w:proofErr w:type="spellStart"/>
      <w:r>
        <w:t>belos</w:t>
      </w:r>
      <w:proofErr w:type="spellEnd"/>
      <w:r>
        <w:t xml:space="preserve"> </w:t>
      </w:r>
      <w:proofErr w:type="spellStart"/>
      <w:r>
        <w:t>jardins</w:t>
      </w:r>
      <w:proofErr w:type="spellEnd"/>
      <w:r>
        <w:t xml:space="preserve"> </w:t>
      </w:r>
      <w:proofErr w:type="spellStart"/>
      <w:r>
        <w:t>formais</w:t>
      </w:r>
      <w:proofErr w:type="spellEnd"/>
      <w:r>
        <w:t xml:space="preserve">. </w:t>
      </w:r>
      <w:proofErr w:type="spellStart"/>
      <w:r>
        <w:t>Depois</w:t>
      </w:r>
      <w:proofErr w:type="spellEnd"/>
      <w:r>
        <w:t xml:space="preserve">, visita </w:t>
      </w:r>
      <w:proofErr w:type="spellStart"/>
      <w:r>
        <w:t>ao</w:t>
      </w:r>
      <w:proofErr w:type="spellEnd"/>
      <w:r>
        <w:t xml:space="preserve"> </w:t>
      </w:r>
      <w:proofErr w:type="spellStart"/>
      <w:r>
        <w:t>Túmulo</w:t>
      </w:r>
      <w:proofErr w:type="spellEnd"/>
      <w:r>
        <w:t xml:space="preserve"> do </w:t>
      </w:r>
      <w:proofErr w:type="spellStart"/>
      <w:r>
        <w:t>Imperador</w:t>
      </w:r>
      <w:proofErr w:type="spellEnd"/>
      <w:r>
        <w:t xml:space="preserve"> Akbar.</w:t>
      </w:r>
    </w:p>
    <w:p w14:paraId="44F084A0" w14:textId="77777777" w:rsidR="00A92C4B" w:rsidRDefault="00A92C4B" w:rsidP="00A92C4B">
      <w:pPr>
        <w:spacing w:after="40" w:line="252" w:lineRule="auto"/>
        <w:jc w:val="both"/>
      </w:pP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Agra.</w:t>
      </w:r>
    </w:p>
    <w:p w14:paraId="5A1CC185" w14:textId="77777777" w:rsidR="00A92C4B" w:rsidRDefault="00A92C4B" w:rsidP="00A92C4B">
      <w:pPr>
        <w:spacing w:after="40" w:line="252" w:lineRule="auto"/>
        <w:jc w:val="both"/>
      </w:pPr>
    </w:p>
    <w:p w14:paraId="6B714C75" w14:textId="6A263D0A" w:rsidR="00F352CF" w:rsidRDefault="00F352CF" w:rsidP="00F352CF">
      <w:pPr>
        <w:spacing w:after="40" w:line="252" w:lineRule="auto"/>
        <w:jc w:val="both"/>
      </w:pPr>
      <w:r w:rsidRPr="00F352CF">
        <w:rPr>
          <w:rFonts w:ascii="Segoe UI Emoji" w:hAnsi="Segoe UI Emoji" w:cs="Segoe UI Emoji"/>
          <w:b/>
          <w:color w:val="0F5D7F"/>
          <w:sz w:val="21"/>
        </w:rPr>
        <w:t>📍</w:t>
      </w:r>
      <w:r w:rsidRPr="00F352CF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8</w:t>
      </w:r>
      <w:r w:rsidRPr="00F352CF">
        <w:rPr>
          <w:b/>
          <w:color w:val="0F5D7F"/>
          <w:sz w:val="21"/>
        </w:rPr>
        <w:t xml:space="preserve">º </w:t>
      </w:r>
      <w:proofErr w:type="spellStart"/>
      <w:r w:rsidRPr="00F352CF">
        <w:rPr>
          <w:b/>
          <w:color w:val="0F5D7F"/>
          <w:sz w:val="21"/>
        </w:rPr>
        <w:t>dia</w:t>
      </w:r>
      <w:proofErr w:type="spellEnd"/>
      <w:r w:rsidRPr="00F352CF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6</w:t>
      </w:r>
      <w:r w:rsidRPr="00F352CF">
        <w:rPr>
          <w:b/>
          <w:color w:val="0F5D7F"/>
          <w:sz w:val="21"/>
        </w:rPr>
        <w:t xml:space="preserve"> MAR 2027): Agra Delhi Saida</w:t>
      </w:r>
    </w:p>
    <w:p w14:paraId="10603614" w14:textId="4EB05636" w:rsidR="00BD5FFB" w:rsidRDefault="00A92C4B" w:rsidP="00A92C4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</w:t>
      </w:r>
      <w:proofErr w:type="spellStart"/>
      <w:r>
        <w:t>Após</w:t>
      </w:r>
      <w:proofErr w:type="spellEnd"/>
      <w:r>
        <w:t xml:space="preserve"> o café da </w:t>
      </w:r>
      <w:proofErr w:type="spellStart"/>
      <w:r>
        <w:t>manhã</w:t>
      </w:r>
      <w:proofErr w:type="spellEnd"/>
      <w:r>
        <w:t xml:space="preserve">, </w:t>
      </w:r>
      <w:proofErr w:type="spellStart"/>
      <w:r>
        <w:t>partida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estrada</w:t>
      </w:r>
      <w:proofErr w:type="spellEnd"/>
      <w:r>
        <w:t xml:space="preserve"> </w:t>
      </w:r>
      <w:proofErr w:type="gramStart"/>
      <w:r>
        <w:t>para Delhi</w:t>
      </w:r>
      <w:proofErr w:type="gramEnd"/>
      <w:r>
        <w:t xml:space="preserve">. Na </w:t>
      </w:r>
      <w:proofErr w:type="spellStart"/>
      <w:r>
        <w:t>chegada</w:t>
      </w:r>
      <w:proofErr w:type="spellEnd"/>
      <w:r>
        <w:t xml:space="preserve">,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direto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</w:t>
      </w:r>
      <w:proofErr w:type="spellStart"/>
      <w:r>
        <w:t>embarque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voo</w:t>
      </w:r>
      <w:proofErr w:type="spellEnd"/>
      <w:r>
        <w:t xml:space="preserve"> </w:t>
      </w:r>
      <w:proofErr w:type="spellStart"/>
      <w:r>
        <w:t>internacional</w:t>
      </w:r>
      <w:proofErr w:type="spellEnd"/>
      <w:r>
        <w:t>.</w:t>
      </w:r>
    </w:p>
    <w:p w14:paraId="5682667E" w14:textId="77777777" w:rsidR="00F352CF" w:rsidRPr="00A92C4B" w:rsidRDefault="00F352CF" w:rsidP="00A92C4B">
      <w:pPr>
        <w:spacing w:after="40" w:line="252" w:lineRule="auto"/>
        <w:jc w:val="both"/>
      </w:pPr>
    </w:p>
    <w:p w14:paraId="2B6C7BB9" w14:textId="5800A16B" w:rsidR="00AF6C5F" w:rsidRDefault="00000000" w:rsidP="00F352CF">
      <w:pPr>
        <w:jc w:val="center"/>
      </w:pPr>
      <w:r>
        <w:rPr>
          <w:rFonts w:ascii="Segoe UI Emoji" w:hAnsi="Segoe UI Emoji" w:cs="Segoe UI Emoji"/>
          <w:b/>
          <w:color w:val="123C69"/>
        </w:rPr>
        <w:t>✅</w:t>
      </w:r>
      <w:r>
        <w:rPr>
          <w:b/>
          <w:color w:val="123C69"/>
        </w:rPr>
        <w:t xml:space="preserve">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</w:tblGrid>
      <w:tr w:rsidR="00F352CF" w14:paraId="1C59A072" w14:textId="77777777" w:rsidTr="00F352CF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7F2FCE" w14:textId="0E738E96" w:rsidR="00F352CF" w:rsidRDefault="00F352CF" w:rsidP="00F352CF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</w:tr>
      <w:tr w:rsidR="00F352CF" w14:paraId="002466E6" w14:textId="77777777" w:rsidTr="00F352CF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EB6F94" w14:textId="77777777" w:rsidR="00F352CF" w:rsidRDefault="00F352CF" w:rsidP="00F352CF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F352CF" w14:paraId="29306318" w14:textId="77777777" w:rsidTr="00F352CF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9C326" w14:textId="437F1CC4" w:rsidR="00F352CF" w:rsidRPr="00AF6C5F" w:rsidRDefault="00F352CF" w:rsidP="00F352CF">
            <w:pPr>
              <w:rPr>
                <w:sz w:val="15"/>
              </w:rPr>
            </w:pPr>
            <w:r w:rsidRPr="00F352CF">
              <w:rPr>
                <w:sz w:val="15"/>
              </w:rPr>
              <w:t>USD 1969</w:t>
            </w:r>
          </w:p>
        </w:tc>
      </w:tr>
    </w:tbl>
    <w:p w14:paraId="418DBDAD" w14:textId="77777777" w:rsidR="00F352CF" w:rsidRDefault="00F352CF">
      <w:pPr>
        <w:pStyle w:val="BoxTitle"/>
        <w:spacing w:before="160"/>
        <w:rPr>
          <w:rFonts w:ascii="Segoe UI Emoji" w:hAnsi="Segoe UI Emoji" w:cs="Segoe UI Emoji"/>
        </w:rPr>
      </w:pPr>
    </w:p>
    <w:p w14:paraId="634AD5E9" w14:textId="17269053" w:rsidR="00BB669C" w:rsidRDefault="00000000" w:rsidP="00F352CF">
      <w:pPr>
        <w:pStyle w:val="BoxTitle"/>
        <w:spacing w:before="160"/>
      </w:pPr>
      <w:r>
        <w:rPr>
          <w:rFonts w:ascii="Segoe UI Emoji" w:hAnsi="Segoe UI Emoji" w:cs="Segoe UI Emoji"/>
        </w:rPr>
        <w:lastRenderedPageBreak/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2D1C35" w14:paraId="634DAB1A" w14:textId="2F9FE75B" w:rsidTr="00CC0BB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6DE25" w14:textId="42BB3C97" w:rsidR="002D1C35" w:rsidRDefault="002D1C35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  <w:r>
              <w:rPr>
                <w:b/>
                <w:color w:val="FFFFFF"/>
                <w:sz w:val="15"/>
              </w:rPr>
              <w:t xml:space="preserve"> / </w:t>
            </w:r>
            <w:proofErr w:type="spellStart"/>
            <w:r>
              <w:rPr>
                <w:b/>
                <w:color w:val="FFFFFF"/>
                <w:sz w:val="15"/>
              </w:rPr>
              <w:t>Noites</w:t>
            </w:r>
            <w:proofErr w:type="spellEnd"/>
          </w:p>
        </w:tc>
        <w:tc>
          <w:tcPr>
            <w:tcW w:w="2660" w:type="dxa"/>
            <w:shd w:val="clear" w:color="auto" w:fill="123C69"/>
          </w:tcPr>
          <w:p w14:paraId="247B4EF3" w14:textId="24F1A99B" w:rsidR="002D1C35" w:rsidRPr="00495537" w:rsidRDefault="002D1C35" w:rsidP="002D1C35">
            <w:pPr>
              <w:jc w:val="center"/>
              <w:rPr>
                <w:b/>
                <w:color w:val="FFFFFF"/>
                <w:sz w:val="15"/>
              </w:rPr>
            </w:pPr>
            <w:r w:rsidRPr="00CA5E98">
              <w:rPr>
                <w:b/>
                <w:color w:val="FFFFFF"/>
                <w:sz w:val="15"/>
              </w:rPr>
              <w:t>PACOTE 4*</w:t>
            </w:r>
          </w:p>
        </w:tc>
      </w:tr>
      <w:tr w:rsidR="002D1C35" w14:paraId="1F2707A2" w14:textId="29907F4B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A9EE65" w14:textId="38DBA772" w:rsidR="002D1C35" w:rsidRPr="00BB669C" w:rsidRDefault="002D1C35" w:rsidP="00BB669C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Delhi (02)</w:t>
            </w:r>
          </w:p>
        </w:tc>
        <w:tc>
          <w:tcPr>
            <w:tcW w:w="2660" w:type="dxa"/>
            <w:shd w:val="clear" w:color="auto" w:fill="E7F2FA"/>
          </w:tcPr>
          <w:p w14:paraId="0C4DB912" w14:textId="77777777" w:rsidR="002D1C35" w:rsidRPr="002D1C35" w:rsidRDefault="002D1C35" w:rsidP="002D1C35">
            <w:pPr>
              <w:jc w:val="center"/>
              <w:rPr>
                <w:b/>
                <w:color w:val="123C69"/>
                <w:sz w:val="15"/>
              </w:rPr>
            </w:pPr>
            <w:r w:rsidRPr="002D1C35">
              <w:rPr>
                <w:b/>
                <w:color w:val="123C69"/>
                <w:sz w:val="15"/>
              </w:rPr>
              <w:t xml:space="preserve">Park Plaza CBD </w:t>
            </w:r>
          </w:p>
          <w:p w14:paraId="277030DF" w14:textId="1CC18E94" w:rsidR="002D1C35" w:rsidRPr="002D1C35" w:rsidRDefault="002D1C35" w:rsidP="002D1C35">
            <w:pPr>
              <w:jc w:val="center"/>
              <w:rPr>
                <w:bCs/>
                <w:color w:val="123C69"/>
                <w:sz w:val="15"/>
              </w:rPr>
            </w:pPr>
            <w:r w:rsidRPr="002D1C35">
              <w:rPr>
                <w:bCs/>
                <w:color w:val="123C69"/>
                <w:sz w:val="15"/>
              </w:rPr>
              <w:t>Superior Room</w:t>
            </w:r>
          </w:p>
        </w:tc>
      </w:tr>
      <w:tr w:rsidR="002D1C35" w14:paraId="5EBD416B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0988AFA" w14:textId="17635BC6" w:rsidR="002D1C35" w:rsidRPr="00BB669C" w:rsidRDefault="002D1C35" w:rsidP="00BB669C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Jaipur (03)</w:t>
            </w:r>
          </w:p>
        </w:tc>
        <w:tc>
          <w:tcPr>
            <w:tcW w:w="2660" w:type="dxa"/>
            <w:shd w:val="clear" w:color="auto" w:fill="E7F2FA"/>
          </w:tcPr>
          <w:p w14:paraId="358E7183" w14:textId="77777777" w:rsidR="002D1C35" w:rsidRPr="002D1C35" w:rsidRDefault="002D1C35" w:rsidP="002D1C35">
            <w:pPr>
              <w:jc w:val="center"/>
              <w:rPr>
                <w:b/>
                <w:color w:val="123C69"/>
                <w:sz w:val="15"/>
              </w:rPr>
            </w:pPr>
            <w:r w:rsidRPr="002D1C35">
              <w:rPr>
                <w:b/>
                <w:color w:val="123C69"/>
                <w:sz w:val="15"/>
              </w:rPr>
              <w:t>Sarovar Premier</w:t>
            </w:r>
          </w:p>
          <w:p w14:paraId="1A1CD252" w14:textId="34A57F10" w:rsidR="002D1C35" w:rsidRPr="002D1C35" w:rsidRDefault="002D1C35" w:rsidP="002D1C35">
            <w:pPr>
              <w:jc w:val="center"/>
              <w:rPr>
                <w:bCs/>
                <w:color w:val="123C69"/>
                <w:sz w:val="15"/>
              </w:rPr>
            </w:pPr>
            <w:r w:rsidRPr="002D1C35">
              <w:rPr>
                <w:bCs/>
                <w:color w:val="123C69"/>
                <w:sz w:val="15"/>
              </w:rPr>
              <w:t>Deluxe Room</w:t>
            </w:r>
          </w:p>
        </w:tc>
      </w:tr>
      <w:tr w:rsidR="002D1C35" w14:paraId="0B69C782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B7965D3" w14:textId="646622C9" w:rsidR="002D1C35" w:rsidRPr="00BB669C" w:rsidRDefault="002D1C35" w:rsidP="00BB669C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Agra (02)</w:t>
            </w:r>
          </w:p>
        </w:tc>
        <w:tc>
          <w:tcPr>
            <w:tcW w:w="2660" w:type="dxa"/>
            <w:shd w:val="clear" w:color="auto" w:fill="E7F2FA"/>
          </w:tcPr>
          <w:p w14:paraId="0DF394A2" w14:textId="77777777" w:rsidR="002D1C35" w:rsidRPr="002D1C35" w:rsidRDefault="002D1C35" w:rsidP="002D1C35">
            <w:pPr>
              <w:jc w:val="center"/>
              <w:rPr>
                <w:b/>
                <w:color w:val="123C69"/>
                <w:sz w:val="15"/>
              </w:rPr>
            </w:pPr>
            <w:r w:rsidRPr="002D1C35">
              <w:rPr>
                <w:b/>
                <w:color w:val="123C69"/>
                <w:sz w:val="15"/>
              </w:rPr>
              <w:t xml:space="preserve">Golden Tulip  </w:t>
            </w:r>
          </w:p>
          <w:p w14:paraId="0B8F16C9" w14:textId="5499B27D" w:rsidR="002D1C35" w:rsidRPr="002D1C35" w:rsidRDefault="002D1C35" w:rsidP="002D1C35">
            <w:pPr>
              <w:jc w:val="center"/>
              <w:rPr>
                <w:bCs/>
                <w:color w:val="123C69"/>
                <w:sz w:val="15"/>
              </w:rPr>
            </w:pPr>
            <w:r w:rsidRPr="002D1C35">
              <w:rPr>
                <w:bCs/>
                <w:color w:val="123C69"/>
                <w:sz w:val="15"/>
              </w:rPr>
              <w:t>Standard Room</w:t>
            </w:r>
          </w:p>
        </w:tc>
      </w:tr>
    </w:tbl>
    <w:p w14:paraId="1549C436" w14:textId="77777777" w:rsidR="00C459A7" w:rsidRPr="00C459A7" w:rsidRDefault="00C459A7" w:rsidP="002D1C35">
      <w:pPr>
        <w:spacing w:after="40" w:line="252" w:lineRule="auto"/>
      </w:pPr>
    </w:p>
    <w:p w14:paraId="773E7A1F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✅</w:t>
      </w:r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512C2D66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2D1C35">
        <w:rPr>
          <w:rFonts w:cs="Segoe UI Symbol"/>
        </w:rPr>
        <w:t xml:space="preserve">07 </w:t>
      </w:r>
      <w:proofErr w:type="spellStart"/>
      <w:r w:rsidRPr="002D1C35">
        <w:rPr>
          <w:rFonts w:cs="Segoe UI Symbol"/>
        </w:rPr>
        <w:t>Noites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hospedagem</w:t>
      </w:r>
      <w:proofErr w:type="spellEnd"/>
      <w:r w:rsidRPr="002D1C35">
        <w:rPr>
          <w:rFonts w:cs="Segoe UI Symbol"/>
        </w:rPr>
        <w:t xml:space="preserve"> com café da </w:t>
      </w:r>
      <w:proofErr w:type="spellStart"/>
      <w:r w:rsidRPr="002D1C35">
        <w:rPr>
          <w:rFonts w:cs="Segoe UI Symbol"/>
        </w:rPr>
        <w:t>manhã</w:t>
      </w:r>
      <w:proofErr w:type="spellEnd"/>
      <w:r w:rsidRPr="002D1C35">
        <w:rPr>
          <w:rFonts w:cs="Segoe UI Symbol"/>
        </w:rPr>
        <w:t xml:space="preserve"> </w:t>
      </w:r>
    </w:p>
    <w:p w14:paraId="26D68AE2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Traslados</w:t>
      </w:r>
      <w:proofErr w:type="spellEnd"/>
      <w:r w:rsidRPr="002D1C35">
        <w:rPr>
          <w:rFonts w:cs="Segoe UI Symbol"/>
        </w:rPr>
        <w:t xml:space="preserve">, visitas / </w:t>
      </w:r>
      <w:proofErr w:type="spellStart"/>
      <w:r w:rsidRPr="002D1C35">
        <w:rPr>
          <w:rFonts w:cs="Segoe UI Symbol"/>
        </w:rPr>
        <w:t>excursões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segundo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programa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em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veículo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ar-condicionado</w:t>
      </w:r>
      <w:proofErr w:type="spellEnd"/>
      <w:r w:rsidRPr="002D1C35">
        <w:rPr>
          <w:rFonts w:cs="Segoe UI Symbol"/>
        </w:rPr>
        <w:t xml:space="preserve"> </w:t>
      </w:r>
    </w:p>
    <w:p w14:paraId="0F9AB800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2D1C35">
        <w:rPr>
          <w:rFonts w:cs="Segoe UI Symbol"/>
        </w:rPr>
        <w:t xml:space="preserve">Guia </w:t>
      </w:r>
      <w:proofErr w:type="spellStart"/>
      <w:r w:rsidRPr="002D1C35">
        <w:rPr>
          <w:rFonts w:cs="Segoe UI Symbol"/>
        </w:rPr>
        <w:t>falando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Espanhol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durante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toda</w:t>
      </w:r>
      <w:proofErr w:type="spellEnd"/>
      <w:r w:rsidRPr="002D1C35">
        <w:rPr>
          <w:rFonts w:cs="Segoe UI Symbol"/>
        </w:rPr>
        <w:t xml:space="preserve"> a </w:t>
      </w:r>
      <w:proofErr w:type="spellStart"/>
      <w:r w:rsidRPr="002D1C35">
        <w:rPr>
          <w:rFonts w:cs="Segoe UI Symbol"/>
        </w:rPr>
        <w:t>viagem</w:t>
      </w:r>
      <w:proofErr w:type="spellEnd"/>
      <w:r w:rsidRPr="002D1C35">
        <w:rPr>
          <w:rFonts w:cs="Segoe UI Symbol"/>
        </w:rPr>
        <w:t xml:space="preserve"> no </w:t>
      </w:r>
      <w:proofErr w:type="spellStart"/>
      <w:r w:rsidRPr="002D1C35">
        <w:rPr>
          <w:rFonts w:cs="Segoe UI Symbol"/>
        </w:rPr>
        <w:t>destino</w:t>
      </w:r>
      <w:proofErr w:type="spellEnd"/>
      <w:r w:rsidRPr="002D1C35">
        <w:rPr>
          <w:rFonts w:cs="Segoe UI Symbol"/>
        </w:rPr>
        <w:t>.</w:t>
      </w:r>
    </w:p>
    <w:p w14:paraId="3D919ECF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2D1C35">
        <w:rPr>
          <w:rFonts w:cs="Segoe UI Symbol"/>
        </w:rPr>
        <w:t xml:space="preserve">Entradas </w:t>
      </w:r>
      <w:proofErr w:type="spellStart"/>
      <w:r w:rsidRPr="002D1C35">
        <w:rPr>
          <w:rFonts w:cs="Segoe UI Symbol"/>
        </w:rPr>
        <w:t>nos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monumentos</w:t>
      </w:r>
      <w:proofErr w:type="spellEnd"/>
      <w:r w:rsidRPr="002D1C35">
        <w:rPr>
          <w:rFonts w:cs="Segoe UI Symbol"/>
        </w:rPr>
        <w:t>.</w:t>
      </w:r>
    </w:p>
    <w:p w14:paraId="168637A1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Almoço</w:t>
      </w:r>
      <w:proofErr w:type="spellEnd"/>
      <w:r w:rsidRPr="002D1C35">
        <w:rPr>
          <w:rFonts w:cs="Segoe UI Symbol"/>
        </w:rPr>
        <w:t xml:space="preserve"> Especial de Holi</w:t>
      </w:r>
    </w:p>
    <w:p w14:paraId="3610D974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Passeio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elefante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em</w:t>
      </w:r>
      <w:proofErr w:type="spellEnd"/>
      <w:r w:rsidRPr="002D1C35">
        <w:rPr>
          <w:rFonts w:cs="Segoe UI Symbol"/>
        </w:rPr>
        <w:t xml:space="preserve"> Jaipur.</w:t>
      </w:r>
    </w:p>
    <w:p w14:paraId="3F73194C" w14:textId="77777777" w:rsidR="002D1C35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Celebração</w:t>
      </w:r>
      <w:proofErr w:type="spellEnd"/>
      <w:r w:rsidRPr="002D1C35">
        <w:rPr>
          <w:rFonts w:cs="Segoe UI Symbol"/>
        </w:rPr>
        <w:t xml:space="preserve"> De Holi.</w:t>
      </w:r>
    </w:p>
    <w:p w14:paraId="2E9C4994" w14:textId="3D9E5080" w:rsidR="00C459A7" w:rsidRPr="002D1C35" w:rsidRDefault="002D1C35" w:rsidP="002D1C35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Impostos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locais</w:t>
      </w:r>
      <w:proofErr w:type="spellEnd"/>
      <w:r w:rsidRPr="002D1C35">
        <w:rPr>
          <w:rFonts w:cs="Segoe UI Symbol"/>
        </w:rPr>
        <w:t xml:space="preserve"> e o service tax, </w:t>
      </w:r>
      <w:proofErr w:type="spellStart"/>
      <w:r w:rsidRPr="002D1C35">
        <w:rPr>
          <w:rFonts w:cs="Segoe UI Symbol"/>
        </w:rPr>
        <w:t>aplicados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nestes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momentos</w:t>
      </w:r>
      <w:proofErr w:type="spellEnd"/>
      <w:r w:rsidRPr="002D1C35">
        <w:rPr>
          <w:rFonts w:cs="Segoe UI Symbol"/>
        </w:rPr>
        <w:t>.</w:t>
      </w:r>
    </w:p>
    <w:p w14:paraId="29A86F03" w14:textId="77777777" w:rsidR="002D1C35" w:rsidRPr="00C459A7" w:rsidRDefault="002D1C35" w:rsidP="002D1C35">
      <w:pPr>
        <w:spacing w:after="40" w:line="252" w:lineRule="auto"/>
        <w:rPr>
          <w:rFonts w:cs="Segoe UI Symbol"/>
        </w:rPr>
      </w:pPr>
    </w:p>
    <w:p w14:paraId="7C06E0C7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❌</w:t>
      </w:r>
      <w:r w:rsidRPr="00C459A7">
        <w:t xml:space="preserve"> </w:t>
      </w:r>
      <w:proofErr w:type="spellStart"/>
      <w:r w:rsidRPr="00C459A7">
        <w:t>Não</w:t>
      </w:r>
      <w:proofErr w:type="spellEnd"/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105D9BC4" w14:textId="77777777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Tarifas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aéreas</w:t>
      </w:r>
      <w:proofErr w:type="spellEnd"/>
      <w:r w:rsidRPr="002D1C35">
        <w:rPr>
          <w:rFonts w:cs="Segoe UI Symbol"/>
        </w:rPr>
        <w:t xml:space="preserve"> e </w:t>
      </w:r>
      <w:proofErr w:type="spellStart"/>
      <w:r w:rsidRPr="002D1C35">
        <w:rPr>
          <w:rFonts w:cs="Segoe UI Symbol"/>
        </w:rPr>
        <w:t>tarifas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aeroporto</w:t>
      </w:r>
      <w:proofErr w:type="spellEnd"/>
      <w:r w:rsidRPr="002D1C35">
        <w:rPr>
          <w:rFonts w:cs="Segoe UI Symbol"/>
        </w:rPr>
        <w:t>.</w:t>
      </w:r>
    </w:p>
    <w:p w14:paraId="722D57B6" w14:textId="77777777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2D1C35">
        <w:rPr>
          <w:rFonts w:cs="Segoe UI Symbol"/>
        </w:rPr>
        <w:t>Bebidas (</w:t>
      </w:r>
      <w:proofErr w:type="spellStart"/>
      <w:r w:rsidRPr="002D1C35">
        <w:rPr>
          <w:rFonts w:cs="Segoe UI Symbol"/>
        </w:rPr>
        <w:t>alcoólicas</w:t>
      </w:r>
      <w:proofErr w:type="spellEnd"/>
      <w:r w:rsidRPr="002D1C35">
        <w:rPr>
          <w:rFonts w:cs="Segoe UI Symbol"/>
        </w:rPr>
        <w:t xml:space="preserve"> / </w:t>
      </w:r>
      <w:proofErr w:type="spellStart"/>
      <w:r w:rsidRPr="002D1C35">
        <w:rPr>
          <w:rFonts w:cs="Segoe UI Symbol"/>
        </w:rPr>
        <w:t>não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alcoólicas</w:t>
      </w:r>
      <w:proofErr w:type="spellEnd"/>
      <w:r w:rsidRPr="002D1C35">
        <w:rPr>
          <w:rFonts w:cs="Segoe UI Symbol"/>
        </w:rPr>
        <w:t>)</w:t>
      </w:r>
    </w:p>
    <w:p w14:paraId="508AD315" w14:textId="77777777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Almoços</w:t>
      </w:r>
      <w:proofErr w:type="spellEnd"/>
      <w:r w:rsidRPr="002D1C35">
        <w:rPr>
          <w:rFonts w:cs="Segoe UI Symbol"/>
        </w:rPr>
        <w:t xml:space="preserve"> e </w:t>
      </w:r>
      <w:proofErr w:type="spellStart"/>
      <w:r w:rsidRPr="002D1C35">
        <w:rPr>
          <w:rFonts w:cs="Segoe UI Symbol"/>
        </w:rPr>
        <w:t>jantares</w:t>
      </w:r>
      <w:proofErr w:type="spellEnd"/>
      <w:r w:rsidRPr="002D1C35">
        <w:rPr>
          <w:rFonts w:cs="Segoe UI Symbol"/>
        </w:rPr>
        <w:t>.</w:t>
      </w:r>
    </w:p>
    <w:p w14:paraId="78D0B11B" w14:textId="77777777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Gastos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pessoais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como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bebidas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propinas</w:t>
      </w:r>
      <w:proofErr w:type="spellEnd"/>
      <w:r w:rsidRPr="002D1C35">
        <w:rPr>
          <w:rFonts w:cs="Segoe UI Symbol"/>
        </w:rPr>
        <w:t xml:space="preserve">, vistos, </w:t>
      </w:r>
      <w:proofErr w:type="spellStart"/>
      <w:r w:rsidRPr="002D1C35">
        <w:rPr>
          <w:rFonts w:cs="Segoe UI Symbol"/>
        </w:rPr>
        <w:t>seguros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lavanderia</w:t>
      </w:r>
      <w:proofErr w:type="spellEnd"/>
      <w:r w:rsidRPr="002D1C35">
        <w:rPr>
          <w:rFonts w:cs="Segoe UI Symbol"/>
        </w:rPr>
        <w:t xml:space="preserve"> e </w:t>
      </w:r>
      <w:proofErr w:type="spellStart"/>
      <w:r w:rsidRPr="002D1C35">
        <w:rPr>
          <w:rFonts w:cs="Segoe UI Symbol"/>
        </w:rPr>
        <w:t>chamadas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telefônicas</w:t>
      </w:r>
      <w:proofErr w:type="spellEnd"/>
      <w:r w:rsidRPr="002D1C35">
        <w:rPr>
          <w:rFonts w:cs="Segoe UI Symbol"/>
        </w:rPr>
        <w:t>.</w:t>
      </w:r>
    </w:p>
    <w:p w14:paraId="1E36980A" w14:textId="77777777" w:rsid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2D1C35">
        <w:rPr>
          <w:rFonts w:cs="Segoe UI Symbol"/>
        </w:rPr>
        <w:t>Nenhum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gasto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derivado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problemas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relacionados</w:t>
      </w:r>
      <w:proofErr w:type="spellEnd"/>
      <w:r w:rsidRPr="002D1C35">
        <w:rPr>
          <w:rFonts w:cs="Segoe UI Symbol"/>
        </w:rPr>
        <w:t xml:space="preserve"> à </w:t>
      </w:r>
      <w:proofErr w:type="spellStart"/>
      <w:r w:rsidRPr="002D1C35">
        <w:rPr>
          <w:rFonts w:cs="Segoe UI Symbol"/>
        </w:rPr>
        <w:t>organização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como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desastres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naturais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acidentes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evacuação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médica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cancelamento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voos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demoras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ou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mudanças</w:t>
      </w:r>
      <w:proofErr w:type="spellEnd"/>
      <w:r w:rsidRPr="002D1C35">
        <w:rPr>
          <w:rFonts w:cs="Segoe UI Symbol"/>
        </w:rPr>
        <w:t xml:space="preserve"> de </w:t>
      </w:r>
      <w:proofErr w:type="spellStart"/>
      <w:r w:rsidRPr="002D1C35">
        <w:rPr>
          <w:rFonts w:cs="Segoe UI Symbol"/>
        </w:rPr>
        <w:t>horário</w:t>
      </w:r>
      <w:proofErr w:type="spellEnd"/>
      <w:r w:rsidRPr="002D1C35">
        <w:rPr>
          <w:rFonts w:cs="Segoe UI Symbol"/>
        </w:rPr>
        <w:t>, etc.</w:t>
      </w:r>
    </w:p>
    <w:p w14:paraId="73249590" w14:textId="7EBD8AD8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>
        <w:rPr>
          <w:rFonts w:cs="Segoe UI Symbol"/>
        </w:rPr>
        <w:t xml:space="preserve">O </w:t>
      </w:r>
      <w:proofErr w:type="spellStart"/>
      <w:r w:rsidRPr="002D1C35">
        <w:rPr>
          <w:rFonts w:cs="Segoe UI Symbol"/>
        </w:rPr>
        <w:t>custo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adicional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por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causas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naturais</w:t>
      </w:r>
      <w:proofErr w:type="spellEnd"/>
      <w:r w:rsidRPr="002D1C35">
        <w:rPr>
          <w:rFonts w:cs="Segoe UI Symbol"/>
        </w:rPr>
        <w:t xml:space="preserve"> e </w:t>
      </w:r>
      <w:proofErr w:type="spellStart"/>
      <w:r w:rsidRPr="002D1C35">
        <w:rPr>
          <w:rFonts w:cs="Segoe UI Symbol"/>
        </w:rPr>
        <w:t>políticas</w:t>
      </w:r>
      <w:proofErr w:type="spellEnd"/>
      <w:r w:rsidRPr="002D1C35">
        <w:rPr>
          <w:rFonts w:cs="Segoe UI Symbol"/>
        </w:rPr>
        <w:t xml:space="preserve">, </w:t>
      </w:r>
      <w:proofErr w:type="spellStart"/>
      <w:r w:rsidRPr="002D1C35">
        <w:rPr>
          <w:rFonts w:cs="Segoe UI Symbol"/>
        </w:rPr>
        <w:t>como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os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deslizamentos</w:t>
      </w:r>
      <w:proofErr w:type="spellEnd"/>
      <w:r w:rsidRPr="002D1C35">
        <w:rPr>
          <w:rFonts w:cs="Segoe UI Symbol"/>
        </w:rPr>
        <w:t xml:space="preserve"> de terra, neve, </w:t>
      </w:r>
      <w:proofErr w:type="spellStart"/>
      <w:r w:rsidRPr="002D1C35">
        <w:rPr>
          <w:rFonts w:cs="Segoe UI Symbol"/>
        </w:rPr>
        <w:t>huelgas</w:t>
      </w:r>
      <w:proofErr w:type="spellEnd"/>
      <w:r w:rsidRPr="002D1C35">
        <w:rPr>
          <w:rFonts w:cs="Segoe UI Symbol"/>
        </w:rPr>
        <w:t>, etc.</w:t>
      </w:r>
    </w:p>
    <w:p w14:paraId="4244F3A7" w14:textId="77777777" w:rsidR="002D1C35" w:rsidRPr="002D1C35" w:rsidRDefault="002D1C35" w:rsidP="002D1C35">
      <w:pPr>
        <w:pStyle w:val="PargrafodaLista"/>
        <w:numPr>
          <w:ilvl w:val="0"/>
          <w:numId w:val="30"/>
        </w:numPr>
        <w:spacing w:after="40" w:line="252" w:lineRule="auto"/>
        <w:rPr>
          <w:rFonts w:ascii="Segoe UI Symbol" w:hAnsi="Segoe UI Symbol" w:cs="Segoe UI Symbol"/>
        </w:rPr>
      </w:pPr>
      <w:proofErr w:type="spellStart"/>
      <w:r w:rsidRPr="002D1C35">
        <w:rPr>
          <w:rFonts w:cs="Segoe UI Symbol"/>
        </w:rPr>
        <w:t>Qualquer</w:t>
      </w:r>
      <w:proofErr w:type="spellEnd"/>
      <w:r w:rsidRPr="002D1C35">
        <w:rPr>
          <w:rFonts w:cs="Segoe UI Symbol"/>
        </w:rPr>
        <w:t xml:space="preserve"> outro </w:t>
      </w:r>
      <w:proofErr w:type="spellStart"/>
      <w:r w:rsidRPr="002D1C35">
        <w:rPr>
          <w:rFonts w:cs="Segoe UI Symbol"/>
        </w:rPr>
        <w:t>serviço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que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não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tenha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sido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especificado</w:t>
      </w:r>
      <w:proofErr w:type="spellEnd"/>
      <w:r w:rsidRPr="002D1C35">
        <w:rPr>
          <w:rFonts w:cs="Segoe UI Symbol"/>
        </w:rPr>
        <w:t xml:space="preserve"> </w:t>
      </w:r>
      <w:proofErr w:type="spellStart"/>
      <w:r w:rsidRPr="002D1C35">
        <w:rPr>
          <w:rFonts w:cs="Segoe UI Symbol"/>
        </w:rPr>
        <w:t>como</w:t>
      </w:r>
      <w:proofErr w:type="spellEnd"/>
      <w:r w:rsidRPr="002D1C35">
        <w:rPr>
          <w:rFonts w:cs="Segoe UI Symbol"/>
        </w:rPr>
        <w:t xml:space="preserve"> "</w:t>
      </w:r>
      <w:proofErr w:type="spellStart"/>
      <w:r w:rsidRPr="002D1C35">
        <w:rPr>
          <w:rFonts w:cs="Segoe UI Symbol"/>
        </w:rPr>
        <w:t>incluído</w:t>
      </w:r>
      <w:proofErr w:type="spellEnd"/>
      <w:r w:rsidRPr="002D1C35">
        <w:rPr>
          <w:rFonts w:cs="Segoe UI Symbol"/>
        </w:rPr>
        <w:t>".</w:t>
      </w:r>
    </w:p>
    <w:p w14:paraId="15BDE8ED" w14:textId="77777777" w:rsidR="002D1C35" w:rsidRDefault="002D1C35" w:rsidP="002D1C35">
      <w:pPr>
        <w:spacing w:after="40" w:line="252" w:lineRule="auto"/>
        <w:rPr>
          <w:rFonts w:ascii="Segoe UI Emoji" w:hAnsi="Segoe UI Emoji" w:cs="Segoe UI Emoji"/>
        </w:rPr>
      </w:pPr>
    </w:p>
    <w:p w14:paraId="67A95A6E" w14:textId="547B3570" w:rsidR="00F10C12" w:rsidRPr="002D1C35" w:rsidRDefault="00F10C12" w:rsidP="002D1C35">
      <w:pPr>
        <w:spacing w:after="40" w:line="252" w:lineRule="auto"/>
        <w:rPr>
          <w:b/>
          <w:color w:val="123C69"/>
          <w:sz w:val="22"/>
        </w:rPr>
      </w:pPr>
      <w:r w:rsidRPr="002D1C35">
        <w:rPr>
          <w:rFonts w:ascii="Segoe UI Emoji" w:hAnsi="Segoe UI Emoji" w:cs="Segoe UI Emoji"/>
          <w:b/>
          <w:color w:val="123C69"/>
          <w:sz w:val="22"/>
        </w:rPr>
        <w:t>📝</w:t>
      </w:r>
      <w:r w:rsidRPr="002D1C35">
        <w:rPr>
          <w:b/>
          <w:color w:val="123C69"/>
          <w:sz w:val="22"/>
        </w:rPr>
        <w:t xml:space="preserve"> </w:t>
      </w:r>
      <w:proofErr w:type="spellStart"/>
      <w:r w:rsidRPr="002D1C35">
        <w:rPr>
          <w:b/>
          <w:color w:val="123C69"/>
          <w:sz w:val="22"/>
        </w:rPr>
        <w:t>Notas</w:t>
      </w:r>
      <w:proofErr w:type="spellEnd"/>
      <w:r w:rsidRPr="002D1C35">
        <w:rPr>
          <w:b/>
          <w:color w:val="123C69"/>
          <w:sz w:val="22"/>
        </w:rPr>
        <w:t>:</w:t>
      </w:r>
    </w:p>
    <w:p w14:paraId="5428DB77" w14:textId="25B5ACEE" w:rsidR="002D1C35" w:rsidRPr="002D1C35" w:rsidRDefault="002D1C35" w:rsidP="002D1C35">
      <w:pPr>
        <w:pStyle w:val="HeadingViagem"/>
        <w:spacing w:before="80" w:after="80"/>
        <w:rPr>
          <w:rFonts w:cs="Segoe UI Symbol"/>
          <w:b w:val="0"/>
          <w:color w:val="2B313A"/>
          <w:sz w:val="18"/>
        </w:rPr>
      </w:pPr>
      <w:r w:rsidRPr="002D1C35">
        <w:rPr>
          <w:rFonts w:cs="Segoe UI Symbol"/>
          <w:b w:val="0"/>
          <w:color w:val="2B313A"/>
          <w:sz w:val="18"/>
        </w:rPr>
        <w:t>*CONSULTE-NOS PARA MAIS INFORMAÇÕES, POSSIBILIDADE DE OUTRAS DATAS E OUTRAS COMBINAÇÕES.</w:t>
      </w:r>
    </w:p>
    <w:p w14:paraId="3872A805" w14:textId="3E783C7F" w:rsidR="00B569A9" w:rsidRPr="003A5BC6" w:rsidRDefault="002D1C35" w:rsidP="002D1C35">
      <w:pPr>
        <w:pStyle w:val="HeadingViagem"/>
        <w:spacing w:before="80" w:after="80"/>
        <w:rPr>
          <w:rFonts w:ascii="Segoe UI Symbol" w:hAnsi="Segoe UI Symbol" w:cs="Segoe UI Symbol"/>
        </w:rPr>
      </w:pPr>
      <w:r w:rsidRPr="002D1C35">
        <w:rPr>
          <w:rFonts w:cs="Segoe UI Symbol"/>
          <w:b w:val="0"/>
          <w:color w:val="2B313A"/>
          <w:sz w:val="18"/>
        </w:rPr>
        <w:t>* SITUAÇÕES DIFERENTES DAS CITADAS ACIMA, POR FAVOR, CONSULTE-NOS.</w:t>
      </w:r>
    </w:p>
    <w:sectPr w:rsidR="00B569A9" w:rsidRPr="003A5BC6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75667" w14:textId="77777777" w:rsidR="00FC3D85" w:rsidRDefault="00FC3D85">
      <w:pPr>
        <w:spacing w:after="0" w:line="240" w:lineRule="auto"/>
      </w:pPr>
      <w:r>
        <w:separator/>
      </w:r>
    </w:p>
  </w:endnote>
  <w:endnote w:type="continuationSeparator" w:id="0">
    <w:p w14:paraId="216836C4" w14:textId="77777777" w:rsidR="00FC3D85" w:rsidRDefault="00FC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6B1CEA05" w:rsidR="00B569A9" w:rsidRPr="00F352CF" w:rsidRDefault="00F352CF">
    <w:pPr>
      <w:pStyle w:val="Rodap"/>
      <w:jc w:val="center"/>
      <w:rPr>
        <w:lang w:val="pt-BR"/>
      </w:rPr>
    </w:pPr>
    <w:r>
      <w:rPr>
        <w:color w:val="6B7280"/>
        <w:sz w:val="16"/>
        <w:lang w:val="pt-BR"/>
      </w:rPr>
      <w:t>Descubra o Festival das Cores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84AC" w14:textId="77777777" w:rsidR="00FC3D85" w:rsidRDefault="00FC3D85">
      <w:pPr>
        <w:spacing w:after="0" w:line="240" w:lineRule="auto"/>
      </w:pPr>
      <w:r>
        <w:separator/>
      </w:r>
    </w:p>
  </w:footnote>
  <w:footnote w:type="continuationSeparator" w:id="0">
    <w:p w14:paraId="4226DD6B" w14:textId="77777777" w:rsidR="00FC3D85" w:rsidRDefault="00FC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37F05"/>
    <w:multiLevelType w:val="hybridMultilevel"/>
    <w:tmpl w:val="88D6F0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34148"/>
    <w:multiLevelType w:val="hybridMultilevel"/>
    <w:tmpl w:val="C8E22C38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D264F82E">
      <w:start w:val="7"/>
      <w:numFmt w:val="bullet"/>
      <w:lvlText w:val=""/>
      <w:lvlJc w:val="left"/>
      <w:pPr>
        <w:ind w:left="1440" w:hanging="360"/>
      </w:pPr>
      <w:rPr>
        <w:rFonts w:ascii="Symbol" w:eastAsia="Aptos" w:hAnsi="Symbol" w:cs="Segoe UI 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A1536"/>
    <w:multiLevelType w:val="hybridMultilevel"/>
    <w:tmpl w:val="CD76E2D0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02717"/>
    <w:multiLevelType w:val="hybridMultilevel"/>
    <w:tmpl w:val="CEF2BF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65C90"/>
    <w:multiLevelType w:val="hybridMultilevel"/>
    <w:tmpl w:val="81CE5C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85802"/>
    <w:multiLevelType w:val="hybridMultilevel"/>
    <w:tmpl w:val="19D20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73912"/>
    <w:multiLevelType w:val="hybridMultilevel"/>
    <w:tmpl w:val="3CD65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ADA">
      <w:numFmt w:val="bullet"/>
      <w:lvlText w:val="•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267DE"/>
    <w:multiLevelType w:val="hybridMultilevel"/>
    <w:tmpl w:val="D45A3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21935"/>
    <w:multiLevelType w:val="hybridMultilevel"/>
    <w:tmpl w:val="8F74F1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146F8"/>
    <w:multiLevelType w:val="hybridMultilevel"/>
    <w:tmpl w:val="3FF2B9C8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E95EC1"/>
    <w:multiLevelType w:val="hybridMultilevel"/>
    <w:tmpl w:val="DA30D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8E25F6"/>
    <w:multiLevelType w:val="hybridMultilevel"/>
    <w:tmpl w:val="1786E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E348E"/>
    <w:multiLevelType w:val="hybridMultilevel"/>
    <w:tmpl w:val="E7400C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20"/>
  </w:num>
  <w:num w:numId="11" w16cid:durableId="971331009">
    <w:abstractNumId w:val="10"/>
  </w:num>
  <w:num w:numId="12" w16cid:durableId="520045680">
    <w:abstractNumId w:val="19"/>
  </w:num>
  <w:num w:numId="13" w16cid:durableId="493498588">
    <w:abstractNumId w:val="15"/>
  </w:num>
  <w:num w:numId="14" w16cid:durableId="711270864">
    <w:abstractNumId w:val="25"/>
  </w:num>
  <w:num w:numId="15" w16cid:durableId="278340355">
    <w:abstractNumId w:val="27"/>
  </w:num>
  <w:num w:numId="16" w16cid:durableId="2129547237">
    <w:abstractNumId w:val="21"/>
  </w:num>
  <w:num w:numId="17" w16cid:durableId="1654331993">
    <w:abstractNumId w:val="12"/>
  </w:num>
  <w:num w:numId="18" w16cid:durableId="1640718977">
    <w:abstractNumId w:val="18"/>
  </w:num>
  <w:num w:numId="19" w16cid:durableId="64686880">
    <w:abstractNumId w:val="26"/>
  </w:num>
  <w:num w:numId="20" w16cid:durableId="790977102">
    <w:abstractNumId w:val="16"/>
  </w:num>
  <w:num w:numId="21" w16cid:durableId="1945961320">
    <w:abstractNumId w:val="22"/>
  </w:num>
  <w:num w:numId="22" w16cid:durableId="2022967055">
    <w:abstractNumId w:val="29"/>
  </w:num>
  <w:num w:numId="23" w16cid:durableId="429542917">
    <w:abstractNumId w:val="28"/>
  </w:num>
  <w:num w:numId="24" w16cid:durableId="609506618">
    <w:abstractNumId w:val="23"/>
  </w:num>
  <w:num w:numId="25" w16cid:durableId="1433941913">
    <w:abstractNumId w:val="14"/>
  </w:num>
  <w:num w:numId="26" w16cid:durableId="1113285821">
    <w:abstractNumId w:val="9"/>
  </w:num>
  <w:num w:numId="27" w16cid:durableId="994143954">
    <w:abstractNumId w:val="17"/>
  </w:num>
  <w:num w:numId="28" w16cid:durableId="1915234340">
    <w:abstractNumId w:val="24"/>
  </w:num>
  <w:num w:numId="29" w16cid:durableId="666441252">
    <w:abstractNumId w:val="13"/>
  </w:num>
  <w:num w:numId="30" w16cid:durableId="1995451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05623"/>
    <w:rsid w:val="002445CF"/>
    <w:rsid w:val="00253C20"/>
    <w:rsid w:val="0026177A"/>
    <w:rsid w:val="0029639D"/>
    <w:rsid w:val="002D1C35"/>
    <w:rsid w:val="00326F90"/>
    <w:rsid w:val="00346FD3"/>
    <w:rsid w:val="00376546"/>
    <w:rsid w:val="003A5BC6"/>
    <w:rsid w:val="003D445A"/>
    <w:rsid w:val="00495537"/>
    <w:rsid w:val="00581958"/>
    <w:rsid w:val="00664199"/>
    <w:rsid w:val="006979B1"/>
    <w:rsid w:val="007617E1"/>
    <w:rsid w:val="007C4F77"/>
    <w:rsid w:val="007F306A"/>
    <w:rsid w:val="00803312"/>
    <w:rsid w:val="009844C1"/>
    <w:rsid w:val="00A70C1F"/>
    <w:rsid w:val="00A92C4B"/>
    <w:rsid w:val="00AA1D8D"/>
    <w:rsid w:val="00AF6C5F"/>
    <w:rsid w:val="00B47730"/>
    <w:rsid w:val="00B569A9"/>
    <w:rsid w:val="00B700F2"/>
    <w:rsid w:val="00BB669C"/>
    <w:rsid w:val="00BD5FFB"/>
    <w:rsid w:val="00C173F0"/>
    <w:rsid w:val="00C459A7"/>
    <w:rsid w:val="00C6774F"/>
    <w:rsid w:val="00CA5E98"/>
    <w:rsid w:val="00CB0664"/>
    <w:rsid w:val="00E90A36"/>
    <w:rsid w:val="00F10C12"/>
    <w:rsid w:val="00F352CF"/>
    <w:rsid w:val="00FC3D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1152</Words>
  <Characters>6225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3</cp:revision>
  <dcterms:created xsi:type="dcterms:W3CDTF">2026-06-22T18:46:00Z</dcterms:created>
  <dcterms:modified xsi:type="dcterms:W3CDTF">2026-06-22T19:03:00Z</dcterms:modified>
  <cp:category/>
</cp:coreProperties>
</file>