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89EBF" w14:textId="2EC6FD1A" w:rsidR="00B569A9" w:rsidRDefault="00B569A9" w:rsidP="003A5BC6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B569A9" w14:paraId="27ADA6D2" w14:textId="77777777">
        <w:trPr>
          <w:jc w:val="center"/>
        </w:trPr>
        <w:tc>
          <w:tcPr>
            <w:tcW w:w="10656" w:type="dxa"/>
            <w:shd w:val="clear" w:color="auto" w:fill="123C69"/>
            <w:tcMar>
              <w:top w:w="180" w:type="dxa"/>
              <w:left w:w="220" w:type="dxa"/>
              <w:bottom w:w="180" w:type="dxa"/>
              <w:right w:w="220" w:type="dxa"/>
            </w:tcMar>
          </w:tcPr>
          <w:p w14:paraId="1E0EF9AE" w14:textId="38AFF3FC" w:rsidR="00B569A9" w:rsidRDefault="00000000">
            <w:pPr>
              <w:jc w:val="center"/>
            </w:pPr>
            <w:r>
              <w:rPr>
                <w:b/>
                <w:color w:val="FFFFFF"/>
                <w:sz w:val="52"/>
              </w:rPr>
              <w:t xml:space="preserve">DESCUBRA </w:t>
            </w:r>
            <w:r w:rsidR="009B4EA6" w:rsidRPr="009B4EA6">
              <w:rPr>
                <w:b/>
                <w:color w:val="FFFFFF"/>
                <w:sz w:val="52"/>
              </w:rPr>
              <w:t>PARIS &amp; MONT SAINT-MICHEL</w:t>
            </w:r>
          </w:p>
          <w:p w14:paraId="3F8D3817" w14:textId="2E2B6EE0" w:rsidR="00B569A9" w:rsidRDefault="009B4EA6">
            <w:pPr>
              <w:jc w:val="center"/>
            </w:pPr>
            <w:r>
              <w:rPr>
                <w:color w:val="FFFFFF"/>
                <w:sz w:val="24"/>
              </w:rPr>
              <w:t>2026/</w:t>
            </w:r>
            <w:r w:rsidR="00AF6C5F">
              <w:rPr>
                <w:color w:val="FFFFFF"/>
                <w:sz w:val="24"/>
              </w:rPr>
              <w:t>2027</w:t>
            </w:r>
            <w:r w:rsidR="00A92C4B">
              <w:rPr>
                <w:color w:val="FFFFFF"/>
                <w:sz w:val="24"/>
              </w:rPr>
              <w:t xml:space="preserve"> • </w:t>
            </w:r>
            <w:proofErr w:type="spellStart"/>
            <w:r w:rsidR="00A92C4B">
              <w:rPr>
                <w:color w:val="FFFFFF"/>
                <w:sz w:val="24"/>
              </w:rPr>
              <w:t>Roteiro</w:t>
            </w:r>
            <w:proofErr w:type="spellEnd"/>
            <w:r w:rsidR="00A92C4B">
              <w:rPr>
                <w:color w:val="FFFFFF"/>
                <w:sz w:val="24"/>
              </w:rPr>
              <w:t xml:space="preserve">, </w:t>
            </w:r>
            <w:proofErr w:type="spellStart"/>
            <w:r w:rsidR="00A92C4B">
              <w:rPr>
                <w:color w:val="FFFFFF"/>
                <w:sz w:val="24"/>
              </w:rPr>
              <w:t>hotéis</w:t>
            </w:r>
            <w:proofErr w:type="spellEnd"/>
            <w:r w:rsidR="00A92C4B">
              <w:rPr>
                <w:color w:val="FFFFFF"/>
                <w:sz w:val="24"/>
              </w:rPr>
              <w:t xml:space="preserve"> </w:t>
            </w:r>
            <w:proofErr w:type="spellStart"/>
            <w:r w:rsidR="00A92C4B">
              <w:rPr>
                <w:color w:val="FFFFFF"/>
                <w:sz w:val="24"/>
              </w:rPr>
              <w:t>previstos</w:t>
            </w:r>
            <w:proofErr w:type="spellEnd"/>
            <w:r w:rsidR="00A92C4B">
              <w:rPr>
                <w:color w:val="FFFFFF"/>
                <w:sz w:val="24"/>
              </w:rPr>
              <w:t xml:space="preserve">, </w:t>
            </w:r>
            <w:proofErr w:type="spellStart"/>
            <w:r w:rsidR="00A92C4B">
              <w:rPr>
                <w:color w:val="FFFFFF"/>
                <w:sz w:val="24"/>
              </w:rPr>
              <w:t>inclusões</w:t>
            </w:r>
            <w:proofErr w:type="spellEnd"/>
            <w:r w:rsidR="00A92C4B">
              <w:rPr>
                <w:color w:val="FFFFFF"/>
                <w:sz w:val="24"/>
              </w:rPr>
              <w:t xml:space="preserve"> e </w:t>
            </w:r>
            <w:proofErr w:type="spellStart"/>
            <w:r w:rsidR="00A92C4B">
              <w:rPr>
                <w:color w:val="FFFFFF"/>
                <w:sz w:val="24"/>
              </w:rPr>
              <w:t>tarifas</w:t>
            </w:r>
            <w:proofErr w:type="spellEnd"/>
            <w:r w:rsidR="00A92C4B">
              <w:rPr>
                <w:color w:val="FFFFFF"/>
                <w:sz w:val="24"/>
              </w:rPr>
              <w:t xml:space="preserve"> </w:t>
            </w:r>
            <w:proofErr w:type="spellStart"/>
            <w:r w:rsidR="00A92C4B">
              <w:rPr>
                <w:color w:val="FFFFFF"/>
                <w:sz w:val="24"/>
              </w:rPr>
              <w:t>originais</w:t>
            </w:r>
            <w:proofErr w:type="spellEnd"/>
          </w:p>
        </w:tc>
      </w:tr>
    </w:tbl>
    <w:p w14:paraId="4BE57F4F" w14:textId="77777777" w:rsidR="00B569A9" w:rsidRDefault="00000000">
      <w:pPr>
        <w:jc w:val="center"/>
      </w:pPr>
      <w:r>
        <w:rPr>
          <w:i/>
        </w:rPr>
        <w:t xml:space="preserve">Material </w:t>
      </w:r>
      <w:proofErr w:type="spellStart"/>
      <w:r>
        <w:rPr>
          <w:i/>
        </w:rPr>
        <w:t>diagramado</w:t>
      </w:r>
      <w:proofErr w:type="spellEnd"/>
      <w:r>
        <w:rPr>
          <w:i/>
        </w:rPr>
        <w:t xml:space="preserve"> com imagens </w:t>
      </w:r>
      <w:proofErr w:type="spellStart"/>
      <w:r>
        <w:rPr>
          <w:i/>
        </w:rPr>
        <w:t>realistas</w:t>
      </w:r>
      <w:proofErr w:type="spellEnd"/>
      <w:r>
        <w:rPr>
          <w:i/>
        </w:rPr>
        <w:t xml:space="preserve"> e </w:t>
      </w:r>
      <w:proofErr w:type="spellStart"/>
      <w:r>
        <w:rPr>
          <w:i/>
        </w:rPr>
        <w:t>títulos</w:t>
      </w:r>
      <w:proofErr w:type="spellEnd"/>
      <w:r>
        <w:rPr>
          <w:i/>
        </w:rPr>
        <w:t xml:space="preserve"> com emojis. Valores </w:t>
      </w:r>
      <w:proofErr w:type="spellStart"/>
      <w:r>
        <w:rPr>
          <w:i/>
        </w:rPr>
        <w:t>mantidos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conforme</w:t>
      </w:r>
      <w:proofErr w:type="spellEnd"/>
      <w:r>
        <w:rPr>
          <w:i/>
        </w:rPr>
        <w:t xml:space="preserve"> o </w:t>
      </w:r>
      <w:proofErr w:type="spellStart"/>
      <w:r>
        <w:rPr>
          <w:i/>
        </w:rPr>
        <w:t>arquivo</w:t>
      </w:r>
      <w:proofErr w:type="spellEnd"/>
      <w:r>
        <w:rPr>
          <w:i/>
        </w:rPr>
        <w:t xml:space="preserve"> original.</w:t>
      </w:r>
    </w:p>
    <w:p w14:paraId="3E51DC4E" w14:textId="77777777" w:rsidR="00B569A9" w:rsidRDefault="00B569A9">
      <w:pPr>
        <w:pBdr>
          <w:bottom w:val="single" w:sz="12" w:space="1" w:color="E6B35A"/>
        </w:pBdr>
        <w:spacing w:after="120"/>
      </w:pPr>
    </w:p>
    <w:p w14:paraId="1964EB70" w14:textId="30D300D1" w:rsidR="00B569A9" w:rsidRDefault="009B4EA6" w:rsidP="003A5BC6">
      <w:pPr>
        <w:pStyle w:val="HeadingViagem"/>
        <w:spacing w:before="80" w:after="80"/>
        <w:jc w:val="center"/>
      </w:pPr>
      <w:r>
        <w:t>6</w:t>
      </w:r>
      <w:r w:rsidR="00000000">
        <w:t xml:space="preserve"> DIAS / </w:t>
      </w:r>
      <w:r>
        <w:t>5</w:t>
      </w:r>
      <w:r w:rsidR="00000000">
        <w:t xml:space="preserve"> NOITES</w:t>
      </w:r>
    </w:p>
    <w:p w14:paraId="4FA8D505" w14:textId="77777777" w:rsidR="00B569A9" w:rsidRDefault="00B569A9">
      <w:pPr>
        <w:pBdr>
          <w:bottom w:val="single" w:sz="12" w:space="1" w:color="E6B35A"/>
        </w:pBdr>
        <w:spacing w:after="120"/>
      </w:pPr>
    </w:p>
    <w:p w14:paraId="0EFEB7D2" w14:textId="24DC7384" w:rsidR="00B569A9" w:rsidRDefault="00000000">
      <w:pPr>
        <w:pStyle w:val="Dia"/>
        <w:spacing w:before="120" w:after="20"/>
      </w:pPr>
      <w:r>
        <w:t xml:space="preserve">📍 1º </w:t>
      </w:r>
      <w:proofErr w:type="spellStart"/>
      <w:r>
        <w:t>dia</w:t>
      </w:r>
      <w:proofErr w:type="spellEnd"/>
      <w:r>
        <w:t xml:space="preserve">: </w:t>
      </w:r>
      <w:proofErr w:type="spellStart"/>
      <w:r w:rsidR="009B4EA6" w:rsidRPr="009B4EA6">
        <w:t>Chegada</w:t>
      </w:r>
      <w:proofErr w:type="spellEnd"/>
      <w:r w:rsidR="009B4EA6" w:rsidRPr="009B4EA6">
        <w:t xml:space="preserve"> </w:t>
      </w:r>
      <w:proofErr w:type="spellStart"/>
      <w:r w:rsidR="009B4EA6" w:rsidRPr="009B4EA6">
        <w:t>ao</w:t>
      </w:r>
      <w:proofErr w:type="spellEnd"/>
      <w:r w:rsidR="009B4EA6" w:rsidRPr="009B4EA6">
        <w:t xml:space="preserve"> </w:t>
      </w:r>
      <w:proofErr w:type="spellStart"/>
      <w:r w:rsidR="009B4EA6" w:rsidRPr="009B4EA6">
        <w:t>aeroporto</w:t>
      </w:r>
      <w:proofErr w:type="spellEnd"/>
      <w:r w:rsidR="009B4EA6" w:rsidRPr="009B4EA6">
        <w:t xml:space="preserve"> de Paris</w:t>
      </w:r>
    </w:p>
    <w:p w14:paraId="2E57F6AE" w14:textId="4B67D427" w:rsidR="009B4EA6" w:rsidRDefault="009B4EA6" w:rsidP="009B4EA6">
      <w:pPr>
        <w:spacing w:after="40" w:line="252" w:lineRule="auto"/>
        <w:jc w:val="both"/>
      </w:pPr>
      <w:r>
        <w:t>Bem-</w:t>
      </w:r>
      <w:proofErr w:type="spellStart"/>
      <w:r>
        <w:t>vindo</w:t>
      </w:r>
      <w:proofErr w:type="spellEnd"/>
      <w:r>
        <w:t xml:space="preserve">(a) </w:t>
      </w:r>
      <w:proofErr w:type="gramStart"/>
      <w:r>
        <w:t>a Paris</w:t>
      </w:r>
      <w:proofErr w:type="gramEnd"/>
      <w:r>
        <w:t xml:space="preserve">. Na </w:t>
      </w:r>
      <w:proofErr w:type="spellStart"/>
      <w:r>
        <w:t>chegada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aeroporto</w:t>
      </w:r>
      <w:proofErr w:type="spellEnd"/>
      <w:r>
        <w:t xml:space="preserve">, </w:t>
      </w:r>
      <w:proofErr w:type="spellStart"/>
      <w:r>
        <w:t>encontre</w:t>
      </w:r>
      <w:proofErr w:type="spellEnd"/>
      <w:r>
        <w:t xml:space="preserve"> </w:t>
      </w:r>
      <w:proofErr w:type="spellStart"/>
      <w:r>
        <w:t>seu</w:t>
      </w:r>
      <w:proofErr w:type="spellEnd"/>
      <w:r>
        <w:t xml:space="preserve"> </w:t>
      </w:r>
      <w:proofErr w:type="spellStart"/>
      <w:r>
        <w:t>motorista</w:t>
      </w:r>
      <w:proofErr w:type="spellEnd"/>
      <w:r>
        <w:t xml:space="preserve"> </w:t>
      </w:r>
      <w:proofErr w:type="spellStart"/>
      <w:r>
        <w:t>privativo</w:t>
      </w:r>
      <w:proofErr w:type="spellEnd"/>
      <w:r>
        <w:t xml:space="preserve"> e </w:t>
      </w:r>
      <w:proofErr w:type="spellStart"/>
      <w:r>
        <w:t>desfrute</w:t>
      </w:r>
      <w:proofErr w:type="spellEnd"/>
      <w:r>
        <w:t xml:space="preserve"> de um </w:t>
      </w:r>
      <w:proofErr w:type="spellStart"/>
      <w:r>
        <w:t>traslado</w:t>
      </w:r>
      <w:proofErr w:type="spellEnd"/>
      <w:r>
        <w:t xml:space="preserve"> </w:t>
      </w:r>
      <w:proofErr w:type="spellStart"/>
      <w:r>
        <w:t>tranquilo</w:t>
      </w:r>
      <w:proofErr w:type="spellEnd"/>
      <w:r>
        <w:t xml:space="preserve"> </w:t>
      </w:r>
      <w:proofErr w:type="spellStart"/>
      <w:r>
        <w:t>até</w:t>
      </w:r>
      <w:proofErr w:type="spellEnd"/>
      <w:r>
        <w:t xml:space="preserve"> o </w:t>
      </w:r>
      <w:proofErr w:type="spellStart"/>
      <w:r>
        <w:t>seu</w:t>
      </w:r>
      <w:proofErr w:type="spellEnd"/>
      <w:r>
        <w:t xml:space="preserve"> hotel </w:t>
      </w:r>
      <w:proofErr w:type="spellStart"/>
      <w:r>
        <w:t>em</w:t>
      </w:r>
      <w:proofErr w:type="spellEnd"/>
      <w:r>
        <w:t xml:space="preserve"> um </w:t>
      </w:r>
      <w:proofErr w:type="spellStart"/>
      <w:r>
        <w:t>confortável</w:t>
      </w:r>
      <w:proofErr w:type="spellEnd"/>
      <w:r>
        <w:t xml:space="preserve"> </w:t>
      </w:r>
      <w:proofErr w:type="spellStart"/>
      <w:r>
        <w:t>veículo</w:t>
      </w:r>
      <w:proofErr w:type="spellEnd"/>
      <w:r>
        <w:t xml:space="preserve"> com </w:t>
      </w:r>
      <w:proofErr w:type="spellStart"/>
      <w:r>
        <w:t>motorista</w:t>
      </w:r>
      <w:proofErr w:type="spellEnd"/>
      <w:r>
        <w:t xml:space="preserve">. Paris, </w:t>
      </w:r>
      <w:proofErr w:type="spellStart"/>
      <w:r>
        <w:t>frequentemente</w:t>
      </w:r>
      <w:proofErr w:type="spellEnd"/>
      <w:r>
        <w:t xml:space="preserve"> </w:t>
      </w:r>
      <w:proofErr w:type="spellStart"/>
      <w:r>
        <w:t>chamada</w:t>
      </w:r>
      <w:proofErr w:type="spellEnd"/>
      <w:r>
        <w:t xml:space="preserve"> de “</w:t>
      </w:r>
      <w:proofErr w:type="spellStart"/>
      <w:r>
        <w:t>Cidade</w:t>
      </w:r>
      <w:proofErr w:type="spellEnd"/>
      <w:r>
        <w:t xml:space="preserve"> Luz”, é </w:t>
      </w:r>
      <w:proofErr w:type="spellStart"/>
      <w:r>
        <w:t>famosa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elegância</w:t>
      </w:r>
      <w:proofErr w:type="spellEnd"/>
      <w:r>
        <w:t xml:space="preserve"> atemporal, </w:t>
      </w:r>
      <w:proofErr w:type="spellStart"/>
      <w:r>
        <w:t>marcos</w:t>
      </w:r>
      <w:proofErr w:type="spellEnd"/>
      <w:r>
        <w:t xml:space="preserve"> </w:t>
      </w:r>
      <w:proofErr w:type="spellStart"/>
      <w:r>
        <w:t>mundialmente</w:t>
      </w:r>
      <w:proofErr w:type="spellEnd"/>
      <w:r>
        <w:t xml:space="preserve"> </w:t>
      </w:r>
      <w:proofErr w:type="spellStart"/>
      <w:r>
        <w:t>famosos</w:t>
      </w:r>
      <w:proofErr w:type="spellEnd"/>
      <w:r>
        <w:t xml:space="preserve"> e </w:t>
      </w:r>
      <w:proofErr w:type="spellStart"/>
      <w:r>
        <w:t>cultura</w:t>
      </w:r>
      <w:proofErr w:type="spellEnd"/>
      <w:r>
        <w:t xml:space="preserve"> </w:t>
      </w:r>
      <w:proofErr w:type="spellStart"/>
      <w:r>
        <w:t>vibrante</w:t>
      </w:r>
      <w:proofErr w:type="spellEnd"/>
      <w:r>
        <w:t>.</w:t>
      </w:r>
    </w:p>
    <w:p w14:paraId="7F9F3385" w14:textId="77777777" w:rsidR="009B4EA6" w:rsidRDefault="009B4EA6" w:rsidP="009B4EA6">
      <w:pPr>
        <w:spacing w:after="40" w:line="252" w:lineRule="auto"/>
        <w:jc w:val="both"/>
      </w:pPr>
    </w:p>
    <w:p w14:paraId="19886C01" w14:textId="281EB5F9" w:rsidR="009B4EA6" w:rsidRDefault="009B4EA6" w:rsidP="009B4EA6">
      <w:pPr>
        <w:pStyle w:val="Dia"/>
        <w:spacing w:before="120" w:after="20"/>
      </w:pPr>
      <w:r>
        <w:rPr>
          <w:rFonts w:ascii="Segoe UI Emoji" w:hAnsi="Segoe UI Emoji" w:cs="Segoe UI Emoji"/>
        </w:rPr>
        <w:t>📍</w:t>
      </w:r>
      <w:r>
        <w:t xml:space="preserve"> </w:t>
      </w:r>
      <w:r>
        <w:t>2</w:t>
      </w:r>
      <w:r>
        <w:t xml:space="preserve">º </w:t>
      </w:r>
      <w:proofErr w:type="spellStart"/>
      <w:r>
        <w:t>dia</w:t>
      </w:r>
      <w:proofErr w:type="spellEnd"/>
      <w:r>
        <w:t xml:space="preserve">: City Tour </w:t>
      </w:r>
      <w:proofErr w:type="spellStart"/>
      <w:r>
        <w:t>em</w:t>
      </w:r>
      <w:proofErr w:type="spellEnd"/>
      <w:r>
        <w:t xml:space="preserve"> Paris com Torre Eiffel</w:t>
      </w:r>
    </w:p>
    <w:p w14:paraId="21A4316A" w14:textId="77777777" w:rsidR="009B4EA6" w:rsidRDefault="009B4EA6" w:rsidP="009B4EA6">
      <w:pPr>
        <w:spacing w:after="40" w:line="252" w:lineRule="auto"/>
        <w:jc w:val="both"/>
      </w:pPr>
      <w:proofErr w:type="spellStart"/>
      <w:r>
        <w:t>Desfrute</w:t>
      </w:r>
      <w:proofErr w:type="spellEnd"/>
      <w:r>
        <w:t xml:space="preserve"> de um city </w:t>
      </w:r>
      <w:proofErr w:type="gramStart"/>
      <w:r>
        <w:t>tour</w:t>
      </w:r>
      <w:proofErr w:type="gramEnd"/>
      <w:r>
        <w:t xml:space="preserve"> de </w:t>
      </w:r>
      <w:proofErr w:type="spellStart"/>
      <w:r>
        <w:t>dia</w:t>
      </w:r>
      <w:proofErr w:type="spellEnd"/>
      <w:r>
        <w:t xml:space="preserve"> </w:t>
      </w:r>
      <w:proofErr w:type="spellStart"/>
      <w:r>
        <w:t>inteiro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Paris com </w:t>
      </w:r>
      <w:proofErr w:type="spellStart"/>
      <w:r>
        <w:t>seu</w:t>
      </w:r>
      <w:proofErr w:type="spellEnd"/>
      <w:r>
        <w:t xml:space="preserve"> passe de </w:t>
      </w:r>
      <w:proofErr w:type="spellStart"/>
      <w:r>
        <w:t>ônibus</w:t>
      </w:r>
      <w:proofErr w:type="spellEnd"/>
      <w:r>
        <w:t xml:space="preserve"> Hop-On Hop-Off </w:t>
      </w:r>
      <w:proofErr w:type="spellStart"/>
      <w:r>
        <w:t>válido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2 </w:t>
      </w:r>
      <w:proofErr w:type="spellStart"/>
      <w:r>
        <w:t>dias</w:t>
      </w:r>
      <w:proofErr w:type="spellEnd"/>
      <w:r>
        <w:t xml:space="preserve"> (</w:t>
      </w:r>
      <w:proofErr w:type="spellStart"/>
      <w:r>
        <w:t>ingresso</w:t>
      </w:r>
      <w:proofErr w:type="spellEnd"/>
      <w:r>
        <w:t xml:space="preserve"> </w:t>
      </w:r>
      <w:proofErr w:type="spellStart"/>
      <w:r>
        <w:t>incluído</w:t>
      </w:r>
      <w:proofErr w:type="spellEnd"/>
      <w:r>
        <w:t xml:space="preserve">). </w:t>
      </w:r>
      <w:proofErr w:type="spellStart"/>
      <w:r>
        <w:t>Descubra</w:t>
      </w:r>
      <w:proofErr w:type="spellEnd"/>
      <w:r>
        <w:t xml:space="preserve"> o </w:t>
      </w:r>
      <w:proofErr w:type="spellStart"/>
      <w:r>
        <w:t>charme</w:t>
      </w:r>
      <w:proofErr w:type="spellEnd"/>
      <w:r>
        <w:t xml:space="preserve"> </w:t>
      </w:r>
      <w:proofErr w:type="spellStart"/>
      <w:r>
        <w:t>vibrante</w:t>
      </w:r>
      <w:proofErr w:type="spellEnd"/>
      <w:r>
        <w:t xml:space="preserve"> da </w:t>
      </w:r>
      <w:proofErr w:type="spellStart"/>
      <w:r>
        <w:t>cidade</w:t>
      </w:r>
      <w:proofErr w:type="spellEnd"/>
      <w:r>
        <w:t xml:space="preserve"> </w:t>
      </w:r>
      <w:proofErr w:type="spellStart"/>
      <w:r>
        <w:t>enquanto</w:t>
      </w:r>
      <w:proofErr w:type="spellEnd"/>
      <w:r>
        <w:t xml:space="preserve"> </w:t>
      </w:r>
      <w:proofErr w:type="spellStart"/>
      <w:r>
        <w:t>explora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marcos</w:t>
      </w:r>
      <w:proofErr w:type="spellEnd"/>
      <w:r>
        <w:t xml:space="preserve"> </w:t>
      </w:r>
      <w:proofErr w:type="spellStart"/>
      <w:r>
        <w:t>mundialmente</w:t>
      </w:r>
      <w:proofErr w:type="spellEnd"/>
      <w:r>
        <w:t xml:space="preserve"> </w:t>
      </w:r>
      <w:proofErr w:type="spellStart"/>
      <w:r>
        <w:t>famosos</w:t>
      </w:r>
      <w:proofErr w:type="spellEnd"/>
      <w:r>
        <w:t>.</w:t>
      </w:r>
    </w:p>
    <w:p w14:paraId="33087B30" w14:textId="77777777" w:rsidR="009B4EA6" w:rsidRDefault="009B4EA6" w:rsidP="009B4EA6">
      <w:pPr>
        <w:spacing w:after="40" w:line="252" w:lineRule="auto"/>
        <w:jc w:val="both"/>
      </w:pPr>
      <w:proofErr w:type="spellStart"/>
      <w:r>
        <w:t>Comece</w:t>
      </w:r>
      <w:proofErr w:type="spellEnd"/>
      <w:r>
        <w:t xml:space="preserve"> com </w:t>
      </w:r>
      <w:proofErr w:type="spellStart"/>
      <w:r>
        <w:t>uma</w:t>
      </w:r>
      <w:proofErr w:type="spellEnd"/>
      <w:r>
        <w:t xml:space="preserve"> visita à Torre Eiffel com </w:t>
      </w:r>
      <w:proofErr w:type="spellStart"/>
      <w:r>
        <w:t>acesso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2º </w:t>
      </w:r>
      <w:proofErr w:type="spellStart"/>
      <w:r>
        <w:t>andar</w:t>
      </w:r>
      <w:proofErr w:type="spellEnd"/>
      <w:r>
        <w:t xml:space="preserve"> (</w:t>
      </w:r>
      <w:proofErr w:type="spellStart"/>
      <w:r>
        <w:t>ingresso</w:t>
      </w:r>
      <w:proofErr w:type="spellEnd"/>
      <w:r>
        <w:t xml:space="preserve"> </w:t>
      </w:r>
      <w:proofErr w:type="spellStart"/>
      <w:r>
        <w:t>incluído</w:t>
      </w:r>
      <w:proofErr w:type="spellEnd"/>
      <w:r>
        <w:t xml:space="preserve">), </w:t>
      </w:r>
      <w:proofErr w:type="spellStart"/>
      <w:r>
        <w:t>apreciando</w:t>
      </w:r>
      <w:proofErr w:type="spellEnd"/>
      <w:r>
        <w:t xml:space="preserve"> as </w:t>
      </w:r>
      <w:proofErr w:type="spellStart"/>
      <w:r>
        <w:t>amplas</w:t>
      </w:r>
      <w:proofErr w:type="spellEnd"/>
      <w:r>
        <w:t xml:space="preserve"> vistas </w:t>
      </w:r>
      <w:proofErr w:type="spellStart"/>
      <w:r>
        <w:t>panorâmicas</w:t>
      </w:r>
      <w:proofErr w:type="spellEnd"/>
      <w:r>
        <w:t xml:space="preserve"> de Paris. Continue </w:t>
      </w:r>
      <w:proofErr w:type="spellStart"/>
      <w:r>
        <w:t>sua</w:t>
      </w:r>
      <w:proofErr w:type="spellEnd"/>
      <w:r>
        <w:t xml:space="preserve"> jornada pela elegante Champs-Élysées e </w:t>
      </w:r>
      <w:proofErr w:type="spellStart"/>
      <w:r>
        <w:t>pelos</w:t>
      </w:r>
      <w:proofErr w:type="spellEnd"/>
      <w:r>
        <w:t xml:space="preserve"> </w:t>
      </w:r>
      <w:proofErr w:type="spellStart"/>
      <w:r>
        <w:t>grandiosos</w:t>
      </w:r>
      <w:proofErr w:type="spellEnd"/>
      <w:r>
        <w:t xml:space="preserve"> </w:t>
      </w:r>
      <w:proofErr w:type="spellStart"/>
      <w:r>
        <w:t>bulevares</w:t>
      </w:r>
      <w:proofErr w:type="spellEnd"/>
      <w:r>
        <w:t xml:space="preserve"> </w:t>
      </w:r>
      <w:proofErr w:type="spellStart"/>
      <w:r>
        <w:t>parisienses</w:t>
      </w:r>
      <w:proofErr w:type="spellEnd"/>
      <w:r>
        <w:t xml:space="preserve">, antes de </w:t>
      </w:r>
      <w:proofErr w:type="spellStart"/>
      <w:r>
        <w:t>passear</w:t>
      </w:r>
      <w:proofErr w:type="spellEnd"/>
      <w:r>
        <w:t xml:space="preserve"> </w:t>
      </w:r>
      <w:proofErr w:type="spellStart"/>
      <w:r>
        <w:t>às</w:t>
      </w:r>
      <w:proofErr w:type="spellEnd"/>
      <w:r>
        <w:t xml:space="preserve"> </w:t>
      </w:r>
      <w:proofErr w:type="spellStart"/>
      <w:r>
        <w:t>margens</w:t>
      </w:r>
      <w:proofErr w:type="spellEnd"/>
      <w:r>
        <w:t xml:space="preserve"> do Rio Sena.</w:t>
      </w:r>
    </w:p>
    <w:p w14:paraId="676AA572" w14:textId="77777777" w:rsidR="009B4EA6" w:rsidRDefault="009B4EA6" w:rsidP="009B4EA6">
      <w:pPr>
        <w:spacing w:after="40" w:line="252" w:lineRule="auto"/>
        <w:jc w:val="both"/>
      </w:pPr>
      <w:proofErr w:type="spellStart"/>
      <w:r>
        <w:t>Aproveite</w:t>
      </w:r>
      <w:proofErr w:type="spellEnd"/>
      <w:r>
        <w:t xml:space="preserve"> </w:t>
      </w:r>
      <w:proofErr w:type="spellStart"/>
      <w:r>
        <w:t>paradas</w:t>
      </w:r>
      <w:proofErr w:type="spellEnd"/>
      <w:r>
        <w:t xml:space="preserve"> para </w:t>
      </w:r>
      <w:proofErr w:type="spellStart"/>
      <w:r>
        <w:t>fotos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Catedral de Notre-Dame e no </w:t>
      </w:r>
      <w:proofErr w:type="spellStart"/>
      <w:r>
        <w:t>Museu</w:t>
      </w:r>
      <w:proofErr w:type="spellEnd"/>
      <w:r>
        <w:t xml:space="preserve"> do Louvre, </w:t>
      </w:r>
      <w:proofErr w:type="spellStart"/>
      <w:r>
        <w:t>admirando</w:t>
      </w:r>
      <w:proofErr w:type="spellEnd"/>
      <w:r>
        <w:t xml:space="preserve"> a </w:t>
      </w:r>
      <w:proofErr w:type="spellStart"/>
      <w:r>
        <w:t>magnífica</w:t>
      </w:r>
      <w:proofErr w:type="spellEnd"/>
      <w:r>
        <w:t xml:space="preserve"> </w:t>
      </w:r>
      <w:proofErr w:type="spellStart"/>
      <w:r>
        <w:t>arquitetura</w:t>
      </w:r>
      <w:proofErr w:type="spellEnd"/>
      <w:r>
        <w:t xml:space="preserve"> da </w:t>
      </w:r>
      <w:proofErr w:type="spellStart"/>
      <w:r>
        <w:t>cidade</w:t>
      </w:r>
      <w:proofErr w:type="spellEnd"/>
      <w:r>
        <w:t xml:space="preserve">,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monumentos</w:t>
      </w:r>
      <w:proofErr w:type="spellEnd"/>
      <w:r>
        <w:t xml:space="preserve"> </w:t>
      </w:r>
      <w:proofErr w:type="spellStart"/>
      <w:r>
        <w:t>históricos</w:t>
      </w:r>
      <w:proofErr w:type="spellEnd"/>
      <w:r>
        <w:t xml:space="preserve"> e </w:t>
      </w:r>
      <w:proofErr w:type="spellStart"/>
      <w:r>
        <w:t>ruas</w:t>
      </w:r>
      <w:proofErr w:type="spellEnd"/>
      <w:r>
        <w:t xml:space="preserve"> </w:t>
      </w:r>
      <w:proofErr w:type="spellStart"/>
      <w:r>
        <w:t>animadas</w:t>
      </w:r>
      <w:proofErr w:type="spellEnd"/>
      <w:r>
        <w:t xml:space="preserve">. Viva </w:t>
      </w:r>
      <w:proofErr w:type="spellStart"/>
      <w:r>
        <w:t>ao</w:t>
      </w:r>
      <w:proofErr w:type="spellEnd"/>
      <w:r>
        <w:t xml:space="preserve"> </w:t>
      </w:r>
      <w:proofErr w:type="spellStart"/>
      <w:r>
        <w:t>longo</w:t>
      </w:r>
      <w:proofErr w:type="spellEnd"/>
      <w:r>
        <w:t xml:space="preserve"> do </w:t>
      </w:r>
      <w:proofErr w:type="spellStart"/>
      <w:r>
        <w:t>dia</w:t>
      </w:r>
      <w:proofErr w:type="spellEnd"/>
      <w:r>
        <w:t xml:space="preserve"> a </w:t>
      </w:r>
      <w:proofErr w:type="spellStart"/>
      <w:r>
        <w:t>combinação</w:t>
      </w:r>
      <w:proofErr w:type="spellEnd"/>
      <w:r>
        <w:t xml:space="preserve"> </w:t>
      </w:r>
      <w:proofErr w:type="spellStart"/>
      <w:r>
        <w:t>perfeita</w:t>
      </w:r>
      <w:proofErr w:type="spellEnd"/>
      <w:r>
        <w:t xml:space="preserve"> de </w:t>
      </w:r>
      <w:proofErr w:type="spellStart"/>
      <w:r>
        <w:t>história</w:t>
      </w:r>
      <w:proofErr w:type="spellEnd"/>
      <w:r>
        <w:t xml:space="preserve">, </w:t>
      </w:r>
      <w:proofErr w:type="spellStart"/>
      <w:r>
        <w:t>elegância</w:t>
      </w:r>
      <w:proofErr w:type="spellEnd"/>
      <w:r>
        <w:t xml:space="preserve"> e romance </w:t>
      </w:r>
      <w:proofErr w:type="spellStart"/>
      <w:r>
        <w:t>parisiense</w:t>
      </w:r>
      <w:proofErr w:type="spellEnd"/>
      <w:r>
        <w:t>.</w:t>
      </w:r>
    </w:p>
    <w:p w14:paraId="0159EB6C" w14:textId="77777777" w:rsidR="009B4EA6" w:rsidRDefault="009B4EA6" w:rsidP="009B4EA6">
      <w:pPr>
        <w:spacing w:after="40" w:line="252" w:lineRule="auto"/>
        <w:jc w:val="both"/>
      </w:pPr>
    </w:p>
    <w:p w14:paraId="71A93C03" w14:textId="44EE71FC" w:rsidR="009B4EA6" w:rsidRDefault="009B4EA6" w:rsidP="009B4EA6">
      <w:pPr>
        <w:pStyle w:val="Dia"/>
        <w:spacing w:before="120" w:after="20"/>
      </w:pPr>
      <w:r>
        <w:rPr>
          <w:rFonts w:ascii="Segoe UI Emoji" w:hAnsi="Segoe UI Emoji" w:cs="Segoe UI Emoji"/>
        </w:rPr>
        <w:t>📍</w:t>
      </w:r>
      <w:r>
        <w:t xml:space="preserve"> </w:t>
      </w:r>
      <w:r>
        <w:t>3</w:t>
      </w:r>
      <w:r>
        <w:t xml:space="preserve">º </w:t>
      </w:r>
      <w:proofErr w:type="spellStart"/>
      <w:r>
        <w:t>dia</w:t>
      </w:r>
      <w:proofErr w:type="spellEnd"/>
      <w:r>
        <w:t xml:space="preserve">: City Tour </w:t>
      </w:r>
      <w:proofErr w:type="spellStart"/>
      <w:r>
        <w:t>em</w:t>
      </w:r>
      <w:proofErr w:type="spellEnd"/>
      <w:r>
        <w:t xml:space="preserve"> Paris com Rio Sena</w:t>
      </w:r>
    </w:p>
    <w:p w14:paraId="04703E9F" w14:textId="77777777" w:rsidR="009B4EA6" w:rsidRDefault="009B4EA6" w:rsidP="009B4EA6">
      <w:pPr>
        <w:spacing w:after="40" w:line="252" w:lineRule="auto"/>
        <w:jc w:val="both"/>
      </w:pPr>
      <w:proofErr w:type="spellStart"/>
      <w:r>
        <w:t>Desfrute</w:t>
      </w:r>
      <w:proofErr w:type="spellEnd"/>
      <w:r>
        <w:t xml:space="preserve"> de um city </w:t>
      </w:r>
      <w:proofErr w:type="gramStart"/>
      <w:r>
        <w:t>tour</w:t>
      </w:r>
      <w:proofErr w:type="gramEnd"/>
      <w:r>
        <w:t xml:space="preserve"> de </w:t>
      </w:r>
      <w:proofErr w:type="spellStart"/>
      <w:r>
        <w:t>dia</w:t>
      </w:r>
      <w:proofErr w:type="spellEnd"/>
      <w:r>
        <w:t xml:space="preserve"> </w:t>
      </w:r>
      <w:proofErr w:type="spellStart"/>
      <w:r>
        <w:t>inteiro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Paris com </w:t>
      </w:r>
      <w:proofErr w:type="spellStart"/>
      <w:r>
        <w:t>seu</w:t>
      </w:r>
      <w:proofErr w:type="spellEnd"/>
      <w:r>
        <w:t xml:space="preserve"> passe de </w:t>
      </w:r>
      <w:proofErr w:type="spellStart"/>
      <w:r>
        <w:t>ônibus</w:t>
      </w:r>
      <w:proofErr w:type="spellEnd"/>
      <w:r>
        <w:t xml:space="preserve"> Hop-On Hop-Off </w:t>
      </w:r>
      <w:proofErr w:type="spellStart"/>
      <w:r>
        <w:t>válido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2 </w:t>
      </w:r>
      <w:proofErr w:type="spellStart"/>
      <w:r>
        <w:t>dias</w:t>
      </w:r>
      <w:proofErr w:type="spellEnd"/>
      <w:r>
        <w:t xml:space="preserve"> (</w:t>
      </w:r>
      <w:proofErr w:type="spellStart"/>
      <w:r>
        <w:t>ingresso</w:t>
      </w:r>
      <w:proofErr w:type="spellEnd"/>
      <w:r>
        <w:t xml:space="preserve"> </w:t>
      </w:r>
      <w:proofErr w:type="spellStart"/>
      <w:r>
        <w:t>incluído</w:t>
      </w:r>
      <w:proofErr w:type="spellEnd"/>
      <w:r>
        <w:t xml:space="preserve">). </w:t>
      </w:r>
      <w:proofErr w:type="spellStart"/>
      <w:r>
        <w:t>Descubra</w:t>
      </w:r>
      <w:proofErr w:type="spellEnd"/>
      <w:r>
        <w:t xml:space="preserve"> o </w:t>
      </w:r>
      <w:proofErr w:type="spellStart"/>
      <w:r>
        <w:t>charme</w:t>
      </w:r>
      <w:proofErr w:type="spellEnd"/>
      <w:r>
        <w:t xml:space="preserve"> </w:t>
      </w:r>
      <w:proofErr w:type="spellStart"/>
      <w:r>
        <w:t>vibrante</w:t>
      </w:r>
      <w:proofErr w:type="spellEnd"/>
      <w:r>
        <w:t xml:space="preserve"> da </w:t>
      </w:r>
      <w:proofErr w:type="spellStart"/>
      <w:r>
        <w:t>cidade</w:t>
      </w:r>
      <w:proofErr w:type="spellEnd"/>
      <w:r>
        <w:t xml:space="preserve"> </w:t>
      </w:r>
      <w:proofErr w:type="spellStart"/>
      <w:r>
        <w:t>enquanto</w:t>
      </w:r>
      <w:proofErr w:type="spellEnd"/>
      <w:r>
        <w:t xml:space="preserve"> </w:t>
      </w:r>
      <w:proofErr w:type="spellStart"/>
      <w:r>
        <w:t>explora</w:t>
      </w:r>
      <w:proofErr w:type="spellEnd"/>
      <w:r>
        <w:t xml:space="preserve"> tanto </w:t>
      </w:r>
      <w:proofErr w:type="spellStart"/>
      <w:r>
        <w:t>os</w:t>
      </w:r>
      <w:proofErr w:type="spellEnd"/>
      <w:r>
        <w:t xml:space="preserve"> </w:t>
      </w:r>
      <w:proofErr w:type="spellStart"/>
      <w:r>
        <w:t>pontos</w:t>
      </w:r>
      <w:proofErr w:type="spellEnd"/>
      <w:r>
        <w:t xml:space="preserve"> </w:t>
      </w:r>
      <w:proofErr w:type="spellStart"/>
      <w:r>
        <w:t>turísticos</w:t>
      </w:r>
      <w:proofErr w:type="spellEnd"/>
      <w:r>
        <w:t xml:space="preserve"> </w:t>
      </w:r>
      <w:proofErr w:type="spellStart"/>
      <w:r>
        <w:t>famosos</w:t>
      </w:r>
      <w:proofErr w:type="spellEnd"/>
      <w:r>
        <w:t xml:space="preserve"> </w:t>
      </w:r>
      <w:proofErr w:type="spellStart"/>
      <w:r>
        <w:t>quanto</w:t>
      </w:r>
      <w:proofErr w:type="spellEnd"/>
      <w:r>
        <w:t xml:space="preserve"> cantos </w:t>
      </w:r>
      <w:proofErr w:type="spellStart"/>
      <w:r>
        <w:t>escondidos</w:t>
      </w:r>
      <w:proofErr w:type="spellEnd"/>
      <w:r>
        <w:t xml:space="preserve"> no </w:t>
      </w:r>
      <w:proofErr w:type="spellStart"/>
      <w:r>
        <w:t>seu</w:t>
      </w:r>
      <w:proofErr w:type="spellEnd"/>
      <w:r>
        <w:t xml:space="preserve"> </w:t>
      </w:r>
      <w:proofErr w:type="spellStart"/>
      <w:r>
        <w:t>próprio</w:t>
      </w:r>
      <w:proofErr w:type="spellEnd"/>
      <w:r>
        <w:t xml:space="preserve"> </w:t>
      </w:r>
      <w:proofErr w:type="spellStart"/>
      <w:r>
        <w:t>ritmo</w:t>
      </w:r>
      <w:proofErr w:type="spellEnd"/>
      <w:r>
        <w:t>.</w:t>
      </w:r>
    </w:p>
    <w:p w14:paraId="611F1E9E" w14:textId="77777777" w:rsidR="009B4EA6" w:rsidRDefault="009B4EA6" w:rsidP="009B4EA6">
      <w:pPr>
        <w:spacing w:after="40" w:line="252" w:lineRule="auto"/>
        <w:jc w:val="both"/>
      </w:pPr>
      <w:r>
        <w:t xml:space="preserve">Continue </w:t>
      </w:r>
      <w:proofErr w:type="spellStart"/>
      <w:r>
        <w:t>sua</w:t>
      </w:r>
      <w:proofErr w:type="spellEnd"/>
      <w:r>
        <w:t xml:space="preserve"> jornada </w:t>
      </w:r>
      <w:proofErr w:type="spellStart"/>
      <w:r>
        <w:t>pelos</w:t>
      </w:r>
      <w:proofErr w:type="spellEnd"/>
      <w:r>
        <w:t xml:space="preserve"> elegantes </w:t>
      </w:r>
      <w:proofErr w:type="spellStart"/>
      <w:r>
        <w:t>bulevares</w:t>
      </w:r>
      <w:proofErr w:type="spellEnd"/>
      <w:r>
        <w:t xml:space="preserve"> </w:t>
      </w:r>
      <w:proofErr w:type="spellStart"/>
      <w:r>
        <w:t>parisienses</w:t>
      </w:r>
      <w:proofErr w:type="spellEnd"/>
      <w:r>
        <w:t xml:space="preserve"> e </w:t>
      </w:r>
      <w:proofErr w:type="spellStart"/>
      <w:r>
        <w:t>ruas</w:t>
      </w:r>
      <w:proofErr w:type="spellEnd"/>
      <w:r>
        <w:t xml:space="preserve"> </w:t>
      </w:r>
      <w:proofErr w:type="spellStart"/>
      <w:r>
        <w:t>pitorescas</w:t>
      </w:r>
      <w:proofErr w:type="spellEnd"/>
      <w:r>
        <w:t xml:space="preserve">, </w:t>
      </w:r>
      <w:proofErr w:type="spellStart"/>
      <w:r>
        <w:t>admirando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arquitetura</w:t>
      </w:r>
      <w:proofErr w:type="spellEnd"/>
      <w:r>
        <w:t xml:space="preserve"> atemporal da </w:t>
      </w:r>
      <w:proofErr w:type="spellStart"/>
      <w:r>
        <w:t>cidade</w:t>
      </w:r>
      <w:proofErr w:type="spellEnd"/>
      <w:r>
        <w:t xml:space="preserve"> e </w:t>
      </w:r>
      <w:proofErr w:type="spellStart"/>
      <w:r>
        <w:t>sua</w:t>
      </w:r>
      <w:proofErr w:type="spellEnd"/>
      <w:r>
        <w:t xml:space="preserve"> </w:t>
      </w:r>
      <w:proofErr w:type="spellStart"/>
      <w:r>
        <w:t>atmosfera</w:t>
      </w:r>
      <w:proofErr w:type="spellEnd"/>
      <w:r>
        <w:t xml:space="preserve"> </w:t>
      </w:r>
      <w:proofErr w:type="spellStart"/>
      <w:r>
        <w:t>animada</w:t>
      </w:r>
      <w:proofErr w:type="spellEnd"/>
      <w:r>
        <w:t xml:space="preserve">. </w:t>
      </w:r>
      <w:proofErr w:type="spellStart"/>
      <w:r>
        <w:t>Aproveite</w:t>
      </w:r>
      <w:proofErr w:type="spellEnd"/>
      <w:r>
        <w:t xml:space="preserve"> </w:t>
      </w:r>
      <w:proofErr w:type="spellStart"/>
      <w:r>
        <w:t>paradas</w:t>
      </w:r>
      <w:proofErr w:type="spellEnd"/>
      <w:r>
        <w:t xml:space="preserve"> para </w:t>
      </w:r>
      <w:proofErr w:type="spellStart"/>
      <w:r>
        <w:t>fotos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locais</w:t>
      </w:r>
      <w:proofErr w:type="spellEnd"/>
      <w:r>
        <w:t xml:space="preserve"> </w:t>
      </w:r>
      <w:proofErr w:type="spellStart"/>
      <w:r>
        <w:t>icônicos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toda</w:t>
      </w:r>
      <w:proofErr w:type="spellEnd"/>
      <w:r>
        <w:t xml:space="preserve"> a </w:t>
      </w:r>
      <w:proofErr w:type="spellStart"/>
      <w:r>
        <w:t>cidade</w:t>
      </w:r>
      <w:proofErr w:type="spellEnd"/>
      <w:r>
        <w:t xml:space="preserve">, </w:t>
      </w:r>
      <w:proofErr w:type="spellStart"/>
      <w:r>
        <w:t>registrando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magníficos</w:t>
      </w:r>
      <w:proofErr w:type="spellEnd"/>
      <w:r>
        <w:t xml:space="preserve"> </w:t>
      </w:r>
      <w:proofErr w:type="spellStart"/>
      <w:r>
        <w:t>monumentos</w:t>
      </w:r>
      <w:proofErr w:type="spellEnd"/>
      <w:r>
        <w:t xml:space="preserve"> e </w:t>
      </w:r>
      <w:proofErr w:type="spellStart"/>
      <w:r>
        <w:t>cenários</w:t>
      </w:r>
      <w:proofErr w:type="spellEnd"/>
      <w:r>
        <w:t xml:space="preserve"> </w:t>
      </w:r>
      <w:proofErr w:type="spellStart"/>
      <w:r>
        <w:t>históricos</w:t>
      </w:r>
      <w:proofErr w:type="spellEnd"/>
      <w:r>
        <w:t>.</w:t>
      </w:r>
    </w:p>
    <w:p w14:paraId="01E690D5" w14:textId="77777777" w:rsidR="009B4EA6" w:rsidRDefault="009B4EA6" w:rsidP="009B4EA6">
      <w:pPr>
        <w:spacing w:after="40" w:line="252" w:lineRule="auto"/>
        <w:jc w:val="both"/>
      </w:pPr>
      <w:proofErr w:type="spellStart"/>
      <w:r>
        <w:t>Conclua</w:t>
      </w:r>
      <w:proofErr w:type="spellEnd"/>
      <w:r>
        <w:t xml:space="preserve"> o </w:t>
      </w:r>
      <w:proofErr w:type="spellStart"/>
      <w:r>
        <w:t>dia</w:t>
      </w:r>
      <w:proofErr w:type="spellEnd"/>
      <w:r>
        <w:t xml:space="preserve"> com um cruzeiro </w:t>
      </w:r>
      <w:proofErr w:type="spellStart"/>
      <w:r>
        <w:t>panorâmico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Rio Sena (</w:t>
      </w:r>
      <w:proofErr w:type="spellStart"/>
      <w:r>
        <w:t>ingresso</w:t>
      </w:r>
      <w:proofErr w:type="spellEnd"/>
      <w:r>
        <w:t xml:space="preserve"> </w:t>
      </w:r>
      <w:proofErr w:type="spellStart"/>
      <w:r>
        <w:t>incluído</w:t>
      </w:r>
      <w:proofErr w:type="spellEnd"/>
      <w:r>
        <w:t xml:space="preserve">), </w:t>
      </w:r>
      <w:proofErr w:type="spellStart"/>
      <w:r>
        <w:t>que</w:t>
      </w:r>
      <w:proofErr w:type="spellEnd"/>
      <w:r>
        <w:t xml:space="preserve"> </w:t>
      </w:r>
      <w:proofErr w:type="spellStart"/>
      <w:r>
        <w:t>oferece</w:t>
      </w:r>
      <w:proofErr w:type="spellEnd"/>
      <w:r>
        <w:t xml:space="preserve"> </w:t>
      </w:r>
      <w:proofErr w:type="spellStart"/>
      <w:r>
        <w:t>belas</w:t>
      </w:r>
      <w:proofErr w:type="spellEnd"/>
      <w:r>
        <w:t xml:space="preserve"> vistas das pontes da </w:t>
      </w:r>
      <w:proofErr w:type="spellStart"/>
      <w:r>
        <w:t>cidade</w:t>
      </w:r>
      <w:proofErr w:type="spellEnd"/>
      <w:r>
        <w:t xml:space="preserve">, </w:t>
      </w:r>
      <w:proofErr w:type="spellStart"/>
      <w:r>
        <w:t>marcos</w:t>
      </w:r>
      <w:proofErr w:type="spellEnd"/>
      <w:r>
        <w:t xml:space="preserve"> </w:t>
      </w:r>
      <w:proofErr w:type="spellStart"/>
      <w:r>
        <w:t>históricos</w:t>
      </w:r>
      <w:proofErr w:type="spellEnd"/>
      <w:r>
        <w:t xml:space="preserve"> </w:t>
      </w:r>
      <w:proofErr w:type="spellStart"/>
      <w:r>
        <w:t>às</w:t>
      </w:r>
      <w:proofErr w:type="spellEnd"/>
      <w:r>
        <w:t xml:space="preserve"> </w:t>
      </w:r>
      <w:proofErr w:type="spellStart"/>
      <w:r>
        <w:t>margens</w:t>
      </w:r>
      <w:proofErr w:type="spellEnd"/>
      <w:r>
        <w:t xml:space="preserve"> do </w:t>
      </w:r>
      <w:proofErr w:type="spellStart"/>
      <w:r>
        <w:t>rio</w:t>
      </w:r>
      <w:proofErr w:type="spellEnd"/>
      <w:r>
        <w:t xml:space="preserve"> e </w:t>
      </w:r>
      <w:proofErr w:type="spellStart"/>
      <w:r>
        <w:t>paisagens</w:t>
      </w:r>
      <w:proofErr w:type="spellEnd"/>
      <w:r>
        <w:t xml:space="preserve"> </w:t>
      </w:r>
      <w:proofErr w:type="spellStart"/>
      <w:r>
        <w:t>encantadoras</w:t>
      </w:r>
      <w:proofErr w:type="spellEnd"/>
      <w:r>
        <w:t xml:space="preserve"> </w:t>
      </w:r>
      <w:proofErr w:type="spellStart"/>
      <w:r>
        <w:t>enquanto</w:t>
      </w:r>
      <w:proofErr w:type="spellEnd"/>
      <w:r>
        <w:t xml:space="preserve"> </w:t>
      </w:r>
      <w:proofErr w:type="spellStart"/>
      <w:r>
        <w:t>você</w:t>
      </w:r>
      <w:proofErr w:type="spellEnd"/>
      <w:r>
        <w:t xml:space="preserve"> </w:t>
      </w:r>
      <w:proofErr w:type="spellStart"/>
      <w:r>
        <w:t>navega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coração</w:t>
      </w:r>
      <w:proofErr w:type="spellEnd"/>
      <w:r>
        <w:t xml:space="preserve"> de Paris. </w:t>
      </w:r>
      <w:proofErr w:type="spellStart"/>
      <w:r>
        <w:t>Experimente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longo</w:t>
      </w:r>
      <w:proofErr w:type="spellEnd"/>
      <w:r>
        <w:t xml:space="preserve"> do </w:t>
      </w:r>
      <w:proofErr w:type="spellStart"/>
      <w:r>
        <w:t>dia</w:t>
      </w:r>
      <w:proofErr w:type="spellEnd"/>
      <w:r>
        <w:t xml:space="preserve"> a </w:t>
      </w:r>
      <w:proofErr w:type="spellStart"/>
      <w:r>
        <w:t>combinação</w:t>
      </w:r>
      <w:proofErr w:type="spellEnd"/>
      <w:r>
        <w:t xml:space="preserve"> </w:t>
      </w:r>
      <w:proofErr w:type="spellStart"/>
      <w:r>
        <w:t>perfeita</w:t>
      </w:r>
      <w:proofErr w:type="spellEnd"/>
      <w:r>
        <w:t xml:space="preserve"> de </w:t>
      </w:r>
      <w:proofErr w:type="spellStart"/>
      <w:r>
        <w:t>história</w:t>
      </w:r>
      <w:proofErr w:type="spellEnd"/>
      <w:r>
        <w:t xml:space="preserve">, </w:t>
      </w:r>
      <w:proofErr w:type="spellStart"/>
      <w:r>
        <w:t>elegância</w:t>
      </w:r>
      <w:proofErr w:type="spellEnd"/>
      <w:r>
        <w:t xml:space="preserve"> e </w:t>
      </w:r>
      <w:proofErr w:type="spellStart"/>
      <w:r>
        <w:t>charme</w:t>
      </w:r>
      <w:proofErr w:type="spellEnd"/>
      <w:r>
        <w:t xml:space="preserve"> </w:t>
      </w:r>
      <w:proofErr w:type="spellStart"/>
      <w:r>
        <w:t>parisiense</w:t>
      </w:r>
      <w:proofErr w:type="spellEnd"/>
      <w:r>
        <w:t>.</w:t>
      </w:r>
    </w:p>
    <w:p w14:paraId="054EF168" w14:textId="77777777" w:rsidR="009B4EA6" w:rsidRDefault="009B4EA6" w:rsidP="009B4EA6">
      <w:pPr>
        <w:spacing w:after="40" w:line="252" w:lineRule="auto"/>
        <w:jc w:val="both"/>
      </w:pPr>
    </w:p>
    <w:p w14:paraId="408FD4D6" w14:textId="5E2329EA" w:rsidR="009B4EA6" w:rsidRDefault="009B4EA6" w:rsidP="009B4EA6">
      <w:pPr>
        <w:pStyle w:val="Dia"/>
        <w:spacing w:before="120" w:after="20"/>
      </w:pPr>
      <w:r>
        <w:rPr>
          <w:rFonts w:ascii="Segoe UI Emoji" w:hAnsi="Segoe UI Emoji" w:cs="Segoe UI Emoji"/>
        </w:rPr>
        <w:t>📍</w:t>
      </w:r>
      <w:r>
        <w:t xml:space="preserve"> </w:t>
      </w:r>
      <w:r>
        <w:t>4</w:t>
      </w:r>
      <w:r>
        <w:t xml:space="preserve">º </w:t>
      </w:r>
      <w:proofErr w:type="spellStart"/>
      <w:r>
        <w:t>dia</w:t>
      </w:r>
      <w:proofErr w:type="spellEnd"/>
      <w:r>
        <w:t xml:space="preserve">: </w:t>
      </w:r>
      <w:r>
        <w:t xml:space="preserve">Paris no </w:t>
      </w:r>
      <w:proofErr w:type="spellStart"/>
      <w:r>
        <w:t>seu</w:t>
      </w:r>
      <w:proofErr w:type="spellEnd"/>
      <w:r>
        <w:t xml:space="preserve"> </w:t>
      </w:r>
      <w:proofErr w:type="spellStart"/>
      <w:r>
        <w:t>próprio</w:t>
      </w:r>
      <w:proofErr w:type="spellEnd"/>
      <w:r>
        <w:t xml:space="preserve"> </w:t>
      </w:r>
      <w:proofErr w:type="spellStart"/>
      <w:r>
        <w:t>ritmo</w:t>
      </w:r>
      <w:proofErr w:type="spellEnd"/>
      <w:r>
        <w:t xml:space="preserve"> (SEM SERVIÇOS)</w:t>
      </w:r>
    </w:p>
    <w:p w14:paraId="68E4ED19" w14:textId="77777777" w:rsidR="009B4EA6" w:rsidRDefault="009B4EA6" w:rsidP="009B4EA6">
      <w:pPr>
        <w:spacing w:after="40" w:line="252" w:lineRule="auto"/>
        <w:jc w:val="both"/>
      </w:pPr>
      <w:proofErr w:type="spellStart"/>
      <w:r>
        <w:t>Aproveite</w:t>
      </w:r>
      <w:proofErr w:type="spellEnd"/>
      <w:r>
        <w:t xml:space="preserve"> o </w:t>
      </w:r>
      <w:proofErr w:type="spellStart"/>
      <w:r>
        <w:t>dia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Paris no </w:t>
      </w:r>
      <w:proofErr w:type="spellStart"/>
      <w:r>
        <w:t>seu</w:t>
      </w:r>
      <w:proofErr w:type="spellEnd"/>
      <w:r>
        <w:t xml:space="preserve"> </w:t>
      </w:r>
      <w:proofErr w:type="spellStart"/>
      <w:r>
        <w:t>próprio</w:t>
      </w:r>
      <w:proofErr w:type="spellEnd"/>
      <w:r>
        <w:t xml:space="preserve"> </w:t>
      </w:r>
      <w:proofErr w:type="spellStart"/>
      <w:r>
        <w:t>ritmo</w:t>
      </w:r>
      <w:proofErr w:type="spellEnd"/>
      <w:r>
        <w:t xml:space="preserve">. </w:t>
      </w:r>
      <w:proofErr w:type="spellStart"/>
      <w:r>
        <w:t>Caminhe</w:t>
      </w:r>
      <w:proofErr w:type="spellEnd"/>
      <w:r>
        <w:t xml:space="preserve"> </w:t>
      </w:r>
      <w:proofErr w:type="spellStart"/>
      <w:r>
        <w:t>pelas</w:t>
      </w:r>
      <w:proofErr w:type="spellEnd"/>
      <w:r>
        <w:t xml:space="preserve"> </w:t>
      </w:r>
      <w:proofErr w:type="spellStart"/>
      <w:r>
        <w:t>charmosas</w:t>
      </w:r>
      <w:proofErr w:type="spellEnd"/>
      <w:r>
        <w:t xml:space="preserve"> </w:t>
      </w:r>
      <w:proofErr w:type="spellStart"/>
      <w:r>
        <w:t>ruas</w:t>
      </w:r>
      <w:proofErr w:type="spellEnd"/>
      <w:r>
        <w:t xml:space="preserve"> de Le Marais, explore </w:t>
      </w:r>
      <w:proofErr w:type="spellStart"/>
      <w:r>
        <w:t>museus</w:t>
      </w:r>
      <w:proofErr w:type="spellEnd"/>
      <w:r>
        <w:t xml:space="preserve"> de </w:t>
      </w:r>
      <w:proofErr w:type="spellStart"/>
      <w:r>
        <w:t>classe</w:t>
      </w:r>
      <w:proofErr w:type="spellEnd"/>
      <w:r>
        <w:t xml:space="preserve"> </w:t>
      </w:r>
      <w:proofErr w:type="spellStart"/>
      <w:r>
        <w:t>mundial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o Louvre </w:t>
      </w:r>
      <w:proofErr w:type="spellStart"/>
      <w:r>
        <w:t>ou</w:t>
      </w:r>
      <w:proofErr w:type="spellEnd"/>
      <w:r>
        <w:t xml:space="preserve"> o </w:t>
      </w:r>
      <w:proofErr w:type="spellStart"/>
      <w:r>
        <w:t>Musée</w:t>
      </w:r>
      <w:proofErr w:type="spellEnd"/>
      <w:r>
        <w:t xml:space="preserve"> d’Orsay, </w:t>
      </w:r>
      <w:proofErr w:type="spellStart"/>
      <w:r>
        <w:t>ou</w:t>
      </w:r>
      <w:proofErr w:type="spellEnd"/>
      <w:r>
        <w:t xml:space="preserve"> </w:t>
      </w:r>
      <w:proofErr w:type="spellStart"/>
      <w:r>
        <w:t>relaxe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um café </w:t>
      </w:r>
      <w:proofErr w:type="spellStart"/>
      <w:r>
        <w:t>em</w:t>
      </w:r>
      <w:proofErr w:type="spellEnd"/>
      <w:r>
        <w:t xml:space="preserve"> Montmartre, </w:t>
      </w:r>
      <w:proofErr w:type="spellStart"/>
      <w:r>
        <w:t>saboreando</w:t>
      </w:r>
      <w:proofErr w:type="spellEnd"/>
      <w:r>
        <w:t xml:space="preserve"> café e </w:t>
      </w:r>
      <w:proofErr w:type="spellStart"/>
      <w:r>
        <w:t>macarrons</w:t>
      </w:r>
      <w:proofErr w:type="spellEnd"/>
      <w:r>
        <w:t>.</w:t>
      </w:r>
    </w:p>
    <w:p w14:paraId="3168C10F" w14:textId="77777777" w:rsidR="009B4EA6" w:rsidRDefault="009B4EA6" w:rsidP="009B4EA6">
      <w:pPr>
        <w:spacing w:after="40" w:line="252" w:lineRule="auto"/>
        <w:jc w:val="both"/>
      </w:pPr>
      <w:proofErr w:type="spellStart"/>
      <w:r>
        <w:t>Aprecie</w:t>
      </w:r>
      <w:proofErr w:type="spellEnd"/>
      <w:r>
        <w:t xml:space="preserve"> a </w:t>
      </w:r>
      <w:proofErr w:type="spellStart"/>
      <w:r>
        <w:t>arte</w:t>
      </w:r>
      <w:proofErr w:type="spellEnd"/>
      <w:r>
        <w:t xml:space="preserve"> de </w:t>
      </w:r>
      <w:proofErr w:type="spellStart"/>
      <w:r>
        <w:t>rua</w:t>
      </w:r>
      <w:proofErr w:type="spellEnd"/>
      <w:r>
        <w:t xml:space="preserve">, as vistas dos rooftops e </w:t>
      </w:r>
      <w:proofErr w:type="spellStart"/>
      <w:r>
        <w:t>os</w:t>
      </w:r>
      <w:proofErr w:type="spellEnd"/>
      <w:r>
        <w:t xml:space="preserve"> </w:t>
      </w:r>
      <w:proofErr w:type="spellStart"/>
      <w:r>
        <w:t>passeios</w:t>
      </w:r>
      <w:proofErr w:type="spellEnd"/>
      <w:r>
        <w:t xml:space="preserve"> </w:t>
      </w:r>
      <w:proofErr w:type="spellStart"/>
      <w:r>
        <w:t>cênicos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longo</w:t>
      </w:r>
      <w:proofErr w:type="spellEnd"/>
      <w:r>
        <w:t xml:space="preserve"> do Rio Sena, </w:t>
      </w:r>
      <w:proofErr w:type="spellStart"/>
      <w:r>
        <w:t>ou</w:t>
      </w:r>
      <w:proofErr w:type="spellEnd"/>
      <w:r>
        <w:t xml:space="preserve"> </w:t>
      </w:r>
      <w:proofErr w:type="spellStart"/>
      <w:r>
        <w:t>revisite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cantinhos</w:t>
      </w:r>
      <w:proofErr w:type="spellEnd"/>
      <w:r>
        <w:t xml:space="preserve"> </w:t>
      </w:r>
      <w:proofErr w:type="spellStart"/>
      <w:r>
        <w:t>favoritos</w:t>
      </w:r>
      <w:proofErr w:type="spellEnd"/>
      <w:r>
        <w:t xml:space="preserve"> para </w:t>
      </w:r>
      <w:proofErr w:type="spellStart"/>
      <w:r>
        <w:t>fotos</w:t>
      </w:r>
      <w:proofErr w:type="spellEnd"/>
      <w:r>
        <w:t xml:space="preserve"> </w:t>
      </w:r>
      <w:proofErr w:type="spellStart"/>
      <w:r>
        <w:t>perfeitas</w:t>
      </w:r>
      <w:proofErr w:type="spellEnd"/>
      <w:r>
        <w:t xml:space="preserve">. Este </w:t>
      </w:r>
      <w:proofErr w:type="spellStart"/>
      <w:r>
        <w:t>dia</w:t>
      </w:r>
      <w:proofErr w:type="spellEnd"/>
      <w:r>
        <w:t xml:space="preserve"> </w:t>
      </w:r>
      <w:proofErr w:type="spellStart"/>
      <w:r>
        <w:t>oferece</w:t>
      </w:r>
      <w:proofErr w:type="spellEnd"/>
      <w:r>
        <w:t xml:space="preserve"> </w:t>
      </w:r>
      <w:proofErr w:type="spellStart"/>
      <w:r>
        <w:t>flexibilidade</w:t>
      </w:r>
      <w:proofErr w:type="spellEnd"/>
      <w:r>
        <w:t xml:space="preserve"> para </w:t>
      </w:r>
      <w:proofErr w:type="spellStart"/>
      <w:r>
        <w:t>vivenciar</w:t>
      </w:r>
      <w:proofErr w:type="spellEnd"/>
      <w:r>
        <w:t xml:space="preserve"> Paris no </w:t>
      </w:r>
      <w:proofErr w:type="spellStart"/>
      <w:r>
        <w:t>seu</w:t>
      </w:r>
      <w:proofErr w:type="spellEnd"/>
      <w:r>
        <w:t xml:space="preserve"> </w:t>
      </w:r>
      <w:proofErr w:type="spellStart"/>
      <w:r>
        <w:t>próprio</w:t>
      </w:r>
      <w:proofErr w:type="spellEnd"/>
      <w:r>
        <w:t xml:space="preserve"> </w:t>
      </w:r>
      <w:proofErr w:type="spellStart"/>
      <w:r>
        <w:t>ritmo</w:t>
      </w:r>
      <w:proofErr w:type="spellEnd"/>
      <w:r>
        <w:t>.</w:t>
      </w:r>
    </w:p>
    <w:p w14:paraId="1AC32249" w14:textId="77777777" w:rsidR="009B4EA6" w:rsidRDefault="009B4EA6" w:rsidP="009B4EA6">
      <w:pPr>
        <w:spacing w:after="40" w:line="252" w:lineRule="auto"/>
        <w:jc w:val="both"/>
      </w:pPr>
    </w:p>
    <w:p w14:paraId="4B070916" w14:textId="395854EB" w:rsidR="009B4EA6" w:rsidRDefault="009B4EA6" w:rsidP="009B4EA6">
      <w:pPr>
        <w:pStyle w:val="Dia"/>
        <w:spacing w:before="120" w:after="20"/>
      </w:pPr>
      <w:r>
        <w:rPr>
          <w:rFonts w:ascii="Segoe UI Emoji" w:hAnsi="Segoe UI Emoji" w:cs="Segoe UI Emoji"/>
        </w:rPr>
        <w:t>📍</w:t>
      </w:r>
      <w:r>
        <w:t xml:space="preserve"> </w:t>
      </w:r>
      <w:r>
        <w:t>5</w:t>
      </w:r>
      <w:r>
        <w:t xml:space="preserve">º </w:t>
      </w:r>
      <w:proofErr w:type="spellStart"/>
      <w:r>
        <w:t>dia</w:t>
      </w:r>
      <w:proofErr w:type="spellEnd"/>
      <w:r>
        <w:t xml:space="preserve">: </w:t>
      </w:r>
      <w:proofErr w:type="spellStart"/>
      <w:r>
        <w:t>Passeio</w:t>
      </w:r>
      <w:proofErr w:type="spellEnd"/>
      <w:r>
        <w:t xml:space="preserve"> de um </w:t>
      </w:r>
      <w:proofErr w:type="spellStart"/>
      <w:r>
        <w:t>dia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Mont Saint-Michel </w:t>
      </w:r>
      <w:proofErr w:type="spellStart"/>
      <w:r>
        <w:t>saindo</w:t>
      </w:r>
      <w:proofErr w:type="spellEnd"/>
      <w:r>
        <w:t xml:space="preserve"> de Paris</w:t>
      </w:r>
    </w:p>
    <w:p w14:paraId="67F45E2B" w14:textId="77777777" w:rsidR="009B4EA6" w:rsidRDefault="009B4EA6" w:rsidP="009B4EA6">
      <w:pPr>
        <w:spacing w:after="40" w:line="252" w:lineRule="auto"/>
        <w:jc w:val="both"/>
      </w:pPr>
      <w:proofErr w:type="spellStart"/>
      <w:r>
        <w:t>Desfrute</w:t>
      </w:r>
      <w:proofErr w:type="spellEnd"/>
      <w:r>
        <w:t xml:space="preserve"> de </w:t>
      </w:r>
      <w:proofErr w:type="spellStart"/>
      <w:r>
        <w:t>uma</w:t>
      </w:r>
      <w:proofErr w:type="spellEnd"/>
      <w:r>
        <w:t xml:space="preserve"> </w:t>
      </w:r>
      <w:proofErr w:type="spellStart"/>
      <w:r>
        <w:t>excursão</w:t>
      </w:r>
      <w:proofErr w:type="spellEnd"/>
      <w:r>
        <w:t xml:space="preserve"> de </w:t>
      </w:r>
      <w:proofErr w:type="spellStart"/>
      <w:r>
        <w:t>dia</w:t>
      </w:r>
      <w:proofErr w:type="spellEnd"/>
      <w:r>
        <w:t xml:space="preserve"> </w:t>
      </w:r>
      <w:proofErr w:type="spellStart"/>
      <w:r>
        <w:t>inteiro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Mont Saint-Michel, com </w:t>
      </w:r>
      <w:proofErr w:type="spellStart"/>
      <w:r>
        <w:t>transporte</w:t>
      </w:r>
      <w:proofErr w:type="spellEnd"/>
      <w:r>
        <w:t xml:space="preserve"> de </w:t>
      </w:r>
      <w:proofErr w:type="spellStart"/>
      <w:r>
        <w:t>ida</w:t>
      </w:r>
      <w:proofErr w:type="spellEnd"/>
      <w:r>
        <w:t xml:space="preserve"> e volta </w:t>
      </w:r>
      <w:proofErr w:type="spellStart"/>
      <w:r>
        <w:t>em</w:t>
      </w:r>
      <w:proofErr w:type="spellEnd"/>
      <w:r>
        <w:t xml:space="preserve"> </w:t>
      </w:r>
      <w:proofErr w:type="spellStart"/>
      <w:r>
        <w:t>ônibus</w:t>
      </w:r>
      <w:proofErr w:type="spellEnd"/>
      <w:r>
        <w:t xml:space="preserve"> </w:t>
      </w:r>
      <w:proofErr w:type="spellStart"/>
      <w:r>
        <w:t>compartilhado</w:t>
      </w:r>
      <w:proofErr w:type="spellEnd"/>
      <w:r>
        <w:t xml:space="preserve"> (</w:t>
      </w:r>
      <w:proofErr w:type="spellStart"/>
      <w:r>
        <w:t>ingresso</w:t>
      </w:r>
      <w:proofErr w:type="spellEnd"/>
      <w:r>
        <w:t xml:space="preserve"> </w:t>
      </w:r>
      <w:proofErr w:type="spellStart"/>
      <w:r>
        <w:t>incluído</w:t>
      </w:r>
      <w:proofErr w:type="spellEnd"/>
      <w:r>
        <w:t xml:space="preserve">) </w:t>
      </w:r>
      <w:proofErr w:type="spellStart"/>
      <w:r>
        <w:t>saindo</w:t>
      </w:r>
      <w:proofErr w:type="spellEnd"/>
      <w:r>
        <w:t xml:space="preserve"> de Paris.</w:t>
      </w:r>
    </w:p>
    <w:p w14:paraId="24CD74E9" w14:textId="77777777" w:rsidR="009B4EA6" w:rsidRDefault="009B4EA6" w:rsidP="009B4EA6">
      <w:pPr>
        <w:spacing w:after="40" w:line="252" w:lineRule="auto"/>
        <w:jc w:val="both"/>
      </w:pPr>
      <w:proofErr w:type="spellStart"/>
      <w:r>
        <w:t>Comece</w:t>
      </w:r>
      <w:proofErr w:type="spellEnd"/>
      <w:r>
        <w:t xml:space="preserve"> com </w:t>
      </w:r>
      <w:proofErr w:type="spellStart"/>
      <w:r>
        <w:t>uma</w:t>
      </w:r>
      <w:proofErr w:type="spellEnd"/>
      <w:r>
        <w:t xml:space="preserve"> </w:t>
      </w:r>
      <w:proofErr w:type="spellStart"/>
      <w:r>
        <w:t>viagem</w:t>
      </w:r>
      <w:proofErr w:type="spellEnd"/>
      <w:r>
        <w:t xml:space="preserve"> </w:t>
      </w:r>
      <w:proofErr w:type="spellStart"/>
      <w:r>
        <w:t>cênica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interior da França </w:t>
      </w:r>
      <w:proofErr w:type="spellStart"/>
      <w:r>
        <w:t>até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icônica</w:t>
      </w:r>
      <w:proofErr w:type="spellEnd"/>
      <w:r>
        <w:t xml:space="preserve"> </w:t>
      </w:r>
      <w:proofErr w:type="spellStart"/>
      <w:r>
        <w:t>ilha</w:t>
      </w:r>
      <w:proofErr w:type="spellEnd"/>
      <w:r>
        <w:t xml:space="preserve"> medieval, </w:t>
      </w:r>
      <w:proofErr w:type="spellStart"/>
      <w:r>
        <w:t>que</w:t>
      </w:r>
      <w:proofErr w:type="spellEnd"/>
      <w:r>
        <w:t xml:space="preserve"> se </w:t>
      </w:r>
      <w:proofErr w:type="spellStart"/>
      <w:r>
        <w:t>ergue</w:t>
      </w:r>
      <w:proofErr w:type="spellEnd"/>
      <w:r>
        <w:t xml:space="preserve"> </w:t>
      </w:r>
      <w:proofErr w:type="spellStart"/>
      <w:r>
        <w:t>dramaticamente</w:t>
      </w:r>
      <w:proofErr w:type="spellEnd"/>
      <w:r>
        <w:t xml:space="preserve"> da </w:t>
      </w:r>
      <w:proofErr w:type="spellStart"/>
      <w:r>
        <w:t>baía</w:t>
      </w:r>
      <w:proofErr w:type="spellEnd"/>
      <w:r>
        <w:t xml:space="preserve"> das </w:t>
      </w:r>
      <w:proofErr w:type="spellStart"/>
      <w:r>
        <w:t>marés</w:t>
      </w:r>
      <w:proofErr w:type="spellEnd"/>
      <w:r>
        <w:t xml:space="preserve"> e é </w:t>
      </w:r>
      <w:proofErr w:type="spellStart"/>
      <w:r>
        <w:t>reconhecida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Mont Saint- Michel e </w:t>
      </w:r>
      <w:proofErr w:type="spellStart"/>
      <w:r>
        <w:t>sua</w:t>
      </w:r>
      <w:proofErr w:type="spellEnd"/>
      <w:r>
        <w:t xml:space="preserve"> Baía.</w:t>
      </w:r>
    </w:p>
    <w:p w14:paraId="790AC796" w14:textId="77777777" w:rsidR="009B4EA6" w:rsidRDefault="009B4EA6" w:rsidP="009B4EA6">
      <w:pPr>
        <w:spacing w:after="40" w:line="252" w:lineRule="auto"/>
        <w:jc w:val="both"/>
      </w:pPr>
      <w:r>
        <w:t xml:space="preserve">Na </w:t>
      </w:r>
      <w:proofErr w:type="spellStart"/>
      <w:r>
        <w:t>chegada</w:t>
      </w:r>
      <w:proofErr w:type="spellEnd"/>
      <w:r>
        <w:t xml:space="preserve">, </w:t>
      </w:r>
      <w:proofErr w:type="spellStart"/>
      <w:r>
        <w:t>aproveite</w:t>
      </w:r>
      <w:proofErr w:type="spellEnd"/>
      <w:r>
        <w:t xml:space="preserve"> tempo livre para </w:t>
      </w:r>
      <w:proofErr w:type="spellStart"/>
      <w:r>
        <w:t>explorar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ilha</w:t>
      </w:r>
      <w:proofErr w:type="spellEnd"/>
      <w:r>
        <w:t xml:space="preserve"> no </w:t>
      </w:r>
      <w:proofErr w:type="spellStart"/>
      <w:r>
        <w:t>seu</w:t>
      </w:r>
      <w:proofErr w:type="spellEnd"/>
      <w:r>
        <w:t xml:space="preserve"> </w:t>
      </w:r>
      <w:proofErr w:type="spellStart"/>
      <w:r>
        <w:t>próprio</w:t>
      </w:r>
      <w:proofErr w:type="spellEnd"/>
      <w:r>
        <w:t xml:space="preserve"> </w:t>
      </w:r>
      <w:proofErr w:type="spellStart"/>
      <w:r>
        <w:t>ritmo</w:t>
      </w:r>
      <w:proofErr w:type="spellEnd"/>
      <w:r>
        <w:t xml:space="preserve">. </w:t>
      </w:r>
      <w:proofErr w:type="spellStart"/>
      <w:r>
        <w:t>Caminhe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estreitas</w:t>
      </w:r>
      <w:proofErr w:type="spellEnd"/>
      <w:r>
        <w:t xml:space="preserve"> </w:t>
      </w:r>
      <w:proofErr w:type="spellStart"/>
      <w:r>
        <w:t>ruas</w:t>
      </w:r>
      <w:proofErr w:type="spellEnd"/>
      <w:r>
        <w:t xml:space="preserve"> de </w:t>
      </w:r>
      <w:proofErr w:type="spellStart"/>
      <w:r>
        <w:t>paralelepípedos</w:t>
      </w:r>
      <w:proofErr w:type="spellEnd"/>
      <w:r>
        <w:t xml:space="preserve"> </w:t>
      </w:r>
      <w:proofErr w:type="spellStart"/>
      <w:r>
        <w:t>repletas</w:t>
      </w:r>
      <w:proofErr w:type="spellEnd"/>
      <w:r>
        <w:t xml:space="preserve"> de </w:t>
      </w:r>
      <w:proofErr w:type="spellStart"/>
      <w:r>
        <w:t>pequenas</w:t>
      </w:r>
      <w:proofErr w:type="spellEnd"/>
      <w:r>
        <w:t xml:space="preserve"> </w:t>
      </w:r>
      <w:proofErr w:type="spellStart"/>
      <w:r>
        <w:t>lojas</w:t>
      </w:r>
      <w:proofErr w:type="spellEnd"/>
      <w:r>
        <w:t xml:space="preserve">, cafés e </w:t>
      </w:r>
      <w:proofErr w:type="spellStart"/>
      <w:r>
        <w:t>edifícios</w:t>
      </w:r>
      <w:proofErr w:type="spellEnd"/>
      <w:r>
        <w:t xml:space="preserve"> </w:t>
      </w:r>
      <w:proofErr w:type="spellStart"/>
      <w:r>
        <w:t>históricos</w:t>
      </w:r>
      <w:proofErr w:type="spellEnd"/>
      <w:r>
        <w:t xml:space="preserve">, </w:t>
      </w:r>
      <w:proofErr w:type="spellStart"/>
      <w:r>
        <w:t>enquanto</w:t>
      </w:r>
      <w:proofErr w:type="spellEnd"/>
      <w:r>
        <w:t xml:space="preserve"> </w:t>
      </w:r>
      <w:proofErr w:type="spellStart"/>
      <w:r>
        <w:t>sobe</w:t>
      </w:r>
      <w:proofErr w:type="spellEnd"/>
      <w:r>
        <w:t xml:space="preserve"> </w:t>
      </w:r>
      <w:proofErr w:type="spellStart"/>
      <w:r>
        <w:t>até</w:t>
      </w:r>
      <w:proofErr w:type="spellEnd"/>
      <w:r>
        <w:t xml:space="preserve"> a </w:t>
      </w:r>
      <w:proofErr w:type="spellStart"/>
      <w:r>
        <w:t>magnífica</w:t>
      </w:r>
      <w:proofErr w:type="spellEnd"/>
      <w:r>
        <w:t xml:space="preserve"> Abadia de Mont Saint-Michel.</w:t>
      </w:r>
    </w:p>
    <w:p w14:paraId="631C449F" w14:textId="4E8163D9" w:rsidR="009B4EA6" w:rsidRPr="009B4EA6" w:rsidRDefault="009B4EA6" w:rsidP="009B4EA6">
      <w:pPr>
        <w:tabs>
          <w:tab w:val="left" w:pos="6048"/>
        </w:tabs>
      </w:pPr>
      <w:r>
        <w:tab/>
      </w:r>
    </w:p>
    <w:p w14:paraId="2D97C77F" w14:textId="77777777" w:rsidR="009B4EA6" w:rsidRDefault="009B4EA6" w:rsidP="009B4EA6">
      <w:pPr>
        <w:spacing w:after="40" w:line="252" w:lineRule="auto"/>
        <w:jc w:val="both"/>
      </w:pPr>
      <w:r>
        <w:lastRenderedPageBreak/>
        <w:t xml:space="preserve">Com o </w:t>
      </w:r>
      <w:proofErr w:type="spellStart"/>
      <w:r>
        <w:t>ingresso</w:t>
      </w:r>
      <w:proofErr w:type="spellEnd"/>
      <w:r>
        <w:t xml:space="preserve"> de entrada </w:t>
      </w:r>
      <w:proofErr w:type="spellStart"/>
      <w:r>
        <w:t>incluído</w:t>
      </w:r>
      <w:proofErr w:type="spellEnd"/>
      <w:r>
        <w:t xml:space="preserve">, </w:t>
      </w:r>
      <w:proofErr w:type="spellStart"/>
      <w:r>
        <w:t>descubra</w:t>
      </w:r>
      <w:proofErr w:type="spellEnd"/>
      <w:r>
        <w:t xml:space="preserve"> a </w:t>
      </w:r>
      <w:proofErr w:type="spellStart"/>
      <w:r>
        <w:t>notável</w:t>
      </w:r>
      <w:proofErr w:type="spellEnd"/>
      <w:r>
        <w:t xml:space="preserve"> </w:t>
      </w:r>
      <w:proofErr w:type="spellStart"/>
      <w:r>
        <w:t>arquitetura</w:t>
      </w:r>
      <w:proofErr w:type="spellEnd"/>
      <w:r>
        <w:t xml:space="preserve"> </w:t>
      </w:r>
      <w:proofErr w:type="spellStart"/>
      <w:r>
        <w:t>gótica</w:t>
      </w:r>
      <w:proofErr w:type="spellEnd"/>
      <w:r>
        <w:t xml:space="preserve">, </w:t>
      </w:r>
      <w:proofErr w:type="spellStart"/>
      <w:r>
        <w:t>os</w:t>
      </w:r>
      <w:proofErr w:type="spellEnd"/>
      <w:r>
        <w:t xml:space="preserve"> </w:t>
      </w:r>
      <w:proofErr w:type="spellStart"/>
      <w:r>
        <w:t>tranquilos</w:t>
      </w:r>
      <w:proofErr w:type="spellEnd"/>
      <w:r>
        <w:t xml:space="preserve"> </w:t>
      </w:r>
      <w:proofErr w:type="spellStart"/>
      <w:r>
        <w:t>claustros</w:t>
      </w:r>
      <w:proofErr w:type="spellEnd"/>
      <w:r>
        <w:t xml:space="preserve"> e </w:t>
      </w:r>
      <w:proofErr w:type="spellStart"/>
      <w:r>
        <w:t>os</w:t>
      </w:r>
      <w:proofErr w:type="spellEnd"/>
      <w:r>
        <w:t xml:space="preserve"> </w:t>
      </w:r>
      <w:proofErr w:type="spellStart"/>
      <w:r>
        <w:t>terraços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oferecem</w:t>
      </w:r>
      <w:proofErr w:type="spellEnd"/>
      <w:r>
        <w:t xml:space="preserve"> vistas </w:t>
      </w:r>
      <w:proofErr w:type="spellStart"/>
      <w:r>
        <w:t>deslumbrantes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a </w:t>
      </w:r>
      <w:proofErr w:type="spellStart"/>
      <w:r>
        <w:t>baía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redor</w:t>
      </w:r>
      <w:proofErr w:type="spellEnd"/>
      <w:r>
        <w:t xml:space="preserve">. </w:t>
      </w:r>
      <w:proofErr w:type="spellStart"/>
      <w:r>
        <w:t>Aproveite</w:t>
      </w:r>
      <w:proofErr w:type="spellEnd"/>
      <w:r>
        <w:t xml:space="preserve"> para </w:t>
      </w:r>
      <w:proofErr w:type="spellStart"/>
      <w:r>
        <w:t>tirar</w:t>
      </w:r>
      <w:proofErr w:type="spellEnd"/>
      <w:r>
        <w:t xml:space="preserve"> </w:t>
      </w:r>
      <w:proofErr w:type="spellStart"/>
      <w:r>
        <w:t>fotos</w:t>
      </w:r>
      <w:proofErr w:type="spellEnd"/>
      <w:r>
        <w:t xml:space="preserve"> </w:t>
      </w:r>
      <w:proofErr w:type="spellStart"/>
      <w:r>
        <w:t>memoráveis</w:t>
      </w:r>
      <w:proofErr w:type="spellEnd"/>
      <w:r>
        <w:t xml:space="preserve"> e </w:t>
      </w:r>
      <w:proofErr w:type="spellStart"/>
      <w:r>
        <w:t>absorver</w:t>
      </w:r>
      <w:proofErr w:type="spellEnd"/>
      <w:r>
        <w:t xml:space="preserve"> o </w:t>
      </w:r>
      <w:proofErr w:type="spellStart"/>
      <w:r>
        <w:t>charme</w:t>
      </w:r>
      <w:proofErr w:type="spellEnd"/>
      <w:r>
        <w:t xml:space="preserve"> atemporal </w:t>
      </w:r>
      <w:proofErr w:type="spellStart"/>
      <w:r>
        <w:t>desta</w:t>
      </w:r>
      <w:proofErr w:type="spellEnd"/>
      <w:r>
        <w:t xml:space="preserve"> </w:t>
      </w:r>
      <w:proofErr w:type="spellStart"/>
      <w:r>
        <w:t>ilha</w:t>
      </w:r>
      <w:proofErr w:type="spellEnd"/>
      <w:r>
        <w:t xml:space="preserve"> </w:t>
      </w:r>
      <w:proofErr w:type="spellStart"/>
      <w:r>
        <w:t>extraordinária</w:t>
      </w:r>
      <w:proofErr w:type="spellEnd"/>
      <w:r>
        <w:t xml:space="preserve"> antes de </w:t>
      </w:r>
      <w:proofErr w:type="spellStart"/>
      <w:r>
        <w:t>retornar</w:t>
      </w:r>
      <w:proofErr w:type="spellEnd"/>
      <w:r>
        <w:t xml:space="preserve"> </w:t>
      </w:r>
      <w:proofErr w:type="spellStart"/>
      <w:r>
        <w:t>confortavelmente</w:t>
      </w:r>
      <w:proofErr w:type="spellEnd"/>
      <w:r>
        <w:t xml:space="preserve"> a Paris, </w:t>
      </w:r>
      <w:proofErr w:type="spellStart"/>
      <w:r>
        <w:t>conforme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horários</w:t>
      </w:r>
      <w:proofErr w:type="spellEnd"/>
      <w:r>
        <w:t xml:space="preserve"> </w:t>
      </w:r>
      <w:proofErr w:type="spellStart"/>
      <w:r>
        <w:t>programados</w:t>
      </w:r>
      <w:proofErr w:type="spellEnd"/>
      <w:r>
        <w:t>.</w:t>
      </w:r>
    </w:p>
    <w:p w14:paraId="32CD0C4F" w14:textId="77777777" w:rsidR="009B4EA6" w:rsidRDefault="009B4EA6" w:rsidP="009B4EA6">
      <w:pPr>
        <w:spacing w:after="40" w:line="252" w:lineRule="auto"/>
        <w:jc w:val="both"/>
      </w:pPr>
    </w:p>
    <w:p w14:paraId="7F5DFCE0" w14:textId="78F09A5B" w:rsidR="009B4EA6" w:rsidRDefault="009B4EA6" w:rsidP="009B4EA6">
      <w:pPr>
        <w:pStyle w:val="Dia"/>
        <w:spacing w:before="120" w:after="20"/>
      </w:pPr>
      <w:r>
        <w:rPr>
          <w:rFonts w:ascii="Segoe UI Emoji" w:hAnsi="Segoe UI Emoji" w:cs="Segoe UI Emoji"/>
        </w:rPr>
        <w:t>📍</w:t>
      </w:r>
      <w:r>
        <w:t xml:space="preserve"> </w:t>
      </w:r>
      <w:r>
        <w:t>6</w:t>
      </w:r>
      <w:r>
        <w:t xml:space="preserve">º </w:t>
      </w:r>
      <w:proofErr w:type="spellStart"/>
      <w:r>
        <w:t>dia</w:t>
      </w:r>
      <w:proofErr w:type="spellEnd"/>
      <w:r>
        <w:t xml:space="preserve">: </w:t>
      </w:r>
      <w:proofErr w:type="spellStart"/>
      <w:r>
        <w:t>Traslado</w:t>
      </w:r>
      <w:proofErr w:type="spellEnd"/>
      <w:r>
        <w:t xml:space="preserve"> de </w:t>
      </w:r>
      <w:proofErr w:type="spellStart"/>
      <w:r>
        <w:t>saída</w:t>
      </w:r>
      <w:proofErr w:type="spellEnd"/>
      <w:r>
        <w:t xml:space="preserve"> do hotel </w:t>
      </w:r>
      <w:proofErr w:type="spellStart"/>
      <w:r>
        <w:t>em</w:t>
      </w:r>
      <w:proofErr w:type="spellEnd"/>
      <w:r>
        <w:t xml:space="preserve"> Paris para o </w:t>
      </w:r>
      <w:proofErr w:type="spellStart"/>
      <w:r>
        <w:t>aeroporto</w:t>
      </w:r>
      <w:proofErr w:type="spellEnd"/>
      <w:r>
        <w:t xml:space="preserve"> de Paris</w:t>
      </w:r>
    </w:p>
    <w:p w14:paraId="5682667E" w14:textId="53BB16D5" w:rsidR="00F352CF" w:rsidRDefault="009B4EA6" w:rsidP="009B4EA6">
      <w:pPr>
        <w:spacing w:after="40" w:line="252" w:lineRule="auto"/>
        <w:jc w:val="both"/>
      </w:pPr>
      <w:proofErr w:type="spellStart"/>
      <w:r>
        <w:t>Desfrute</w:t>
      </w:r>
      <w:proofErr w:type="spellEnd"/>
      <w:r>
        <w:t xml:space="preserve"> de um </w:t>
      </w:r>
      <w:proofErr w:type="spellStart"/>
      <w:r>
        <w:t>confortável</w:t>
      </w:r>
      <w:proofErr w:type="spellEnd"/>
      <w:r>
        <w:t xml:space="preserve"> </w:t>
      </w:r>
      <w:proofErr w:type="spellStart"/>
      <w:r>
        <w:t>traslado</w:t>
      </w:r>
      <w:proofErr w:type="spellEnd"/>
      <w:r>
        <w:t xml:space="preserve"> </w:t>
      </w:r>
      <w:proofErr w:type="spellStart"/>
      <w:r>
        <w:t>privativo</w:t>
      </w:r>
      <w:proofErr w:type="spellEnd"/>
      <w:r>
        <w:t xml:space="preserve"> do </w:t>
      </w:r>
      <w:proofErr w:type="spellStart"/>
      <w:r>
        <w:t>seu</w:t>
      </w:r>
      <w:proofErr w:type="spellEnd"/>
      <w:r>
        <w:t xml:space="preserve"> hotel </w:t>
      </w:r>
      <w:proofErr w:type="spellStart"/>
      <w:r>
        <w:t>em</w:t>
      </w:r>
      <w:proofErr w:type="spellEnd"/>
      <w:r>
        <w:t xml:space="preserve"> Paris para o </w:t>
      </w:r>
      <w:proofErr w:type="spellStart"/>
      <w:r>
        <w:t>aeroporto</w:t>
      </w:r>
      <w:proofErr w:type="spellEnd"/>
      <w:r>
        <w:t xml:space="preserve"> de Paris para o </w:t>
      </w:r>
      <w:proofErr w:type="spellStart"/>
      <w:r>
        <w:t>seu</w:t>
      </w:r>
      <w:proofErr w:type="spellEnd"/>
      <w:r>
        <w:t xml:space="preserve"> </w:t>
      </w:r>
      <w:proofErr w:type="spellStart"/>
      <w:r>
        <w:t>próximo</w:t>
      </w:r>
      <w:proofErr w:type="spellEnd"/>
      <w:r>
        <w:t xml:space="preserve"> </w:t>
      </w:r>
      <w:proofErr w:type="spellStart"/>
      <w:r>
        <w:t>voo</w:t>
      </w:r>
      <w:proofErr w:type="spellEnd"/>
      <w:r>
        <w:t xml:space="preserve">. </w:t>
      </w:r>
      <w:proofErr w:type="spellStart"/>
      <w:r>
        <w:t>Relaxe</w:t>
      </w:r>
      <w:proofErr w:type="spellEnd"/>
      <w:r>
        <w:t xml:space="preserve"> </w:t>
      </w:r>
      <w:proofErr w:type="spellStart"/>
      <w:r>
        <w:t>enquanto</w:t>
      </w:r>
      <w:proofErr w:type="spellEnd"/>
      <w:r>
        <w:t xml:space="preserve"> </w:t>
      </w:r>
      <w:proofErr w:type="spellStart"/>
      <w:r>
        <w:t>seu</w:t>
      </w:r>
      <w:proofErr w:type="spellEnd"/>
      <w:r>
        <w:t xml:space="preserve"> </w:t>
      </w:r>
      <w:proofErr w:type="spellStart"/>
      <w:r>
        <w:t>motorista</w:t>
      </w:r>
      <w:proofErr w:type="spellEnd"/>
      <w:r>
        <w:t xml:space="preserve"> </w:t>
      </w:r>
      <w:proofErr w:type="spellStart"/>
      <w:r>
        <w:t>garante</w:t>
      </w:r>
      <w:proofErr w:type="spellEnd"/>
      <w:r>
        <w:t xml:space="preserve"> </w:t>
      </w:r>
      <w:proofErr w:type="spellStart"/>
      <w:r>
        <w:t>uma</w:t>
      </w:r>
      <w:proofErr w:type="spellEnd"/>
      <w:r>
        <w:t xml:space="preserve"> </w:t>
      </w:r>
      <w:proofErr w:type="spellStart"/>
      <w:r>
        <w:t>viagem</w:t>
      </w:r>
      <w:proofErr w:type="spellEnd"/>
      <w:r>
        <w:t xml:space="preserve"> </w:t>
      </w:r>
      <w:proofErr w:type="spellStart"/>
      <w:r>
        <w:t>tranquila</w:t>
      </w:r>
      <w:proofErr w:type="spellEnd"/>
      <w:r>
        <w:t xml:space="preserve">, </w:t>
      </w:r>
      <w:proofErr w:type="spellStart"/>
      <w:r>
        <w:t>pontual</w:t>
      </w:r>
      <w:proofErr w:type="spellEnd"/>
      <w:r>
        <w:t xml:space="preserve"> e </w:t>
      </w:r>
      <w:proofErr w:type="spellStart"/>
      <w:r>
        <w:t>sem</w:t>
      </w:r>
      <w:proofErr w:type="spellEnd"/>
      <w:r>
        <w:t xml:space="preserve"> </w:t>
      </w:r>
      <w:proofErr w:type="spellStart"/>
      <w:r>
        <w:t>complicações</w:t>
      </w:r>
      <w:proofErr w:type="spellEnd"/>
      <w:r>
        <w:t xml:space="preserve"> para </w:t>
      </w:r>
      <w:proofErr w:type="spellStart"/>
      <w:r>
        <w:t>uma</w:t>
      </w:r>
      <w:proofErr w:type="spellEnd"/>
      <w:r>
        <w:t xml:space="preserve"> </w:t>
      </w:r>
      <w:proofErr w:type="spellStart"/>
      <w:r>
        <w:t>partida</w:t>
      </w:r>
      <w:proofErr w:type="spellEnd"/>
      <w:r>
        <w:t xml:space="preserve"> </w:t>
      </w:r>
      <w:proofErr w:type="spellStart"/>
      <w:r>
        <w:t>confortável</w:t>
      </w:r>
      <w:proofErr w:type="spellEnd"/>
      <w:r>
        <w:t xml:space="preserve"> e </w:t>
      </w:r>
      <w:proofErr w:type="spellStart"/>
      <w:r>
        <w:t>sem</w:t>
      </w:r>
      <w:proofErr w:type="spellEnd"/>
      <w:r>
        <w:t xml:space="preserve"> </w:t>
      </w:r>
      <w:proofErr w:type="spellStart"/>
      <w:r>
        <w:t>estresse</w:t>
      </w:r>
      <w:proofErr w:type="spellEnd"/>
      <w:r>
        <w:t>.</w:t>
      </w:r>
    </w:p>
    <w:p w14:paraId="6648C939" w14:textId="77777777" w:rsidR="009B4EA6" w:rsidRPr="00A92C4B" w:rsidRDefault="009B4EA6" w:rsidP="009B4EA6">
      <w:pPr>
        <w:spacing w:after="40" w:line="252" w:lineRule="auto"/>
        <w:jc w:val="both"/>
      </w:pPr>
    </w:p>
    <w:p w14:paraId="2B6C7BB9" w14:textId="5800A16B" w:rsidR="00AF6C5F" w:rsidRDefault="00000000" w:rsidP="00F352CF">
      <w:pPr>
        <w:jc w:val="center"/>
      </w:pPr>
      <w:r>
        <w:rPr>
          <w:rFonts w:ascii="Segoe UI Emoji" w:hAnsi="Segoe UI Emoji" w:cs="Segoe UI Emoji"/>
          <w:b/>
          <w:color w:val="123C69"/>
        </w:rPr>
        <w:t>✅</w:t>
      </w:r>
      <w:r>
        <w:rPr>
          <w:b/>
          <w:color w:val="123C69"/>
        </w:rPr>
        <w:t xml:space="preserve"> FIM DOS NOSSOS SERVIÇOS</w:t>
      </w: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3644"/>
        <w:gridCol w:w="2660"/>
        <w:gridCol w:w="2660"/>
      </w:tblGrid>
      <w:tr w:rsidR="009B4EA6" w14:paraId="1C59A072" w14:textId="25B1D8CB" w:rsidTr="007343F1">
        <w:trPr>
          <w:jc w:val="center"/>
        </w:trPr>
        <w:tc>
          <w:tcPr>
            <w:tcW w:w="8964" w:type="dxa"/>
            <w:gridSpan w:val="3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2D69D4B" w14:textId="2C12D606" w:rsidR="009B4EA6" w:rsidRPr="009B4EA6" w:rsidRDefault="009B4EA6" w:rsidP="00F352CF">
            <w:pPr>
              <w:jc w:val="center"/>
              <w:rPr>
                <w:b/>
                <w:bCs/>
                <w:color w:val="FFFFFF"/>
                <w:sz w:val="15"/>
              </w:rPr>
            </w:pPr>
            <w:r w:rsidRPr="009B4EA6">
              <w:rPr>
                <w:b/>
                <w:bCs/>
                <w:color w:val="FFFFFF"/>
                <w:sz w:val="15"/>
              </w:rPr>
              <w:t>VALORES NET PESSOA EM EUR – SAÍDAS DIÁRIAS</w:t>
            </w:r>
          </w:p>
        </w:tc>
      </w:tr>
      <w:tr w:rsidR="009B4EA6" w14:paraId="002466E6" w14:textId="6E5D0CE7" w:rsidTr="001E15B3">
        <w:trPr>
          <w:jc w:val="center"/>
        </w:trPr>
        <w:tc>
          <w:tcPr>
            <w:tcW w:w="3644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1EB6F94" w14:textId="47803C59" w:rsidR="009B4EA6" w:rsidRDefault="009B4EA6" w:rsidP="00F352CF">
            <w:pPr>
              <w:jc w:val="center"/>
            </w:pPr>
            <w:r>
              <w:rPr>
                <w:b/>
                <w:color w:val="123C69"/>
                <w:sz w:val="15"/>
              </w:rPr>
              <w:t>Base</w:t>
            </w:r>
          </w:p>
        </w:tc>
        <w:tc>
          <w:tcPr>
            <w:tcW w:w="2660" w:type="dxa"/>
            <w:shd w:val="clear" w:color="auto" w:fill="E7F2FA"/>
          </w:tcPr>
          <w:p w14:paraId="798B9B35" w14:textId="18D10E65" w:rsidR="009B4EA6" w:rsidRDefault="009B4EA6" w:rsidP="00F352CF">
            <w:pPr>
              <w:jc w:val="center"/>
              <w:rPr>
                <w:b/>
                <w:color w:val="123C69"/>
                <w:sz w:val="15"/>
              </w:rPr>
            </w:pPr>
            <w:r>
              <w:rPr>
                <w:b/>
                <w:color w:val="123C69"/>
                <w:sz w:val="15"/>
              </w:rPr>
              <w:t>DBL</w:t>
            </w:r>
          </w:p>
        </w:tc>
        <w:tc>
          <w:tcPr>
            <w:tcW w:w="2660" w:type="dxa"/>
            <w:shd w:val="clear" w:color="auto" w:fill="E7F2FA"/>
          </w:tcPr>
          <w:p w14:paraId="02C4DEC7" w14:textId="352EABF9" w:rsidR="009B4EA6" w:rsidRDefault="009B4EA6" w:rsidP="00F352CF">
            <w:pPr>
              <w:jc w:val="center"/>
              <w:rPr>
                <w:b/>
                <w:color w:val="123C69"/>
                <w:sz w:val="15"/>
              </w:rPr>
            </w:pPr>
            <w:r>
              <w:rPr>
                <w:b/>
                <w:color w:val="123C69"/>
                <w:sz w:val="15"/>
              </w:rPr>
              <w:t>SUPL. SGL</w:t>
            </w:r>
          </w:p>
        </w:tc>
      </w:tr>
      <w:tr w:rsidR="009B4EA6" w14:paraId="29306318" w14:textId="55A31849" w:rsidTr="001E15B3">
        <w:trPr>
          <w:jc w:val="center"/>
        </w:trPr>
        <w:tc>
          <w:tcPr>
            <w:tcW w:w="3644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29C326" w14:textId="6114C575" w:rsidR="009B4EA6" w:rsidRPr="00AF6C5F" w:rsidRDefault="009B4EA6" w:rsidP="00F352CF">
            <w:pPr>
              <w:rPr>
                <w:sz w:val="15"/>
              </w:rPr>
            </w:pPr>
            <w:r>
              <w:rPr>
                <w:sz w:val="15"/>
              </w:rPr>
              <w:t xml:space="preserve">Base 2 </w:t>
            </w:r>
            <w:proofErr w:type="spellStart"/>
            <w:r>
              <w:rPr>
                <w:sz w:val="15"/>
              </w:rPr>
              <w:t>passageiros</w:t>
            </w:r>
            <w:proofErr w:type="spellEnd"/>
          </w:p>
        </w:tc>
        <w:tc>
          <w:tcPr>
            <w:tcW w:w="2660" w:type="dxa"/>
            <w:shd w:val="clear" w:color="auto" w:fill="F7FAFC"/>
          </w:tcPr>
          <w:p w14:paraId="2F7DBD6E" w14:textId="56A748E1" w:rsidR="009B4EA6" w:rsidRPr="00F352CF" w:rsidRDefault="009B4EA6" w:rsidP="00F352CF">
            <w:pPr>
              <w:rPr>
                <w:sz w:val="15"/>
              </w:rPr>
            </w:pPr>
            <w:r w:rsidRPr="009B4EA6">
              <w:rPr>
                <w:sz w:val="15"/>
              </w:rPr>
              <w:t>EUR 1100</w:t>
            </w:r>
          </w:p>
        </w:tc>
        <w:tc>
          <w:tcPr>
            <w:tcW w:w="2660" w:type="dxa"/>
            <w:shd w:val="clear" w:color="auto" w:fill="F7FAFC"/>
          </w:tcPr>
          <w:p w14:paraId="6CE797DD" w14:textId="77777777" w:rsidR="009B4EA6" w:rsidRPr="00F352CF" w:rsidRDefault="009B4EA6" w:rsidP="00F352CF">
            <w:pPr>
              <w:rPr>
                <w:sz w:val="15"/>
              </w:rPr>
            </w:pPr>
          </w:p>
        </w:tc>
      </w:tr>
    </w:tbl>
    <w:p w14:paraId="418DBDAD" w14:textId="77777777" w:rsidR="00F352CF" w:rsidRDefault="00F352CF">
      <w:pPr>
        <w:pStyle w:val="BoxTitle"/>
        <w:spacing w:before="160"/>
        <w:rPr>
          <w:rFonts w:ascii="Segoe UI Emoji" w:hAnsi="Segoe UI Emoji" w:cs="Segoe UI Emoji"/>
        </w:rPr>
      </w:pPr>
    </w:p>
    <w:p w14:paraId="634AD5E9" w14:textId="17269053" w:rsidR="00BB669C" w:rsidRDefault="00000000" w:rsidP="00F352CF">
      <w:pPr>
        <w:pStyle w:val="BoxTitle"/>
        <w:spacing w:before="160"/>
      </w:pPr>
      <w:r>
        <w:rPr>
          <w:rFonts w:ascii="Segoe UI Emoji" w:hAnsi="Segoe UI Emoji" w:cs="Segoe UI Emoji"/>
        </w:rPr>
        <w:t>🏨</w:t>
      </w:r>
      <w:r>
        <w:t xml:space="preserve"> </w:t>
      </w:r>
      <w:proofErr w:type="spellStart"/>
      <w:r>
        <w:t>Hoteis</w:t>
      </w:r>
      <w:proofErr w:type="spellEnd"/>
      <w:r>
        <w:t xml:space="preserve"> </w:t>
      </w:r>
      <w:proofErr w:type="spellStart"/>
      <w:r>
        <w:t>previstos</w:t>
      </w:r>
      <w:proofErr w:type="spellEnd"/>
      <w:r>
        <w:t>:</w:t>
      </w: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3220"/>
      </w:tblGrid>
      <w:tr w:rsidR="009B4EA6" w14:paraId="634DAB1A" w14:textId="2F9FE75B" w:rsidTr="009B4EA6">
        <w:trPr>
          <w:jc w:val="center"/>
        </w:trPr>
        <w:tc>
          <w:tcPr>
            <w:tcW w:w="5880" w:type="dxa"/>
            <w:gridSpan w:val="2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47B4EF3" w14:textId="7EFEEF59" w:rsidR="009B4EA6" w:rsidRPr="00495537" w:rsidRDefault="009B4EA6" w:rsidP="002D1C35">
            <w:pPr>
              <w:jc w:val="center"/>
              <w:rPr>
                <w:b/>
                <w:color w:val="FFFFFF"/>
                <w:sz w:val="15"/>
              </w:rPr>
            </w:pPr>
            <w:r w:rsidRPr="009B4EA6">
              <w:rPr>
                <w:b/>
                <w:color w:val="FFFFFF"/>
                <w:sz w:val="15"/>
              </w:rPr>
              <w:t>HOTEL PREVISTO OU SIMILAR</w:t>
            </w:r>
          </w:p>
        </w:tc>
      </w:tr>
      <w:tr w:rsidR="002D1C35" w14:paraId="1F2707A2" w14:textId="29907F4B" w:rsidTr="009B4EA6">
        <w:trPr>
          <w:jc w:val="center"/>
        </w:trPr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35A9EE65" w14:textId="1BA2EE61" w:rsidR="002D1C35" w:rsidRPr="00BB669C" w:rsidRDefault="009B4EA6" w:rsidP="00BB669C">
            <w:pPr>
              <w:jc w:val="center"/>
              <w:rPr>
                <w:b/>
                <w:color w:val="123C69"/>
                <w:sz w:val="15"/>
              </w:rPr>
            </w:pPr>
            <w:r>
              <w:rPr>
                <w:b/>
                <w:color w:val="123C69"/>
                <w:sz w:val="15"/>
              </w:rPr>
              <w:t>Paris</w:t>
            </w:r>
          </w:p>
        </w:tc>
        <w:tc>
          <w:tcPr>
            <w:tcW w:w="3220" w:type="dxa"/>
            <w:shd w:val="clear" w:color="auto" w:fill="E7F2FA"/>
          </w:tcPr>
          <w:p w14:paraId="277030DF" w14:textId="1662784B" w:rsidR="002D1C35" w:rsidRPr="002D1C35" w:rsidRDefault="009B4EA6" w:rsidP="002D1C35">
            <w:pPr>
              <w:jc w:val="center"/>
              <w:rPr>
                <w:bCs/>
                <w:color w:val="123C69"/>
                <w:sz w:val="15"/>
              </w:rPr>
            </w:pPr>
            <w:r w:rsidRPr="009B4EA6">
              <w:rPr>
                <w:b/>
                <w:color w:val="123C69"/>
                <w:sz w:val="15"/>
              </w:rPr>
              <w:t>Campanile Paris XIV - Maine Montparnasse</w:t>
            </w:r>
          </w:p>
        </w:tc>
      </w:tr>
    </w:tbl>
    <w:p w14:paraId="1549C436" w14:textId="77777777" w:rsidR="00C459A7" w:rsidRPr="00C459A7" w:rsidRDefault="00C459A7" w:rsidP="002D1C35">
      <w:pPr>
        <w:spacing w:after="40" w:line="252" w:lineRule="auto"/>
      </w:pPr>
    </w:p>
    <w:p w14:paraId="773E7A1F" w14:textId="77777777" w:rsidR="00BB669C" w:rsidRPr="00C459A7" w:rsidRDefault="00BB669C" w:rsidP="00BB669C">
      <w:pPr>
        <w:pStyle w:val="BoxTitle"/>
        <w:spacing w:before="160"/>
      </w:pPr>
      <w:r w:rsidRPr="00C459A7">
        <w:rPr>
          <w:rFonts w:ascii="Segoe UI Emoji" w:hAnsi="Segoe UI Emoji" w:cs="Segoe UI Emoji"/>
        </w:rPr>
        <w:t>✅</w:t>
      </w:r>
      <w:r w:rsidRPr="00C459A7">
        <w:t xml:space="preserve"> </w:t>
      </w:r>
      <w:proofErr w:type="spellStart"/>
      <w:r w:rsidRPr="00C459A7">
        <w:t>Inclui</w:t>
      </w:r>
      <w:proofErr w:type="spellEnd"/>
      <w:r w:rsidRPr="00C459A7">
        <w:t>:</w:t>
      </w:r>
    </w:p>
    <w:p w14:paraId="67A18D1B" w14:textId="5F35527E" w:rsidR="009B4EA6" w:rsidRPr="009B4EA6" w:rsidRDefault="009B4EA6" w:rsidP="009B4EA6">
      <w:pPr>
        <w:pStyle w:val="PargrafodaLista"/>
        <w:numPr>
          <w:ilvl w:val="0"/>
          <w:numId w:val="29"/>
        </w:numPr>
        <w:spacing w:after="40" w:line="252" w:lineRule="auto"/>
        <w:rPr>
          <w:rFonts w:cs="Segoe UI Symbol"/>
        </w:rPr>
      </w:pPr>
      <w:proofErr w:type="spellStart"/>
      <w:r w:rsidRPr="009B4EA6">
        <w:rPr>
          <w:rFonts w:cs="Segoe UI Symbol"/>
        </w:rPr>
        <w:t>Hospedagem</w:t>
      </w:r>
      <w:proofErr w:type="spellEnd"/>
      <w:r w:rsidRPr="009B4EA6">
        <w:rPr>
          <w:rFonts w:cs="Segoe UI Symbol"/>
        </w:rPr>
        <w:t xml:space="preserve"> e </w:t>
      </w:r>
      <w:proofErr w:type="spellStart"/>
      <w:r w:rsidRPr="009B4EA6">
        <w:rPr>
          <w:rFonts w:cs="Segoe UI Symbol"/>
        </w:rPr>
        <w:t>refeições</w:t>
      </w:r>
      <w:proofErr w:type="spellEnd"/>
    </w:p>
    <w:p w14:paraId="3BAF3C8B" w14:textId="77777777" w:rsidR="009B4EA6" w:rsidRPr="009B4EA6" w:rsidRDefault="009B4EA6" w:rsidP="009B4EA6">
      <w:pPr>
        <w:pStyle w:val="PargrafodaLista"/>
        <w:numPr>
          <w:ilvl w:val="0"/>
          <w:numId w:val="29"/>
        </w:numPr>
        <w:spacing w:after="40" w:line="252" w:lineRule="auto"/>
        <w:rPr>
          <w:rFonts w:cs="Segoe UI Symbol"/>
        </w:rPr>
      </w:pPr>
      <w:r w:rsidRPr="009B4EA6">
        <w:rPr>
          <w:rFonts w:cs="Segoe UI Symbol"/>
        </w:rPr>
        <w:t xml:space="preserve">05 </w:t>
      </w:r>
      <w:proofErr w:type="spellStart"/>
      <w:r w:rsidRPr="009B4EA6">
        <w:rPr>
          <w:rFonts w:cs="Segoe UI Symbol"/>
        </w:rPr>
        <w:t>noites</w:t>
      </w:r>
      <w:proofErr w:type="spellEnd"/>
      <w:r w:rsidRPr="009B4EA6">
        <w:rPr>
          <w:rFonts w:cs="Segoe UI Symbol"/>
        </w:rPr>
        <w:t xml:space="preserve"> </w:t>
      </w:r>
      <w:proofErr w:type="spellStart"/>
      <w:r w:rsidRPr="009B4EA6">
        <w:rPr>
          <w:rFonts w:cs="Segoe UI Symbol"/>
        </w:rPr>
        <w:t>em</w:t>
      </w:r>
      <w:proofErr w:type="spellEnd"/>
      <w:r w:rsidRPr="009B4EA6">
        <w:rPr>
          <w:rFonts w:cs="Segoe UI Symbol"/>
        </w:rPr>
        <w:t xml:space="preserve"> hotel </w:t>
      </w:r>
      <w:proofErr w:type="spellStart"/>
      <w:r w:rsidRPr="009B4EA6">
        <w:rPr>
          <w:rFonts w:cs="Segoe UI Symbol"/>
        </w:rPr>
        <w:t>em</w:t>
      </w:r>
      <w:proofErr w:type="spellEnd"/>
      <w:r w:rsidRPr="009B4EA6">
        <w:rPr>
          <w:rFonts w:cs="Segoe UI Symbol"/>
        </w:rPr>
        <w:t xml:space="preserve"> Paris </w:t>
      </w:r>
    </w:p>
    <w:p w14:paraId="4CB28460" w14:textId="77777777" w:rsidR="009B4EA6" w:rsidRPr="009B4EA6" w:rsidRDefault="009B4EA6" w:rsidP="009B4EA6">
      <w:pPr>
        <w:pStyle w:val="PargrafodaLista"/>
        <w:numPr>
          <w:ilvl w:val="0"/>
          <w:numId w:val="29"/>
        </w:numPr>
        <w:spacing w:after="40" w:line="252" w:lineRule="auto"/>
        <w:rPr>
          <w:rFonts w:cs="Segoe UI Symbol"/>
        </w:rPr>
      </w:pPr>
      <w:proofErr w:type="spellStart"/>
      <w:r w:rsidRPr="009B4EA6">
        <w:rPr>
          <w:rFonts w:cs="Segoe UI Symbol"/>
        </w:rPr>
        <w:t>Mínimo</w:t>
      </w:r>
      <w:proofErr w:type="spellEnd"/>
      <w:r w:rsidRPr="009B4EA6">
        <w:rPr>
          <w:rFonts w:cs="Segoe UI Symbol"/>
        </w:rPr>
        <w:t xml:space="preserve"> 2 </w:t>
      </w:r>
      <w:proofErr w:type="spellStart"/>
      <w:r w:rsidRPr="009B4EA6">
        <w:rPr>
          <w:rFonts w:cs="Segoe UI Symbol"/>
        </w:rPr>
        <w:t>passageiros</w:t>
      </w:r>
      <w:proofErr w:type="spellEnd"/>
      <w:r w:rsidRPr="009B4EA6">
        <w:rPr>
          <w:rFonts w:cs="Segoe UI Symbol"/>
        </w:rPr>
        <w:t xml:space="preserve"> </w:t>
      </w:r>
    </w:p>
    <w:p w14:paraId="778D3595" w14:textId="77777777" w:rsidR="009B4EA6" w:rsidRPr="009B4EA6" w:rsidRDefault="009B4EA6" w:rsidP="009B4EA6">
      <w:pPr>
        <w:pStyle w:val="PargrafodaLista"/>
        <w:numPr>
          <w:ilvl w:val="0"/>
          <w:numId w:val="29"/>
        </w:numPr>
        <w:spacing w:after="40" w:line="252" w:lineRule="auto"/>
        <w:rPr>
          <w:rFonts w:cs="Segoe UI Symbol"/>
        </w:rPr>
      </w:pPr>
      <w:r w:rsidRPr="009B4EA6">
        <w:rPr>
          <w:rFonts w:cs="Segoe UI Symbol"/>
        </w:rPr>
        <w:t xml:space="preserve">Café da </w:t>
      </w:r>
      <w:proofErr w:type="spellStart"/>
      <w:r w:rsidRPr="009B4EA6">
        <w:rPr>
          <w:rFonts w:cs="Segoe UI Symbol"/>
        </w:rPr>
        <w:t>manhã</w:t>
      </w:r>
      <w:proofErr w:type="spellEnd"/>
      <w:r w:rsidRPr="009B4EA6">
        <w:rPr>
          <w:rFonts w:cs="Segoe UI Symbol"/>
        </w:rPr>
        <w:t xml:space="preserve"> no hotel </w:t>
      </w:r>
      <w:proofErr w:type="spellStart"/>
      <w:r w:rsidRPr="009B4EA6">
        <w:rPr>
          <w:rFonts w:cs="Segoe UI Symbol"/>
        </w:rPr>
        <w:t>conforme</w:t>
      </w:r>
      <w:proofErr w:type="spellEnd"/>
      <w:r w:rsidRPr="009B4EA6">
        <w:rPr>
          <w:rFonts w:cs="Segoe UI Symbol"/>
        </w:rPr>
        <w:t xml:space="preserve"> </w:t>
      </w:r>
      <w:proofErr w:type="spellStart"/>
      <w:r w:rsidRPr="009B4EA6">
        <w:rPr>
          <w:rFonts w:cs="Segoe UI Symbol"/>
        </w:rPr>
        <w:t>política</w:t>
      </w:r>
      <w:proofErr w:type="spellEnd"/>
      <w:r w:rsidRPr="009B4EA6">
        <w:rPr>
          <w:rFonts w:cs="Segoe UI Symbol"/>
        </w:rPr>
        <w:t xml:space="preserve"> do hotel </w:t>
      </w:r>
    </w:p>
    <w:p w14:paraId="7F4D85BE" w14:textId="77777777" w:rsidR="009B4EA6" w:rsidRPr="009B4EA6" w:rsidRDefault="009B4EA6" w:rsidP="009B4EA6">
      <w:pPr>
        <w:pStyle w:val="PargrafodaLista"/>
        <w:numPr>
          <w:ilvl w:val="0"/>
          <w:numId w:val="29"/>
        </w:numPr>
        <w:spacing w:after="40" w:line="252" w:lineRule="auto"/>
        <w:rPr>
          <w:rFonts w:cs="Segoe UI Symbol"/>
        </w:rPr>
      </w:pPr>
      <w:proofErr w:type="spellStart"/>
      <w:r w:rsidRPr="009B4EA6">
        <w:rPr>
          <w:rFonts w:cs="Segoe UI Symbol"/>
        </w:rPr>
        <w:t>Traslados</w:t>
      </w:r>
      <w:proofErr w:type="spellEnd"/>
      <w:r w:rsidRPr="009B4EA6">
        <w:rPr>
          <w:rFonts w:cs="Segoe UI Symbol"/>
        </w:rPr>
        <w:t xml:space="preserve"> </w:t>
      </w:r>
      <w:proofErr w:type="spellStart"/>
      <w:r w:rsidRPr="009B4EA6">
        <w:rPr>
          <w:rFonts w:cs="Segoe UI Symbol"/>
        </w:rPr>
        <w:t>privativos</w:t>
      </w:r>
      <w:proofErr w:type="spellEnd"/>
    </w:p>
    <w:p w14:paraId="5C10CA86" w14:textId="77777777" w:rsidR="009B4EA6" w:rsidRPr="009B4EA6" w:rsidRDefault="009B4EA6" w:rsidP="009B4EA6">
      <w:pPr>
        <w:pStyle w:val="PargrafodaLista"/>
        <w:numPr>
          <w:ilvl w:val="0"/>
          <w:numId w:val="29"/>
        </w:numPr>
        <w:spacing w:after="40" w:line="252" w:lineRule="auto"/>
        <w:rPr>
          <w:rFonts w:cs="Segoe UI Symbol"/>
        </w:rPr>
      </w:pPr>
      <w:r w:rsidRPr="009B4EA6">
        <w:rPr>
          <w:rFonts w:cs="Segoe UI Symbol"/>
        </w:rPr>
        <w:t xml:space="preserve">Dia 1 – Paris: </w:t>
      </w:r>
      <w:proofErr w:type="spellStart"/>
      <w:r w:rsidRPr="009B4EA6">
        <w:rPr>
          <w:rFonts w:cs="Segoe UI Symbol"/>
        </w:rPr>
        <w:t>Traslado</w:t>
      </w:r>
      <w:proofErr w:type="spellEnd"/>
      <w:r w:rsidRPr="009B4EA6">
        <w:rPr>
          <w:rFonts w:cs="Segoe UI Symbol"/>
        </w:rPr>
        <w:t xml:space="preserve"> do </w:t>
      </w:r>
      <w:proofErr w:type="spellStart"/>
      <w:r w:rsidRPr="009B4EA6">
        <w:rPr>
          <w:rFonts w:cs="Segoe UI Symbol"/>
        </w:rPr>
        <w:t>aeroporto</w:t>
      </w:r>
      <w:proofErr w:type="spellEnd"/>
      <w:r w:rsidRPr="009B4EA6">
        <w:rPr>
          <w:rFonts w:cs="Segoe UI Symbol"/>
        </w:rPr>
        <w:t xml:space="preserve"> para o hotel </w:t>
      </w:r>
    </w:p>
    <w:p w14:paraId="0B36644E" w14:textId="77777777" w:rsidR="009B4EA6" w:rsidRPr="009B4EA6" w:rsidRDefault="009B4EA6" w:rsidP="009B4EA6">
      <w:pPr>
        <w:pStyle w:val="PargrafodaLista"/>
        <w:numPr>
          <w:ilvl w:val="0"/>
          <w:numId w:val="29"/>
        </w:numPr>
        <w:spacing w:after="40" w:line="252" w:lineRule="auto"/>
        <w:rPr>
          <w:rFonts w:cs="Segoe UI Symbol"/>
        </w:rPr>
      </w:pPr>
      <w:r w:rsidRPr="009B4EA6">
        <w:rPr>
          <w:rFonts w:cs="Segoe UI Symbol"/>
        </w:rPr>
        <w:t xml:space="preserve">Dia 6 – Paris: </w:t>
      </w:r>
      <w:proofErr w:type="spellStart"/>
      <w:r w:rsidRPr="009B4EA6">
        <w:rPr>
          <w:rFonts w:cs="Segoe UI Symbol"/>
        </w:rPr>
        <w:t>Traslado</w:t>
      </w:r>
      <w:proofErr w:type="spellEnd"/>
      <w:r w:rsidRPr="009B4EA6">
        <w:rPr>
          <w:rFonts w:cs="Segoe UI Symbol"/>
        </w:rPr>
        <w:t xml:space="preserve"> do hotel para o </w:t>
      </w:r>
      <w:proofErr w:type="spellStart"/>
      <w:r w:rsidRPr="009B4EA6">
        <w:rPr>
          <w:rFonts w:cs="Segoe UI Symbol"/>
        </w:rPr>
        <w:t>aeroporto</w:t>
      </w:r>
      <w:proofErr w:type="spellEnd"/>
      <w:r w:rsidRPr="009B4EA6">
        <w:rPr>
          <w:rFonts w:cs="Segoe UI Symbol"/>
        </w:rPr>
        <w:t xml:space="preserve"> </w:t>
      </w:r>
    </w:p>
    <w:p w14:paraId="40B2ADD9" w14:textId="77777777" w:rsidR="009B4EA6" w:rsidRPr="009B4EA6" w:rsidRDefault="009B4EA6" w:rsidP="009B4EA6">
      <w:pPr>
        <w:pStyle w:val="PargrafodaLista"/>
        <w:numPr>
          <w:ilvl w:val="0"/>
          <w:numId w:val="29"/>
        </w:numPr>
        <w:spacing w:after="40" w:line="252" w:lineRule="auto"/>
        <w:rPr>
          <w:rFonts w:cs="Segoe UI Symbol"/>
        </w:rPr>
      </w:pPr>
      <w:proofErr w:type="spellStart"/>
      <w:r w:rsidRPr="009B4EA6">
        <w:rPr>
          <w:rFonts w:cs="Segoe UI Symbol"/>
        </w:rPr>
        <w:t>Ingressos</w:t>
      </w:r>
      <w:proofErr w:type="spellEnd"/>
      <w:r w:rsidRPr="009B4EA6">
        <w:rPr>
          <w:rFonts w:cs="Segoe UI Symbol"/>
        </w:rPr>
        <w:t xml:space="preserve"> e </w:t>
      </w:r>
      <w:proofErr w:type="spellStart"/>
      <w:r w:rsidRPr="009B4EA6">
        <w:rPr>
          <w:rFonts w:cs="Segoe UI Symbol"/>
        </w:rPr>
        <w:t>passeios</w:t>
      </w:r>
      <w:proofErr w:type="spellEnd"/>
      <w:r w:rsidRPr="009B4EA6">
        <w:rPr>
          <w:rFonts w:cs="Segoe UI Symbol"/>
        </w:rPr>
        <w:t xml:space="preserve"> </w:t>
      </w:r>
      <w:proofErr w:type="spellStart"/>
      <w:r w:rsidRPr="009B4EA6">
        <w:rPr>
          <w:rFonts w:cs="Segoe UI Symbol"/>
        </w:rPr>
        <w:t>em</w:t>
      </w:r>
      <w:proofErr w:type="spellEnd"/>
      <w:r w:rsidRPr="009B4EA6">
        <w:rPr>
          <w:rFonts w:cs="Segoe UI Symbol"/>
        </w:rPr>
        <w:t xml:space="preserve"> </w:t>
      </w:r>
      <w:proofErr w:type="spellStart"/>
      <w:r w:rsidRPr="009B4EA6">
        <w:rPr>
          <w:rFonts w:cs="Segoe UI Symbol"/>
        </w:rPr>
        <w:t>serviço</w:t>
      </w:r>
      <w:proofErr w:type="spellEnd"/>
      <w:r w:rsidRPr="009B4EA6">
        <w:rPr>
          <w:rFonts w:cs="Segoe UI Symbol"/>
        </w:rPr>
        <w:t xml:space="preserve"> regular (</w:t>
      </w:r>
      <w:proofErr w:type="spellStart"/>
      <w:r w:rsidRPr="009B4EA6">
        <w:rPr>
          <w:rFonts w:cs="Segoe UI Symbol"/>
        </w:rPr>
        <w:t>Serviço</w:t>
      </w:r>
      <w:proofErr w:type="spellEnd"/>
      <w:r w:rsidRPr="009B4EA6">
        <w:rPr>
          <w:rFonts w:cs="Segoe UI Symbol"/>
        </w:rPr>
        <w:t xml:space="preserve"> </w:t>
      </w:r>
      <w:proofErr w:type="spellStart"/>
      <w:r w:rsidRPr="009B4EA6">
        <w:rPr>
          <w:rFonts w:cs="Segoe UI Symbol"/>
        </w:rPr>
        <w:t>Compartilhado</w:t>
      </w:r>
      <w:proofErr w:type="spellEnd"/>
      <w:r w:rsidRPr="009B4EA6">
        <w:rPr>
          <w:rFonts w:cs="Segoe UI Symbol"/>
        </w:rPr>
        <w:t>)</w:t>
      </w:r>
    </w:p>
    <w:p w14:paraId="21C42970" w14:textId="77777777" w:rsidR="009B4EA6" w:rsidRPr="009B4EA6" w:rsidRDefault="009B4EA6" w:rsidP="009B4EA6">
      <w:pPr>
        <w:pStyle w:val="PargrafodaLista"/>
        <w:numPr>
          <w:ilvl w:val="0"/>
          <w:numId w:val="29"/>
        </w:numPr>
        <w:spacing w:after="40" w:line="252" w:lineRule="auto"/>
        <w:rPr>
          <w:rFonts w:cs="Segoe UI Symbol"/>
        </w:rPr>
      </w:pPr>
      <w:r w:rsidRPr="009B4EA6">
        <w:rPr>
          <w:rFonts w:cs="Segoe UI Symbol"/>
        </w:rPr>
        <w:t>(</w:t>
      </w:r>
      <w:proofErr w:type="spellStart"/>
      <w:r w:rsidRPr="009B4EA6">
        <w:rPr>
          <w:rFonts w:cs="Segoe UI Symbol"/>
        </w:rPr>
        <w:t>sujeito</w:t>
      </w:r>
      <w:proofErr w:type="spellEnd"/>
      <w:r w:rsidRPr="009B4EA6">
        <w:rPr>
          <w:rFonts w:cs="Segoe UI Symbol"/>
        </w:rPr>
        <w:t xml:space="preserve"> à </w:t>
      </w:r>
      <w:proofErr w:type="spellStart"/>
      <w:r w:rsidRPr="009B4EA6">
        <w:rPr>
          <w:rFonts w:cs="Segoe UI Symbol"/>
        </w:rPr>
        <w:t>disponibilidade</w:t>
      </w:r>
      <w:proofErr w:type="spellEnd"/>
      <w:r w:rsidRPr="009B4EA6">
        <w:rPr>
          <w:rFonts w:cs="Segoe UI Symbol"/>
        </w:rPr>
        <w:t xml:space="preserve"> no </w:t>
      </w:r>
      <w:proofErr w:type="spellStart"/>
      <w:r w:rsidRPr="009B4EA6">
        <w:rPr>
          <w:rFonts w:cs="Segoe UI Symbol"/>
        </w:rPr>
        <w:t>momento</w:t>
      </w:r>
      <w:proofErr w:type="spellEnd"/>
      <w:r w:rsidRPr="009B4EA6">
        <w:rPr>
          <w:rFonts w:cs="Segoe UI Symbol"/>
        </w:rPr>
        <w:t xml:space="preserve"> da </w:t>
      </w:r>
      <w:proofErr w:type="spellStart"/>
      <w:r w:rsidRPr="009B4EA6">
        <w:rPr>
          <w:rFonts w:cs="Segoe UI Symbol"/>
        </w:rPr>
        <w:t>reserva</w:t>
      </w:r>
      <w:proofErr w:type="spellEnd"/>
      <w:r w:rsidRPr="009B4EA6">
        <w:rPr>
          <w:rFonts w:cs="Segoe UI Symbol"/>
        </w:rPr>
        <w:t>)</w:t>
      </w:r>
    </w:p>
    <w:p w14:paraId="7D766BBA" w14:textId="77777777" w:rsidR="009B4EA6" w:rsidRPr="009B4EA6" w:rsidRDefault="009B4EA6" w:rsidP="009B4EA6">
      <w:pPr>
        <w:pStyle w:val="PargrafodaLista"/>
        <w:numPr>
          <w:ilvl w:val="0"/>
          <w:numId w:val="29"/>
        </w:numPr>
        <w:spacing w:after="40" w:line="252" w:lineRule="auto"/>
        <w:rPr>
          <w:rFonts w:cs="Segoe UI Symbol"/>
        </w:rPr>
      </w:pPr>
      <w:r w:rsidRPr="009B4EA6">
        <w:rPr>
          <w:rFonts w:cs="Segoe UI Symbol"/>
        </w:rPr>
        <w:t xml:space="preserve">Dia 2 – Paris: Passe Hop-On Hop-Off de 2 </w:t>
      </w:r>
      <w:proofErr w:type="spellStart"/>
      <w:r w:rsidRPr="009B4EA6">
        <w:rPr>
          <w:rFonts w:cs="Segoe UI Symbol"/>
        </w:rPr>
        <w:t>dias</w:t>
      </w:r>
      <w:proofErr w:type="spellEnd"/>
      <w:r w:rsidRPr="009B4EA6">
        <w:rPr>
          <w:rFonts w:cs="Segoe UI Symbol"/>
        </w:rPr>
        <w:t xml:space="preserve"> </w:t>
      </w:r>
    </w:p>
    <w:p w14:paraId="430FA7B2" w14:textId="77777777" w:rsidR="009B4EA6" w:rsidRPr="009B4EA6" w:rsidRDefault="009B4EA6" w:rsidP="009B4EA6">
      <w:pPr>
        <w:pStyle w:val="PargrafodaLista"/>
        <w:numPr>
          <w:ilvl w:val="0"/>
          <w:numId w:val="29"/>
        </w:numPr>
        <w:spacing w:after="40" w:line="252" w:lineRule="auto"/>
        <w:rPr>
          <w:rFonts w:cs="Segoe UI Symbol"/>
        </w:rPr>
      </w:pPr>
      <w:r w:rsidRPr="009B4EA6">
        <w:rPr>
          <w:rFonts w:cs="Segoe UI Symbol"/>
        </w:rPr>
        <w:t xml:space="preserve">Dia 2 – Paris: Ingresso para a Torre Eiffel com </w:t>
      </w:r>
      <w:proofErr w:type="spellStart"/>
      <w:r w:rsidRPr="009B4EA6">
        <w:rPr>
          <w:rFonts w:cs="Segoe UI Symbol"/>
        </w:rPr>
        <w:t>acesso</w:t>
      </w:r>
      <w:proofErr w:type="spellEnd"/>
      <w:r w:rsidRPr="009B4EA6">
        <w:rPr>
          <w:rFonts w:cs="Segoe UI Symbol"/>
        </w:rPr>
        <w:t xml:space="preserve"> </w:t>
      </w:r>
      <w:proofErr w:type="spellStart"/>
      <w:r w:rsidRPr="009B4EA6">
        <w:rPr>
          <w:rFonts w:cs="Segoe UI Symbol"/>
        </w:rPr>
        <w:t>ao</w:t>
      </w:r>
      <w:proofErr w:type="spellEnd"/>
      <w:r w:rsidRPr="009B4EA6">
        <w:rPr>
          <w:rFonts w:cs="Segoe UI Symbol"/>
        </w:rPr>
        <w:t xml:space="preserve"> 2º </w:t>
      </w:r>
      <w:proofErr w:type="spellStart"/>
      <w:r w:rsidRPr="009B4EA6">
        <w:rPr>
          <w:rFonts w:cs="Segoe UI Symbol"/>
        </w:rPr>
        <w:t>andar</w:t>
      </w:r>
      <w:proofErr w:type="spellEnd"/>
      <w:r w:rsidRPr="009B4EA6">
        <w:rPr>
          <w:rFonts w:cs="Segoe UI Symbol"/>
        </w:rPr>
        <w:t xml:space="preserve"> </w:t>
      </w:r>
    </w:p>
    <w:p w14:paraId="4AA12B82" w14:textId="77777777" w:rsidR="009B4EA6" w:rsidRPr="009B4EA6" w:rsidRDefault="009B4EA6" w:rsidP="009B4EA6">
      <w:pPr>
        <w:pStyle w:val="PargrafodaLista"/>
        <w:numPr>
          <w:ilvl w:val="0"/>
          <w:numId w:val="29"/>
        </w:numPr>
        <w:spacing w:after="40" w:line="252" w:lineRule="auto"/>
        <w:rPr>
          <w:rFonts w:cs="Segoe UI Symbol"/>
        </w:rPr>
      </w:pPr>
      <w:r w:rsidRPr="009B4EA6">
        <w:rPr>
          <w:rFonts w:cs="Segoe UI Symbol"/>
        </w:rPr>
        <w:t xml:space="preserve">Dia 3 – Paris: Ingresso para cruzeiro </w:t>
      </w:r>
      <w:proofErr w:type="spellStart"/>
      <w:r w:rsidRPr="009B4EA6">
        <w:rPr>
          <w:rFonts w:cs="Segoe UI Symbol"/>
        </w:rPr>
        <w:t>pelo</w:t>
      </w:r>
      <w:proofErr w:type="spellEnd"/>
      <w:r w:rsidRPr="009B4EA6">
        <w:rPr>
          <w:rFonts w:cs="Segoe UI Symbol"/>
        </w:rPr>
        <w:t xml:space="preserve"> Rio Sena </w:t>
      </w:r>
    </w:p>
    <w:p w14:paraId="29A86F03" w14:textId="240EFDE2" w:rsidR="002D1C35" w:rsidRPr="00C459A7" w:rsidRDefault="009B4EA6" w:rsidP="009B4EA6">
      <w:pPr>
        <w:pStyle w:val="PargrafodaLista"/>
        <w:numPr>
          <w:ilvl w:val="0"/>
          <w:numId w:val="29"/>
        </w:numPr>
        <w:spacing w:after="40" w:line="252" w:lineRule="auto"/>
        <w:rPr>
          <w:rFonts w:cs="Segoe UI Symbol"/>
        </w:rPr>
      </w:pPr>
      <w:r w:rsidRPr="009B4EA6">
        <w:rPr>
          <w:rFonts w:cs="Segoe UI Symbol"/>
        </w:rPr>
        <w:t xml:space="preserve">Dia 5 – Paris: </w:t>
      </w:r>
      <w:proofErr w:type="spellStart"/>
      <w:r w:rsidRPr="009B4EA6">
        <w:rPr>
          <w:rFonts w:cs="Segoe UI Symbol"/>
        </w:rPr>
        <w:t>Passeio</w:t>
      </w:r>
      <w:proofErr w:type="spellEnd"/>
      <w:r w:rsidRPr="009B4EA6">
        <w:rPr>
          <w:rFonts w:cs="Segoe UI Symbol"/>
        </w:rPr>
        <w:t xml:space="preserve"> de um </w:t>
      </w:r>
      <w:proofErr w:type="spellStart"/>
      <w:r w:rsidRPr="009B4EA6">
        <w:rPr>
          <w:rFonts w:cs="Segoe UI Symbol"/>
        </w:rPr>
        <w:t>dia</w:t>
      </w:r>
      <w:proofErr w:type="spellEnd"/>
      <w:r w:rsidRPr="009B4EA6">
        <w:rPr>
          <w:rFonts w:cs="Segoe UI Symbol"/>
        </w:rPr>
        <w:t xml:space="preserve"> </w:t>
      </w:r>
      <w:proofErr w:type="spellStart"/>
      <w:r w:rsidRPr="009B4EA6">
        <w:rPr>
          <w:rFonts w:cs="Segoe UI Symbol"/>
        </w:rPr>
        <w:t>ao</w:t>
      </w:r>
      <w:proofErr w:type="spellEnd"/>
      <w:r w:rsidRPr="009B4EA6">
        <w:rPr>
          <w:rFonts w:cs="Segoe UI Symbol"/>
        </w:rPr>
        <w:t xml:space="preserve"> Mont Saint-Michel</w:t>
      </w:r>
    </w:p>
    <w:p w14:paraId="7C06E0C7" w14:textId="77777777" w:rsidR="00BB669C" w:rsidRPr="00C459A7" w:rsidRDefault="00BB669C" w:rsidP="00BB669C">
      <w:pPr>
        <w:pStyle w:val="BoxTitle"/>
        <w:spacing w:before="160"/>
      </w:pPr>
      <w:r w:rsidRPr="00C459A7">
        <w:rPr>
          <w:rFonts w:ascii="Segoe UI Emoji" w:hAnsi="Segoe UI Emoji" w:cs="Segoe UI Emoji"/>
        </w:rPr>
        <w:t>❌</w:t>
      </w:r>
      <w:r w:rsidRPr="00C459A7">
        <w:t xml:space="preserve"> </w:t>
      </w:r>
      <w:proofErr w:type="spellStart"/>
      <w:r w:rsidRPr="00C459A7">
        <w:t>Não</w:t>
      </w:r>
      <w:proofErr w:type="spellEnd"/>
      <w:r w:rsidRPr="00C459A7">
        <w:t xml:space="preserve"> </w:t>
      </w:r>
      <w:proofErr w:type="spellStart"/>
      <w:r w:rsidRPr="00C459A7">
        <w:t>inclui</w:t>
      </w:r>
      <w:proofErr w:type="spellEnd"/>
      <w:r w:rsidRPr="00C459A7">
        <w:t>:</w:t>
      </w:r>
    </w:p>
    <w:p w14:paraId="0C21AFC2" w14:textId="2CEB8E35" w:rsidR="009B4EA6" w:rsidRPr="009B4EA6" w:rsidRDefault="009B4EA6" w:rsidP="009B4EA6">
      <w:pPr>
        <w:pStyle w:val="PargrafodaLista"/>
        <w:numPr>
          <w:ilvl w:val="0"/>
          <w:numId w:val="30"/>
        </w:numPr>
        <w:spacing w:after="40" w:line="252" w:lineRule="auto"/>
        <w:rPr>
          <w:rFonts w:cs="Segoe UI Symbol"/>
        </w:rPr>
      </w:pPr>
      <w:r w:rsidRPr="009B4EA6">
        <w:rPr>
          <w:rFonts w:cs="Segoe UI Symbol"/>
        </w:rPr>
        <w:t xml:space="preserve">Voos </w:t>
      </w:r>
      <w:proofErr w:type="spellStart"/>
      <w:r w:rsidRPr="009B4EA6">
        <w:rPr>
          <w:rFonts w:cs="Segoe UI Symbol"/>
        </w:rPr>
        <w:t>internacionais</w:t>
      </w:r>
      <w:proofErr w:type="spellEnd"/>
      <w:r w:rsidRPr="009B4EA6">
        <w:rPr>
          <w:rFonts w:cs="Segoe UI Symbol"/>
        </w:rPr>
        <w:t xml:space="preserve"> </w:t>
      </w:r>
    </w:p>
    <w:p w14:paraId="03606E16" w14:textId="77777777" w:rsidR="009B4EA6" w:rsidRPr="009B4EA6" w:rsidRDefault="009B4EA6" w:rsidP="009B4EA6">
      <w:pPr>
        <w:pStyle w:val="PargrafodaLista"/>
        <w:numPr>
          <w:ilvl w:val="0"/>
          <w:numId w:val="30"/>
        </w:numPr>
        <w:spacing w:after="40" w:line="252" w:lineRule="auto"/>
        <w:rPr>
          <w:rFonts w:cs="Segoe UI Symbol"/>
        </w:rPr>
      </w:pPr>
      <w:r w:rsidRPr="009B4EA6">
        <w:rPr>
          <w:rFonts w:cs="Segoe UI Symbol"/>
        </w:rPr>
        <w:t>Seguro (</w:t>
      </w:r>
      <w:proofErr w:type="spellStart"/>
      <w:r w:rsidRPr="009B4EA6">
        <w:rPr>
          <w:rFonts w:cs="Segoe UI Symbol"/>
        </w:rPr>
        <w:t>todos</w:t>
      </w:r>
      <w:proofErr w:type="spellEnd"/>
      <w:r w:rsidRPr="009B4EA6">
        <w:rPr>
          <w:rFonts w:cs="Segoe UI Symbol"/>
        </w:rPr>
        <w:t xml:space="preserve"> </w:t>
      </w:r>
      <w:proofErr w:type="spellStart"/>
      <w:r w:rsidRPr="009B4EA6">
        <w:rPr>
          <w:rFonts w:cs="Segoe UI Symbol"/>
        </w:rPr>
        <w:t>os</w:t>
      </w:r>
      <w:proofErr w:type="spellEnd"/>
      <w:r w:rsidRPr="009B4EA6">
        <w:rPr>
          <w:rFonts w:cs="Segoe UI Symbol"/>
        </w:rPr>
        <w:t xml:space="preserve"> </w:t>
      </w:r>
      <w:proofErr w:type="spellStart"/>
      <w:r w:rsidRPr="009B4EA6">
        <w:rPr>
          <w:rFonts w:cs="Segoe UI Symbol"/>
        </w:rPr>
        <w:t>tipos</w:t>
      </w:r>
      <w:proofErr w:type="spellEnd"/>
      <w:r w:rsidRPr="009B4EA6">
        <w:rPr>
          <w:rFonts w:cs="Segoe UI Symbol"/>
        </w:rPr>
        <w:t xml:space="preserve">) </w:t>
      </w:r>
    </w:p>
    <w:p w14:paraId="256BF5D8" w14:textId="77777777" w:rsidR="009B4EA6" w:rsidRPr="009B4EA6" w:rsidRDefault="009B4EA6" w:rsidP="009B4EA6">
      <w:pPr>
        <w:pStyle w:val="PargrafodaLista"/>
        <w:numPr>
          <w:ilvl w:val="0"/>
          <w:numId w:val="30"/>
        </w:numPr>
        <w:spacing w:after="40" w:line="252" w:lineRule="auto"/>
        <w:rPr>
          <w:rFonts w:cs="Segoe UI Symbol"/>
        </w:rPr>
      </w:pPr>
      <w:proofErr w:type="spellStart"/>
      <w:r w:rsidRPr="009B4EA6">
        <w:rPr>
          <w:rFonts w:cs="Segoe UI Symbol"/>
        </w:rPr>
        <w:t>Quaisquer</w:t>
      </w:r>
      <w:proofErr w:type="spellEnd"/>
      <w:r w:rsidRPr="009B4EA6">
        <w:rPr>
          <w:rFonts w:cs="Segoe UI Symbol"/>
        </w:rPr>
        <w:t xml:space="preserve"> </w:t>
      </w:r>
      <w:proofErr w:type="spellStart"/>
      <w:r w:rsidRPr="009B4EA6">
        <w:rPr>
          <w:rFonts w:cs="Segoe UI Symbol"/>
        </w:rPr>
        <w:t>outras</w:t>
      </w:r>
      <w:proofErr w:type="spellEnd"/>
      <w:r w:rsidRPr="009B4EA6">
        <w:rPr>
          <w:rFonts w:cs="Segoe UI Symbol"/>
        </w:rPr>
        <w:t xml:space="preserve"> entradas </w:t>
      </w:r>
      <w:proofErr w:type="spellStart"/>
      <w:r w:rsidRPr="009B4EA6">
        <w:rPr>
          <w:rFonts w:cs="Segoe UI Symbol"/>
        </w:rPr>
        <w:t>não</w:t>
      </w:r>
      <w:proofErr w:type="spellEnd"/>
      <w:r w:rsidRPr="009B4EA6">
        <w:rPr>
          <w:rFonts w:cs="Segoe UI Symbol"/>
        </w:rPr>
        <w:t xml:space="preserve"> </w:t>
      </w:r>
      <w:proofErr w:type="spellStart"/>
      <w:r w:rsidRPr="009B4EA6">
        <w:rPr>
          <w:rFonts w:cs="Segoe UI Symbol"/>
        </w:rPr>
        <w:t>mencionadas</w:t>
      </w:r>
      <w:proofErr w:type="spellEnd"/>
      <w:r w:rsidRPr="009B4EA6">
        <w:rPr>
          <w:rFonts w:cs="Segoe UI Symbol"/>
        </w:rPr>
        <w:t xml:space="preserve"> no </w:t>
      </w:r>
      <w:proofErr w:type="spellStart"/>
      <w:r w:rsidRPr="009B4EA6">
        <w:rPr>
          <w:rFonts w:cs="Segoe UI Symbol"/>
        </w:rPr>
        <w:t>itinerário</w:t>
      </w:r>
      <w:proofErr w:type="spellEnd"/>
      <w:r w:rsidRPr="009B4EA6">
        <w:rPr>
          <w:rFonts w:cs="Segoe UI Symbol"/>
        </w:rPr>
        <w:t xml:space="preserve"> </w:t>
      </w:r>
    </w:p>
    <w:p w14:paraId="39C32D9F" w14:textId="77777777" w:rsidR="009B4EA6" w:rsidRPr="009B4EA6" w:rsidRDefault="009B4EA6" w:rsidP="009B4EA6">
      <w:pPr>
        <w:pStyle w:val="PargrafodaLista"/>
        <w:numPr>
          <w:ilvl w:val="0"/>
          <w:numId w:val="30"/>
        </w:numPr>
        <w:spacing w:after="40" w:line="252" w:lineRule="auto"/>
        <w:rPr>
          <w:rFonts w:cs="Segoe UI Symbol"/>
        </w:rPr>
      </w:pPr>
      <w:proofErr w:type="spellStart"/>
      <w:r w:rsidRPr="009B4EA6">
        <w:rPr>
          <w:rFonts w:cs="Segoe UI Symbol"/>
        </w:rPr>
        <w:t>Itens</w:t>
      </w:r>
      <w:proofErr w:type="spellEnd"/>
      <w:r w:rsidRPr="009B4EA6">
        <w:rPr>
          <w:rFonts w:cs="Segoe UI Symbol"/>
        </w:rPr>
        <w:t xml:space="preserve"> de </w:t>
      </w:r>
      <w:proofErr w:type="spellStart"/>
      <w:r w:rsidRPr="009B4EA6">
        <w:rPr>
          <w:rFonts w:cs="Segoe UI Symbol"/>
        </w:rPr>
        <w:t>natureza</w:t>
      </w:r>
      <w:proofErr w:type="spellEnd"/>
      <w:r w:rsidRPr="009B4EA6">
        <w:rPr>
          <w:rFonts w:cs="Segoe UI Symbol"/>
        </w:rPr>
        <w:t xml:space="preserve"> </w:t>
      </w:r>
      <w:proofErr w:type="spellStart"/>
      <w:r w:rsidRPr="009B4EA6">
        <w:rPr>
          <w:rFonts w:cs="Segoe UI Symbol"/>
        </w:rPr>
        <w:t>pessoal</w:t>
      </w:r>
      <w:proofErr w:type="spellEnd"/>
      <w:r w:rsidRPr="009B4EA6">
        <w:rPr>
          <w:rFonts w:cs="Segoe UI Symbol"/>
        </w:rPr>
        <w:t xml:space="preserve">, </w:t>
      </w:r>
      <w:proofErr w:type="spellStart"/>
      <w:r w:rsidRPr="009B4EA6">
        <w:rPr>
          <w:rFonts w:cs="Segoe UI Symbol"/>
        </w:rPr>
        <w:t>como</w:t>
      </w:r>
      <w:proofErr w:type="spellEnd"/>
      <w:r w:rsidRPr="009B4EA6">
        <w:rPr>
          <w:rFonts w:cs="Segoe UI Symbol"/>
        </w:rPr>
        <w:t xml:space="preserve"> </w:t>
      </w:r>
      <w:proofErr w:type="spellStart"/>
      <w:r w:rsidRPr="009B4EA6">
        <w:rPr>
          <w:rFonts w:cs="Segoe UI Symbol"/>
        </w:rPr>
        <w:t>bebidas</w:t>
      </w:r>
      <w:proofErr w:type="spellEnd"/>
      <w:r w:rsidRPr="009B4EA6">
        <w:rPr>
          <w:rFonts w:cs="Segoe UI Symbol"/>
        </w:rPr>
        <w:t xml:space="preserve"> </w:t>
      </w:r>
      <w:proofErr w:type="spellStart"/>
      <w:r w:rsidRPr="009B4EA6">
        <w:rPr>
          <w:rFonts w:cs="Segoe UI Symbol"/>
        </w:rPr>
        <w:t>alcoólicas</w:t>
      </w:r>
      <w:proofErr w:type="spellEnd"/>
      <w:r w:rsidRPr="009B4EA6">
        <w:rPr>
          <w:rFonts w:cs="Segoe UI Symbol"/>
        </w:rPr>
        <w:t xml:space="preserve">, </w:t>
      </w:r>
      <w:proofErr w:type="spellStart"/>
      <w:r w:rsidRPr="009B4EA6">
        <w:rPr>
          <w:rFonts w:cs="Segoe UI Symbol"/>
        </w:rPr>
        <w:t>refrigerantes</w:t>
      </w:r>
      <w:proofErr w:type="spellEnd"/>
      <w:r w:rsidRPr="009B4EA6">
        <w:rPr>
          <w:rFonts w:cs="Segoe UI Symbol"/>
        </w:rPr>
        <w:t xml:space="preserve"> e </w:t>
      </w:r>
      <w:proofErr w:type="spellStart"/>
      <w:r w:rsidRPr="009B4EA6">
        <w:rPr>
          <w:rFonts w:cs="Segoe UI Symbol"/>
        </w:rPr>
        <w:t>lavanderia</w:t>
      </w:r>
      <w:proofErr w:type="spellEnd"/>
      <w:r w:rsidRPr="009B4EA6">
        <w:rPr>
          <w:rFonts w:cs="Segoe UI Symbol"/>
        </w:rPr>
        <w:t xml:space="preserve"> </w:t>
      </w:r>
    </w:p>
    <w:p w14:paraId="0FB9F18D" w14:textId="77777777" w:rsidR="009B4EA6" w:rsidRPr="009B4EA6" w:rsidRDefault="009B4EA6" w:rsidP="009B4EA6">
      <w:pPr>
        <w:pStyle w:val="PargrafodaLista"/>
        <w:numPr>
          <w:ilvl w:val="0"/>
          <w:numId w:val="30"/>
        </w:numPr>
        <w:spacing w:after="40" w:line="252" w:lineRule="auto"/>
        <w:rPr>
          <w:rFonts w:cs="Segoe UI Symbol"/>
        </w:rPr>
      </w:pPr>
      <w:proofErr w:type="spellStart"/>
      <w:r w:rsidRPr="009B4EA6">
        <w:rPr>
          <w:rFonts w:cs="Segoe UI Symbol"/>
        </w:rPr>
        <w:t>Quaisquer</w:t>
      </w:r>
      <w:proofErr w:type="spellEnd"/>
      <w:r w:rsidRPr="009B4EA6">
        <w:rPr>
          <w:rFonts w:cs="Segoe UI Symbol"/>
        </w:rPr>
        <w:t xml:space="preserve"> </w:t>
      </w:r>
      <w:proofErr w:type="spellStart"/>
      <w:r w:rsidRPr="009B4EA6">
        <w:rPr>
          <w:rFonts w:cs="Segoe UI Symbol"/>
        </w:rPr>
        <w:t>outras</w:t>
      </w:r>
      <w:proofErr w:type="spellEnd"/>
      <w:r w:rsidRPr="009B4EA6">
        <w:rPr>
          <w:rFonts w:cs="Segoe UI Symbol"/>
        </w:rPr>
        <w:t xml:space="preserve"> </w:t>
      </w:r>
      <w:proofErr w:type="spellStart"/>
      <w:r w:rsidRPr="009B4EA6">
        <w:rPr>
          <w:rFonts w:cs="Segoe UI Symbol"/>
        </w:rPr>
        <w:t>despesas</w:t>
      </w:r>
      <w:proofErr w:type="spellEnd"/>
      <w:r w:rsidRPr="009B4EA6">
        <w:rPr>
          <w:rFonts w:cs="Segoe UI Symbol"/>
        </w:rPr>
        <w:t xml:space="preserve"> </w:t>
      </w:r>
      <w:proofErr w:type="spellStart"/>
      <w:r w:rsidRPr="009B4EA6">
        <w:rPr>
          <w:rFonts w:cs="Segoe UI Symbol"/>
        </w:rPr>
        <w:t>não</w:t>
      </w:r>
      <w:proofErr w:type="spellEnd"/>
      <w:r w:rsidRPr="009B4EA6">
        <w:rPr>
          <w:rFonts w:cs="Segoe UI Symbol"/>
        </w:rPr>
        <w:t xml:space="preserve"> </w:t>
      </w:r>
      <w:proofErr w:type="spellStart"/>
      <w:r w:rsidRPr="009B4EA6">
        <w:rPr>
          <w:rFonts w:cs="Segoe UI Symbol"/>
        </w:rPr>
        <w:t>mencionadas</w:t>
      </w:r>
      <w:proofErr w:type="spellEnd"/>
      <w:r w:rsidRPr="009B4EA6">
        <w:rPr>
          <w:rFonts w:cs="Segoe UI Symbol"/>
        </w:rPr>
        <w:t xml:space="preserve"> </w:t>
      </w:r>
      <w:proofErr w:type="spellStart"/>
      <w:r w:rsidRPr="009B4EA6">
        <w:rPr>
          <w:rFonts w:cs="Segoe UI Symbol"/>
        </w:rPr>
        <w:t>na</w:t>
      </w:r>
      <w:proofErr w:type="spellEnd"/>
      <w:r w:rsidRPr="009B4EA6">
        <w:rPr>
          <w:rFonts w:cs="Segoe UI Symbol"/>
        </w:rPr>
        <w:t xml:space="preserve"> </w:t>
      </w:r>
      <w:proofErr w:type="spellStart"/>
      <w:r w:rsidRPr="009B4EA6">
        <w:rPr>
          <w:rFonts w:cs="Segoe UI Symbol"/>
        </w:rPr>
        <w:t>seção</w:t>
      </w:r>
      <w:proofErr w:type="spellEnd"/>
      <w:r w:rsidRPr="009B4EA6">
        <w:rPr>
          <w:rFonts w:cs="Segoe UI Symbol"/>
        </w:rPr>
        <w:t xml:space="preserve"> de </w:t>
      </w:r>
      <w:proofErr w:type="spellStart"/>
      <w:r w:rsidRPr="009B4EA6">
        <w:rPr>
          <w:rFonts w:cs="Segoe UI Symbol"/>
        </w:rPr>
        <w:t>inclusões</w:t>
      </w:r>
      <w:proofErr w:type="spellEnd"/>
      <w:r w:rsidRPr="009B4EA6">
        <w:rPr>
          <w:rFonts w:cs="Segoe UI Symbol"/>
        </w:rPr>
        <w:t xml:space="preserve"> </w:t>
      </w:r>
    </w:p>
    <w:p w14:paraId="6B7457F5" w14:textId="77777777" w:rsidR="009B4EA6" w:rsidRPr="009B4EA6" w:rsidRDefault="009B4EA6" w:rsidP="009B4EA6">
      <w:pPr>
        <w:pStyle w:val="PargrafodaLista"/>
        <w:numPr>
          <w:ilvl w:val="0"/>
          <w:numId w:val="30"/>
        </w:numPr>
        <w:spacing w:after="40" w:line="252" w:lineRule="auto"/>
        <w:rPr>
          <w:rFonts w:cs="Segoe UI Symbol"/>
        </w:rPr>
      </w:pPr>
      <w:proofErr w:type="spellStart"/>
      <w:r w:rsidRPr="009B4EA6">
        <w:rPr>
          <w:rFonts w:cs="Segoe UI Symbol"/>
        </w:rPr>
        <w:t>Quaisquer</w:t>
      </w:r>
      <w:proofErr w:type="spellEnd"/>
      <w:r w:rsidRPr="009B4EA6">
        <w:rPr>
          <w:rFonts w:cs="Segoe UI Symbol"/>
        </w:rPr>
        <w:t xml:space="preserve"> outros </w:t>
      </w:r>
      <w:proofErr w:type="spellStart"/>
      <w:r w:rsidRPr="009B4EA6">
        <w:rPr>
          <w:rFonts w:cs="Segoe UI Symbol"/>
        </w:rPr>
        <w:t>ingressos</w:t>
      </w:r>
      <w:proofErr w:type="spellEnd"/>
      <w:r w:rsidRPr="009B4EA6">
        <w:rPr>
          <w:rFonts w:cs="Segoe UI Symbol"/>
        </w:rPr>
        <w:t xml:space="preserve"> de </w:t>
      </w:r>
      <w:proofErr w:type="spellStart"/>
      <w:r w:rsidRPr="009B4EA6">
        <w:rPr>
          <w:rFonts w:cs="Segoe UI Symbol"/>
        </w:rPr>
        <w:t>passeios</w:t>
      </w:r>
      <w:proofErr w:type="spellEnd"/>
      <w:r w:rsidRPr="009B4EA6">
        <w:rPr>
          <w:rFonts w:cs="Segoe UI Symbol"/>
        </w:rPr>
        <w:t xml:space="preserve"> </w:t>
      </w:r>
      <w:proofErr w:type="spellStart"/>
      <w:r w:rsidRPr="009B4EA6">
        <w:rPr>
          <w:rFonts w:cs="Segoe UI Symbol"/>
        </w:rPr>
        <w:t>além</w:t>
      </w:r>
      <w:proofErr w:type="spellEnd"/>
      <w:r w:rsidRPr="009B4EA6">
        <w:rPr>
          <w:rFonts w:cs="Segoe UI Symbol"/>
        </w:rPr>
        <w:t xml:space="preserve"> dos </w:t>
      </w:r>
      <w:proofErr w:type="spellStart"/>
      <w:r w:rsidRPr="009B4EA6">
        <w:rPr>
          <w:rFonts w:cs="Segoe UI Symbol"/>
        </w:rPr>
        <w:t>mencionados</w:t>
      </w:r>
      <w:proofErr w:type="spellEnd"/>
      <w:r w:rsidRPr="009B4EA6">
        <w:rPr>
          <w:rFonts w:cs="Segoe UI Symbol"/>
        </w:rPr>
        <w:t xml:space="preserve"> </w:t>
      </w:r>
      <w:proofErr w:type="spellStart"/>
      <w:r w:rsidRPr="009B4EA6">
        <w:rPr>
          <w:rFonts w:cs="Segoe UI Symbol"/>
        </w:rPr>
        <w:t>na</w:t>
      </w:r>
      <w:proofErr w:type="spellEnd"/>
      <w:r w:rsidRPr="009B4EA6">
        <w:rPr>
          <w:rFonts w:cs="Segoe UI Symbol"/>
        </w:rPr>
        <w:t xml:space="preserve"> </w:t>
      </w:r>
      <w:proofErr w:type="spellStart"/>
      <w:r w:rsidRPr="009B4EA6">
        <w:rPr>
          <w:rFonts w:cs="Segoe UI Symbol"/>
        </w:rPr>
        <w:t>seção</w:t>
      </w:r>
      <w:proofErr w:type="spellEnd"/>
      <w:r w:rsidRPr="009B4EA6">
        <w:rPr>
          <w:rFonts w:cs="Segoe UI Symbol"/>
        </w:rPr>
        <w:t xml:space="preserve"> de </w:t>
      </w:r>
      <w:proofErr w:type="spellStart"/>
      <w:r w:rsidRPr="009B4EA6">
        <w:rPr>
          <w:rFonts w:cs="Segoe UI Symbol"/>
        </w:rPr>
        <w:t>inclusões</w:t>
      </w:r>
      <w:proofErr w:type="spellEnd"/>
      <w:r w:rsidRPr="009B4EA6">
        <w:rPr>
          <w:rFonts w:cs="Segoe UI Symbol"/>
        </w:rPr>
        <w:t xml:space="preserve"> </w:t>
      </w:r>
    </w:p>
    <w:p w14:paraId="695F3282" w14:textId="77777777" w:rsidR="009B4EA6" w:rsidRPr="009B4EA6" w:rsidRDefault="009B4EA6" w:rsidP="009B4EA6">
      <w:pPr>
        <w:pStyle w:val="PargrafodaLista"/>
        <w:numPr>
          <w:ilvl w:val="0"/>
          <w:numId w:val="30"/>
        </w:numPr>
        <w:spacing w:after="40" w:line="252" w:lineRule="auto"/>
        <w:rPr>
          <w:rFonts w:cs="Segoe UI Symbol"/>
        </w:rPr>
      </w:pPr>
      <w:r w:rsidRPr="009B4EA6">
        <w:rPr>
          <w:rFonts w:cs="Segoe UI Symbol"/>
        </w:rPr>
        <w:t xml:space="preserve">GST (para </w:t>
      </w:r>
      <w:proofErr w:type="spellStart"/>
      <w:r w:rsidRPr="009B4EA6">
        <w:rPr>
          <w:rFonts w:cs="Segoe UI Symbol"/>
        </w:rPr>
        <w:t>transações</w:t>
      </w:r>
      <w:proofErr w:type="spellEnd"/>
      <w:r w:rsidRPr="009B4EA6">
        <w:rPr>
          <w:rFonts w:cs="Segoe UI Symbol"/>
        </w:rPr>
        <w:t xml:space="preserve"> </w:t>
      </w:r>
      <w:proofErr w:type="spellStart"/>
      <w:r w:rsidRPr="009B4EA6">
        <w:rPr>
          <w:rFonts w:cs="Segoe UI Symbol"/>
        </w:rPr>
        <w:t>em</w:t>
      </w:r>
      <w:proofErr w:type="spellEnd"/>
      <w:r w:rsidRPr="009B4EA6">
        <w:rPr>
          <w:rFonts w:cs="Segoe UI Symbol"/>
        </w:rPr>
        <w:t xml:space="preserve"> INR) </w:t>
      </w:r>
    </w:p>
    <w:p w14:paraId="0421A3A2" w14:textId="77777777" w:rsidR="009B4EA6" w:rsidRPr="009B4EA6" w:rsidRDefault="009B4EA6" w:rsidP="009B4EA6">
      <w:pPr>
        <w:pStyle w:val="PargrafodaLista"/>
        <w:numPr>
          <w:ilvl w:val="0"/>
          <w:numId w:val="30"/>
        </w:numPr>
        <w:spacing w:after="40" w:line="252" w:lineRule="auto"/>
        <w:rPr>
          <w:rFonts w:cs="Segoe UI Symbol"/>
        </w:rPr>
      </w:pPr>
      <w:proofErr w:type="spellStart"/>
      <w:r w:rsidRPr="009B4EA6">
        <w:rPr>
          <w:rFonts w:cs="Segoe UI Symbol"/>
        </w:rPr>
        <w:t>Almoço</w:t>
      </w:r>
      <w:proofErr w:type="spellEnd"/>
      <w:r w:rsidRPr="009B4EA6">
        <w:rPr>
          <w:rFonts w:cs="Segoe UI Symbol"/>
        </w:rPr>
        <w:t xml:space="preserve"> e </w:t>
      </w:r>
      <w:proofErr w:type="spellStart"/>
      <w:r w:rsidRPr="009B4EA6">
        <w:rPr>
          <w:rFonts w:cs="Segoe UI Symbol"/>
        </w:rPr>
        <w:t>jantar</w:t>
      </w:r>
      <w:proofErr w:type="spellEnd"/>
      <w:r w:rsidRPr="009B4EA6">
        <w:rPr>
          <w:rFonts w:cs="Segoe UI Symbol"/>
        </w:rPr>
        <w:t xml:space="preserve"> (salvo </w:t>
      </w:r>
      <w:proofErr w:type="spellStart"/>
      <w:r w:rsidRPr="009B4EA6">
        <w:rPr>
          <w:rFonts w:cs="Segoe UI Symbol"/>
        </w:rPr>
        <w:t>quando</w:t>
      </w:r>
      <w:proofErr w:type="spellEnd"/>
      <w:r w:rsidRPr="009B4EA6">
        <w:rPr>
          <w:rFonts w:cs="Segoe UI Symbol"/>
        </w:rPr>
        <w:t xml:space="preserve"> </w:t>
      </w:r>
      <w:proofErr w:type="spellStart"/>
      <w:r w:rsidRPr="009B4EA6">
        <w:rPr>
          <w:rFonts w:cs="Segoe UI Symbol"/>
        </w:rPr>
        <w:t>especificado</w:t>
      </w:r>
      <w:proofErr w:type="spellEnd"/>
      <w:r w:rsidRPr="009B4EA6">
        <w:rPr>
          <w:rFonts w:cs="Segoe UI Symbol"/>
        </w:rPr>
        <w:t xml:space="preserve">) </w:t>
      </w:r>
    </w:p>
    <w:p w14:paraId="198F41BD" w14:textId="77777777" w:rsidR="009B4EA6" w:rsidRPr="009B4EA6" w:rsidRDefault="009B4EA6" w:rsidP="009B4EA6">
      <w:pPr>
        <w:pStyle w:val="PargrafodaLista"/>
        <w:numPr>
          <w:ilvl w:val="0"/>
          <w:numId w:val="30"/>
        </w:numPr>
        <w:spacing w:after="40" w:line="252" w:lineRule="auto"/>
        <w:rPr>
          <w:rFonts w:cs="Segoe UI Symbol"/>
        </w:rPr>
      </w:pPr>
      <w:r w:rsidRPr="009B4EA6">
        <w:rPr>
          <w:rFonts w:cs="Segoe UI Symbol"/>
        </w:rPr>
        <w:t xml:space="preserve">Visto </w:t>
      </w:r>
    </w:p>
    <w:p w14:paraId="27D9B8DE" w14:textId="77777777" w:rsidR="009B4EA6" w:rsidRPr="009B4EA6" w:rsidRDefault="009B4EA6" w:rsidP="009B4EA6">
      <w:pPr>
        <w:pStyle w:val="PargrafodaLista"/>
        <w:numPr>
          <w:ilvl w:val="0"/>
          <w:numId w:val="30"/>
        </w:numPr>
        <w:spacing w:after="40" w:line="252" w:lineRule="auto"/>
        <w:rPr>
          <w:rFonts w:cs="Segoe UI Symbol"/>
        </w:rPr>
      </w:pPr>
      <w:r w:rsidRPr="009B4EA6">
        <w:rPr>
          <w:rFonts w:cs="Segoe UI Symbol"/>
        </w:rPr>
        <w:t xml:space="preserve">Taxa municipal / taxa de turismo </w:t>
      </w:r>
    </w:p>
    <w:p w14:paraId="6695E1E1" w14:textId="77777777" w:rsidR="009B4EA6" w:rsidRPr="009B4EA6" w:rsidRDefault="009B4EA6" w:rsidP="009B4EA6">
      <w:pPr>
        <w:pStyle w:val="PargrafodaLista"/>
        <w:numPr>
          <w:ilvl w:val="0"/>
          <w:numId w:val="30"/>
        </w:numPr>
        <w:spacing w:after="40" w:line="252" w:lineRule="auto"/>
        <w:rPr>
          <w:rFonts w:cs="Segoe UI Symbol"/>
        </w:rPr>
      </w:pPr>
      <w:proofErr w:type="spellStart"/>
      <w:r w:rsidRPr="009B4EA6">
        <w:rPr>
          <w:rFonts w:cs="Segoe UI Symbol"/>
        </w:rPr>
        <w:t>Gorjetas</w:t>
      </w:r>
      <w:proofErr w:type="spellEnd"/>
      <w:r w:rsidRPr="009B4EA6">
        <w:rPr>
          <w:rFonts w:cs="Segoe UI Symbol"/>
        </w:rPr>
        <w:t xml:space="preserve"> para </w:t>
      </w:r>
      <w:proofErr w:type="spellStart"/>
      <w:r w:rsidRPr="009B4EA6">
        <w:rPr>
          <w:rFonts w:cs="Segoe UI Symbol"/>
        </w:rPr>
        <w:t>motorista</w:t>
      </w:r>
      <w:proofErr w:type="spellEnd"/>
      <w:r w:rsidRPr="009B4EA6">
        <w:rPr>
          <w:rFonts w:cs="Segoe UI Symbol"/>
        </w:rPr>
        <w:t xml:space="preserve"> e </w:t>
      </w:r>
      <w:proofErr w:type="spellStart"/>
      <w:r w:rsidRPr="009B4EA6">
        <w:rPr>
          <w:rFonts w:cs="Segoe UI Symbol"/>
        </w:rPr>
        <w:t>guia</w:t>
      </w:r>
      <w:proofErr w:type="spellEnd"/>
      <w:r w:rsidRPr="009B4EA6">
        <w:rPr>
          <w:rFonts w:cs="Segoe UI Symbol"/>
        </w:rPr>
        <w:t xml:space="preserve"> </w:t>
      </w:r>
    </w:p>
    <w:p w14:paraId="1F076EA6" w14:textId="77777777" w:rsidR="009B4EA6" w:rsidRPr="009B4EA6" w:rsidRDefault="009B4EA6" w:rsidP="009B4EA6">
      <w:pPr>
        <w:pStyle w:val="PargrafodaLista"/>
        <w:numPr>
          <w:ilvl w:val="0"/>
          <w:numId w:val="30"/>
        </w:numPr>
        <w:spacing w:after="40" w:line="252" w:lineRule="auto"/>
        <w:rPr>
          <w:rFonts w:cs="Segoe UI Symbol"/>
        </w:rPr>
      </w:pPr>
      <w:proofErr w:type="spellStart"/>
      <w:r w:rsidRPr="009B4EA6">
        <w:rPr>
          <w:rFonts w:cs="Segoe UI Symbol"/>
        </w:rPr>
        <w:t>Garrafas</w:t>
      </w:r>
      <w:proofErr w:type="spellEnd"/>
      <w:r w:rsidRPr="009B4EA6">
        <w:rPr>
          <w:rFonts w:cs="Segoe UI Symbol"/>
        </w:rPr>
        <w:t xml:space="preserve"> de </w:t>
      </w:r>
      <w:proofErr w:type="spellStart"/>
      <w:r w:rsidRPr="009B4EA6">
        <w:rPr>
          <w:rFonts w:cs="Segoe UI Symbol"/>
        </w:rPr>
        <w:t>água</w:t>
      </w:r>
      <w:proofErr w:type="spellEnd"/>
      <w:r w:rsidRPr="009B4EA6">
        <w:rPr>
          <w:rFonts w:cs="Segoe UI Symbol"/>
        </w:rPr>
        <w:t xml:space="preserve"> </w:t>
      </w:r>
    </w:p>
    <w:p w14:paraId="7B2C9E15" w14:textId="77777777" w:rsidR="009B4EA6" w:rsidRPr="009B4EA6" w:rsidRDefault="009B4EA6" w:rsidP="009B4EA6">
      <w:pPr>
        <w:pStyle w:val="PargrafodaLista"/>
        <w:numPr>
          <w:ilvl w:val="0"/>
          <w:numId w:val="30"/>
        </w:numPr>
        <w:spacing w:after="40" w:line="252" w:lineRule="auto"/>
        <w:rPr>
          <w:rFonts w:cs="Segoe UI Symbol"/>
        </w:rPr>
      </w:pPr>
      <w:r w:rsidRPr="009B4EA6">
        <w:rPr>
          <w:rFonts w:cs="Segoe UI Symbol"/>
        </w:rPr>
        <w:t xml:space="preserve">Guia de turismo / Tour Manager (salvo </w:t>
      </w:r>
      <w:proofErr w:type="spellStart"/>
      <w:r w:rsidRPr="009B4EA6">
        <w:rPr>
          <w:rFonts w:cs="Segoe UI Symbol"/>
        </w:rPr>
        <w:t>quando</w:t>
      </w:r>
      <w:proofErr w:type="spellEnd"/>
      <w:r w:rsidRPr="009B4EA6">
        <w:rPr>
          <w:rFonts w:cs="Segoe UI Symbol"/>
        </w:rPr>
        <w:t xml:space="preserve"> </w:t>
      </w:r>
      <w:proofErr w:type="spellStart"/>
      <w:r w:rsidRPr="009B4EA6">
        <w:rPr>
          <w:rFonts w:cs="Segoe UI Symbol"/>
        </w:rPr>
        <w:t>especificado</w:t>
      </w:r>
      <w:proofErr w:type="spellEnd"/>
      <w:r w:rsidRPr="009B4EA6">
        <w:rPr>
          <w:rFonts w:cs="Segoe UI Symbol"/>
        </w:rPr>
        <w:t xml:space="preserve">) </w:t>
      </w:r>
    </w:p>
    <w:p w14:paraId="79B98C47" w14:textId="77777777" w:rsidR="009B4EA6" w:rsidRPr="009B4EA6" w:rsidRDefault="009B4EA6" w:rsidP="009B4EA6">
      <w:pPr>
        <w:pStyle w:val="PargrafodaLista"/>
        <w:numPr>
          <w:ilvl w:val="0"/>
          <w:numId w:val="30"/>
        </w:numPr>
        <w:spacing w:after="40" w:line="252" w:lineRule="auto"/>
        <w:rPr>
          <w:rFonts w:cs="Segoe UI Symbol"/>
        </w:rPr>
      </w:pPr>
      <w:proofErr w:type="spellStart"/>
      <w:r w:rsidRPr="009B4EA6">
        <w:rPr>
          <w:rFonts w:cs="Segoe UI Symbol"/>
        </w:rPr>
        <w:t>Serviço</w:t>
      </w:r>
      <w:proofErr w:type="spellEnd"/>
      <w:r w:rsidRPr="009B4EA6">
        <w:rPr>
          <w:rFonts w:cs="Segoe UI Symbol"/>
        </w:rPr>
        <w:t xml:space="preserve"> de </w:t>
      </w:r>
      <w:proofErr w:type="spellStart"/>
      <w:r w:rsidRPr="009B4EA6">
        <w:rPr>
          <w:rFonts w:cs="Segoe UI Symbol"/>
        </w:rPr>
        <w:t>carregadores</w:t>
      </w:r>
      <w:proofErr w:type="spellEnd"/>
      <w:r w:rsidRPr="009B4EA6">
        <w:rPr>
          <w:rFonts w:cs="Segoe UI Symbol"/>
        </w:rPr>
        <w:t xml:space="preserve"> </w:t>
      </w:r>
    </w:p>
    <w:p w14:paraId="15BDE8ED" w14:textId="5E477B59" w:rsidR="002D1C35" w:rsidRPr="009B4EA6" w:rsidRDefault="009B4EA6" w:rsidP="009B4EA6">
      <w:pPr>
        <w:pStyle w:val="PargrafodaLista"/>
        <w:numPr>
          <w:ilvl w:val="0"/>
          <w:numId w:val="30"/>
        </w:numPr>
        <w:spacing w:after="40" w:line="252" w:lineRule="auto"/>
        <w:rPr>
          <w:rFonts w:ascii="Segoe UI Emoji" w:hAnsi="Segoe UI Emoji" w:cs="Segoe UI Emoji"/>
        </w:rPr>
      </w:pPr>
      <w:r w:rsidRPr="009B4EA6">
        <w:rPr>
          <w:rFonts w:cs="Segoe UI Symbol"/>
        </w:rPr>
        <w:t>Guia local</w:t>
      </w:r>
    </w:p>
    <w:p w14:paraId="25A8717B" w14:textId="77777777" w:rsidR="009B4EA6" w:rsidRPr="009B4EA6" w:rsidRDefault="009B4EA6" w:rsidP="009B4EA6">
      <w:pPr>
        <w:spacing w:after="40" w:line="252" w:lineRule="auto"/>
        <w:rPr>
          <w:rFonts w:ascii="Segoe UI Emoji" w:hAnsi="Segoe UI Emoji" w:cs="Segoe UI Emoji"/>
        </w:rPr>
      </w:pPr>
    </w:p>
    <w:p w14:paraId="67A95A6E" w14:textId="11B684F6" w:rsidR="00F10C12" w:rsidRPr="002D1C35" w:rsidRDefault="00F10C12" w:rsidP="002D1C35">
      <w:pPr>
        <w:spacing w:after="40" w:line="252" w:lineRule="auto"/>
        <w:rPr>
          <w:b/>
          <w:color w:val="123C69"/>
          <w:sz w:val="22"/>
        </w:rPr>
      </w:pPr>
      <w:r w:rsidRPr="002D1C35">
        <w:rPr>
          <w:rFonts w:ascii="Segoe UI Emoji" w:hAnsi="Segoe UI Emoji" w:cs="Segoe UI Emoji"/>
          <w:b/>
          <w:color w:val="123C69"/>
          <w:sz w:val="22"/>
        </w:rPr>
        <w:lastRenderedPageBreak/>
        <w:t>📝</w:t>
      </w:r>
      <w:r w:rsidRPr="002D1C35">
        <w:rPr>
          <w:b/>
          <w:color w:val="123C69"/>
          <w:sz w:val="22"/>
        </w:rPr>
        <w:t xml:space="preserve"> </w:t>
      </w:r>
      <w:proofErr w:type="spellStart"/>
      <w:r w:rsidR="009B4EA6">
        <w:rPr>
          <w:b/>
          <w:color w:val="123C69"/>
          <w:sz w:val="22"/>
        </w:rPr>
        <w:t>Observações</w:t>
      </w:r>
      <w:proofErr w:type="spellEnd"/>
      <w:r w:rsidR="009B4EA6">
        <w:rPr>
          <w:b/>
          <w:color w:val="123C69"/>
          <w:sz w:val="22"/>
        </w:rPr>
        <w:t xml:space="preserve"> </w:t>
      </w:r>
      <w:proofErr w:type="spellStart"/>
      <w:r w:rsidR="009B4EA6">
        <w:rPr>
          <w:b/>
          <w:color w:val="123C69"/>
          <w:sz w:val="22"/>
        </w:rPr>
        <w:t>importantes</w:t>
      </w:r>
      <w:proofErr w:type="spellEnd"/>
      <w:r w:rsidRPr="002D1C35">
        <w:rPr>
          <w:b/>
          <w:color w:val="123C69"/>
          <w:sz w:val="22"/>
        </w:rPr>
        <w:t>:</w:t>
      </w:r>
    </w:p>
    <w:p w14:paraId="2FF2FFAB" w14:textId="77777777" w:rsidR="009B4EA6" w:rsidRPr="009B4EA6" w:rsidRDefault="009B4EA6" w:rsidP="009B4EA6">
      <w:pPr>
        <w:pStyle w:val="PargrafodaLista"/>
        <w:numPr>
          <w:ilvl w:val="0"/>
          <w:numId w:val="31"/>
        </w:numPr>
        <w:spacing w:after="40" w:line="252" w:lineRule="auto"/>
        <w:jc w:val="both"/>
      </w:pPr>
      <w:r w:rsidRPr="009B4EA6">
        <w:t xml:space="preserve">Conforme as </w:t>
      </w:r>
      <w:proofErr w:type="spellStart"/>
      <w:r w:rsidRPr="009B4EA6">
        <w:t>normas</w:t>
      </w:r>
      <w:proofErr w:type="spellEnd"/>
      <w:r w:rsidRPr="009B4EA6">
        <w:t xml:space="preserve"> de </w:t>
      </w:r>
      <w:proofErr w:type="spellStart"/>
      <w:r w:rsidRPr="009B4EA6">
        <w:t>ocupação</w:t>
      </w:r>
      <w:proofErr w:type="spellEnd"/>
      <w:r w:rsidRPr="009B4EA6">
        <w:t xml:space="preserve"> </w:t>
      </w:r>
      <w:proofErr w:type="spellStart"/>
      <w:r w:rsidRPr="009B4EA6">
        <w:t>hoteleira</w:t>
      </w:r>
      <w:proofErr w:type="spellEnd"/>
      <w:r w:rsidRPr="009B4EA6">
        <w:t xml:space="preserve"> da Europa, o </w:t>
      </w:r>
      <w:proofErr w:type="spellStart"/>
      <w:r w:rsidRPr="009B4EA6">
        <w:t>máximo</w:t>
      </w:r>
      <w:proofErr w:type="spellEnd"/>
      <w:r w:rsidRPr="009B4EA6">
        <w:t xml:space="preserve"> </w:t>
      </w:r>
      <w:proofErr w:type="spellStart"/>
      <w:r w:rsidRPr="009B4EA6">
        <w:t>permitido</w:t>
      </w:r>
      <w:proofErr w:type="spellEnd"/>
      <w:r w:rsidRPr="009B4EA6">
        <w:t xml:space="preserve"> é de 3 </w:t>
      </w:r>
      <w:proofErr w:type="spellStart"/>
      <w:r w:rsidRPr="009B4EA6">
        <w:t>pessoas</w:t>
      </w:r>
      <w:proofErr w:type="spellEnd"/>
      <w:r w:rsidRPr="009B4EA6">
        <w:t xml:space="preserve"> </w:t>
      </w:r>
      <w:proofErr w:type="spellStart"/>
      <w:r w:rsidRPr="009B4EA6">
        <w:t>por</w:t>
      </w:r>
      <w:proofErr w:type="spellEnd"/>
      <w:r w:rsidRPr="009B4EA6">
        <w:t xml:space="preserve"> </w:t>
      </w:r>
      <w:proofErr w:type="spellStart"/>
      <w:r w:rsidRPr="009B4EA6">
        <w:t>apartamento</w:t>
      </w:r>
      <w:proofErr w:type="spellEnd"/>
      <w:r w:rsidRPr="009B4EA6">
        <w:t xml:space="preserve">. A </w:t>
      </w:r>
      <w:proofErr w:type="spellStart"/>
      <w:r w:rsidRPr="009B4EA6">
        <w:t>cama</w:t>
      </w:r>
      <w:proofErr w:type="spellEnd"/>
      <w:r w:rsidRPr="009B4EA6">
        <w:t xml:space="preserve"> extra </w:t>
      </w:r>
      <w:proofErr w:type="spellStart"/>
      <w:r w:rsidRPr="009B4EA6">
        <w:t>na</w:t>
      </w:r>
      <w:proofErr w:type="spellEnd"/>
      <w:r w:rsidRPr="009B4EA6">
        <w:t xml:space="preserve"> Europa </w:t>
      </w:r>
      <w:proofErr w:type="spellStart"/>
      <w:r w:rsidRPr="009B4EA6">
        <w:t>geralmente</w:t>
      </w:r>
      <w:proofErr w:type="spellEnd"/>
      <w:r w:rsidRPr="009B4EA6">
        <w:t xml:space="preserve"> é </w:t>
      </w:r>
      <w:proofErr w:type="spellStart"/>
      <w:r w:rsidRPr="009B4EA6">
        <w:t>disponibilizada</w:t>
      </w:r>
      <w:proofErr w:type="spellEnd"/>
      <w:r w:rsidRPr="009B4EA6">
        <w:t xml:space="preserve"> </w:t>
      </w:r>
      <w:proofErr w:type="spellStart"/>
      <w:r w:rsidRPr="009B4EA6">
        <w:t>na</w:t>
      </w:r>
      <w:proofErr w:type="spellEnd"/>
      <w:r w:rsidRPr="009B4EA6">
        <w:t xml:space="preserve"> forma de </w:t>
      </w:r>
      <w:proofErr w:type="spellStart"/>
      <w:r w:rsidRPr="009B4EA6">
        <w:t>colchão</w:t>
      </w:r>
      <w:proofErr w:type="spellEnd"/>
      <w:r w:rsidRPr="009B4EA6">
        <w:t xml:space="preserve"> no </w:t>
      </w:r>
      <w:proofErr w:type="spellStart"/>
      <w:r w:rsidRPr="009B4EA6">
        <w:t>chão</w:t>
      </w:r>
      <w:proofErr w:type="spellEnd"/>
      <w:r w:rsidRPr="009B4EA6">
        <w:t xml:space="preserve"> </w:t>
      </w:r>
      <w:proofErr w:type="spellStart"/>
      <w:r w:rsidRPr="009B4EA6">
        <w:t>ou</w:t>
      </w:r>
      <w:proofErr w:type="spellEnd"/>
      <w:r w:rsidRPr="009B4EA6">
        <w:t xml:space="preserve"> </w:t>
      </w:r>
      <w:proofErr w:type="spellStart"/>
      <w:r w:rsidRPr="009B4EA6">
        <w:t>sofá-cama</w:t>
      </w:r>
      <w:proofErr w:type="spellEnd"/>
      <w:r w:rsidRPr="009B4EA6">
        <w:t xml:space="preserve">, </w:t>
      </w:r>
      <w:proofErr w:type="spellStart"/>
      <w:r w:rsidRPr="009B4EA6">
        <w:t>portanto</w:t>
      </w:r>
      <w:proofErr w:type="spellEnd"/>
      <w:r w:rsidRPr="009B4EA6">
        <w:t xml:space="preserve"> </w:t>
      </w:r>
      <w:proofErr w:type="spellStart"/>
      <w:r w:rsidRPr="009B4EA6">
        <w:t>pode</w:t>
      </w:r>
      <w:proofErr w:type="spellEnd"/>
      <w:r w:rsidRPr="009B4EA6">
        <w:t xml:space="preserve"> </w:t>
      </w:r>
      <w:proofErr w:type="spellStart"/>
      <w:r w:rsidRPr="009B4EA6">
        <w:t>não</w:t>
      </w:r>
      <w:proofErr w:type="spellEnd"/>
      <w:r w:rsidRPr="009B4EA6">
        <w:t xml:space="preserve"> ser </w:t>
      </w:r>
      <w:proofErr w:type="spellStart"/>
      <w:r w:rsidRPr="009B4EA6">
        <w:t>tão</w:t>
      </w:r>
      <w:proofErr w:type="spellEnd"/>
      <w:r w:rsidRPr="009B4EA6">
        <w:t xml:space="preserve"> </w:t>
      </w:r>
      <w:proofErr w:type="spellStart"/>
      <w:r w:rsidRPr="009B4EA6">
        <w:t>confortável</w:t>
      </w:r>
      <w:proofErr w:type="spellEnd"/>
      <w:r w:rsidRPr="009B4EA6">
        <w:t xml:space="preserve">. </w:t>
      </w:r>
    </w:p>
    <w:p w14:paraId="18471D43" w14:textId="77777777" w:rsidR="009B4EA6" w:rsidRPr="009B4EA6" w:rsidRDefault="009B4EA6" w:rsidP="009B4EA6">
      <w:pPr>
        <w:pStyle w:val="PargrafodaLista"/>
        <w:numPr>
          <w:ilvl w:val="0"/>
          <w:numId w:val="31"/>
        </w:numPr>
        <w:spacing w:after="40" w:line="252" w:lineRule="auto"/>
        <w:jc w:val="both"/>
      </w:pPr>
      <w:proofErr w:type="spellStart"/>
      <w:r w:rsidRPr="009B4EA6">
        <w:t>Crianças</w:t>
      </w:r>
      <w:proofErr w:type="spellEnd"/>
      <w:r w:rsidRPr="009B4EA6">
        <w:t xml:space="preserve"> </w:t>
      </w:r>
      <w:proofErr w:type="spellStart"/>
      <w:r w:rsidRPr="009B4EA6">
        <w:t>acima</w:t>
      </w:r>
      <w:proofErr w:type="spellEnd"/>
      <w:r w:rsidRPr="009B4EA6">
        <w:t xml:space="preserve"> de 4 </w:t>
      </w:r>
      <w:proofErr w:type="spellStart"/>
      <w:r w:rsidRPr="009B4EA6">
        <w:t>anos</w:t>
      </w:r>
      <w:proofErr w:type="spellEnd"/>
      <w:r w:rsidRPr="009B4EA6">
        <w:t xml:space="preserve"> </w:t>
      </w:r>
      <w:proofErr w:type="spellStart"/>
      <w:r w:rsidRPr="009B4EA6">
        <w:t>devem</w:t>
      </w:r>
      <w:proofErr w:type="spellEnd"/>
      <w:r w:rsidRPr="009B4EA6">
        <w:t xml:space="preserve"> </w:t>
      </w:r>
      <w:proofErr w:type="spellStart"/>
      <w:r w:rsidRPr="009B4EA6">
        <w:t>obrigatoriamente</w:t>
      </w:r>
      <w:proofErr w:type="spellEnd"/>
      <w:r w:rsidRPr="009B4EA6">
        <w:t xml:space="preserve"> </w:t>
      </w:r>
      <w:proofErr w:type="spellStart"/>
      <w:r w:rsidRPr="009B4EA6">
        <w:t>utilizar</w:t>
      </w:r>
      <w:proofErr w:type="spellEnd"/>
      <w:r w:rsidRPr="009B4EA6">
        <w:t xml:space="preserve"> </w:t>
      </w:r>
      <w:proofErr w:type="spellStart"/>
      <w:r w:rsidRPr="009B4EA6">
        <w:t>cama</w:t>
      </w:r>
      <w:proofErr w:type="spellEnd"/>
      <w:r w:rsidRPr="009B4EA6">
        <w:t xml:space="preserve"> extra, </w:t>
      </w:r>
      <w:proofErr w:type="spellStart"/>
      <w:r w:rsidRPr="009B4EA6">
        <w:t>conforme</w:t>
      </w:r>
      <w:proofErr w:type="spellEnd"/>
      <w:r w:rsidRPr="009B4EA6">
        <w:t xml:space="preserve"> as </w:t>
      </w:r>
      <w:proofErr w:type="spellStart"/>
      <w:r w:rsidRPr="009B4EA6">
        <w:t>normas</w:t>
      </w:r>
      <w:proofErr w:type="spellEnd"/>
      <w:r w:rsidRPr="009B4EA6">
        <w:t xml:space="preserve"> da Europa. </w:t>
      </w:r>
    </w:p>
    <w:p w14:paraId="7B3A5A85" w14:textId="77777777" w:rsidR="009B4EA6" w:rsidRPr="009B4EA6" w:rsidRDefault="009B4EA6" w:rsidP="009B4EA6">
      <w:pPr>
        <w:pStyle w:val="PargrafodaLista"/>
        <w:numPr>
          <w:ilvl w:val="0"/>
          <w:numId w:val="31"/>
        </w:numPr>
        <w:spacing w:after="40" w:line="252" w:lineRule="auto"/>
        <w:jc w:val="both"/>
      </w:pPr>
      <w:r w:rsidRPr="009B4EA6">
        <w:t xml:space="preserve">Todos </w:t>
      </w:r>
      <w:proofErr w:type="spellStart"/>
      <w:r w:rsidRPr="009B4EA6">
        <w:t>os</w:t>
      </w:r>
      <w:proofErr w:type="spellEnd"/>
      <w:r w:rsidRPr="009B4EA6">
        <w:t xml:space="preserve"> </w:t>
      </w:r>
      <w:proofErr w:type="spellStart"/>
      <w:r w:rsidRPr="009B4EA6">
        <w:t>apartamentos</w:t>
      </w:r>
      <w:proofErr w:type="spellEnd"/>
      <w:r w:rsidRPr="009B4EA6">
        <w:t xml:space="preserve"> </w:t>
      </w:r>
      <w:proofErr w:type="spellStart"/>
      <w:r w:rsidRPr="009B4EA6">
        <w:t>oferecidos</w:t>
      </w:r>
      <w:proofErr w:type="spellEnd"/>
      <w:r w:rsidRPr="009B4EA6">
        <w:t xml:space="preserve"> </w:t>
      </w:r>
      <w:proofErr w:type="spellStart"/>
      <w:r w:rsidRPr="009B4EA6">
        <w:t>serão</w:t>
      </w:r>
      <w:proofErr w:type="spellEnd"/>
      <w:r w:rsidRPr="009B4EA6">
        <w:t xml:space="preserve"> da </w:t>
      </w:r>
      <w:proofErr w:type="spellStart"/>
      <w:r w:rsidRPr="009B4EA6">
        <w:t>categoria</w:t>
      </w:r>
      <w:proofErr w:type="spellEnd"/>
      <w:r w:rsidRPr="009B4EA6">
        <w:t xml:space="preserve"> </w:t>
      </w:r>
      <w:proofErr w:type="spellStart"/>
      <w:r w:rsidRPr="009B4EA6">
        <w:t>básica</w:t>
      </w:r>
      <w:proofErr w:type="spellEnd"/>
      <w:r w:rsidRPr="009B4EA6">
        <w:t xml:space="preserve">. </w:t>
      </w:r>
    </w:p>
    <w:p w14:paraId="08AF8F97" w14:textId="77777777" w:rsidR="009B4EA6" w:rsidRPr="009B4EA6" w:rsidRDefault="009B4EA6" w:rsidP="009B4EA6">
      <w:pPr>
        <w:pStyle w:val="PargrafodaLista"/>
        <w:numPr>
          <w:ilvl w:val="0"/>
          <w:numId w:val="31"/>
        </w:numPr>
        <w:spacing w:after="40" w:line="252" w:lineRule="auto"/>
        <w:jc w:val="both"/>
      </w:pPr>
      <w:r w:rsidRPr="009B4EA6">
        <w:t xml:space="preserve">Check-in </w:t>
      </w:r>
      <w:proofErr w:type="spellStart"/>
      <w:r w:rsidRPr="009B4EA6">
        <w:t>nos</w:t>
      </w:r>
      <w:proofErr w:type="spellEnd"/>
      <w:r w:rsidRPr="009B4EA6">
        <w:t xml:space="preserve"> </w:t>
      </w:r>
      <w:proofErr w:type="spellStart"/>
      <w:r w:rsidRPr="009B4EA6">
        <w:t>hotéis</w:t>
      </w:r>
      <w:proofErr w:type="spellEnd"/>
      <w:r w:rsidRPr="009B4EA6">
        <w:t xml:space="preserve">: a </w:t>
      </w:r>
      <w:proofErr w:type="spellStart"/>
      <w:r w:rsidRPr="009B4EA6">
        <w:t>partir</w:t>
      </w:r>
      <w:proofErr w:type="spellEnd"/>
      <w:r w:rsidRPr="009B4EA6">
        <w:t xml:space="preserve"> das 15h00 | Check-out: </w:t>
      </w:r>
      <w:proofErr w:type="spellStart"/>
      <w:r w:rsidRPr="009B4EA6">
        <w:t>até</w:t>
      </w:r>
      <w:proofErr w:type="spellEnd"/>
      <w:r w:rsidRPr="009B4EA6">
        <w:t xml:space="preserve"> 11h00 </w:t>
      </w:r>
    </w:p>
    <w:p w14:paraId="52243D4A" w14:textId="4B28EDE7" w:rsidR="009B4EA6" w:rsidRPr="009B4EA6" w:rsidRDefault="009B4EA6" w:rsidP="009B4EA6">
      <w:pPr>
        <w:pStyle w:val="PargrafodaLista"/>
        <w:numPr>
          <w:ilvl w:val="0"/>
          <w:numId w:val="31"/>
        </w:numPr>
        <w:spacing w:after="40" w:line="252" w:lineRule="auto"/>
        <w:jc w:val="both"/>
      </w:pPr>
      <w:r w:rsidRPr="009B4EA6">
        <w:t xml:space="preserve">café da </w:t>
      </w:r>
      <w:proofErr w:type="spellStart"/>
      <w:r w:rsidRPr="009B4EA6">
        <w:t>manhã</w:t>
      </w:r>
      <w:proofErr w:type="spellEnd"/>
      <w:r w:rsidRPr="009B4EA6">
        <w:t xml:space="preserve"> </w:t>
      </w:r>
      <w:proofErr w:type="spellStart"/>
      <w:r w:rsidRPr="009B4EA6">
        <w:t>será</w:t>
      </w:r>
      <w:proofErr w:type="spellEnd"/>
      <w:r w:rsidRPr="009B4EA6">
        <w:t xml:space="preserve"> </w:t>
      </w:r>
      <w:proofErr w:type="spellStart"/>
      <w:r w:rsidRPr="009B4EA6">
        <w:t>oferecido</w:t>
      </w:r>
      <w:proofErr w:type="spellEnd"/>
      <w:r w:rsidRPr="009B4EA6">
        <w:t xml:space="preserve"> </w:t>
      </w:r>
      <w:proofErr w:type="spellStart"/>
      <w:r w:rsidRPr="009B4EA6">
        <w:t>conforme</w:t>
      </w:r>
      <w:proofErr w:type="spellEnd"/>
      <w:r w:rsidRPr="009B4EA6">
        <w:t xml:space="preserve"> a </w:t>
      </w:r>
      <w:proofErr w:type="spellStart"/>
      <w:r w:rsidRPr="009B4EA6">
        <w:t>política</w:t>
      </w:r>
      <w:proofErr w:type="spellEnd"/>
      <w:r w:rsidRPr="009B4EA6">
        <w:t xml:space="preserve"> </w:t>
      </w:r>
      <w:proofErr w:type="spellStart"/>
      <w:r w:rsidRPr="009B4EA6">
        <w:t>ou</w:t>
      </w:r>
      <w:proofErr w:type="spellEnd"/>
      <w:r w:rsidRPr="009B4EA6">
        <w:t xml:space="preserve"> </w:t>
      </w:r>
      <w:proofErr w:type="spellStart"/>
      <w:r w:rsidRPr="009B4EA6">
        <w:t>disponibilidade</w:t>
      </w:r>
      <w:proofErr w:type="spellEnd"/>
      <w:r w:rsidRPr="009B4EA6">
        <w:t xml:space="preserve"> de </w:t>
      </w:r>
      <w:proofErr w:type="spellStart"/>
      <w:r w:rsidRPr="009B4EA6">
        <w:t>cada</w:t>
      </w:r>
      <w:proofErr w:type="spellEnd"/>
      <w:r w:rsidRPr="009B4EA6">
        <w:t xml:space="preserve"> hotel. </w:t>
      </w:r>
    </w:p>
    <w:p w14:paraId="53502AE1" w14:textId="77777777" w:rsidR="009B4EA6" w:rsidRPr="009B4EA6" w:rsidRDefault="009B4EA6" w:rsidP="009B4EA6">
      <w:pPr>
        <w:pStyle w:val="PargrafodaLista"/>
        <w:numPr>
          <w:ilvl w:val="0"/>
          <w:numId w:val="31"/>
        </w:numPr>
        <w:spacing w:after="40" w:line="252" w:lineRule="auto"/>
        <w:jc w:val="both"/>
      </w:pPr>
      <w:r w:rsidRPr="009B4EA6">
        <w:t xml:space="preserve">Nem </w:t>
      </w:r>
      <w:proofErr w:type="spellStart"/>
      <w:r w:rsidRPr="009B4EA6">
        <w:t>todos</w:t>
      </w:r>
      <w:proofErr w:type="spellEnd"/>
      <w:r w:rsidRPr="009B4EA6">
        <w:t xml:space="preserve"> </w:t>
      </w:r>
      <w:proofErr w:type="spellStart"/>
      <w:r w:rsidRPr="009B4EA6">
        <w:t>os</w:t>
      </w:r>
      <w:proofErr w:type="spellEnd"/>
      <w:r w:rsidRPr="009B4EA6">
        <w:t xml:space="preserve"> </w:t>
      </w:r>
      <w:proofErr w:type="spellStart"/>
      <w:r w:rsidRPr="009B4EA6">
        <w:t>hotéis</w:t>
      </w:r>
      <w:proofErr w:type="spellEnd"/>
      <w:r w:rsidRPr="009B4EA6">
        <w:t xml:space="preserve"> </w:t>
      </w:r>
      <w:proofErr w:type="spellStart"/>
      <w:r w:rsidRPr="009B4EA6">
        <w:t>possuem</w:t>
      </w:r>
      <w:proofErr w:type="spellEnd"/>
      <w:r w:rsidRPr="009B4EA6">
        <w:t xml:space="preserve"> </w:t>
      </w:r>
      <w:proofErr w:type="spellStart"/>
      <w:r w:rsidRPr="009B4EA6">
        <w:t>facilidades</w:t>
      </w:r>
      <w:proofErr w:type="spellEnd"/>
      <w:r w:rsidRPr="009B4EA6">
        <w:t xml:space="preserve"> para </w:t>
      </w:r>
      <w:proofErr w:type="spellStart"/>
      <w:r w:rsidRPr="009B4EA6">
        <w:t>preparo</w:t>
      </w:r>
      <w:proofErr w:type="spellEnd"/>
      <w:r w:rsidRPr="009B4EA6">
        <w:t xml:space="preserve"> de </w:t>
      </w:r>
      <w:proofErr w:type="spellStart"/>
      <w:r w:rsidRPr="009B4EA6">
        <w:t>chá</w:t>
      </w:r>
      <w:proofErr w:type="spellEnd"/>
      <w:r w:rsidRPr="009B4EA6">
        <w:t xml:space="preserve">/café no </w:t>
      </w:r>
      <w:proofErr w:type="spellStart"/>
      <w:r w:rsidRPr="009B4EA6">
        <w:t>apartamento</w:t>
      </w:r>
      <w:proofErr w:type="spellEnd"/>
      <w:r w:rsidRPr="009B4EA6">
        <w:t xml:space="preserve">. </w:t>
      </w:r>
      <w:proofErr w:type="spellStart"/>
      <w:r w:rsidRPr="009B4EA6">
        <w:t>Isso</w:t>
      </w:r>
      <w:proofErr w:type="spellEnd"/>
      <w:r w:rsidRPr="009B4EA6">
        <w:t xml:space="preserve"> varia de hotel para hotel e de </w:t>
      </w:r>
      <w:proofErr w:type="spellStart"/>
      <w:r w:rsidRPr="009B4EA6">
        <w:t>cidade</w:t>
      </w:r>
      <w:proofErr w:type="spellEnd"/>
      <w:r w:rsidRPr="009B4EA6">
        <w:t xml:space="preserve"> para </w:t>
      </w:r>
      <w:proofErr w:type="spellStart"/>
      <w:r w:rsidRPr="009B4EA6">
        <w:t>cidade</w:t>
      </w:r>
      <w:proofErr w:type="spellEnd"/>
      <w:r w:rsidRPr="009B4EA6">
        <w:t xml:space="preserve">. </w:t>
      </w:r>
    </w:p>
    <w:p w14:paraId="4589E243" w14:textId="77777777" w:rsidR="009B4EA6" w:rsidRPr="009B4EA6" w:rsidRDefault="009B4EA6" w:rsidP="009B4EA6">
      <w:pPr>
        <w:pStyle w:val="PargrafodaLista"/>
        <w:numPr>
          <w:ilvl w:val="0"/>
          <w:numId w:val="31"/>
        </w:numPr>
        <w:spacing w:after="40" w:line="252" w:lineRule="auto"/>
        <w:jc w:val="both"/>
      </w:pPr>
      <w:r w:rsidRPr="009B4EA6">
        <w:t xml:space="preserve">Favor </w:t>
      </w:r>
      <w:proofErr w:type="spellStart"/>
      <w:r w:rsidRPr="009B4EA6">
        <w:t>informar</w:t>
      </w:r>
      <w:proofErr w:type="spellEnd"/>
      <w:r w:rsidRPr="009B4EA6">
        <w:t xml:space="preserve"> </w:t>
      </w:r>
      <w:proofErr w:type="spellStart"/>
      <w:r w:rsidRPr="009B4EA6">
        <w:t>aos</w:t>
      </w:r>
      <w:proofErr w:type="spellEnd"/>
      <w:r w:rsidRPr="009B4EA6">
        <w:t xml:space="preserve"> </w:t>
      </w:r>
      <w:proofErr w:type="spellStart"/>
      <w:r w:rsidRPr="009B4EA6">
        <w:t>clientes</w:t>
      </w:r>
      <w:proofErr w:type="spellEnd"/>
      <w:r w:rsidRPr="009B4EA6">
        <w:t xml:space="preserve"> </w:t>
      </w:r>
      <w:proofErr w:type="spellStart"/>
      <w:r w:rsidRPr="009B4EA6">
        <w:t>que</w:t>
      </w:r>
      <w:proofErr w:type="spellEnd"/>
      <w:r w:rsidRPr="009B4EA6">
        <w:t xml:space="preserve"> a </w:t>
      </w:r>
      <w:proofErr w:type="gramStart"/>
      <w:r w:rsidRPr="009B4EA6">
        <w:t>taxa</w:t>
      </w:r>
      <w:proofErr w:type="gramEnd"/>
      <w:r w:rsidRPr="009B4EA6">
        <w:t xml:space="preserve"> de turismo / city tax, </w:t>
      </w:r>
      <w:proofErr w:type="spellStart"/>
      <w:r w:rsidRPr="009B4EA6">
        <w:t>cobrada</w:t>
      </w:r>
      <w:proofErr w:type="spellEnd"/>
      <w:r w:rsidRPr="009B4EA6">
        <w:t xml:space="preserve"> </w:t>
      </w:r>
      <w:proofErr w:type="spellStart"/>
      <w:r w:rsidRPr="009B4EA6">
        <w:t>por</w:t>
      </w:r>
      <w:proofErr w:type="spellEnd"/>
      <w:r w:rsidRPr="009B4EA6">
        <w:t xml:space="preserve"> </w:t>
      </w:r>
      <w:proofErr w:type="spellStart"/>
      <w:r w:rsidRPr="009B4EA6">
        <w:t>pessoa</w:t>
      </w:r>
      <w:proofErr w:type="spellEnd"/>
      <w:r w:rsidRPr="009B4EA6">
        <w:t xml:space="preserve"> </w:t>
      </w:r>
      <w:proofErr w:type="spellStart"/>
      <w:r w:rsidRPr="009B4EA6">
        <w:t>por</w:t>
      </w:r>
      <w:proofErr w:type="spellEnd"/>
      <w:r w:rsidRPr="009B4EA6">
        <w:t xml:space="preserve"> </w:t>
      </w:r>
      <w:proofErr w:type="spellStart"/>
      <w:r w:rsidRPr="009B4EA6">
        <w:t>dia</w:t>
      </w:r>
      <w:proofErr w:type="spellEnd"/>
      <w:r w:rsidRPr="009B4EA6">
        <w:t xml:space="preserve">, varia de </w:t>
      </w:r>
      <w:proofErr w:type="spellStart"/>
      <w:r w:rsidRPr="009B4EA6">
        <w:t>acordo</w:t>
      </w:r>
      <w:proofErr w:type="spellEnd"/>
      <w:r w:rsidRPr="009B4EA6">
        <w:t xml:space="preserve"> com a </w:t>
      </w:r>
      <w:proofErr w:type="spellStart"/>
      <w:r w:rsidRPr="009B4EA6">
        <w:t>categoria</w:t>
      </w:r>
      <w:proofErr w:type="spellEnd"/>
      <w:r w:rsidRPr="009B4EA6">
        <w:t xml:space="preserve"> do hotel e </w:t>
      </w:r>
      <w:proofErr w:type="spellStart"/>
      <w:r w:rsidRPr="009B4EA6">
        <w:t>deverá</w:t>
      </w:r>
      <w:proofErr w:type="spellEnd"/>
      <w:r w:rsidRPr="009B4EA6">
        <w:t xml:space="preserve"> ser </w:t>
      </w:r>
      <w:proofErr w:type="spellStart"/>
      <w:r w:rsidRPr="009B4EA6">
        <w:t>paga</w:t>
      </w:r>
      <w:proofErr w:type="spellEnd"/>
      <w:r w:rsidRPr="009B4EA6">
        <w:t xml:space="preserve"> </w:t>
      </w:r>
      <w:proofErr w:type="spellStart"/>
      <w:r w:rsidRPr="009B4EA6">
        <w:t>diretamente</w:t>
      </w:r>
      <w:proofErr w:type="spellEnd"/>
      <w:r w:rsidRPr="009B4EA6">
        <w:t xml:space="preserve"> no hotel </w:t>
      </w:r>
      <w:proofErr w:type="spellStart"/>
      <w:r w:rsidRPr="009B4EA6">
        <w:t>pelo</w:t>
      </w:r>
      <w:proofErr w:type="spellEnd"/>
      <w:r w:rsidRPr="009B4EA6">
        <w:t xml:space="preserve"> </w:t>
      </w:r>
      <w:proofErr w:type="spellStart"/>
      <w:r w:rsidRPr="009B4EA6">
        <w:t>passageiro</w:t>
      </w:r>
      <w:proofErr w:type="spellEnd"/>
      <w:r w:rsidRPr="009B4EA6">
        <w:t xml:space="preserve">. </w:t>
      </w:r>
    </w:p>
    <w:p w14:paraId="3872A805" w14:textId="55BA0D17" w:rsidR="00B569A9" w:rsidRDefault="009B4EA6" w:rsidP="009B4EA6">
      <w:pPr>
        <w:pStyle w:val="PargrafodaLista"/>
        <w:numPr>
          <w:ilvl w:val="0"/>
          <w:numId w:val="31"/>
        </w:numPr>
        <w:spacing w:after="40" w:line="252" w:lineRule="auto"/>
        <w:jc w:val="both"/>
      </w:pPr>
      <w:proofErr w:type="spellStart"/>
      <w:r w:rsidRPr="009B4EA6">
        <w:t>Os</w:t>
      </w:r>
      <w:proofErr w:type="spellEnd"/>
      <w:r w:rsidRPr="009B4EA6">
        <w:t xml:space="preserve"> </w:t>
      </w:r>
      <w:proofErr w:type="spellStart"/>
      <w:r w:rsidRPr="009B4EA6">
        <w:t>traslados</w:t>
      </w:r>
      <w:proofErr w:type="spellEnd"/>
      <w:r w:rsidRPr="009B4EA6">
        <w:t xml:space="preserve"> do hotel </w:t>
      </w:r>
      <w:proofErr w:type="spellStart"/>
      <w:r w:rsidRPr="009B4EA6">
        <w:t>até</w:t>
      </w:r>
      <w:proofErr w:type="spellEnd"/>
      <w:r w:rsidRPr="009B4EA6">
        <w:t xml:space="preserve"> o </w:t>
      </w:r>
      <w:proofErr w:type="spellStart"/>
      <w:r w:rsidRPr="009B4EA6">
        <w:t>ponto</w:t>
      </w:r>
      <w:proofErr w:type="spellEnd"/>
      <w:r w:rsidRPr="009B4EA6">
        <w:t xml:space="preserve"> de </w:t>
      </w:r>
      <w:proofErr w:type="spellStart"/>
      <w:r w:rsidRPr="009B4EA6">
        <w:t>encontro</w:t>
      </w:r>
      <w:proofErr w:type="spellEnd"/>
      <w:r w:rsidRPr="009B4EA6">
        <w:t xml:space="preserve"> para </w:t>
      </w:r>
      <w:proofErr w:type="spellStart"/>
      <w:r w:rsidRPr="009B4EA6">
        <w:t>os</w:t>
      </w:r>
      <w:proofErr w:type="spellEnd"/>
      <w:r w:rsidRPr="009B4EA6">
        <w:t xml:space="preserve"> tours </w:t>
      </w:r>
      <w:proofErr w:type="spellStart"/>
      <w:r w:rsidRPr="009B4EA6">
        <w:t>em</w:t>
      </w:r>
      <w:proofErr w:type="spellEnd"/>
      <w:r w:rsidRPr="009B4EA6">
        <w:t xml:space="preserve"> SIC (</w:t>
      </w:r>
      <w:proofErr w:type="spellStart"/>
      <w:r w:rsidRPr="009B4EA6">
        <w:t>serviço</w:t>
      </w:r>
      <w:proofErr w:type="spellEnd"/>
      <w:r w:rsidRPr="009B4EA6">
        <w:t xml:space="preserve"> </w:t>
      </w:r>
      <w:proofErr w:type="spellStart"/>
      <w:r w:rsidRPr="009B4EA6">
        <w:t>compartilhado</w:t>
      </w:r>
      <w:proofErr w:type="spellEnd"/>
      <w:r w:rsidRPr="009B4EA6">
        <w:t xml:space="preserve">) </w:t>
      </w:r>
      <w:proofErr w:type="spellStart"/>
      <w:r w:rsidRPr="009B4EA6">
        <w:t>não</w:t>
      </w:r>
      <w:proofErr w:type="spellEnd"/>
      <w:r w:rsidRPr="009B4EA6">
        <w:t xml:space="preserve"> </w:t>
      </w:r>
      <w:proofErr w:type="spellStart"/>
      <w:r w:rsidRPr="009B4EA6">
        <w:t>estão</w:t>
      </w:r>
      <w:proofErr w:type="spellEnd"/>
      <w:r w:rsidRPr="009B4EA6">
        <w:t xml:space="preserve"> </w:t>
      </w:r>
      <w:proofErr w:type="spellStart"/>
      <w:r w:rsidRPr="009B4EA6">
        <w:t>incluídos</w:t>
      </w:r>
      <w:proofErr w:type="spellEnd"/>
      <w:r w:rsidRPr="009B4EA6">
        <w:t xml:space="preserve">. </w:t>
      </w:r>
      <w:proofErr w:type="spellStart"/>
      <w:r w:rsidRPr="009B4EA6">
        <w:t>Os</w:t>
      </w:r>
      <w:proofErr w:type="spellEnd"/>
      <w:r w:rsidRPr="009B4EA6">
        <w:t xml:space="preserve"> </w:t>
      </w:r>
      <w:proofErr w:type="spellStart"/>
      <w:r w:rsidRPr="009B4EA6">
        <w:t>passageiros</w:t>
      </w:r>
      <w:proofErr w:type="spellEnd"/>
      <w:r w:rsidRPr="009B4EA6">
        <w:t xml:space="preserve"> </w:t>
      </w:r>
      <w:proofErr w:type="spellStart"/>
      <w:r w:rsidRPr="009B4EA6">
        <w:t>deverão</w:t>
      </w:r>
      <w:proofErr w:type="spellEnd"/>
      <w:r w:rsidRPr="009B4EA6">
        <w:t xml:space="preserve"> </w:t>
      </w:r>
      <w:proofErr w:type="spellStart"/>
      <w:r w:rsidRPr="009B4EA6">
        <w:t>providenciar</w:t>
      </w:r>
      <w:proofErr w:type="spellEnd"/>
      <w:r w:rsidRPr="009B4EA6">
        <w:t xml:space="preserve"> esses </w:t>
      </w:r>
      <w:proofErr w:type="spellStart"/>
      <w:r w:rsidRPr="009B4EA6">
        <w:t>deslocamentos</w:t>
      </w:r>
      <w:proofErr w:type="spellEnd"/>
      <w:r w:rsidRPr="009B4EA6">
        <w:t xml:space="preserve"> </w:t>
      </w:r>
      <w:proofErr w:type="spellStart"/>
      <w:r w:rsidRPr="009B4EA6">
        <w:t>por</w:t>
      </w:r>
      <w:proofErr w:type="spellEnd"/>
      <w:r w:rsidRPr="009B4EA6">
        <w:t xml:space="preserve"> </w:t>
      </w:r>
      <w:proofErr w:type="spellStart"/>
      <w:r w:rsidRPr="009B4EA6">
        <w:t>conta</w:t>
      </w:r>
      <w:proofErr w:type="spellEnd"/>
      <w:r w:rsidRPr="009B4EA6">
        <w:t xml:space="preserve"> </w:t>
      </w:r>
      <w:proofErr w:type="spellStart"/>
      <w:r w:rsidRPr="009B4EA6">
        <w:t>própria</w:t>
      </w:r>
      <w:proofErr w:type="spellEnd"/>
      <w:r w:rsidRPr="009B4EA6">
        <w:t>.</w:t>
      </w:r>
    </w:p>
    <w:p w14:paraId="382B51D3" w14:textId="77777777" w:rsidR="009B4EA6" w:rsidRDefault="009B4EA6" w:rsidP="009B4EA6">
      <w:pPr>
        <w:spacing w:after="40" w:line="252" w:lineRule="auto"/>
        <w:jc w:val="both"/>
      </w:pPr>
    </w:p>
    <w:p w14:paraId="738C51A0" w14:textId="77777777" w:rsidR="009B4EA6" w:rsidRPr="009B4EA6" w:rsidRDefault="009B4EA6" w:rsidP="009B4EA6">
      <w:pPr>
        <w:spacing w:after="40" w:line="252" w:lineRule="auto"/>
        <w:jc w:val="both"/>
        <w:rPr>
          <w:b/>
          <w:color w:val="123C69"/>
          <w:sz w:val="22"/>
        </w:rPr>
      </w:pPr>
      <w:proofErr w:type="spellStart"/>
      <w:r w:rsidRPr="009B4EA6">
        <w:rPr>
          <w:b/>
          <w:color w:val="123C69"/>
          <w:sz w:val="22"/>
        </w:rPr>
        <w:t>Condições</w:t>
      </w:r>
      <w:proofErr w:type="spellEnd"/>
      <w:r w:rsidRPr="009B4EA6">
        <w:rPr>
          <w:b/>
          <w:color w:val="123C69"/>
          <w:sz w:val="22"/>
        </w:rPr>
        <w:t xml:space="preserve"> de </w:t>
      </w:r>
      <w:proofErr w:type="spellStart"/>
      <w:r w:rsidRPr="009B4EA6">
        <w:rPr>
          <w:b/>
          <w:color w:val="123C69"/>
          <w:sz w:val="22"/>
        </w:rPr>
        <w:t>pagamento</w:t>
      </w:r>
      <w:proofErr w:type="spellEnd"/>
    </w:p>
    <w:p w14:paraId="69245378" w14:textId="77777777" w:rsidR="009B4EA6" w:rsidRDefault="009B4EA6" w:rsidP="009B4EA6">
      <w:pPr>
        <w:pStyle w:val="PargrafodaLista"/>
        <w:numPr>
          <w:ilvl w:val="0"/>
          <w:numId w:val="31"/>
        </w:numPr>
        <w:spacing w:after="40" w:line="252" w:lineRule="auto"/>
        <w:jc w:val="both"/>
      </w:pPr>
      <w:r>
        <w:t xml:space="preserve">30% de entrada no </w:t>
      </w:r>
      <w:proofErr w:type="spellStart"/>
      <w:r>
        <w:t>ato</w:t>
      </w:r>
      <w:proofErr w:type="spellEnd"/>
      <w:r>
        <w:t xml:space="preserve"> da </w:t>
      </w:r>
      <w:proofErr w:type="spellStart"/>
      <w:r>
        <w:t>reserva</w:t>
      </w:r>
      <w:proofErr w:type="spellEnd"/>
      <w:r>
        <w:t xml:space="preserve"> </w:t>
      </w:r>
    </w:p>
    <w:p w14:paraId="31A3159C" w14:textId="77777777" w:rsidR="009B4EA6" w:rsidRDefault="009B4EA6" w:rsidP="009B4EA6">
      <w:pPr>
        <w:pStyle w:val="PargrafodaLista"/>
        <w:numPr>
          <w:ilvl w:val="0"/>
          <w:numId w:val="31"/>
        </w:numPr>
        <w:spacing w:after="40" w:line="252" w:lineRule="auto"/>
        <w:jc w:val="both"/>
      </w:pPr>
      <w:r>
        <w:t xml:space="preserve">70% </w:t>
      </w:r>
      <w:proofErr w:type="spellStart"/>
      <w:r>
        <w:t>restantes</w:t>
      </w:r>
      <w:proofErr w:type="spellEnd"/>
      <w:r>
        <w:t xml:space="preserve"> </w:t>
      </w:r>
      <w:proofErr w:type="spellStart"/>
      <w:r>
        <w:t>deverão</w:t>
      </w:r>
      <w:proofErr w:type="spellEnd"/>
      <w:r>
        <w:t xml:space="preserve"> ser </w:t>
      </w:r>
      <w:proofErr w:type="spellStart"/>
      <w:r>
        <w:t>pagos</w:t>
      </w:r>
      <w:proofErr w:type="spellEnd"/>
      <w:r>
        <w:t xml:space="preserve"> 50 </w:t>
      </w:r>
      <w:proofErr w:type="spellStart"/>
      <w:r>
        <w:t>dias</w:t>
      </w:r>
      <w:proofErr w:type="spellEnd"/>
      <w:r>
        <w:t xml:space="preserve"> antes da </w:t>
      </w:r>
      <w:proofErr w:type="spellStart"/>
      <w:r>
        <w:t>partida</w:t>
      </w:r>
      <w:proofErr w:type="spellEnd"/>
      <w:r>
        <w:t xml:space="preserve"> </w:t>
      </w:r>
    </w:p>
    <w:p w14:paraId="5880D48B" w14:textId="77777777" w:rsidR="009B4EA6" w:rsidRDefault="009B4EA6" w:rsidP="009B4EA6">
      <w:pPr>
        <w:spacing w:after="40" w:line="252" w:lineRule="auto"/>
        <w:jc w:val="both"/>
      </w:pPr>
    </w:p>
    <w:p w14:paraId="6166AE4A" w14:textId="77777777" w:rsidR="009B4EA6" w:rsidRPr="009B4EA6" w:rsidRDefault="009B4EA6" w:rsidP="009B4EA6">
      <w:pPr>
        <w:spacing w:after="40" w:line="252" w:lineRule="auto"/>
        <w:jc w:val="both"/>
        <w:rPr>
          <w:b/>
          <w:color w:val="123C69"/>
          <w:sz w:val="22"/>
        </w:rPr>
      </w:pPr>
      <w:r w:rsidRPr="009B4EA6">
        <w:rPr>
          <w:b/>
          <w:color w:val="123C69"/>
          <w:sz w:val="22"/>
        </w:rPr>
        <w:t xml:space="preserve">Política de </w:t>
      </w:r>
      <w:proofErr w:type="spellStart"/>
      <w:r w:rsidRPr="009B4EA6">
        <w:rPr>
          <w:b/>
          <w:color w:val="123C69"/>
          <w:sz w:val="22"/>
        </w:rPr>
        <w:t>cancelamento</w:t>
      </w:r>
      <w:proofErr w:type="spellEnd"/>
    </w:p>
    <w:p w14:paraId="3B3925E6" w14:textId="77777777" w:rsidR="009B4EA6" w:rsidRDefault="009B4EA6" w:rsidP="009B4EA6">
      <w:pPr>
        <w:pStyle w:val="PargrafodaLista"/>
        <w:numPr>
          <w:ilvl w:val="0"/>
          <w:numId w:val="31"/>
        </w:numPr>
        <w:spacing w:after="40" w:line="252" w:lineRule="auto"/>
        <w:jc w:val="both"/>
      </w:pPr>
      <w:r>
        <w:t xml:space="preserve">O valor de </w:t>
      </w:r>
      <w:proofErr w:type="spellStart"/>
      <w:r>
        <w:t>registro</w:t>
      </w:r>
      <w:proofErr w:type="spellEnd"/>
      <w:r>
        <w:t>/</w:t>
      </w:r>
      <w:proofErr w:type="spellStart"/>
      <w:r>
        <w:t>reserva</w:t>
      </w:r>
      <w:proofErr w:type="spellEnd"/>
      <w:r>
        <w:t xml:space="preserve"> (30% do valor do </w:t>
      </w:r>
      <w:proofErr w:type="spellStart"/>
      <w:r>
        <w:t>pacote</w:t>
      </w:r>
      <w:proofErr w:type="spellEnd"/>
      <w:r>
        <w:t xml:space="preserve">) é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reembolsável</w:t>
      </w:r>
      <w:proofErr w:type="spellEnd"/>
      <w:r>
        <w:t xml:space="preserve"> </w:t>
      </w:r>
    </w:p>
    <w:p w14:paraId="1A6FBA4E" w14:textId="77777777" w:rsidR="009B4EA6" w:rsidRDefault="009B4EA6" w:rsidP="009B4EA6">
      <w:pPr>
        <w:pStyle w:val="PargrafodaLista"/>
        <w:numPr>
          <w:ilvl w:val="0"/>
          <w:numId w:val="31"/>
        </w:numPr>
        <w:spacing w:after="40" w:line="252" w:lineRule="auto"/>
        <w:jc w:val="both"/>
      </w:pPr>
      <w:r>
        <w:t xml:space="preserve">Entre 30 e 45 </w:t>
      </w:r>
      <w:proofErr w:type="spellStart"/>
      <w:r>
        <w:t>dias</w:t>
      </w:r>
      <w:proofErr w:type="spellEnd"/>
      <w:r>
        <w:t xml:space="preserve"> antes da </w:t>
      </w:r>
      <w:proofErr w:type="spellStart"/>
      <w:r>
        <w:t>partida</w:t>
      </w:r>
      <w:proofErr w:type="spellEnd"/>
      <w:r>
        <w:t xml:space="preserve">, a </w:t>
      </w:r>
      <w:proofErr w:type="spellStart"/>
      <w:r>
        <w:t>multa</w:t>
      </w:r>
      <w:proofErr w:type="spellEnd"/>
      <w:r>
        <w:t xml:space="preserve"> de </w:t>
      </w:r>
      <w:proofErr w:type="spellStart"/>
      <w:r>
        <w:t>cancelamento</w:t>
      </w:r>
      <w:proofErr w:type="spellEnd"/>
      <w:r>
        <w:t xml:space="preserve"> </w:t>
      </w:r>
      <w:proofErr w:type="spellStart"/>
      <w:r>
        <w:t>será</w:t>
      </w:r>
      <w:proofErr w:type="spellEnd"/>
      <w:r>
        <w:t xml:space="preserve"> de 50% do valor total do </w:t>
      </w:r>
      <w:proofErr w:type="spellStart"/>
      <w:r>
        <w:t>pacote</w:t>
      </w:r>
      <w:proofErr w:type="spellEnd"/>
      <w:r>
        <w:t xml:space="preserve"> </w:t>
      </w:r>
    </w:p>
    <w:p w14:paraId="4B4AFC54" w14:textId="77777777" w:rsidR="009B4EA6" w:rsidRDefault="009B4EA6" w:rsidP="009B4EA6">
      <w:pPr>
        <w:pStyle w:val="PargrafodaLista"/>
        <w:numPr>
          <w:ilvl w:val="0"/>
          <w:numId w:val="31"/>
        </w:numPr>
        <w:spacing w:after="40" w:line="252" w:lineRule="auto"/>
        <w:jc w:val="both"/>
      </w:pPr>
      <w:r>
        <w:t xml:space="preserve">Com </w:t>
      </w:r>
      <w:proofErr w:type="spellStart"/>
      <w:r>
        <w:t>menos</w:t>
      </w:r>
      <w:proofErr w:type="spellEnd"/>
      <w:r>
        <w:t xml:space="preserve"> de 30 </w:t>
      </w:r>
      <w:proofErr w:type="spellStart"/>
      <w:r>
        <w:t>dias</w:t>
      </w:r>
      <w:proofErr w:type="spellEnd"/>
      <w:r>
        <w:t xml:space="preserve"> antes da </w:t>
      </w:r>
      <w:proofErr w:type="spellStart"/>
      <w:r>
        <w:t>partida</w:t>
      </w:r>
      <w:proofErr w:type="spellEnd"/>
      <w:r>
        <w:t xml:space="preserve">, a </w:t>
      </w:r>
      <w:proofErr w:type="spellStart"/>
      <w:r>
        <w:t>multa</w:t>
      </w:r>
      <w:proofErr w:type="spellEnd"/>
      <w:r>
        <w:t xml:space="preserve"> de </w:t>
      </w:r>
      <w:proofErr w:type="spellStart"/>
      <w:r>
        <w:t>cancelamento</w:t>
      </w:r>
      <w:proofErr w:type="spellEnd"/>
      <w:r>
        <w:t xml:space="preserve"> </w:t>
      </w:r>
      <w:proofErr w:type="spellStart"/>
      <w:r>
        <w:t>será</w:t>
      </w:r>
      <w:proofErr w:type="spellEnd"/>
      <w:r>
        <w:t xml:space="preserve"> de 100% do valor total do </w:t>
      </w:r>
      <w:proofErr w:type="spellStart"/>
      <w:r>
        <w:t>pacote</w:t>
      </w:r>
      <w:proofErr w:type="spellEnd"/>
      <w:r>
        <w:t xml:space="preserve"> </w:t>
      </w:r>
    </w:p>
    <w:p w14:paraId="3B4819AD" w14:textId="77777777" w:rsidR="009B4EA6" w:rsidRDefault="009B4EA6" w:rsidP="009B4EA6">
      <w:pPr>
        <w:spacing w:after="40" w:line="252" w:lineRule="auto"/>
        <w:jc w:val="both"/>
      </w:pPr>
    </w:p>
    <w:p w14:paraId="580DCA4D" w14:textId="77777777" w:rsidR="009B4EA6" w:rsidRPr="009B4EA6" w:rsidRDefault="009B4EA6" w:rsidP="009B4EA6">
      <w:pPr>
        <w:spacing w:after="40" w:line="252" w:lineRule="auto"/>
        <w:jc w:val="both"/>
        <w:rPr>
          <w:b/>
          <w:color w:val="123C69"/>
          <w:sz w:val="22"/>
        </w:rPr>
      </w:pPr>
      <w:proofErr w:type="spellStart"/>
      <w:r w:rsidRPr="009B4EA6">
        <w:rPr>
          <w:b/>
          <w:color w:val="123C69"/>
          <w:sz w:val="22"/>
        </w:rPr>
        <w:t>Período</w:t>
      </w:r>
      <w:proofErr w:type="spellEnd"/>
      <w:r w:rsidRPr="009B4EA6">
        <w:rPr>
          <w:b/>
          <w:color w:val="123C69"/>
          <w:sz w:val="22"/>
        </w:rPr>
        <w:t xml:space="preserve"> de </w:t>
      </w:r>
      <w:proofErr w:type="spellStart"/>
      <w:r w:rsidRPr="009B4EA6">
        <w:rPr>
          <w:b/>
          <w:color w:val="123C69"/>
          <w:sz w:val="22"/>
        </w:rPr>
        <w:t>viagem</w:t>
      </w:r>
      <w:proofErr w:type="spellEnd"/>
    </w:p>
    <w:p w14:paraId="2416DE9D" w14:textId="77777777" w:rsidR="009B4EA6" w:rsidRDefault="009B4EA6" w:rsidP="009B4EA6">
      <w:pPr>
        <w:pStyle w:val="PargrafodaLista"/>
        <w:numPr>
          <w:ilvl w:val="0"/>
          <w:numId w:val="31"/>
        </w:numPr>
        <w:spacing w:after="40" w:line="252" w:lineRule="auto"/>
        <w:jc w:val="both"/>
      </w:pPr>
      <w:r>
        <w:t xml:space="preserve">De 01 de Abril de 2026 </w:t>
      </w:r>
      <w:proofErr w:type="spellStart"/>
      <w:r>
        <w:t>até</w:t>
      </w:r>
      <w:proofErr w:type="spellEnd"/>
      <w:r>
        <w:t xml:space="preserve"> 31 de </w:t>
      </w:r>
      <w:proofErr w:type="spellStart"/>
      <w:r>
        <w:t>Março</w:t>
      </w:r>
      <w:proofErr w:type="spellEnd"/>
      <w:r>
        <w:t xml:space="preserve"> de 2027.</w:t>
      </w:r>
    </w:p>
    <w:p w14:paraId="1C67036E" w14:textId="77777777" w:rsidR="009B4EA6" w:rsidRDefault="009B4EA6" w:rsidP="009B4EA6">
      <w:pPr>
        <w:pStyle w:val="PargrafodaLista"/>
        <w:numPr>
          <w:ilvl w:val="0"/>
          <w:numId w:val="31"/>
        </w:numPr>
        <w:spacing w:after="40" w:line="252" w:lineRule="auto"/>
        <w:jc w:val="both"/>
      </w:pPr>
      <w:proofErr w:type="spellStart"/>
      <w:r>
        <w:t>Os</w:t>
      </w:r>
      <w:proofErr w:type="spellEnd"/>
      <w:r>
        <w:t xml:space="preserve"> </w:t>
      </w:r>
      <w:proofErr w:type="spellStart"/>
      <w:r>
        <w:t>valores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incluem</w:t>
      </w:r>
      <w:proofErr w:type="spellEnd"/>
      <w:r>
        <w:t xml:space="preserve"> </w:t>
      </w:r>
      <w:proofErr w:type="spellStart"/>
      <w:r>
        <w:t>eventuais</w:t>
      </w:r>
      <w:proofErr w:type="spellEnd"/>
      <w:r>
        <w:t xml:space="preserve"> </w:t>
      </w:r>
      <w:proofErr w:type="spellStart"/>
      <w:r>
        <w:t>sobretaxas</w:t>
      </w:r>
      <w:proofErr w:type="spellEnd"/>
      <w:r>
        <w:t xml:space="preserve"> </w:t>
      </w:r>
      <w:proofErr w:type="spellStart"/>
      <w:r>
        <w:t>aplicáveis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períodos</w:t>
      </w:r>
      <w:proofErr w:type="spellEnd"/>
      <w:r>
        <w:t xml:space="preserve"> de </w:t>
      </w:r>
      <w:proofErr w:type="spellStart"/>
      <w:r>
        <w:t>alta</w:t>
      </w:r>
      <w:proofErr w:type="spellEnd"/>
      <w:r>
        <w:t xml:space="preserve"> </w:t>
      </w:r>
      <w:proofErr w:type="spellStart"/>
      <w:r>
        <w:t>temporada</w:t>
      </w:r>
      <w:proofErr w:type="spellEnd"/>
      <w:r>
        <w:t xml:space="preserve">, </w:t>
      </w:r>
      <w:proofErr w:type="spellStart"/>
      <w:r>
        <w:t>datas</w:t>
      </w:r>
      <w:proofErr w:type="spellEnd"/>
      <w:r>
        <w:t xml:space="preserve"> </w:t>
      </w:r>
      <w:proofErr w:type="spellStart"/>
      <w:r>
        <w:t>bloqueadas</w:t>
      </w:r>
      <w:proofErr w:type="spellEnd"/>
      <w:r>
        <w:t xml:space="preserve">, </w:t>
      </w:r>
      <w:proofErr w:type="spellStart"/>
      <w:r>
        <w:t>eventos</w:t>
      </w:r>
      <w:proofErr w:type="spellEnd"/>
      <w:r>
        <w:t xml:space="preserve">, </w:t>
      </w:r>
      <w:proofErr w:type="spellStart"/>
      <w:r>
        <w:t>festivais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feriados</w:t>
      </w:r>
      <w:proofErr w:type="spellEnd"/>
      <w:r>
        <w:t xml:space="preserve"> de Natal.</w:t>
      </w:r>
    </w:p>
    <w:p w14:paraId="36FB56FF" w14:textId="77777777" w:rsidR="009B4EA6" w:rsidRDefault="009B4EA6" w:rsidP="009B4EA6">
      <w:pPr>
        <w:spacing w:after="40" w:line="252" w:lineRule="auto"/>
        <w:jc w:val="both"/>
      </w:pPr>
    </w:p>
    <w:p w14:paraId="3622E483" w14:textId="63454BC7" w:rsidR="009B4EA6" w:rsidRPr="009B4EA6" w:rsidRDefault="009B4EA6" w:rsidP="009B4EA6">
      <w:pPr>
        <w:spacing w:after="40" w:line="252" w:lineRule="auto"/>
        <w:jc w:val="both"/>
      </w:pPr>
      <w:r>
        <w:t>VALORES INFORMADOS FORAM SOMENTE COTADOS E ESTÃO SUJEITOS A DISPONIBILIDADE E ALTERAÇÃO DE VALOR NO MOMENTO DA CONFIRMAÇÃO.</w:t>
      </w:r>
    </w:p>
    <w:sectPr w:rsidR="009B4EA6" w:rsidRPr="009B4EA6" w:rsidSect="00034616">
      <w:footerReference w:type="default" r:id="rId8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44CDC" w14:textId="77777777" w:rsidR="002A20AD" w:rsidRDefault="002A20AD">
      <w:pPr>
        <w:spacing w:after="0" w:line="240" w:lineRule="auto"/>
      </w:pPr>
      <w:r>
        <w:separator/>
      </w:r>
    </w:p>
  </w:endnote>
  <w:endnote w:type="continuationSeparator" w:id="0">
    <w:p w14:paraId="6824808A" w14:textId="77777777" w:rsidR="002A20AD" w:rsidRDefault="002A20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E3EB9" w14:textId="1C03B03F" w:rsidR="00B569A9" w:rsidRPr="00F352CF" w:rsidRDefault="00F352CF">
    <w:pPr>
      <w:pStyle w:val="Rodap"/>
      <w:jc w:val="center"/>
      <w:rPr>
        <w:lang w:val="pt-BR"/>
      </w:rPr>
    </w:pPr>
    <w:r>
      <w:rPr>
        <w:color w:val="6B7280"/>
        <w:sz w:val="16"/>
        <w:lang w:val="pt-BR"/>
      </w:rPr>
      <w:t xml:space="preserve">Descubra </w:t>
    </w:r>
    <w:r w:rsidR="009B4EA6">
      <w:rPr>
        <w:color w:val="6B7280"/>
        <w:sz w:val="16"/>
        <w:lang w:val="pt-BR"/>
      </w:rPr>
      <w:t xml:space="preserve">Paris &amp; </w:t>
    </w:r>
    <w:proofErr w:type="spellStart"/>
    <w:r w:rsidR="009B4EA6" w:rsidRPr="009B4EA6">
      <w:rPr>
        <w:color w:val="6B7280"/>
        <w:sz w:val="16"/>
        <w:lang w:val="pt-BR"/>
      </w:rPr>
      <w:t>Mont</w:t>
    </w:r>
    <w:proofErr w:type="spellEnd"/>
    <w:r w:rsidR="009B4EA6" w:rsidRPr="009B4EA6">
      <w:rPr>
        <w:color w:val="6B7280"/>
        <w:sz w:val="16"/>
        <w:lang w:val="pt-BR"/>
      </w:rPr>
      <w:t xml:space="preserve"> Saint-Michel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A2E7C" w14:textId="77777777" w:rsidR="002A20AD" w:rsidRDefault="002A20AD">
      <w:pPr>
        <w:spacing w:after="0" w:line="240" w:lineRule="auto"/>
      </w:pPr>
      <w:r>
        <w:separator/>
      </w:r>
    </w:p>
  </w:footnote>
  <w:footnote w:type="continuationSeparator" w:id="0">
    <w:p w14:paraId="16407F68" w14:textId="77777777" w:rsidR="002A20AD" w:rsidRDefault="002A20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037F05"/>
    <w:multiLevelType w:val="hybridMultilevel"/>
    <w:tmpl w:val="88D6F0E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13B56B4"/>
    <w:multiLevelType w:val="hybridMultilevel"/>
    <w:tmpl w:val="FBF6D3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E76132"/>
    <w:multiLevelType w:val="hybridMultilevel"/>
    <w:tmpl w:val="160E70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334148"/>
    <w:multiLevelType w:val="hybridMultilevel"/>
    <w:tmpl w:val="C8E22C38"/>
    <w:lvl w:ilvl="0" w:tplc="389637D4">
      <w:numFmt w:val="bullet"/>
      <w:lvlText w:val="•"/>
      <w:lvlJc w:val="left"/>
      <w:pPr>
        <w:ind w:left="720" w:hanging="360"/>
      </w:pPr>
      <w:rPr>
        <w:rFonts w:ascii="Aptos" w:eastAsia="Aptos" w:hAnsi="Aptos" w:cstheme="minorBidi" w:hint="default"/>
      </w:rPr>
    </w:lvl>
    <w:lvl w:ilvl="1" w:tplc="D264F82E">
      <w:start w:val="7"/>
      <w:numFmt w:val="bullet"/>
      <w:lvlText w:val=""/>
      <w:lvlJc w:val="left"/>
      <w:pPr>
        <w:ind w:left="1440" w:hanging="360"/>
      </w:pPr>
      <w:rPr>
        <w:rFonts w:ascii="Symbol" w:eastAsia="Aptos" w:hAnsi="Symbol" w:cs="Segoe UI Symbol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BE4A0C"/>
    <w:multiLevelType w:val="hybridMultilevel"/>
    <w:tmpl w:val="DFA2D5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7A1536"/>
    <w:multiLevelType w:val="hybridMultilevel"/>
    <w:tmpl w:val="CD76E2D0"/>
    <w:lvl w:ilvl="0" w:tplc="389637D4">
      <w:numFmt w:val="bullet"/>
      <w:lvlText w:val="•"/>
      <w:lvlJc w:val="left"/>
      <w:pPr>
        <w:ind w:left="720" w:hanging="360"/>
      </w:pPr>
      <w:rPr>
        <w:rFonts w:ascii="Aptos" w:eastAsia="Aptos" w:hAnsi="Apto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F02717"/>
    <w:multiLevelType w:val="hybridMultilevel"/>
    <w:tmpl w:val="CEF2BF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9B7E50"/>
    <w:multiLevelType w:val="hybridMultilevel"/>
    <w:tmpl w:val="40985B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565C90"/>
    <w:multiLevelType w:val="hybridMultilevel"/>
    <w:tmpl w:val="81CE5C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D85802"/>
    <w:multiLevelType w:val="hybridMultilevel"/>
    <w:tmpl w:val="19D207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D73912"/>
    <w:multiLevelType w:val="hybridMultilevel"/>
    <w:tmpl w:val="3CD655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80DADA">
      <w:numFmt w:val="bullet"/>
      <w:lvlText w:val="•"/>
      <w:lvlJc w:val="left"/>
      <w:pPr>
        <w:ind w:left="1440" w:hanging="360"/>
      </w:pPr>
      <w:rPr>
        <w:rFonts w:ascii="Aptos" w:eastAsia="Aptos" w:hAnsi="Aptos" w:cstheme="minorBidi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1E00E4"/>
    <w:multiLevelType w:val="hybridMultilevel"/>
    <w:tmpl w:val="C1F0B04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755B05"/>
    <w:multiLevelType w:val="multilevel"/>
    <w:tmpl w:val="42008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18667B"/>
    <w:multiLevelType w:val="hybridMultilevel"/>
    <w:tmpl w:val="9BAEE2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9267DE"/>
    <w:multiLevelType w:val="hybridMultilevel"/>
    <w:tmpl w:val="D45A3C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221935"/>
    <w:multiLevelType w:val="hybridMultilevel"/>
    <w:tmpl w:val="8F74F16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7146F8"/>
    <w:multiLevelType w:val="hybridMultilevel"/>
    <w:tmpl w:val="3FF2B9C8"/>
    <w:lvl w:ilvl="0" w:tplc="389637D4">
      <w:numFmt w:val="bullet"/>
      <w:lvlText w:val="•"/>
      <w:lvlJc w:val="left"/>
      <w:pPr>
        <w:ind w:left="720" w:hanging="360"/>
      </w:pPr>
      <w:rPr>
        <w:rFonts w:ascii="Aptos" w:eastAsia="Aptos" w:hAnsi="Apto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39409A"/>
    <w:multiLevelType w:val="hybridMultilevel"/>
    <w:tmpl w:val="3D96F4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E95EC1"/>
    <w:multiLevelType w:val="hybridMultilevel"/>
    <w:tmpl w:val="DA30DE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4F25BD"/>
    <w:multiLevelType w:val="hybridMultilevel"/>
    <w:tmpl w:val="1EBA0D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8E25F6"/>
    <w:multiLevelType w:val="hybridMultilevel"/>
    <w:tmpl w:val="1786E1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CE348E"/>
    <w:multiLevelType w:val="hybridMultilevel"/>
    <w:tmpl w:val="E7400C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4534669">
    <w:abstractNumId w:val="8"/>
  </w:num>
  <w:num w:numId="2" w16cid:durableId="1178036200">
    <w:abstractNumId w:val="6"/>
  </w:num>
  <w:num w:numId="3" w16cid:durableId="250623158">
    <w:abstractNumId w:val="5"/>
  </w:num>
  <w:num w:numId="4" w16cid:durableId="414939376">
    <w:abstractNumId w:val="4"/>
  </w:num>
  <w:num w:numId="5" w16cid:durableId="638001872">
    <w:abstractNumId w:val="7"/>
  </w:num>
  <w:num w:numId="6" w16cid:durableId="628899519">
    <w:abstractNumId w:val="3"/>
  </w:num>
  <w:num w:numId="7" w16cid:durableId="1077744504">
    <w:abstractNumId w:val="2"/>
  </w:num>
  <w:num w:numId="8" w16cid:durableId="1077557848">
    <w:abstractNumId w:val="1"/>
  </w:num>
  <w:num w:numId="9" w16cid:durableId="993872439">
    <w:abstractNumId w:val="0"/>
  </w:num>
  <w:num w:numId="10" w16cid:durableId="2061440143">
    <w:abstractNumId w:val="21"/>
  </w:num>
  <w:num w:numId="11" w16cid:durableId="971331009">
    <w:abstractNumId w:val="11"/>
  </w:num>
  <w:num w:numId="12" w16cid:durableId="520045680">
    <w:abstractNumId w:val="20"/>
  </w:num>
  <w:num w:numId="13" w16cid:durableId="493498588">
    <w:abstractNumId w:val="16"/>
  </w:num>
  <w:num w:numId="14" w16cid:durableId="711270864">
    <w:abstractNumId w:val="26"/>
  </w:num>
  <w:num w:numId="15" w16cid:durableId="278340355">
    <w:abstractNumId w:val="28"/>
  </w:num>
  <w:num w:numId="16" w16cid:durableId="2129547237">
    <w:abstractNumId w:val="22"/>
  </w:num>
  <w:num w:numId="17" w16cid:durableId="1654331993">
    <w:abstractNumId w:val="13"/>
  </w:num>
  <w:num w:numId="18" w16cid:durableId="1640718977">
    <w:abstractNumId w:val="19"/>
  </w:num>
  <w:num w:numId="19" w16cid:durableId="64686880">
    <w:abstractNumId w:val="27"/>
  </w:num>
  <w:num w:numId="20" w16cid:durableId="790977102">
    <w:abstractNumId w:val="17"/>
  </w:num>
  <w:num w:numId="21" w16cid:durableId="1945961320">
    <w:abstractNumId w:val="23"/>
  </w:num>
  <w:num w:numId="22" w16cid:durableId="2022967055">
    <w:abstractNumId w:val="30"/>
  </w:num>
  <w:num w:numId="23" w16cid:durableId="429542917">
    <w:abstractNumId w:val="29"/>
  </w:num>
  <w:num w:numId="24" w16cid:durableId="609506618">
    <w:abstractNumId w:val="24"/>
  </w:num>
  <w:num w:numId="25" w16cid:durableId="1433941913">
    <w:abstractNumId w:val="15"/>
  </w:num>
  <w:num w:numId="26" w16cid:durableId="1113285821">
    <w:abstractNumId w:val="9"/>
  </w:num>
  <w:num w:numId="27" w16cid:durableId="994143954">
    <w:abstractNumId w:val="18"/>
  </w:num>
  <w:num w:numId="28" w16cid:durableId="1915234340">
    <w:abstractNumId w:val="25"/>
  </w:num>
  <w:num w:numId="29" w16cid:durableId="666441252">
    <w:abstractNumId w:val="14"/>
  </w:num>
  <w:num w:numId="30" w16cid:durableId="1995451955">
    <w:abstractNumId w:val="12"/>
  </w:num>
  <w:num w:numId="31" w16cid:durableId="17586738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19C9"/>
    <w:rsid w:val="001040EA"/>
    <w:rsid w:val="0015074B"/>
    <w:rsid w:val="00205623"/>
    <w:rsid w:val="002445CF"/>
    <w:rsid w:val="00253C20"/>
    <w:rsid w:val="0026177A"/>
    <w:rsid w:val="0029639D"/>
    <w:rsid w:val="002A20AD"/>
    <w:rsid w:val="002D1C35"/>
    <w:rsid w:val="00326F90"/>
    <w:rsid w:val="00346FD3"/>
    <w:rsid w:val="00376546"/>
    <w:rsid w:val="003A5BC6"/>
    <w:rsid w:val="003D445A"/>
    <w:rsid w:val="00495537"/>
    <w:rsid w:val="00581958"/>
    <w:rsid w:val="00664199"/>
    <w:rsid w:val="006979B1"/>
    <w:rsid w:val="007617E1"/>
    <w:rsid w:val="007C4F77"/>
    <w:rsid w:val="007F306A"/>
    <w:rsid w:val="00803312"/>
    <w:rsid w:val="00887030"/>
    <w:rsid w:val="008A4C19"/>
    <w:rsid w:val="009844C1"/>
    <w:rsid w:val="009B4EA6"/>
    <w:rsid w:val="00A70C1F"/>
    <w:rsid w:val="00A92C4B"/>
    <w:rsid w:val="00AA1D8D"/>
    <w:rsid w:val="00AF6C5F"/>
    <w:rsid w:val="00B47730"/>
    <w:rsid w:val="00B569A9"/>
    <w:rsid w:val="00B700F2"/>
    <w:rsid w:val="00BB669C"/>
    <w:rsid w:val="00BD5FFB"/>
    <w:rsid w:val="00C173F0"/>
    <w:rsid w:val="00C459A7"/>
    <w:rsid w:val="00C6774F"/>
    <w:rsid w:val="00CA5E98"/>
    <w:rsid w:val="00CB0664"/>
    <w:rsid w:val="00E90A36"/>
    <w:rsid w:val="00F10C12"/>
    <w:rsid w:val="00F352CF"/>
    <w:rsid w:val="00FC3D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DC7BAC"/>
  <w14:defaultImageDpi w14:val="300"/>
  <w15:docId w15:val="{2F5CCDC3-533A-44C4-A355-1CAD21D7C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color w:val="2B313A"/>
      <w:sz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link w:val="SemEspaamentoChar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uloCapa">
    <w:name w:val="TituloCapa"/>
    <w:rPr>
      <w:rFonts w:ascii="Aptos" w:eastAsia="Aptos" w:hAnsi="Aptos"/>
      <w:b/>
      <w:color w:val="FFFFFF"/>
      <w:sz w:val="56"/>
    </w:rPr>
  </w:style>
  <w:style w:type="paragraph" w:customStyle="1" w:styleId="SubtituloCapa">
    <w:name w:val="SubtituloCapa"/>
    <w:rPr>
      <w:rFonts w:ascii="Aptos" w:eastAsia="Aptos" w:hAnsi="Aptos"/>
      <w:color w:val="FFFFFF"/>
      <w:sz w:val="26"/>
    </w:rPr>
  </w:style>
  <w:style w:type="paragraph" w:customStyle="1" w:styleId="HeadingViagem">
    <w:name w:val="HeadingViagem"/>
    <w:rPr>
      <w:rFonts w:ascii="Aptos" w:eastAsia="Aptos" w:hAnsi="Aptos"/>
      <w:b/>
      <w:color w:val="123C69"/>
      <w:sz w:val="32"/>
    </w:rPr>
  </w:style>
  <w:style w:type="paragraph" w:customStyle="1" w:styleId="Subheading">
    <w:name w:val="Subheading"/>
    <w:rPr>
      <w:rFonts w:ascii="Aptos" w:eastAsia="Aptos" w:hAnsi="Aptos"/>
      <w:b/>
      <w:color w:val="1B638F"/>
    </w:rPr>
  </w:style>
  <w:style w:type="paragraph" w:customStyle="1" w:styleId="Dia">
    <w:name w:val="Dia"/>
    <w:rPr>
      <w:rFonts w:ascii="Aptos" w:eastAsia="Aptos" w:hAnsi="Aptos"/>
      <w:b/>
      <w:color w:val="0F5D7F"/>
      <w:sz w:val="21"/>
    </w:rPr>
  </w:style>
  <w:style w:type="paragraph" w:customStyle="1" w:styleId="BoxTitle">
    <w:name w:val="BoxTitle"/>
    <w:rPr>
      <w:rFonts w:ascii="Aptos" w:eastAsia="Aptos" w:hAnsi="Aptos"/>
      <w:b/>
      <w:color w:val="123C69"/>
    </w:rPr>
  </w:style>
  <w:style w:type="paragraph" w:customStyle="1" w:styleId="Legenda1">
    <w:name w:val="Legenda1"/>
    <w:rPr>
      <w:rFonts w:ascii="Aptos" w:eastAsia="Aptos" w:hAnsi="Aptos"/>
      <w:color w:val="6B7280"/>
      <w:sz w:val="14"/>
    </w:rPr>
  </w:style>
  <w:style w:type="character" w:customStyle="1" w:styleId="SemEspaamentoChar">
    <w:name w:val="Sem Espaçamento Char"/>
    <w:link w:val="SemEspaamento"/>
    <w:uiPriority w:val="1"/>
    <w:qFormat/>
    <w:locked/>
    <w:rsid w:val="00104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1146</Words>
  <Characters>6192</Characters>
  <Application>Microsoft Office Word</Application>
  <DocSecurity>0</DocSecurity>
  <Lines>51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7324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Manuela Bueno Teixeira</cp:lastModifiedBy>
  <cp:revision>3</cp:revision>
  <dcterms:created xsi:type="dcterms:W3CDTF">2026-06-22T21:24:00Z</dcterms:created>
  <dcterms:modified xsi:type="dcterms:W3CDTF">2026-06-22T21:32:00Z</dcterms:modified>
  <cp:category/>
</cp:coreProperties>
</file>