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231" w:rsidRPr="00861BCF" w:rsidRDefault="00A44747">
      <w:pPr>
        <w:jc w:val="center"/>
        <w:rPr>
          <w:lang w:val="pt-BR"/>
        </w:rPr>
      </w:pPr>
      <w:bookmarkStart w:id="0" w:name="_GoBack"/>
      <w:bookmarkEnd w:id="0"/>
      <w:r>
        <w:rPr>
          <w:b/>
          <w:color w:val="262E5D"/>
          <w:sz w:val="48"/>
          <w:lang w:val="pt-BR"/>
        </w:rPr>
        <w:t>DISNEY FANTASTIC "GRUPO COM GUIA DESDE O BRASIL"</w:t>
      </w:r>
    </w:p>
    <w:p w:rsidR="00434231" w:rsidRPr="00861BCF" w:rsidRDefault="00A44747">
      <w:pPr>
        <w:jc w:val="center"/>
        <w:rPr>
          <w:lang w:val="pt-BR"/>
        </w:rPr>
      </w:pPr>
      <w:r>
        <w:rPr>
          <w:b/>
          <w:color w:val="F1A930"/>
          <w:sz w:val="28"/>
          <w:lang w:val="pt-BR"/>
        </w:rPr>
        <w:t>Janeiro de 2027</w:t>
      </w:r>
    </w:p>
    <w:p w:rsidR="00434231" w:rsidRDefault="00A44747">
      <w:pPr>
        <w:jc w:val="center"/>
      </w:pPr>
      <w:r>
        <w:rPr>
          <w:noProof/>
          <w:lang w:val="pt-BR" w:eastAsia="pt-BR"/>
        </w:rPr>
        <w:drawing>
          <wp:inline distT="0" distB="0" distL="0" distR="0" wp14:anchorId="1A99C8CC" wp14:editId="18B8F1C9">
            <wp:extent cx="6126480" cy="26321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_0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3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A44747">
            <w:pPr>
              <w:jc w:val="center"/>
            </w:pPr>
            <w:r>
              <w:rPr>
                <w:b/>
                <w:color w:val="F1A930"/>
                <w:sz w:val="15"/>
              </w:rPr>
              <w:t>REGIME</w:t>
            </w:r>
          </w:p>
          <w:p w:rsidR="00434231" w:rsidRDefault="00A44747">
            <w:pPr>
              <w:jc w:val="center"/>
            </w:pPr>
            <w:r>
              <w:rPr>
                <w:b/>
                <w:color w:val="313641"/>
                <w:sz w:val="20"/>
              </w:rPr>
              <w:t>Gift card US$20/dia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A44747">
            <w:pPr>
              <w:jc w:val="center"/>
            </w:pPr>
            <w:r>
              <w:rPr>
                <w:b/>
                <w:color w:val="F1A930"/>
                <w:sz w:val="15"/>
              </w:rPr>
              <w:t>HOTÉIS</w:t>
            </w:r>
          </w:p>
          <w:p w:rsidR="00434231" w:rsidRDefault="00A44747">
            <w:pPr>
              <w:jc w:val="center"/>
            </w:pPr>
            <w:r>
              <w:rPr>
                <w:b/>
                <w:color w:val="313641"/>
                <w:sz w:val="20"/>
              </w:rPr>
              <w:t>Disney's All Star Resort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A44747">
            <w:pPr>
              <w:jc w:val="center"/>
            </w:pPr>
            <w:r>
              <w:rPr>
                <w:b/>
                <w:color w:val="F1A930"/>
                <w:sz w:val="15"/>
              </w:rPr>
              <w:t>CLASSE AÉREA</w:t>
            </w:r>
          </w:p>
          <w:p w:rsidR="00434231" w:rsidRDefault="00A44747">
            <w:pPr>
              <w:jc w:val="center"/>
            </w:pPr>
            <w:r>
              <w:rPr>
                <w:b/>
                <w:color w:val="313641"/>
                <w:sz w:val="20"/>
              </w:rPr>
              <w:t>Econômica</w:t>
            </w:r>
          </w:p>
        </w:tc>
      </w:tr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A44747">
            <w:pPr>
              <w:jc w:val="center"/>
            </w:pPr>
            <w:r>
              <w:rPr>
                <w:b/>
                <w:color w:val="F1A930"/>
                <w:sz w:val="15"/>
              </w:rPr>
              <w:t>BASE</w:t>
            </w:r>
          </w:p>
          <w:p w:rsidR="00434231" w:rsidRDefault="00A44747">
            <w:pPr>
              <w:jc w:val="center"/>
            </w:pPr>
            <w:r>
              <w:rPr>
                <w:b/>
                <w:color w:val="313641"/>
                <w:sz w:val="20"/>
              </w:rPr>
              <w:t>2 passageiros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A44747">
            <w:pPr>
              <w:jc w:val="center"/>
            </w:pPr>
            <w:r>
              <w:rPr>
                <w:b/>
                <w:color w:val="F1A930"/>
                <w:sz w:val="15"/>
              </w:rPr>
              <w:t>QUARTO</w:t>
            </w:r>
          </w:p>
          <w:p w:rsidR="00434231" w:rsidRDefault="00A44747">
            <w:pPr>
              <w:jc w:val="center"/>
            </w:pPr>
            <w:r>
              <w:rPr>
                <w:b/>
                <w:color w:val="313641"/>
                <w:sz w:val="20"/>
              </w:rPr>
              <w:t>1 quarto / 2 adultos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A44747">
            <w:pPr>
              <w:jc w:val="center"/>
            </w:pPr>
            <w:r>
              <w:rPr>
                <w:b/>
                <w:color w:val="F1A930"/>
                <w:sz w:val="15"/>
              </w:rPr>
              <w:t>REFERÊNCIA</w:t>
            </w:r>
          </w:p>
          <w:p w:rsidR="00434231" w:rsidRDefault="00A44747">
            <w:pPr>
              <w:jc w:val="center"/>
            </w:pPr>
            <w:r>
              <w:rPr>
                <w:b/>
                <w:color w:val="313641"/>
                <w:sz w:val="20"/>
              </w:rPr>
              <w:t>REF: 1132022</w:t>
            </w:r>
          </w:p>
        </w:tc>
      </w:tr>
    </w:tbl>
    <w:p w:rsidR="00434231" w:rsidRDefault="00434231"/>
    <w:p w:rsidR="00434231" w:rsidRDefault="00A44747">
      <w:pPr>
        <w:spacing w:before="200" w:after="120"/>
      </w:pPr>
      <w:r>
        <w:rPr>
          <w:b/>
          <w:color w:val="262E5D"/>
          <w:sz w:val="36"/>
        </w:rPr>
        <w:t>Sobre a viagem</w:t>
      </w:r>
    </w:p>
    <w:p w:rsidR="00434231" w:rsidRPr="00861BCF" w:rsidRDefault="00A44747">
      <w:pPr>
        <w:jc w:val="both"/>
        <w:rPr>
          <w:lang w:val="pt-BR"/>
        </w:rPr>
      </w:pPr>
      <w:r>
        <w:rPr>
          <w:color w:val="464E5E"/>
          <w:lang w:val="pt-BR"/>
        </w:rPr>
        <w:t xml:space="preserve">Prepare-se para </w:t>
      </w:r>
      <w:r>
        <w:rPr>
          <w:color w:val="464E5E"/>
          <w:lang w:val="pt-BR"/>
        </w:rPr>
        <w:t>uma aventura inesquecível com o Grupo Disney Fantastic! Com um guia especializado ao seu lado desde o Brasil, cada momento será uma experiência mágica. Nos parques da Disney e da Universal, o encanto ganha vida: castelos, atrações emocionantes, shows deslu</w:t>
      </w:r>
      <w:r>
        <w:rPr>
          <w:color w:val="464E5E"/>
          <w:lang w:val="pt-BR"/>
        </w:rPr>
        <w:t>mbrantes e encontros com personagens icônicos. Além dos parques, nosso guia levará o grupo aos melhores pontos de Orlando. Uma viagem para guardar para sempre na memória.</w:t>
      </w:r>
    </w:p>
    <w:p w:rsidR="00434231" w:rsidRDefault="00A44747">
      <w:pPr>
        <w:spacing w:before="200" w:after="120"/>
      </w:pPr>
      <w:r>
        <w:rPr>
          <w:b/>
          <w:color w:val="313641"/>
          <w:sz w:val="28"/>
        </w:rPr>
        <w:t>Serviços incluídos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Passagem aérea AMERICAN AIRLINES desde São Paulo para Orlando (via</w:t>
      </w:r>
      <w:r>
        <w:rPr>
          <w:color w:val="464E5E"/>
          <w:sz w:val="19"/>
          <w:lang w:val="pt-BR"/>
        </w:rPr>
        <w:t xml:space="preserve"> Miami) com 01 bagagem despachada de até 23 kg e 01 bagagem de mão de até 10 kg.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Traslados de chegada e saída PRIVATIVO em Orlando.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11 noites de hospedagem no Disney's All Star Resort com café da manhã (gift card de US$ 20 por dia para utilização na praça </w:t>
      </w:r>
      <w:r>
        <w:rPr>
          <w:color w:val="464E5E"/>
          <w:sz w:val="19"/>
          <w:lang w:val="pt-BR"/>
        </w:rPr>
        <w:t>de alimentação do hotel).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Ingressos e traslados para os parques: Magic Kingdom, Epcot, Hollywood Studios, Animal Kingdom, Universal Studios Florida, Islands of Adventure, Epic Universe, SeaWorld e Busch Gardens.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Tours de compras e passeios: Premium Interna</w:t>
      </w:r>
      <w:r>
        <w:rPr>
          <w:color w:val="464E5E"/>
          <w:sz w:val="19"/>
          <w:lang w:val="pt-BR"/>
        </w:rPr>
        <w:t>tional Drive Outlet, Mall at Millenia, Walmart, Disney Springs e Universal City Walk.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1 guia acompanhante desde São Paulo (grupo mínimo de 20 passageiros).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1 almoço ou jantar no restaurante Camila's (culinária brasileira).</w:t>
      </w:r>
    </w:p>
    <w:p w:rsidR="00434231" w:rsidRDefault="00A44747">
      <w:pPr>
        <w:pStyle w:val="Commarcadores"/>
        <w:spacing w:after="40"/>
      </w:pPr>
      <w:r>
        <w:rPr>
          <w:color w:val="464E5E"/>
          <w:sz w:val="19"/>
        </w:rPr>
        <w:t>Serviço de tesouraria para menore</w:t>
      </w:r>
      <w:r>
        <w:rPr>
          <w:color w:val="464E5E"/>
          <w:sz w:val="19"/>
        </w:rPr>
        <w:t>s desacompanhados.</w:t>
      </w:r>
    </w:p>
    <w:p w:rsidR="00434231" w:rsidRDefault="00A44747">
      <w:pPr>
        <w:spacing w:before="200" w:after="120"/>
      </w:pPr>
      <w:r>
        <w:rPr>
          <w:b/>
          <w:color w:val="313641"/>
          <w:sz w:val="28"/>
        </w:rPr>
        <w:lastRenderedPageBreak/>
        <w:t>Voos confirmados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34231">
        <w:trPr>
          <w:jc w:val="center"/>
        </w:trPr>
        <w:tc>
          <w:tcPr>
            <w:tcW w:w="2664" w:type="dxa"/>
            <w:shd w:val="clear" w:color="auto" w:fill="262E5D"/>
          </w:tcPr>
          <w:p w:rsidR="00434231" w:rsidRDefault="00A44747">
            <w:pPr>
              <w:jc w:val="center"/>
            </w:pPr>
            <w:r>
              <w:rPr>
                <w:b/>
                <w:color w:val="FFFFFF"/>
                <w:sz w:val="18"/>
              </w:rPr>
              <w:t>Voo</w:t>
            </w:r>
          </w:p>
        </w:tc>
        <w:tc>
          <w:tcPr>
            <w:tcW w:w="2664" w:type="dxa"/>
            <w:shd w:val="clear" w:color="auto" w:fill="262E5D"/>
          </w:tcPr>
          <w:p w:rsidR="00434231" w:rsidRDefault="00A44747">
            <w:pPr>
              <w:jc w:val="center"/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2664" w:type="dxa"/>
            <w:shd w:val="clear" w:color="auto" w:fill="262E5D"/>
          </w:tcPr>
          <w:p w:rsidR="00434231" w:rsidRDefault="00A44747">
            <w:pPr>
              <w:jc w:val="center"/>
            </w:pPr>
            <w:r>
              <w:rPr>
                <w:b/>
                <w:color w:val="FFFFFF"/>
                <w:sz w:val="18"/>
              </w:rPr>
              <w:t>Trecho</w:t>
            </w:r>
          </w:p>
        </w:tc>
        <w:tc>
          <w:tcPr>
            <w:tcW w:w="2664" w:type="dxa"/>
            <w:shd w:val="clear" w:color="auto" w:fill="262E5D"/>
          </w:tcPr>
          <w:p w:rsidR="00434231" w:rsidRDefault="00A44747">
            <w:pPr>
              <w:jc w:val="center"/>
            </w:pPr>
            <w:r>
              <w:rPr>
                <w:b/>
                <w:color w:val="FFFFFF"/>
                <w:sz w:val="18"/>
              </w:rPr>
              <w:t>Horário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AA 950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09 JAN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GRU / MIA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23:50 / 06:20 (+1)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AA 1042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10 JAN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MIA / MCO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08:45 / 14:25 (+1)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AA 1043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21 JAN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MCO / MIA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15:20 / 19:05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AA 951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21 JAN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MIA / GRU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A44747">
            <w:pPr>
              <w:jc w:val="center"/>
            </w:pPr>
            <w:r>
              <w:rPr>
                <w:color w:val="464E5E"/>
                <w:sz w:val="18"/>
              </w:rPr>
              <w:t>22:30 / 06:20 (+1)</w:t>
            </w:r>
          </w:p>
        </w:tc>
      </w:tr>
    </w:tbl>
    <w:p w:rsidR="00434231" w:rsidRDefault="00434231"/>
    <w:p w:rsidR="00434231" w:rsidRDefault="00A44747">
      <w:pPr>
        <w:spacing w:before="200" w:after="120"/>
        <w:jc w:val="center"/>
      </w:pPr>
      <w:r>
        <w:rPr>
          <w:b/>
          <w:color w:val="262E5D"/>
          <w:sz w:val="36"/>
        </w:rPr>
        <w:t xml:space="preserve">Roteiro resumido dia </w:t>
      </w:r>
      <w:r>
        <w:rPr>
          <w:b/>
          <w:color w:val="262E5D"/>
          <w:sz w:val="36"/>
        </w:rPr>
        <w:t>a dia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12623676" wp14:editId="2F1C6680">
                  <wp:extent cx="5897880" cy="2515370"/>
                  <wp:effectExtent l="0" t="0" r="0" b="0"/>
                  <wp:docPr id="2" name="imag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09 DE JANEIRO - SÃO PAULO / MIAMI / ORLANDO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Comparecimento ao Aeroporto Internacional de Guarulhos para embarque em voo American Airlines com destino a Orlando via Miami. Chegada, procedimentos de imigração e traslado privativo ao Disney's All Star Resort. Acomodação por 11 noites.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4D71198F" wp14:editId="403C1396">
                  <wp:extent cx="5897880" cy="2515370"/>
                  <wp:effectExtent l="0" t="0" r="0" b="0"/>
                  <wp:docPr id="3" name="imag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 xml:space="preserve">10 DE JANEIRO </w:t>
            </w:r>
            <w:r>
              <w:rPr>
                <w:b/>
                <w:color w:val="313641"/>
                <w:sz w:val="28"/>
                <w:lang w:val="pt-BR"/>
              </w:rPr>
              <w:t>- MAGIC KINGDOM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 (gift card US$20). Traslado e dia inteiro no Magic Kingdom Park: Cinderella Castle, atrações clássicas da Disney, shows e encontros com personagens icônicos.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51424C29" wp14:editId="6DE61C6A">
                  <wp:extent cx="5897880" cy="2515370"/>
                  <wp:effectExtent l="0" t="0" r="0" b="0"/>
                  <wp:docPr id="4" name="imag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11 DE JANEIRO - EPCOT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inteir</w:t>
            </w:r>
            <w:r>
              <w:rPr>
                <w:color w:val="464E5E"/>
                <w:lang w:val="pt-BR"/>
              </w:rPr>
              <w:t>o no Epcot: Future World, World Showcase com culturas de diferentes países, gastronomia internacional e as mais recentes atrações do parque.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lastRenderedPageBreak/>
              <w:t>12 DE JANEIRO - HOLLYWOOD STUDIOS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inteiro no Disney's Hollywood Studios: Star Wars Gal</w:t>
            </w:r>
            <w:r>
              <w:rPr>
                <w:color w:val="464E5E"/>
                <w:lang w:val="pt-BR"/>
              </w:rPr>
              <w:t>axy's Edge, Toy Story Land, shows de Hollywood e as mais recentes novidades do parque.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4F0CC98E" wp14:editId="71C62B80">
                  <wp:extent cx="5897880" cy="2515370"/>
                  <wp:effectExtent l="0" t="0" r="0" b="0"/>
                  <wp:docPr id="5" name="imag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13 DE JANEIRO - ANIMAL KINGDOM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inteiro no Disney's Animal Kingdom: Pandora (Avatar), safáris ao vivo, shows e a rica vida selvagem reproduzida com maestria pela Disney.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14 DE JANEIRO - UNIVERSAL STUDIOS + ISLANDS OF ADVENTURE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nos parques Universal: Universal Studios Florida e Islands of Adventure. Wizarding World of Harry Potter, Springfield, Jurassic World e muitas outras atrações.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4CB6CD2E" wp14:editId="651946B1">
                  <wp:extent cx="5897880" cy="2515370"/>
                  <wp:effectExtent l="0" t="0" r="0" b="0"/>
                  <wp:docPr id="6" name="image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15 DE JANEIRO - UNIVERSAL EPIC UNIVERSE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</w:t>
            </w:r>
            <w:r>
              <w:rPr>
                <w:color w:val="464E5E"/>
                <w:lang w:val="pt-BR"/>
              </w:rPr>
              <w:t>ia inteiro no Universal's Epic Universe, o mais novo parque temático de Orlando, com mundos imersivos e atrações de última geração.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lastRenderedPageBreak/>
              <w:t>16 DE JANEIRO - SEAWORLD E BUSCH GARDENS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Visita ao SeaWorld Orlando e Busch Gardens Tampa, com atra</w:t>
            </w:r>
            <w:r>
              <w:rPr>
                <w:color w:val="464E5E"/>
                <w:lang w:val="pt-BR"/>
              </w:rPr>
              <w:t>ções aquáticas, animais, shows e montanhas-russas para toda a família.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17 DE JANEIRO - TOURS DE COMPRAS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Tour de compras: Premium International Drive Outlet, Mall at Millenia e Walmart. Tarde com tempo livre para compras adicionais.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207A5EB0" wp14:editId="124175F4">
                  <wp:extent cx="5897880" cy="2515370"/>
                  <wp:effectExtent l="0" t="0" r="0" b="0"/>
                  <wp:docPr id="7" name="image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18 DE JANEIRO - DISNEY SPRINGS E UNIVERSAL CITY WALK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Passeio ao Disney Springs e Universal City Walk: lojas exclusivas, restaurantes temáticos e entretenimento em família. Jantar no restaurante Camila's (culinária brasileira).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19 A 20 DE JANEIRO - DIA LIVRE EM ORLANDO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Dias livres para revisitar parques favoritos, fazer compras de última hora ou simplesmente relaxar nas instalações do Disney's All Star Resort.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21 DE JANEIRO - ORLANDO / MIAMI / SÃO PAULO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</w:t>
            </w:r>
            <w:r>
              <w:rPr>
                <w:color w:val="464E5E"/>
                <w:lang w:val="pt-BR"/>
              </w:rPr>
              <w:t>afé da manhã no hotel. Acomodação prevista até as 11h. Traslado privativo ao aeroporto de Orlando para embarque em voo American Airlines com destino a São Paulo via Miami.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A44747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22 DE JANEIRO - SÃO PAULO</w:t>
            </w:r>
          </w:p>
          <w:p w:rsidR="00434231" w:rsidRDefault="00A44747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Chegada em São Paulo e encerramento dos serviços.</w:t>
            </w:r>
          </w:p>
        </w:tc>
      </w:tr>
    </w:tbl>
    <w:p w:rsidR="00434231" w:rsidRDefault="00434231">
      <w:pPr>
        <w:spacing w:after="80"/>
      </w:pPr>
    </w:p>
    <w:p w:rsidR="00434231" w:rsidRDefault="00A44747">
      <w:pPr>
        <w:spacing w:before="200" w:after="120"/>
      </w:pPr>
      <w:r>
        <w:rPr>
          <w:b/>
          <w:color w:val="262E5D"/>
          <w:sz w:val="36"/>
        </w:rPr>
        <w:t>Hotéi</w:t>
      </w:r>
      <w:r>
        <w:rPr>
          <w:b/>
          <w:color w:val="262E5D"/>
          <w:sz w:val="36"/>
        </w:rPr>
        <w:t>s previstos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644149">
        <w:trPr>
          <w:jc w:val="center"/>
        </w:trPr>
        <w:tc>
          <w:tcPr>
            <w:tcW w:w="5328" w:type="dxa"/>
            <w:shd w:val="clear" w:color="auto" w:fill="262E5D"/>
          </w:tcPr>
          <w:p w:rsidR="00644149" w:rsidRDefault="00A44747">
            <w:pPr>
              <w:jc w:val="center"/>
            </w:pPr>
            <w:r>
              <w:rPr>
                <w:b/>
                <w:color w:val="FFFFFF"/>
                <w:sz w:val="18"/>
              </w:rPr>
              <w:t>Destino</w:t>
            </w:r>
          </w:p>
        </w:tc>
        <w:tc>
          <w:tcPr>
            <w:tcW w:w="5328" w:type="dxa"/>
            <w:shd w:val="clear" w:color="auto" w:fill="262E5D"/>
          </w:tcPr>
          <w:p w:rsidR="00644149" w:rsidRDefault="00A44747">
            <w:pPr>
              <w:jc w:val="center"/>
            </w:pPr>
            <w:r>
              <w:rPr>
                <w:b/>
                <w:color w:val="FFFFFF"/>
                <w:sz w:val="18"/>
              </w:rPr>
              <w:t>Hotel previsto</w:t>
            </w:r>
          </w:p>
        </w:tc>
      </w:tr>
      <w:tr w:rsidR="00644149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644149" w:rsidRDefault="00A44747">
            <w:r>
              <w:rPr>
                <w:b/>
                <w:color w:val="313641"/>
                <w:sz w:val="19"/>
              </w:rPr>
              <w:t>Orlando - Disney World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644149" w:rsidRDefault="00A44747">
            <w:r>
              <w:rPr>
                <w:color w:val="313641"/>
                <w:sz w:val="19"/>
              </w:rPr>
              <w:t>Disney's All Star Resort</w:t>
            </w:r>
          </w:p>
        </w:tc>
      </w:tr>
    </w:tbl>
    <w:p w:rsidR="00434231" w:rsidRDefault="00A44747">
      <w:pPr>
        <w:spacing w:before="200" w:after="120"/>
      </w:pPr>
      <w:r>
        <w:rPr>
          <w:b/>
          <w:color w:val="313641"/>
          <w:sz w:val="28"/>
        </w:rPr>
        <w:t>Programa não inclui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lastRenderedPageBreak/>
        <w:t>Taxas de embarque, que deverão ser pagas à vista.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turismo locais ou taxas pagas diretamente aos hotéis.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Passeios opcionais, serviços não </w:t>
      </w:r>
      <w:r>
        <w:rPr>
          <w:color w:val="464E5E"/>
          <w:sz w:val="19"/>
          <w:lang w:val="pt-BR"/>
        </w:rPr>
        <w:t>mencionados como inclusos e despesas pessoais.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Gorjetas, excesso de bagagem, lavanderia, telefonemas e bebidas/refeições extras.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Despesas com documentação, early check-in e late check-out, salvo quando informado em contrário.</w:t>
      </w:r>
    </w:p>
    <w:p w:rsidR="00434231" w:rsidRDefault="00A44747">
      <w:pPr>
        <w:spacing w:before="200" w:after="120"/>
      </w:pPr>
      <w:r>
        <w:rPr>
          <w:b/>
          <w:color w:val="313641"/>
          <w:sz w:val="28"/>
        </w:rPr>
        <w:t>Documentação para embarque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Bra</w:t>
      </w:r>
      <w:r>
        <w:rPr>
          <w:color w:val="464E5E"/>
          <w:sz w:val="19"/>
          <w:lang w:val="pt-BR"/>
        </w:rPr>
        <w:t>sileiros: passaporte com validade mínima de 6 meses a partir da chegada ao país e mínimo de 3 páginas em branco, ou RG brasileiro em bom estado, emitido há no máximo 10 anos.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Não são aceitos documentos de categoria, como CRM, CREA e CNH.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Estrangeiros: nece</w:t>
      </w:r>
      <w:r>
        <w:rPr>
          <w:color w:val="464E5E"/>
          <w:sz w:val="19"/>
          <w:lang w:val="pt-BR"/>
        </w:rPr>
        <w:t>ssário passaporte. Verificar exigência de visto conforme nacionalidade.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Menores de 18 anos desacompanhados ou acompanhados por apenas um dos pais devem portar autorização adequada com reconhecimento de firma, conforme exigências vigentes.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A documentação de</w:t>
      </w:r>
      <w:r>
        <w:rPr>
          <w:color w:val="464E5E"/>
          <w:sz w:val="19"/>
          <w:lang w:val="pt-BR"/>
        </w:rPr>
        <w:t xml:space="preserve"> viagem é de responsabilidade dos passageiros e deve ser confirmada junto aos consulados e à companhia aérea antes do embarque.</w:t>
      </w:r>
    </w:p>
    <w:p w:rsidR="00434231" w:rsidRDefault="00A44747">
      <w:pPr>
        <w:spacing w:before="200" w:after="120"/>
      </w:pPr>
      <w:r>
        <w:rPr>
          <w:b/>
          <w:color w:val="313641"/>
          <w:sz w:val="28"/>
        </w:rPr>
        <w:t>Observações importantes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Preços sujeitos a alteração sem aviso prévio e reservas sujeitas à disponibilidade.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Recomenda-se contrat</w:t>
      </w:r>
      <w:r>
        <w:rPr>
          <w:color w:val="464E5E"/>
          <w:sz w:val="19"/>
          <w:lang w:val="pt-BR"/>
        </w:rPr>
        <w:t>ar seguro de assistência viagem e chip/plano de dados para maior comodidade durante a viagem.</w:t>
      </w:r>
    </w:p>
    <w:p w:rsidR="00434231" w:rsidRPr="00861BCF" w:rsidRDefault="00A44747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Caso seguro ou chip não estejam inclusos, poderão ser adicionados e parcelados junto ao pacote.</w:t>
      </w:r>
    </w:p>
    <w:sectPr w:rsidR="00434231" w:rsidRPr="00861BCF" w:rsidSect="00034616">
      <w:footerReference w:type="default" r:id="rId15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747" w:rsidRDefault="00A44747">
      <w:pPr>
        <w:spacing w:after="0" w:line="240" w:lineRule="auto"/>
      </w:pPr>
      <w:r>
        <w:separator/>
      </w:r>
    </w:p>
  </w:endnote>
  <w:endnote w:type="continuationSeparator" w:id="0">
    <w:p w:rsidR="00A44747" w:rsidRDefault="00A44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ontserrat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231" w:rsidRPr="00861BCF" w:rsidRDefault="00A44747">
    <w:pPr>
      <w:pStyle w:val="Rodap"/>
      <w:jc w:val="center"/>
      <w:rPr>
        <w:lang w:val="pt-BR"/>
      </w:rPr>
    </w:pPr>
    <w:r w:rsidRPr="00861BCF">
      <w:rPr>
        <w:color w:val="787878"/>
        <w:sz w:val="16"/>
        <w:lang w:val="pt-BR"/>
      </w:rPr>
      <w:t>Roteiro resumido - Disney Fantastic - Grupo com Guia desde o Brasil - Janeiro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747" w:rsidRDefault="00A44747">
      <w:pPr>
        <w:spacing w:after="0" w:line="240" w:lineRule="auto"/>
      </w:pPr>
      <w:r>
        <w:separator/>
      </w:r>
    </w:p>
  </w:footnote>
  <w:footnote w:type="continuationSeparator" w:id="0">
    <w:p w:rsidR="00A44747" w:rsidRDefault="00A44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6BA1"/>
    <w:rsid w:val="0015074B"/>
    <w:rsid w:val="0029639D"/>
    <w:rsid w:val="00326F90"/>
    <w:rsid w:val="00434231"/>
    <w:rsid w:val="00644149"/>
    <w:rsid w:val="00861BCF"/>
    <w:rsid w:val="00966CD8"/>
    <w:rsid w:val="00A44747"/>
    <w:rsid w:val="00AA1D8D"/>
    <w:rsid w:val="00B47730"/>
    <w:rsid w:val="00CB0664"/>
    <w:rsid w:val="00F745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2547F9C-90A8-40B4-8769-3B5444D6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Montserrat" w:eastAsia="Montserrat" w:hAnsi="Montserrat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BD0834-6EE1-4DE6-AE5E-61420B901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930</Words>
  <Characters>5026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2026-06-11T20:02:00Z</dcterms:created>
  <dcterms:modified xsi:type="dcterms:W3CDTF">2026-06-11T20:02:00Z</dcterms:modified>
  <cp:category/>
</cp:coreProperties>
</file>