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231" w:rsidRPr="00861BCF" w:rsidRDefault="00B50BE5">
      <w:pPr>
        <w:jc w:val="center"/>
        <w:rPr>
          <w:lang w:val="pt-BR"/>
        </w:rPr>
      </w:pPr>
      <w:bookmarkStart w:id="0" w:name="_GoBack"/>
      <w:bookmarkEnd w:id="0"/>
      <w:r>
        <w:rPr>
          <w:b/>
          <w:color w:val="262E5D"/>
          <w:sz w:val="48"/>
          <w:lang w:val="pt-BR"/>
        </w:rPr>
        <w:t>ARRAIAL D'AJUDA</w:t>
      </w:r>
    </w:p>
    <w:p w:rsidR="00434231" w:rsidRPr="00861BCF" w:rsidRDefault="00B50BE5">
      <w:pPr>
        <w:jc w:val="center"/>
        <w:rPr>
          <w:lang w:val="pt-BR"/>
        </w:rPr>
      </w:pPr>
      <w:r>
        <w:rPr>
          <w:b/>
          <w:color w:val="F1A930"/>
          <w:sz w:val="28"/>
          <w:lang w:val="pt-BR"/>
        </w:rPr>
        <w:t>Agosto de 2026</w:t>
      </w:r>
    </w:p>
    <w:p w:rsidR="00434231" w:rsidRDefault="00B50BE5">
      <w:pPr>
        <w:jc w:val="center"/>
      </w:pPr>
      <w:r>
        <w:rPr>
          <w:noProof/>
          <w:lang w:val="pt-BR" w:eastAsia="pt-BR"/>
        </w:rPr>
        <w:drawing>
          <wp:inline distT="0" distB="0" distL="0" distR="0" wp14:anchorId="1A99C8CC" wp14:editId="18B8F1C9">
            <wp:extent cx="6126480" cy="263217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_07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632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3168"/>
        <w:gridCol w:w="3168"/>
      </w:tblGrid>
      <w:tr w:rsidR="00434231">
        <w:trPr>
          <w:jc w:val="center"/>
        </w:trPr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B50BE5">
            <w:pPr>
              <w:jc w:val="center"/>
            </w:pPr>
            <w:r>
              <w:rPr>
                <w:b/>
                <w:color w:val="F1A930"/>
                <w:sz w:val="15"/>
              </w:rPr>
              <w:t>REGIME</w:t>
            </w:r>
          </w:p>
          <w:p w:rsidR="00434231" w:rsidRDefault="00B50BE5">
            <w:pPr>
              <w:jc w:val="center"/>
            </w:pPr>
            <w:r>
              <w:rPr>
                <w:b/>
                <w:color w:val="313641"/>
                <w:sz w:val="20"/>
              </w:rPr>
              <w:t>Café da manhã</w:t>
            </w:r>
          </w:p>
        </w:tc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B50BE5">
            <w:pPr>
              <w:jc w:val="center"/>
            </w:pPr>
            <w:r>
              <w:rPr>
                <w:b/>
                <w:color w:val="F1A930"/>
                <w:sz w:val="15"/>
              </w:rPr>
              <w:t>HOTÉIS</w:t>
            </w:r>
          </w:p>
          <w:p w:rsidR="00434231" w:rsidRDefault="00B50BE5">
            <w:pPr>
              <w:jc w:val="center"/>
            </w:pPr>
            <w:r>
              <w:rPr>
                <w:b/>
                <w:color w:val="313641"/>
                <w:sz w:val="20"/>
              </w:rPr>
              <w:t>Maitei Hotel 5 estrelas</w:t>
            </w:r>
          </w:p>
        </w:tc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B50BE5">
            <w:pPr>
              <w:jc w:val="center"/>
            </w:pPr>
            <w:r>
              <w:rPr>
                <w:b/>
                <w:color w:val="F1A930"/>
                <w:sz w:val="15"/>
              </w:rPr>
              <w:t>CLASSE AÉREA</w:t>
            </w:r>
          </w:p>
          <w:p w:rsidR="00434231" w:rsidRDefault="00B50BE5">
            <w:pPr>
              <w:jc w:val="center"/>
            </w:pPr>
            <w:r>
              <w:rPr>
                <w:b/>
                <w:color w:val="313641"/>
                <w:sz w:val="20"/>
              </w:rPr>
              <w:t>Econômica</w:t>
            </w:r>
          </w:p>
        </w:tc>
      </w:tr>
      <w:tr w:rsidR="00434231">
        <w:trPr>
          <w:jc w:val="center"/>
        </w:trPr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B50BE5">
            <w:pPr>
              <w:jc w:val="center"/>
            </w:pPr>
            <w:r>
              <w:rPr>
                <w:b/>
                <w:color w:val="F1A930"/>
                <w:sz w:val="15"/>
              </w:rPr>
              <w:t>BASE</w:t>
            </w:r>
          </w:p>
          <w:p w:rsidR="00434231" w:rsidRDefault="00B50BE5">
            <w:pPr>
              <w:jc w:val="center"/>
            </w:pPr>
            <w:r>
              <w:rPr>
                <w:b/>
                <w:color w:val="313641"/>
                <w:sz w:val="20"/>
              </w:rPr>
              <w:t>2 passageiros</w:t>
            </w:r>
          </w:p>
        </w:tc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B50BE5">
            <w:pPr>
              <w:jc w:val="center"/>
            </w:pPr>
            <w:r>
              <w:rPr>
                <w:b/>
                <w:color w:val="F1A930"/>
                <w:sz w:val="15"/>
              </w:rPr>
              <w:t>QUARTO</w:t>
            </w:r>
          </w:p>
          <w:p w:rsidR="00434231" w:rsidRDefault="00B50BE5">
            <w:pPr>
              <w:jc w:val="center"/>
            </w:pPr>
            <w:r>
              <w:rPr>
                <w:b/>
                <w:color w:val="313641"/>
                <w:sz w:val="20"/>
              </w:rPr>
              <w:t>1 quarto / 2 adultos</w:t>
            </w:r>
          </w:p>
        </w:tc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B50BE5">
            <w:pPr>
              <w:jc w:val="center"/>
            </w:pPr>
            <w:r>
              <w:rPr>
                <w:b/>
                <w:color w:val="F1A930"/>
                <w:sz w:val="15"/>
              </w:rPr>
              <w:t>REFERÊNCIA</w:t>
            </w:r>
          </w:p>
          <w:p w:rsidR="00434231" w:rsidRDefault="00B50BE5">
            <w:pPr>
              <w:jc w:val="center"/>
            </w:pPr>
            <w:r>
              <w:rPr>
                <w:b/>
                <w:color w:val="313641"/>
                <w:sz w:val="20"/>
              </w:rPr>
              <w:t>REF: 1132200</w:t>
            </w:r>
          </w:p>
        </w:tc>
      </w:tr>
    </w:tbl>
    <w:p w:rsidR="00434231" w:rsidRDefault="00434231"/>
    <w:p w:rsidR="00434231" w:rsidRDefault="00B50BE5">
      <w:pPr>
        <w:spacing w:before="200" w:after="120"/>
      </w:pPr>
      <w:r>
        <w:rPr>
          <w:b/>
          <w:color w:val="262E5D"/>
          <w:sz w:val="36"/>
        </w:rPr>
        <w:t>Sobre a viagem</w:t>
      </w:r>
    </w:p>
    <w:p w:rsidR="00434231" w:rsidRPr="00861BCF" w:rsidRDefault="00B50BE5">
      <w:pPr>
        <w:jc w:val="both"/>
        <w:rPr>
          <w:lang w:val="pt-BR"/>
        </w:rPr>
      </w:pPr>
      <w:r>
        <w:rPr>
          <w:color w:val="464E5E"/>
          <w:lang w:val="pt-BR"/>
        </w:rPr>
        <w:t xml:space="preserve">Arraial d'Ajuda, no sul da Bahia, é um refúgio de encanto </w:t>
      </w:r>
      <w:r>
        <w:rPr>
          <w:color w:val="464E5E"/>
          <w:lang w:val="pt-BR"/>
        </w:rPr>
        <w:t>e beleza natural. Suas praias intocadas, cercadas por falésias e coqueirais, criam um cenário idílico para relaxar e se reconectar com a natureza. O centro histórico, com suas ruas de paralelepípedo e arquitetura colonial, preserva a autenticidade da regiã</w:t>
      </w:r>
      <w:r>
        <w:rPr>
          <w:color w:val="464E5E"/>
          <w:lang w:val="pt-BR"/>
        </w:rPr>
        <w:t>o. A Rua do Mucugê é o coração pulsante da vila, repleta de bares, restaurantes e lojas charmosas. O mirante do Eco Parque oferece vistas panorâmicas de tirar o fôlego. Em Arraial d'Ajuda, a harmonia entre a cultura local e a exuberância natural é a essênc</w:t>
      </w:r>
      <w:r>
        <w:rPr>
          <w:color w:val="464E5E"/>
          <w:lang w:val="pt-BR"/>
        </w:rPr>
        <w:t>ia deste paraíso baiano.</w:t>
      </w:r>
    </w:p>
    <w:p w:rsidR="00434231" w:rsidRDefault="00B50BE5">
      <w:pPr>
        <w:spacing w:before="200" w:after="120"/>
      </w:pPr>
      <w:r>
        <w:rPr>
          <w:b/>
          <w:color w:val="313641"/>
          <w:sz w:val="28"/>
        </w:rPr>
        <w:t>Serviços incluídos</w:t>
      </w:r>
    </w:p>
    <w:p w:rsidR="00434231" w:rsidRPr="00861BCF" w:rsidRDefault="00B50BE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Passagem aérea LATAM em classe econômica nos trechos São Paulo (GRU) / Porto Seguro (BPS) e Porto Seguro (BPS) / São Paulo (GRU), voo direto.</w:t>
      </w:r>
    </w:p>
    <w:p w:rsidR="00434231" w:rsidRPr="00861BCF" w:rsidRDefault="00B50BE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1 bagagem despachada de até 23 kg por pessoa conforme regra da companh</w:t>
      </w:r>
      <w:r>
        <w:rPr>
          <w:color w:val="464E5E"/>
          <w:sz w:val="19"/>
          <w:lang w:val="pt-BR"/>
        </w:rPr>
        <w:t>ia.</w:t>
      </w:r>
    </w:p>
    <w:p w:rsidR="00434231" w:rsidRPr="00861BCF" w:rsidRDefault="00B50BE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5 noites de hospedagem no Maitei Hotel 5 estrelas (Suíte Vista Rua e Parcial Mar), com café da manhã diário.</w:t>
      </w:r>
    </w:p>
    <w:p w:rsidR="00434231" w:rsidRPr="00861BCF" w:rsidRDefault="00B50BE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Traslado de chegada e saída entre o Aeroporto de Porto Seguro e o hotel em Arraial d'Ajuda (serviço regular).</w:t>
      </w:r>
    </w:p>
    <w:p w:rsidR="00434231" w:rsidRPr="00861BCF" w:rsidRDefault="00B50BE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Seguro viagem PLANO NAC 50 B51.</w:t>
      </w:r>
    </w:p>
    <w:p w:rsidR="00434231" w:rsidRDefault="00B50BE5">
      <w:pPr>
        <w:spacing w:before="200" w:after="120"/>
      </w:pPr>
      <w:r>
        <w:rPr>
          <w:b/>
          <w:color w:val="313641"/>
          <w:sz w:val="28"/>
        </w:rPr>
        <w:t>V</w:t>
      </w:r>
      <w:r>
        <w:rPr>
          <w:b/>
          <w:color w:val="313641"/>
          <w:sz w:val="28"/>
        </w:rPr>
        <w:t>oos confirmados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</w:tblGrid>
      <w:tr w:rsidR="00434231">
        <w:trPr>
          <w:jc w:val="center"/>
        </w:trPr>
        <w:tc>
          <w:tcPr>
            <w:tcW w:w="2664" w:type="dxa"/>
            <w:shd w:val="clear" w:color="auto" w:fill="262E5D"/>
          </w:tcPr>
          <w:p w:rsidR="00434231" w:rsidRDefault="00B50BE5">
            <w:pPr>
              <w:jc w:val="center"/>
            </w:pPr>
            <w:r>
              <w:rPr>
                <w:b/>
                <w:color w:val="FFFFFF"/>
                <w:sz w:val="18"/>
              </w:rPr>
              <w:t>Voo</w:t>
            </w:r>
          </w:p>
        </w:tc>
        <w:tc>
          <w:tcPr>
            <w:tcW w:w="2664" w:type="dxa"/>
            <w:shd w:val="clear" w:color="auto" w:fill="262E5D"/>
          </w:tcPr>
          <w:p w:rsidR="00434231" w:rsidRDefault="00B50BE5">
            <w:pPr>
              <w:jc w:val="center"/>
            </w:pPr>
            <w:r>
              <w:rPr>
                <w:b/>
                <w:color w:val="FFFFFF"/>
                <w:sz w:val="18"/>
              </w:rPr>
              <w:t>Data</w:t>
            </w:r>
          </w:p>
        </w:tc>
        <w:tc>
          <w:tcPr>
            <w:tcW w:w="2664" w:type="dxa"/>
            <w:shd w:val="clear" w:color="auto" w:fill="262E5D"/>
          </w:tcPr>
          <w:p w:rsidR="00434231" w:rsidRDefault="00B50BE5">
            <w:pPr>
              <w:jc w:val="center"/>
            </w:pPr>
            <w:r>
              <w:rPr>
                <w:b/>
                <w:color w:val="FFFFFF"/>
                <w:sz w:val="18"/>
              </w:rPr>
              <w:t>Trecho</w:t>
            </w:r>
          </w:p>
        </w:tc>
        <w:tc>
          <w:tcPr>
            <w:tcW w:w="2664" w:type="dxa"/>
            <w:shd w:val="clear" w:color="auto" w:fill="262E5D"/>
          </w:tcPr>
          <w:p w:rsidR="00434231" w:rsidRDefault="00B50BE5">
            <w:pPr>
              <w:jc w:val="center"/>
            </w:pPr>
            <w:r>
              <w:rPr>
                <w:b/>
                <w:color w:val="FFFFFF"/>
                <w:sz w:val="18"/>
              </w:rPr>
              <w:t>Horário</w:t>
            </w:r>
          </w:p>
        </w:tc>
      </w:tr>
      <w:tr w:rsidR="00434231">
        <w:trPr>
          <w:jc w:val="center"/>
        </w:trPr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B50BE5">
            <w:pPr>
              <w:jc w:val="center"/>
            </w:pPr>
            <w:r>
              <w:rPr>
                <w:color w:val="464E5E"/>
                <w:sz w:val="18"/>
              </w:rPr>
              <w:t>LA 3170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B50BE5">
            <w:pPr>
              <w:jc w:val="center"/>
            </w:pPr>
            <w:r>
              <w:rPr>
                <w:color w:val="464E5E"/>
                <w:sz w:val="18"/>
              </w:rPr>
              <w:t>03 AGO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B50BE5">
            <w:pPr>
              <w:jc w:val="center"/>
            </w:pPr>
            <w:r>
              <w:rPr>
                <w:color w:val="464E5E"/>
                <w:sz w:val="18"/>
              </w:rPr>
              <w:t>GRU / BPS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B50BE5">
            <w:pPr>
              <w:jc w:val="center"/>
            </w:pPr>
            <w:r>
              <w:rPr>
                <w:color w:val="464E5E"/>
                <w:sz w:val="18"/>
              </w:rPr>
              <w:t>07:05 / 08:55</w:t>
            </w:r>
          </w:p>
        </w:tc>
      </w:tr>
      <w:tr w:rsidR="00434231">
        <w:trPr>
          <w:jc w:val="center"/>
        </w:trPr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B50BE5">
            <w:pPr>
              <w:jc w:val="center"/>
            </w:pPr>
            <w:r>
              <w:rPr>
                <w:color w:val="464E5E"/>
                <w:sz w:val="18"/>
              </w:rPr>
              <w:lastRenderedPageBreak/>
              <w:t>-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B50BE5">
            <w:pPr>
              <w:jc w:val="center"/>
            </w:pPr>
            <w:r>
              <w:rPr>
                <w:color w:val="464E5E"/>
                <w:sz w:val="18"/>
              </w:rPr>
              <w:t>-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B50BE5">
            <w:pPr>
              <w:jc w:val="center"/>
            </w:pPr>
            <w:r>
              <w:rPr>
                <w:color w:val="464E5E"/>
                <w:sz w:val="18"/>
              </w:rPr>
              <w:t>Voo direto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B50BE5">
            <w:pPr>
              <w:jc w:val="center"/>
            </w:pPr>
            <w:r>
              <w:rPr>
                <w:color w:val="464E5E"/>
                <w:sz w:val="18"/>
              </w:rPr>
              <w:t>-</w:t>
            </w:r>
          </w:p>
        </w:tc>
      </w:tr>
      <w:tr w:rsidR="00434231">
        <w:trPr>
          <w:jc w:val="center"/>
        </w:trPr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B50BE5">
            <w:pPr>
              <w:jc w:val="center"/>
            </w:pPr>
            <w:r>
              <w:rPr>
                <w:color w:val="464E5E"/>
                <w:sz w:val="18"/>
              </w:rPr>
              <w:t>LA 3171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B50BE5">
            <w:pPr>
              <w:jc w:val="center"/>
            </w:pPr>
            <w:r>
              <w:rPr>
                <w:color w:val="464E5E"/>
                <w:sz w:val="18"/>
              </w:rPr>
              <w:t>08 AGO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B50BE5">
            <w:pPr>
              <w:jc w:val="center"/>
            </w:pPr>
            <w:r>
              <w:rPr>
                <w:color w:val="464E5E"/>
                <w:sz w:val="18"/>
              </w:rPr>
              <w:t>BPS / GRU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B50BE5">
            <w:pPr>
              <w:jc w:val="center"/>
            </w:pPr>
            <w:r>
              <w:rPr>
                <w:color w:val="464E5E"/>
                <w:sz w:val="18"/>
              </w:rPr>
              <w:t>17:50 / 19:55</w:t>
            </w:r>
          </w:p>
        </w:tc>
      </w:tr>
      <w:tr w:rsidR="00434231">
        <w:trPr>
          <w:jc w:val="center"/>
        </w:trPr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B50BE5">
            <w:pPr>
              <w:jc w:val="center"/>
            </w:pPr>
            <w:r>
              <w:rPr>
                <w:color w:val="464E5E"/>
                <w:sz w:val="18"/>
              </w:rPr>
              <w:t>-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B50BE5">
            <w:pPr>
              <w:jc w:val="center"/>
            </w:pPr>
            <w:r>
              <w:rPr>
                <w:color w:val="464E5E"/>
                <w:sz w:val="18"/>
              </w:rPr>
              <w:t>08 AGO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B50BE5">
            <w:pPr>
              <w:jc w:val="center"/>
            </w:pPr>
            <w:r>
              <w:rPr>
                <w:color w:val="464E5E"/>
                <w:sz w:val="18"/>
              </w:rPr>
              <w:t>Voo direto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B50BE5">
            <w:pPr>
              <w:jc w:val="center"/>
            </w:pPr>
            <w:r>
              <w:rPr>
                <w:color w:val="464E5E"/>
                <w:sz w:val="18"/>
              </w:rPr>
              <w:t>-</w:t>
            </w:r>
          </w:p>
        </w:tc>
      </w:tr>
    </w:tbl>
    <w:p w:rsidR="00434231" w:rsidRDefault="00434231"/>
    <w:p w:rsidR="00434231" w:rsidRDefault="00B50BE5">
      <w:pPr>
        <w:spacing w:before="200" w:after="120"/>
        <w:jc w:val="center"/>
      </w:pPr>
      <w:r>
        <w:rPr>
          <w:b/>
          <w:color w:val="262E5D"/>
          <w:sz w:val="36"/>
        </w:rPr>
        <w:t>Roteiro resumido dia a dia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B50BE5">
            <w:pPr>
              <w:jc w:val="center"/>
            </w:pPr>
            <w:r>
              <w:rPr>
                <w:noProof/>
                <w:lang w:val="pt-BR" w:eastAsia="pt-BR"/>
              </w:rPr>
              <w:drawing>
                <wp:inline distT="0" distB="0" distL="0" distR="0" wp14:anchorId="19973AA2" wp14:editId="512DD7D4">
                  <wp:extent cx="5897880" cy="2515370"/>
                  <wp:effectExtent l="0" t="0" r="0" b="0"/>
                  <wp:docPr id="2" name="img_ru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ru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B50BE5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03 DE AGOSTO - SÃO PAULO / PORTO SEGURO / ARRAIAL D'AJUDA</w:t>
            </w:r>
          </w:p>
          <w:p w:rsidR="00434231" w:rsidRDefault="00B50BE5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Embarque em São Paulo no Aeroporto de Guarulhos, voo direto LATAM com destino a Porto Seguro. Chegada, desembarque e traslado regular até Arraial d'Ajuda. Check-in no Maitei Hotel. Tarde e noite livres para se ambientar com o paraíso baiano.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B50BE5">
            <w:pPr>
              <w:jc w:val="center"/>
            </w:pPr>
            <w:r>
              <w:rPr>
                <w:noProof/>
                <w:lang w:val="pt-BR" w:eastAsia="pt-BR"/>
              </w:rPr>
              <w:drawing>
                <wp:inline distT="0" distB="0" distL="0" distR="0" wp14:anchorId="1120292A" wp14:editId="170F427F">
                  <wp:extent cx="5897880" cy="2515370"/>
                  <wp:effectExtent l="0" t="0" r="0" b="0"/>
                  <wp:docPr id="3" name="img_prai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praia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B50BE5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04 DE AGOST</w:t>
            </w:r>
            <w:r>
              <w:rPr>
                <w:b/>
                <w:color w:val="313641"/>
                <w:sz w:val="28"/>
                <w:lang w:val="pt-BR"/>
              </w:rPr>
              <w:t>O - ARRAIAL D'AJUDA</w:t>
            </w:r>
          </w:p>
          <w:p w:rsidR="00434231" w:rsidRDefault="00B50BE5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Café da manhã no hotel. Dia livre para explorar as praias de Arraial d'Ajuda: Mucugê, Pitinga e Lagoa Azul, cercadas por falésias coloridas e coqueirais. À tarde, sugestão de passeio pela Rua do Mucugê com seus bares e restaurantes char</w:t>
            </w:r>
            <w:r>
              <w:rPr>
                <w:color w:val="464E5E"/>
                <w:lang w:val="pt-BR"/>
              </w:rPr>
              <w:t>mosos.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B50BE5">
            <w:pPr>
              <w:jc w:val="center"/>
            </w:pPr>
            <w:r>
              <w:rPr>
                <w:noProof/>
                <w:lang w:val="pt-BR" w:eastAsia="pt-BR"/>
              </w:rPr>
              <w:lastRenderedPageBreak/>
              <w:drawing>
                <wp:inline distT="0" distB="0" distL="0" distR="0" wp14:anchorId="6780A659" wp14:editId="59F8A8B3">
                  <wp:extent cx="5897880" cy="2515370"/>
                  <wp:effectExtent l="0" t="0" r="0" b="0"/>
                  <wp:docPr id="4" name="img_igrej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igreja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B50BE5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05 DE AGOSTO - ARRAIAL D'AJUDA</w:t>
            </w:r>
          </w:p>
          <w:p w:rsidR="00434231" w:rsidRDefault="00B50BE5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Café da manhã no hotel. Visita ao centro histórico colonial de Arraial d'Ajuda: Igreja Nossa Senhora d'Ajuda, praça principal e comércio de artesanato local. Tarde livre para relaxar na piscina do hotel ou nas praia</w:t>
            </w:r>
            <w:r>
              <w:rPr>
                <w:color w:val="464E5E"/>
                <w:lang w:val="pt-BR"/>
              </w:rPr>
              <w:t>s da região.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B50BE5">
            <w:pPr>
              <w:jc w:val="center"/>
            </w:pPr>
            <w:r>
              <w:rPr>
                <w:noProof/>
                <w:lang w:val="pt-BR" w:eastAsia="pt-BR"/>
              </w:rPr>
              <w:drawing>
                <wp:inline distT="0" distB="0" distL="0" distR="0" wp14:anchorId="6BA604D5" wp14:editId="3AA19538">
                  <wp:extent cx="5897880" cy="2515370"/>
                  <wp:effectExtent l="0" t="0" r="0" b="0"/>
                  <wp:docPr id="5" name="img_ru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ru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B50BE5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06 DE AGOSTO - ARRAIAL D'AJUDA</w:t>
            </w:r>
          </w:p>
          <w:p w:rsidR="00434231" w:rsidRDefault="00B50BE5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Café da manhã no hotel. Dia livre. Sugestão: passeio de buggy pelas praias, visita ao Eco Parque com trilhas e mirante panorâmico ou mergulho nas piscinas naturais da região.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B50BE5">
            <w:pPr>
              <w:jc w:val="center"/>
            </w:pPr>
            <w:r>
              <w:rPr>
                <w:noProof/>
                <w:lang w:val="pt-BR" w:eastAsia="pt-BR"/>
              </w:rPr>
              <w:lastRenderedPageBreak/>
              <w:drawing>
                <wp:inline distT="0" distB="0" distL="0" distR="0" wp14:anchorId="61DEF79A" wp14:editId="6BFDDC3C">
                  <wp:extent cx="5897880" cy="2515370"/>
                  <wp:effectExtent l="0" t="0" r="0" b="0"/>
                  <wp:docPr id="6" name="img_prai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praia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B50BE5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07 DE AGOSTO - ARRAIAL D'AJUDA</w:t>
            </w:r>
          </w:p>
          <w:p w:rsidR="00434231" w:rsidRDefault="00B50BE5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Café da manhã no hotel. Último dia completo. Aproveite as praias mais selvagens como Apicum e Taípe ou faça um passeio de escuna ao pôr do sol. Jantar em um dos restaurantes da Rua do Mucugê.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B50BE5">
            <w:pPr>
              <w:jc w:val="center"/>
            </w:pPr>
            <w:r>
              <w:rPr>
                <w:noProof/>
                <w:lang w:val="pt-BR" w:eastAsia="pt-BR"/>
              </w:rPr>
              <w:drawing>
                <wp:inline distT="0" distB="0" distL="0" distR="0" wp14:anchorId="3F8B3E6B" wp14:editId="4E2F4F73">
                  <wp:extent cx="5897880" cy="2515370"/>
                  <wp:effectExtent l="0" t="0" r="0" b="0"/>
                  <wp:docPr id="7" name="img_igrej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igreja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B50BE5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08 DE AGOSTO - ARRAIAL D'AJUDA / PORTO SEGURO / SÃO PAULO</w:t>
            </w:r>
          </w:p>
          <w:p w:rsidR="00434231" w:rsidRDefault="00B50BE5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Caf</w:t>
            </w:r>
            <w:r>
              <w:rPr>
                <w:color w:val="464E5E"/>
                <w:lang w:val="pt-BR"/>
              </w:rPr>
              <w:t>é da manhã no hotel. Check-out previsto até as 12h. Traslado regular ao Aeroporto de Porto Seguro. Embarque em voo direto LATAM com destino a São Paulo. Chegada a Guarulhos e encerramento dos serviços.</w:t>
            </w:r>
          </w:p>
        </w:tc>
      </w:tr>
    </w:tbl>
    <w:p w:rsidR="00434231" w:rsidRDefault="00434231">
      <w:pPr>
        <w:spacing w:after="80"/>
      </w:pPr>
    </w:p>
    <w:p w:rsidR="00434231" w:rsidRDefault="00B50BE5">
      <w:pPr>
        <w:spacing w:before="200" w:after="120"/>
      </w:pPr>
      <w:r>
        <w:rPr>
          <w:b/>
          <w:color w:val="262E5D"/>
          <w:sz w:val="36"/>
        </w:rPr>
        <w:t>Hotéis previstos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28"/>
        <w:gridCol w:w="5328"/>
      </w:tblGrid>
      <w:tr w:rsidR="007D2642">
        <w:trPr>
          <w:jc w:val="center"/>
        </w:trPr>
        <w:tc>
          <w:tcPr>
            <w:tcW w:w="5328" w:type="dxa"/>
            <w:shd w:val="clear" w:color="auto" w:fill="262E5D"/>
          </w:tcPr>
          <w:p w:rsidR="007D2642" w:rsidRDefault="00B50BE5">
            <w:pPr>
              <w:jc w:val="center"/>
            </w:pPr>
            <w:r>
              <w:rPr>
                <w:b/>
                <w:color w:val="FFFFFF"/>
                <w:sz w:val="18"/>
              </w:rPr>
              <w:t>Destino</w:t>
            </w:r>
          </w:p>
        </w:tc>
        <w:tc>
          <w:tcPr>
            <w:tcW w:w="5328" w:type="dxa"/>
            <w:shd w:val="clear" w:color="auto" w:fill="262E5D"/>
          </w:tcPr>
          <w:p w:rsidR="007D2642" w:rsidRDefault="00B50BE5">
            <w:pPr>
              <w:jc w:val="center"/>
            </w:pPr>
            <w:r>
              <w:rPr>
                <w:b/>
                <w:color w:val="FFFFFF"/>
                <w:sz w:val="18"/>
              </w:rPr>
              <w:t>Hotel previsto</w:t>
            </w:r>
          </w:p>
        </w:tc>
      </w:tr>
      <w:tr w:rsidR="007D2642">
        <w:trPr>
          <w:jc w:val="center"/>
        </w:trPr>
        <w:tc>
          <w:tcPr>
            <w:tcW w:w="5328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7D2642" w:rsidRDefault="00B50BE5">
            <w:r>
              <w:rPr>
                <w:b/>
                <w:color w:val="313641"/>
                <w:sz w:val="19"/>
              </w:rPr>
              <w:t xml:space="preserve">Arraial </w:t>
            </w:r>
            <w:r>
              <w:rPr>
                <w:b/>
                <w:color w:val="313641"/>
                <w:sz w:val="19"/>
              </w:rPr>
              <w:t>d'Ajuda - BA</w:t>
            </w:r>
          </w:p>
        </w:tc>
        <w:tc>
          <w:tcPr>
            <w:tcW w:w="5328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7D2642" w:rsidRDefault="00B50BE5">
            <w:r>
              <w:rPr>
                <w:color w:val="313641"/>
                <w:sz w:val="19"/>
              </w:rPr>
              <w:t>Maitei Hotel ★★★★★</w:t>
            </w:r>
          </w:p>
        </w:tc>
      </w:tr>
    </w:tbl>
    <w:p w:rsidR="00434231" w:rsidRDefault="00B50BE5">
      <w:pPr>
        <w:spacing w:before="200" w:after="120"/>
      </w:pPr>
      <w:r>
        <w:rPr>
          <w:b/>
          <w:color w:val="313641"/>
          <w:sz w:val="28"/>
        </w:rPr>
        <w:t>Programa não inclui</w:t>
      </w:r>
    </w:p>
    <w:p w:rsidR="00434231" w:rsidRPr="00861BCF" w:rsidRDefault="00B50BE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Taxas de embarque, que deverão ser pagas à vista.</w:t>
      </w:r>
    </w:p>
    <w:p w:rsidR="00434231" w:rsidRPr="00861BCF" w:rsidRDefault="00B50BE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Taxas de turismo locais ou taxas pagas diretamente aos hotéis.</w:t>
      </w:r>
    </w:p>
    <w:p w:rsidR="00434231" w:rsidRPr="00861BCF" w:rsidRDefault="00B50BE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lastRenderedPageBreak/>
        <w:t>Passeios opcionais, serviços não mencionados como inclusos e despesas pessoais.</w:t>
      </w:r>
    </w:p>
    <w:p w:rsidR="00434231" w:rsidRPr="00861BCF" w:rsidRDefault="00B50BE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 xml:space="preserve">Gorjetas, </w:t>
      </w:r>
      <w:r>
        <w:rPr>
          <w:color w:val="464E5E"/>
          <w:sz w:val="19"/>
          <w:lang w:val="pt-BR"/>
        </w:rPr>
        <w:t>excesso de bagagem, lavanderia, telefonemas e bebidas/refeições extras.</w:t>
      </w:r>
    </w:p>
    <w:p w:rsidR="00434231" w:rsidRPr="00861BCF" w:rsidRDefault="00B50BE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Despesas com documentação, early check-in e late check-out, salvo quando informado em contrário.</w:t>
      </w:r>
    </w:p>
    <w:p w:rsidR="00434231" w:rsidRDefault="00B50BE5">
      <w:pPr>
        <w:spacing w:before="200" w:after="120"/>
      </w:pPr>
      <w:r>
        <w:rPr>
          <w:b/>
          <w:color w:val="313641"/>
          <w:sz w:val="28"/>
        </w:rPr>
        <w:t>Documentação para embarque</w:t>
      </w:r>
    </w:p>
    <w:p w:rsidR="00434231" w:rsidRPr="00861BCF" w:rsidRDefault="00B50BE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Brasileiros: passaporte com validade mínima de 6 meses a par</w:t>
      </w:r>
      <w:r>
        <w:rPr>
          <w:color w:val="464E5E"/>
          <w:sz w:val="19"/>
          <w:lang w:val="pt-BR"/>
        </w:rPr>
        <w:t>tir da chegada ao país e mínimo de 3 páginas em branco, ou RG brasileiro em bom estado, emitido há no máximo 10 anos.</w:t>
      </w:r>
    </w:p>
    <w:p w:rsidR="00434231" w:rsidRPr="00861BCF" w:rsidRDefault="00B50BE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Não são aceitos documentos de categoria, como CRM, CREA e CNH.</w:t>
      </w:r>
    </w:p>
    <w:p w:rsidR="00434231" w:rsidRPr="00861BCF" w:rsidRDefault="00B50BE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 xml:space="preserve">Estrangeiros: necessário passaporte. Verificar exigência de visto conforme </w:t>
      </w:r>
      <w:r>
        <w:rPr>
          <w:color w:val="464E5E"/>
          <w:sz w:val="19"/>
          <w:lang w:val="pt-BR"/>
        </w:rPr>
        <w:t>nacionalidade.</w:t>
      </w:r>
    </w:p>
    <w:p w:rsidR="00434231" w:rsidRPr="00861BCF" w:rsidRDefault="00B50BE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Menores de 18 anos desacompanhados ou acompanhados por apenas um dos pais devem portar autorização adequada com reconhecimento de firma, conforme exigências vigentes.</w:t>
      </w:r>
    </w:p>
    <w:p w:rsidR="00434231" w:rsidRPr="00861BCF" w:rsidRDefault="00B50BE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 xml:space="preserve">A documentação de viagem é de responsabilidade dos passageiros e deve ser </w:t>
      </w:r>
      <w:r>
        <w:rPr>
          <w:color w:val="464E5E"/>
          <w:sz w:val="19"/>
          <w:lang w:val="pt-BR"/>
        </w:rPr>
        <w:t>confirmada junto aos consulados e à companhia aérea antes do embarque.</w:t>
      </w:r>
    </w:p>
    <w:p w:rsidR="00434231" w:rsidRDefault="00B50BE5">
      <w:pPr>
        <w:spacing w:before="200" w:after="120"/>
      </w:pPr>
      <w:r>
        <w:rPr>
          <w:b/>
          <w:color w:val="313641"/>
          <w:sz w:val="28"/>
        </w:rPr>
        <w:t>Observações importantes</w:t>
      </w:r>
    </w:p>
    <w:p w:rsidR="00434231" w:rsidRPr="00861BCF" w:rsidRDefault="00B50BE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Preços sujeitos a alteração sem aviso prévio e reservas sujeitas à disponibilidade.</w:t>
      </w:r>
    </w:p>
    <w:p w:rsidR="00434231" w:rsidRPr="00861BCF" w:rsidRDefault="00B50BE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 xml:space="preserve">Recomenda-se contratar seguro de assistência viagem e chip/plano de dados </w:t>
      </w:r>
      <w:r>
        <w:rPr>
          <w:color w:val="464E5E"/>
          <w:sz w:val="19"/>
          <w:lang w:val="pt-BR"/>
        </w:rPr>
        <w:t>para maior comodidade durante a viagem.</w:t>
      </w:r>
    </w:p>
    <w:p w:rsidR="00434231" w:rsidRPr="00861BCF" w:rsidRDefault="00B50BE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Caso seguro ou chip não estejam inclusos, poderão ser adicionados e parcelados junto ao pacote.</w:t>
      </w:r>
    </w:p>
    <w:sectPr w:rsidR="00434231" w:rsidRPr="00861BCF" w:rsidSect="00034616">
      <w:footerReference w:type="default" r:id="rId12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0BE5" w:rsidRDefault="00B50BE5">
      <w:pPr>
        <w:spacing w:after="0" w:line="240" w:lineRule="auto"/>
      </w:pPr>
      <w:r>
        <w:separator/>
      </w:r>
    </w:p>
  </w:endnote>
  <w:endnote w:type="continuationSeparator" w:id="0">
    <w:p w:rsidR="00B50BE5" w:rsidRDefault="00B50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ontserrat">
    <w:altName w:val="Times New Roman"/>
    <w:charset w:val="00"/>
    <w:family w:val="auto"/>
    <w:pitch w:val="variable"/>
    <w:sig w:usb0="00000001" w:usb1="4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4231" w:rsidRPr="00861BCF" w:rsidRDefault="00B50BE5">
    <w:pPr>
      <w:pStyle w:val="Rodap"/>
      <w:jc w:val="center"/>
      <w:rPr>
        <w:lang w:val="pt-BR"/>
      </w:rPr>
    </w:pPr>
    <w:r w:rsidRPr="00861BCF">
      <w:rPr>
        <w:color w:val="787878"/>
        <w:sz w:val="16"/>
        <w:lang w:val="pt-BR"/>
      </w:rPr>
      <w:t>Roteiro resumido - Arraial d'Ajuda - Agosto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0BE5" w:rsidRDefault="00B50BE5">
      <w:pPr>
        <w:spacing w:after="0" w:line="240" w:lineRule="auto"/>
      </w:pPr>
      <w:r>
        <w:separator/>
      </w:r>
    </w:p>
  </w:footnote>
  <w:footnote w:type="continuationSeparator" w:id="0">
    <w:p w:rsidR="00B50BE5" w:rsidRDefault="00B50B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26BA1"/>
    <w:rsid w:val="0015074B"/>
    <w:rsid w:val="0029639D"/>
    <w:rsid w:val="00326F90"/>
    <w:rsid w:val="00434231"/>
    <w:rsid w:val="0048766A"/>
    <w:rsid w:val="007D2642"/>
    <w:rsid w:val="00861BCF"/>
    <w:rsid w:val="00966CD8"/>
    <w:rsid w:val="00AA1D8D"/>
    <w:rsid w:val="00B47730"/>
    <w:rsid w:val="00B50BE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22547F9C-90A8-40B4-8769-3B5444D62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Montserrat" w:eastAsia="Montserrat" w:hAnsi="Montserrat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7A78909-6181-4C0F-AA57-57FCB1A49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699</Words>
  <Characters>3776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4467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3</cp:revision>
  <dcterms:created xsi:type="dcterms:W3CDTF">2026-06-11T20:15:00Z</dcterms:created>
  <dcterms:modified xsi:type="dcterms:W3CDTF">2026-06-11T20:15:00Z</dcterms:modified>
  <cp:category/>
</cp:coreProperties>
</file>