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31" w:rsidRPr="00861BCF" w:rsidRDefault="00C73CA9">
      <w:pPr>
        <w:jc w:val="center"/>
        <w:rPr>
          <w:lang w:val="pt-BR"/>
        </w:rPr>
      </w:pPr>
      <w:r>
        <w:rPr>
          <w:b/>
          <w:color w:val="262E5D"/>
          <w:sz w:val="48"/>
          <w:lang w:val="pt-BR"/>
        </w:rPr>
        <w:t>CABO DE SANTO AGOSTINHO - RES</w:t>
      </w:r>
      <w:bookmarkStart w:id="0" w:name="_GoBack"/>
      <w:bookmarkEnd w:id="0"/>
      <w:r>
        <w:rPr>
          <w:b/>
          <w:color w:val="262E5D"/>
          <w:sz w:val="48"/>
          <w:lang w:val="pt-BR"/>
        </w:rPr>
        <w:t>ORTS</w:t>
      </w:r>
    </w:p>
    <w:p w:rsidR="00434231" w:rsidRPr="00861BCF" w:rsidRDefault="00C73CA9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All Inclusive - Agosto de 2026</w:t>
      </w:r>
    </w:p>
    <w:p w:rsidR="00434231" w:rsidRDefault="00C73CA9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C73CA9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:rsidR="00434231" w:rsidRDefault="00C73CA9">
            <w:pPr>
              <w:jc w:val="center"/>
            </w:pPr>
            <w:r>
              <w:rPr>
                <w:b/>
                <w:color w:val="313641"/>
                <w:sz w:val="20"/>
              </w:rPr>
              <w:t>All Inclusive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C73CA9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:rsidR="00434231" w:rsidRDefault="00C73CA9">
            <w:pPr>
              <w:jc w:val="center"/>
            </w:pPr>
            <w:r>
              <w:rPr>
                <w:b/>
                <w:color w:val="313641"/>
                <w:sz w:val="20"/>
              </w:rPr>
              <w:t>Vila Galé Eco Resort 5 estrelas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C73CA9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:rsidR="00434231" w:rsidRDefault="00C73CA9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C73CA9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:rsidR="00434231" w:rsidRDefault="00C73CA9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C73CA9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:rsidR="00434231" w:rsidRDefault="00C73CA9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C73CA9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:rsidR="00434231" w:rsidRDefault="00C73CA9">
            <w:pPr>
              <w:jc w:val="center"/>
            </w:pPr>
            <w:r>
              <w:rPr>
                <w:b/>
                <w:color w:val="313641"/>
                <w:sz w:val="20"/>
              </w:rPr>
              <w:t>REF: 1132220</w:t>
            </w:r>
          </w:p>
        </w:tc>
      </w:tr>
    </w:tbl>
    <w:p w:rsidR="00434231" w:rsidRDefault="00434231"/>
    <w:p w:rsidR="00434231" w:rsidRDefault="00C73CA9">
      <w:pPr>
        <w:spacing w:before="200" w:after="120"/>
      </w:pPr>
      <w:r>
        <w:rPr>
          <w:b/>
          <w:color w:val="262E5D"/>
          <w:sz w:val="36"/>
        </w:rPr>
        <w:t>Sobre a viagem</w:t>
      </w:r>
    </w:p>
    <w:p w:rsidR="00434231" w:rsidRPr="00861BCF" w:rsidRDefault="00C73CA9">
      <w:pPr>
        <w:jc w:val="both"/>
        <w:rPr>
          <w:lang w:val="pt-BR"/>
        </w:rPr>
      </w:pPr>
      <w:r>
        <w:rPr>
          <w:color w:val="464E5E"/>
          <w:lang w:val="pt-BR"/>
        </w:rPr>
        <w:t xml:space="preserve">Cabo de Santo </w:t>
      </w:r>
      <w:r>
        <w:rPr>
          <w:color w:val="464E5E"/>
          <w:lang w:val="pt-BR"/>
        </w:rPr>
        <w:t>Agostinho, em Pernambuco, é uma fusão de beleza natural e história. Suas praias de águas cristalinas, como Calhetas e Gaibu, oferecem um refúgio sereno à beira-mar. O patrimônio colonial, personificado pela Igreja de Nossa Senhora da Escada, conta a histór</w:t>
      </w:r>
      <w:r>
        <w:rPr>
          <w:color w:val="464E5E"/>
          <w:lang w:val="pt-BR"/>
        </w:rPr>
        <w:t xml:space="preserve">ia da região. A rica flora e fauna do Parque Nacional oferece trilhas ecológicas e vistas espetaculares. No coração desta paisagem encontra-se o Vila Galé Eco Resort, um oásis de conforto e hospitalidade All Inclusive pé na areia, com quatro restaurantes, </w:t>
      </w:r>
      <w:r>
        <w:rPr>
          <w:color w:val="464E5E"/>
          <w:lang w:val="pt-BR"/>
        </w:rPr>
        <w:t>dois bares, spa Satsanga, complexo esportivo e acesso direto à praia.</w:t>
      </w:r>
    </w:p>
    <w:p w:rsidR="00434231" w:rsidRDefault="00C73CA9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Passagem aérea LATAM em classe econômica nos trechos São Paulo (GRU) / Recife (REC) e Recife (REC) / São Paulo (GRU), voo direto.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bagagem despachada de até 23 kg por</w:t>
      </w:r>
      <w:r>
        <w:rPr>
          <w:color w:val="464E5E"/>
          <w:sz w:val="19"/>
          <w:lang w:val="pt-BR"/>
        </w:rPr>
        <w:t xml:space="preserve"> pessoa conforme regra da companhia.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5 noites de hospedagem no Vila Galé Eco Resort do Cabo 5 estrelas (Apartamento Familiar) com regime All Inclusive.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Transfer regular IN+OUT entre o Aeroporto Internacional Gilberto Freyre (Recife) e Cabo de Santo Agostin</w:t>
      </w:r>
      <w:r>
        <w:rPr>
          <w:color w:val="464E5E"/>
          <w:sz w:val="19"/>
          <w:lang w:val="pt-BR"/>
        </w:rPr>
        <w:t>ho, operado pela Martur.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Seguro viagem PLANO NAC 50 B51.</w:t>
      </w:r>
    </w:p>
    <w:p w:rsidR="00434231" w:rsidRDefault="00C73CA9">
      <w:pPr>
        <w:spacing w:before="200" w:after="120"/>
      </w:pPr>
      <w:r>
        <w:rPr>
          <w:b/>
          <w:color w:val="313641"/>
          <w:sz w:val="28"/>
        </w:rPr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>
        <w:trPr>
          <w:jc w:val="center"/>
        </w:trPr>
        <w:tc>
          <w:tcPr>
            <w:tcW w:w="2664" w:type="dxa"/>
            <w:shd w:val="clear" w:color="auto" w:fill="262E5D"/>
          </w:tcPr>
          <w:p w:rsidR="00434231" w:rsidRDefault="00C73CA9">
            <w:pPr>
              <w:jc w:val="center"/>
            </w:pPr>
            <w:r>
              <w:rPr>
                <w:b/>
                <w:color w:val="FFFFFF"/>
                <w:sz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:rsidR="00434231" w:rsidRDefault="00C73CA9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:rsidR="00434231" w:rsidRDefault="00C73CA9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:rsidR="00434231" w:rsidRDefault="00C73CA9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LA 3400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07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GRU / REC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12:30 / 15:30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lastRenderedPageBreak/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LA 3401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12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REC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16:15 / 19:35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12 AGO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C73CA9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</w:tbl>
    <w:p w:rsidR="00434231" w:rsidRDefault="00434231"/>
    <w:p w:rsidR="00434231" w:rsidRDefault="00C73CA9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C73CA9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4A72F2FE" wp14:editId="4AF75BC6">
                  <wp:extent cx="5897880" cy="2515370"/>
                  <wp:effectExtent l="0" t="0" r="0" b="0"/>
                  <wp:docPr id="2" name="im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C73CA9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 xml:space="preserve">07 DE </w:t>
            </w:r>
            <w:r>
              <w:rPr>
                <w:b/>
                <w:color w:val="313641"/>
                <w:sz w:val="28"/>
                <w:lang w:val="pt-BR"/>
              </w:rPr>
              <w:t>AGOSTO - SÃO PAULO / RECIFE / CABO DE SANTO AGOSTINHO</w:t>
            </w:r>
          </w:p>
          <w:p w:rsidR="00434231" w:rsidRDefault="00C73CA9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Embarque em São Paulo no Aeroporto de Guarulhos, voo direto LATAM com destino a Recife. Chegada, desembarque e transfer regular até o Vila Galé Eco Resort do Cabo (aproximadamente 45 minutos). Check-in </w:t>
            </w:r>
            <w:r>
              <w:rPr>
                <w:color w:val="464E5E"/>
                <w:lang w:val="pt-BR"/>
              </w:rPr>
              <w:t>a partir das 15h. Tarde e noite livres para explorar o resort e desfrutar do All Inclusive.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C73CA9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61963421" wp14:editId="3C3ED852">
                  <wp:extent cx="5897880" cy="2515370"/>
                  <wp:effectExtent l="0" t="0" r="0" b="0"/>
                  <wp:docPr id="3" name="img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C73CA9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08 DE AGOSTO - CABO DE SANTO AGOSTINHO</w:t>
            </w:r>
          </w:p>
          <w:p w:rsidR="00434231" w:rsidRDefault="00C73CA9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Dia livre no resort. Aproveite as piscinas, a praia de Suape e todas as comodidades do All Inclusive: restaurantes, bares,</w:t>
            </w:r>
            <w:r>
              <w:rPr>
                <w:color w:val="464E5E"/>
                <w:lang w:val="pt-BR"/>
              </w:rPr>
              <w:t xml:space="preserve"> spa Satsanga e atividades de lazer. Sugestão: passeio de catamarã pelo rio Massangana.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C73CA9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2B1A1BF0" wp14:editId="39246952">
                  <wp:extent cx="5897880" cy="2515370"/>
                  <wp:effectExtent l="0" t="0" r="0" b="0"/>
                  <wp:docPr id="4" name="img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C73CA9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09 DE AGOSTO - CABO DE SANTO AGOSTINHO</w:t>
            </w:r>
          </w:p>
          <w:p w:rsidR="00434231" w:rsidRDefault="00C73CA9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 xml:space="preserve">Dia livre. Sugestão: visita às praias de Calhetas e Gaibu, com suas águas cristalinas e piscinas naturais. À tarde, caminhada </w:t>
            </w:r>
            <w:r>
              <w:rPr>
                <w:color w:val="464E5E"/>
                <w:lang w:val="pt-BR"/>
              </w:rPr>
              <w:t>ecológica pelo Parque Metropolitano Armando de Holanda Cavalcante com vistas espetaculares.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C73CA9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6027ECD9" wp14:editId="5BC8FB52">
                  <wp:extent cx="5897880" cy="2515370"/>
                  <wp:effectExtent l="0" t="0" r="0" b="0"/>
                  <wp:docPr id="5" name="img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C73CA9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10 DE AGOSTO - CABO DE SANTO AGOSTINHO</w:t>
            </w:r>
          </w:p>
          <w:p w:rsidR="00434231" w:rsidRDefault="00C73CA9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Dia livre no resort. Sugestão: excursão ao centro histórico do Cabo de Santo Agostinho para visitar a Igreja de Nossa Senh</w:t>
            </w:r>
            <w:r>
              <w:rPr>
                <w:color w:val="464E5E"/>
                <w:lang w:val="pt-BR"/>
              </w:rPr>
              <w:t>ora da Escada e o Forte do Castelo, com vista panorâmica para o oceano.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C73CA9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592A21C6" wp14:editId="78713B0E">
                  <wp:extent cx="5897880" cy="2515370"/>
                  <wp:effectExtent l="0" t="0" r="0" b="0"/>
                  <wp:docPr id="6" name="img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C73CA9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11 DE AGOSTO - CABO DE SANTO AGOSTINHO</w:t>
            </w:r>
          </w:p>
          <w:p w:rsidR="00434231" w:rsidRDefault="00C73CA9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Último dia completo. Aproveite ao máximo todas as instalações do resort: academia, quadras de tênis, espaço kids e acesso direto à praia. À noite, jantar especial em um dos quatro restaurantes do Vila Galé.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C73CA9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5CBE4454" wp14:editId="1DE0AAF1">
                  <wp:extent cx="5897880" cy="2515370"/>
                  <wp:effectExtent l="0" t="0" r="0" b="0"/>
                  <wp:docPr id="7" name="img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C73CA9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12 DE AGOSTO - CABO DE SANTO AGOSTINHO / RECIF</w:t>
            </w:r>
            <w:r>
              <w:rPr>
                <w:b/>
                <w:color w:val="313641"/>
                <w:sz w:val="28"/>
                <w:lang w:val="pt-BR"/>
              </w:rPr>
              <w:t>E / SÃO PAULO</w:t>
            </w:r>
          </w:p>
          <w:p w:rsidR="00434231" w:rsidRDefault="00C73CA9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resort. Check-out previsto até as 12h. Transfer regular até o Aeroporto Internacional Gilberto Freyre em Recife. Embarque em voo direto LATAM com destino a São Paulo. Chegada a Guarulhos e encerramento dos serviços.</w:t>
            </w:r>
          </w:p>
        </w:tc>
      </w:tr>
    </w:tbl>
    <w:p w:rsidR="00434231" w:rsidRDefault="00434231">
      <w:pPr>
        <w:spacing w:after="80"/>
      </w:pPr>
    </w:p>
    <w:p w:rsidR="00434231" w:rsidRDefault="00C73CA9">
      <w:pPr>
        <w:spacing w:before="200" w:after="120"/>
      </w:pPr>
      <w:r>
        <w:rPr>
          <w:b/>
          <w:color w:val="262E5D"/>
          <w:sz w:val="36"/>
        </w:rPr>
        <w:t xml:space="preserve">Hotéis </w:t>
      </w:r>
      <w:r>
        <w:rPr>
          <w:b/>
          <w:color w:val="262E5D"/>
          <w:sz w:val="36"/>
        </w:rPr>
        <w:t>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8A78F1">
        <w:trPr>
          <w:jc w:val="center"/>
        </w:trPr>
        <w:tc>
          <w:tcPr>
            <w:tcW w:w="5328" w:type="dxa"/>
            <w:shd w:val="clear" w:color="auto" w:fill="262E5D"/>
          </w:tcPr>
          <w:p w:rsidR="008A78F1" w:rsidRDefault="00C73CA9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:rsidR="008A78F1" w:rsidRDefault="00C73CA9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8A78F1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8A78F1" w:rsidRDefault="00C73CA9">
            <w:r>
              <w:rPr>
                <w:b/>
                <w:color w:val="313641"/>
                <w:sz w:val="19"/>
              </w:rPr>
              <w:t>Cabo de Santo Agostinho - PE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8A78F1" w:rsidRDefault="00C73CA9">
            <w:r>
              <w:rPr>
                <w:color w:val="313641"/>
                <w:sz w:val="19"/>
              </w:rPr>
              <w:t>Vila Galé Eco Resort do Cabo ★★★★★</w:t>
            </w:r>
          </w:p>
        </w:tc>
      </w:tr>
    </w:tbl>
    <w:p w:rsidR="00434231" w:rsidRDefault="00C73CA9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embarque, que deverão ser pagas à vista.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lastRenderedPageBreak/>
        <w:t>Taxas de turismo locais ou taxas pagas diretamente aos hotéis.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Passeios opcionais, </w:t>
      </w:r>
      <w:r>
        <w:rPr>
          <w:color w:val="464E5E"/>
          <w:sz w:val="19"/>
          <w:lang w:val="pt-BR"/>
        </w:rPr>
        <w:t>serviços não mencionados como inclusos e despesas pessoais.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Gorjetas, excesso de bagagem, lavanderia, telefonemas e bebidas/refeições extras.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:rsidR="00434231" w:rsidRDefault="00C73CA9">
      <w:pPr>
        <w:spacing w:before="200" w:after="120"/>
      </w:pPr>
      <w:r>
        <w:rPr>
          <w:b/>
          <w:color w:val="313641"/>
          <w:sz w:val="28"/>
        </w:rPr>
        <w:t>Documentação para</w:t>
      </w:r>
      <w:r>
        <w:rPr>
          <w:b/>
          <w:color w:val="313641"/>
          <w:sz w:val="28"/>
        </w:rPr>
        <w:t xml:space="preserve"> embarque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Brasileiros: passaporte com validade mínima de 6 meses a partir da chegada ao país e mínimo de 3 páginas em branco, ou RG brasileiro em bom estado, emitido há no máximo 10 anos.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 CNH.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Estra</w:t>
      </w:r>
      <w:r>
        <w:rPr>
          <w:color w:val="464E5E"/>
          <w:sz w:val="19"/>
          <w:lang w:val="pt-BR"/>
        </w:rPr>
        <w:t>ngeiros: necessário passaporte. Verificar exigência de visto conforme nacionalidade.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vigentes.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A do</w:t>
      </w:r>
      <w:r>
        <w:rPr>
          <w:color w:val="464E5E"/>
          <w:sz w:val="19"/>
          <w:lang w:val="pt-BR"/>
        </w:rPr>
        <w:t>cumentação de viagem é de responsabilidade dos passageiros e deve ser confirmada junto aos consulados e à companhia aérea antes do embarque.</w:t>
      </w:r>
    </w:p>
    <w:p w:rsidR="00434231" w:rsidRDefault="00C73CA9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Preços sujeitos a alteração sem aviso prévio e reservas sujeitas à disponibilidade.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Recomenda-se contratar seguro de assistência viagem e chip/plano de dados para maior comodidade durante a viagem.</w:t>
      </w:r>
    </w:p>
    <w:p w:rsidR="00434231" w:rsidRPr="00861BCF" w:rsidRDefault="00C73CA9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1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CA9" w:rsidRDefault="00C73CA9">
      <w:pPr>
        <w:spacing w:after="0" w:line="240" w:lineRule="auto"/>
      </w:pPr>
      <w:r>
        <w:separator/>
      </w:r>
    </w:p>
  </w:endnote>
  <w:endnote w:type="continuationSeparator" w:id="0">
    <w:p w:rsidR="00C73CA9" w:rsidRDefault="00C73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231" w:rsidRPr="00861BCF" w:rsidRDefault="00C73CA9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>Roteiro resumido - Cabo de Santo Agostinho - Vila Galé Eco Resort - Agosto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CA9" w:rsidRDefault="00C73CA9">
      <w:pPr>
        <w:spacing w:after="0" w:line="240" w:lineRule="auto"/>
      </w:pPr>
      <w:r>
        <w:separator/>
      </w:r>
    </w:p>
  </w:footnote>
  <w:footnote w:type="continuationSeparator" w:id="0">
    <w:p w:rsidR="00C73CA9" w:rsidRDefault="00C73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BA1"/>
    <w:rsid w:val="0015074B"/>
    <w:rsid w:val="0029639D"/>
    <w:rsid w:val="00326F90"/>
    <w:rsid w:val="00417093"/>
    <w:rsid w:val="00434231"/>
    <w:rsid w:val="00861BCF"/>
    <w:rsid w:val="008A78F1"/>
    <w:rsid w:val="00966CD8"/>
    <w:rsid w:val="00AA1D8D"/>
    <w:rsid w:val="00B47730"/>
    <w:rsid w:val="00C73CA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643745-BF74-44D4-AC54-E4E60B62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728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2026-06-11T20:23:00Z</dcterms:created>
  <dcterms:modified xsi:type="dcterms:W3CDTF">2026-06-11T20:23:00Z</dcterms:modified>
  <cp:category/>
</cp:coreProperties>
</file>