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THE ST. REGIS LE MORNE RESORT, MAURITIUS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Luxo, praias brancas e paisagens únicas em Le Morne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A partir de EUR 2.366*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22/12/2026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Luxo, Praias Brancas e Paisagens Únicas em Le Morne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O The St. Regis Le Morne Resort está localizado em uma das melhores praias de Maurício, com vista para o Oceano Índico e a deslumbrante montanha Le Morne Brabant, patrimônio da Unesco.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5 noites com plano de alimentação conforme período, traslados privativos e kit de viagem digital, este programa é ideal para quem busca luxo, exclusividade e as melhores praias de Maurício.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Ilhas Maurício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Le Morne, Ilhas Maurício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Plano alimentar conforme período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Conforme estadia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viver o melhor de Maurício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aeroporto / hotel / aeroporto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The St. Regis Le Morne Resort com plano conforme período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Conforme período de estadia (vide preços)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Le Morne, Ilhas Maurício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Kit de viagem digital incluso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inclusos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de turismo não inclusas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A partir de EUR 2.366*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22/12/2026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por pessoa em apartamento duplo. Plano de alimentação conforme período de estadia. Passagem aérea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Le Morne, Ilhas Maurício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nas Ilhas Maurício, recepção e traslado privativo ao hotel. Acomodação por 5 noites com plano de alimentação conforme período.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no hotel. Dias livres para atividades independentes ou explorar as praias e o resort.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Após o café da manhã no hotel, traslado privativo ao aeroporto.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The St. Regis Le Morne Resort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Península Le Morne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Resort à beira-mar com areias brancas na lendária Península Le Morne Brabant, patrimônio da Unesco.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Cinco Restaurantes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Gastronomia exclusiva com cinco restaurantes, spa premium e amenidades de alto padrão.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Aventura &amp; Natureza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Montanha Le Morne, passeio de helicóptero, cachoeira subaquática e pôr do sol de barco.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Lua de Mel Especial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Espumante, cesta de frutas e 30% de desconto no spa para casais, mediante apresentação de certidão.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de alto luxo nas Ilhas Maurício.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Maurício é um dos destinos mais exclusivos e paradisíacos do Oceano Índico.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Plano de alimentação varia conforme o período de estadia. Consulte condições no momento da reserva.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Junior Suite (65m²) e Ocean Junior Suite (65m²) com vista para jardins ou oceano disponíveis.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plano conforme período, traslados privativos e kit de viagem digital.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Y403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The St. Regis Le Morne Resort, Mauritius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