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ARÁBIA SAUDITA AUTÊNTICA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09 dias / 08 noites  •  Imersão cultural por Jeddah, Medina, AlUla, Tabuk e Riade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às quintas-feiras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USD 4.617*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Duplo: USD 4.617* / Individual: USD 8.057*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Duplo: USD 5.050* / Individual: USD 8.877*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Imersão Cultural por Cinco Cidades da Arábia Saudita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Uma imersão de 9 dias pelas principais cidades da Arábia Saudita. De Jeddah a Riade, descubra paisagens únicas, tradições milenares e o dinamismo de um destino em transformação.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 doméstico Tabuk/Riade incluso, hospedagem, traslados, deslocamentos terrestres, passeios com guia em espanhol, jantares em Medina e Tabuk e kit de viagem, este programa é ideal para descobrir a Arábia Saudita autêntica.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09 dias / 08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Arábia Saudita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Jeddah, Medina, AlUla, Tabuk e Riade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Tabuk / Riade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Viagem em grupo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Saídas às quintas-feiras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uma imersão autêntica na Arábia Saudita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aeroporto / hotel / aeroporto com motorista em inglês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3n Jeddah + 1n Medina + 1n AlUla + 1n Tabuk + 2n Riade (café da manhã)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Café da manhã + meia pensão em AlUla + jantares em Medina e Tabuk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Jeddah, Medina, AlUla, Tabuk e Riade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Passeios com guia em espanhol em todos os destinos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Viagem em grupo  •  Saídas às quintas-feiras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A partir de USD 4.617*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ATÉ 10/12/2026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Duplo: USD 4.617* / Individual: USD 8.057*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24/12/2026 A 18/03/2027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Duplo: USD 5.050* / Individual: USD 8.877*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pessoa. Passagem aérea internacional não inclusa. Doméstica Tabuk/Riade inclusa. Saídas às quintas-feiras. Sujeito à disponibilidade e confirmação.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Jeddah, Medina, AlUla, Tabuk e Riade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 (quinta):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Jeddah e traslado regular ao hotel. Acomodação por 3 noites com café da manhã.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E 3º DIA (sex/sáb):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Passeio de meio dia em Al-Balad (patrimônio Unesco). Dia 3: passeio de dia inteiro - Jeddah Tower, Corniche, Fonte do Rei Fahd, Mesquita Al Rahma e circuito de F1.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4º DIA (dom): JEDDAH / MEDINA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Medina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Viagem terrestre (~4h) a Medina. Passeio: Mesquita do Profeta, Monte Uhud, Mesquita de Quba e Jardim de Ethiq. Jantar em restaurante local. Acomodação por 1 noite.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5º DIA (seg): MEDINA / KHAYBAR / ALULA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Medina / Tabuk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Viagem a Khaybar (~2h): visita ao oásis histórico. Continuação a AlUla: Rocha do Elefante (Jebel Al-Fil). Meia pensão. Acomodação por 1 noite.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6º DIA (seg): ALULA / TABUK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Tabuk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Passeio em Hegra (Madain Saleh, "a Outra Petra"). Almoço local. Viagem a Tabuk (~3h30). Jantar em restaurante local. Acomodação por 1 noite.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7º DIA (ter): TABUK / 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Tabuk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Voo doméstico a Riade. Passeio: Museu Nacional, Fortaleza de Masmak, Mesquita Al Rajhi e Boulevard Riyadh. Acomodação por 2 noites com café da manhã.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>8º DIA (qua): 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>Dia livre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 livre para atividades independentes em Riade.</w:t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>9º DIA (qui): 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manhã, check-out e traslado regular ao aeroporto.</w:t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Arábia Saudita Autêntica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Cultura &amp; História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Jeddah, Medina, AlUla e Riade: cidades que reúnem milênios de história e modernidade.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Patrimônio da Humanidade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Hegra (Madain Saleh), a "Outra Petra", e AlUla, museu a céu aberto reconhecido pela Unesco.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Natureza Única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Formações rochosas, oásis, desfiladeiros e a icônica Rocha do Elefante no coração do deserto.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Riade Moderna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Museu Nacional, Fortaleza de Masmak, Mesquita Al Rajhi e o Boulevard Riyadh.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imersão cultural autêntica pela Arábia Saudita.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 Arábia Saudita é um dos destinos mais fascinantes e únicos do mundo para se explorar.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Grupo mínimo 2 / máximo 15 viajantes. Saídas confirmadas às quintas-feiras. Valores não válidos para períodos festivos.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Movenpick Jeddah, Le Méridien Medina, Shaden Resort AlUla, Grand Millennium Tabuk e Vittori Palace Riade.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Voo doméstico Tabuk/Riade, hospedagem, traslados, passeios com guia, jantares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Y402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Arábia Saudita Autêntica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