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ILHAS SEYCHELLES: CONSTANCE EPHELIA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Luxo, natureza e tranquilidade no Oceano Índico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EUR 1.918*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22/12/2027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Natureza, Luxo e Experiências Inesquecíveis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completo nas Ilhas Seychelles, com acomodação de luxo no Constance Ephelia Resort, o maior spa do Oceano Índico, praias paradisíacas e atividades para todos os perfis.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hospedagem por 5 noites em Mahé com meia pensão, traslados privativos e kit de viagem, este programa foi pensado para casais e famílias que buscam conforto, exclusividade e contato com a natureza.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Seychelles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inclusa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Café da manhã + jantar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viver essa experiência com tranquilidade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 privativo aeroporto / hotel / aeroporto em Mahé (~30 min)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Constance Ephelia Resort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(café da manhã + jantar)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Não incluso no programa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• Meia pensão •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A partir de EUR 1.918*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22/12/2027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duplo, somente terrestre.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Seychelles, recepção e traslado privativo de aproximadamente 30 minutos ao hotel. Acomodação por 5 noites no Constance Ephelia Resort,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no hotel. No horário marcado, traslado privativo ao aeroporto.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Ilhas Seychelles: Constance Ephelia Resort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Resort 5 Estrelas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Constance Ephelia, localizado em Mahé, com o maior spa do Oceano Índico.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Natureza Exuberante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Praias paradisíacas, manguezais e fauna única das Ilhas Seychelles.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Atividades e Aventura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Tirolesa, caiaque, escalada, windsurf, pedalinho e esportes aquáticos.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 Spa &amp; Bem-Estar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O maior spa do Oceano Índico, com massagens tradicionais e terapias de rejuvenescimento.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experiência tranquila e inesquecível.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Junior Suite (62m²) e Senior Suite (72m²) com varanda e banheiro luxuoso.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meia pensão,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Y101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Seychelles: Constance Ephelia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