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26FA" w14:textId="77777777" w:rsidR="00BC1EB4" w:rsidRDefault="00000000">
      <w:pPr>
        <w:spacing w:after="0" w:line="252" w:lineRule="auto"/>
        <w:jc w:val="center"/>
      </w:pPr>
      <w:r>
        <w:rPr>
          <w:noProof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000000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000000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ILHAS SEYCHELLES: AVANI+ BARBARONS</w:t>
      </w:r>
    </w:p>
    <w:p w14:paraId="6B643E38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 xml:space="preserve">06 dias / 05 noites  •  Praia, natureza e relaxamento no Oceano Índico</w:t>
      </w:r>
    </w:p>
    <w:p w14:paraId="7FB3DC62" w14:textId="77777777" w:rsidR="00BC1EB4" w:rsidRDefault="00000000">
      <w:pPr>
        <w:spacing w:after="160" w:line="252" w:lineRule="auto"/>
        <w:jc w:val="center"/>
      </w:pPr>
      <w:r>
        <w:rPr>
          <w:noProof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0"/>
              </w:rPr>
              <w:t>SAÍDA</w:t>
            </w:r>
          </w:p>
          <w:p w14:paraId="3EBEA347" w14:textId="77777777" w:rsidR="00BC1EB4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A partir de EUR 2.074*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EMBARQUE</w:t>
            </w:r>
          </w:p>
          <w:p w14:paraId="0D35288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Consultar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000000">
            <w:r>
              <w:rPr>
                <w:b/>
                <w:color w:val="0A1A33"/>
                <w:sz w:val="20"/>
              </w:rPr>
              <w:t xml:space="preserve">A partir de EUR 2.074*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31/10/2026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000000">
            <w:r>
              <w:rPr>
                <w:b/>
                <w:color w:val="0A1A33"/>
                <w:sz w:val="20"/>
              </w:rPr>
              <w:t xml:space="preserve">Passagem aérea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Não inclusa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Praia, Natureza e Relaxamento no Oceano Índico</w:t>
      </w:r>
    </w:p>
    <w:p w14:paraId="3D7081C5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lastRenderedPageBreak/>
        <w:t>Um roteiro completo no Avani+ Barbarons Seychelles Resort, na costa oeste de Mahé, com praias de areia branca, águas cristalinas e estrutura moderna em meio às paisagens tropicais das Seychelles.</w:t>
      </w:r>
    </w:p>
    <w:p w14:paraId="3C6BCC9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 xml:space="preserve">Com hospedagem por 5 noites com meia pensão, traslados privativos e kit de viagem, este programa é ideal para quem busca descanso, contato com a natureza e o melhor das praias do Oceano Índico.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06 dias / 05 noites</w:t>
            </w:r>
          </w:p>
          <w:p w14:paraId="10C0414D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Ilhas Seychelles</w:t>
            </w:r>
          </w:p>
          <w:p w14:paraId="23B06B0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Mahé, Seychelles</w:t>
            </w:r>
          </w:p>
        </w:tc>
      </w:tr>
      <w:tr w:rsidR="00BC1EB4" w:rsidRPr="00997A4F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8"/>
              </w:rPr>
              <w:t>Voo não incluído</w:t>
            </w:r>
          </w:p>
          <w:p w14:paraId="26B4D7E3" w14:textId="77777777" w:rsidR="00BC1EB4" w:rsidRDefault="00000000">
            <w:pPr>
              <w:jc w:val="center"/>
            </w:pPr>
            <w:r>
              <w:rPr>
                <w:color w:val="FFFFFF"/>
                <w:sz w:val="18"/>
              </w:rPr>
              <w:t>Passagem aérea não inclusa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Meia pensão inclusa</w:t>
            </w:r>
          </w:p>
          <w:p w14:paraId="3E8065E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Café da manhã + jantar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organizado para você aproveitar cada momento</w:t>
      </w:r>
    </w:p>
    <w:p w14:paraId="33EC9D5A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  <w:br/>
            </w:r>
            <w:r>
              <w:rPr>
                <w:color w:val="333333"/>
                <w:sz w:val="17"/>
                <w:lang w:val="pt-BR"/>
              </w:rPr>
              <w:t xml:space="preserve">Não incluída no programa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  <w:br/>
            </w:r>
            <w:r>
              <w:rPr>
                <w:color w:val="333333"/>
                <w:sz w:val="17"/>
                <w:lang w:val="pt-BR"/>
              </w:rPr>
              <w:t>Não inclusas no programa</w:t>
            </w:r>
          </w:p>
        </w:tc>
      </w:tr>
      <w:tr w:rsidR="00BC1EB4" w:rsidRPr="00997A4F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  <w:br/>
            </w:r>
            <w:r>
              <w:rPr>
                <w:color w:val="333333"/>
                <w:sz w:val="17"/>
                <w:lang w:val="pt-BR"/>
              </w:rPr>
              <w:t xml:space="preserve">Traslado privativo aeroporto / hotel / aeroporto em Mahé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  <w:br/>
            </w:r>
            <w:r>
              <w:rPr>
                <w:color w:val="333333"/>
                <w:sz w:val="17"/>
                <w:lang w:val="pt-BR"/>
              </w:rPr>
              <w:t xml:space="preserve">Incluso no programa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  <w:br/>
            </w:r>
            <w:r>
              <w:rPr>
                <w:color w:val="333333"/>
                <w:sz w:val="17"/>
                <w:lang w:val="pt-BR"/>
              </w:rPr>
              <w:t>05 noites no Avani+ Barbarons Seychelles com meia pensão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🍽️</w:t>
            </w:r>
            <w:r>
              <w:rPr>
                <w:b/>
                <w:color w:val="0A1A33"/>
                <w:lang w:val="pt-BR"/>
              </w:rPr>
              <w:t xml:space="preserve">  Alimentação</w:t>
              <w:br/>
            </w:r>
            <w:r>
              <w:rPr>
                <w:color w:val="333333"/>
                <w:sz w:val="17"/>
                <w:lang w:val="pt-BR"/>
              </w:rPr>
              <w:t>Meia pensão (café da manhã + jantar)</w:t>
            </w:r>
          </w:p>
        </w:tc>
      </w:tr>
      <w:tr w:rsidR="00BC1EB4" w:rsidRPr="00997A4F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🗺️</w:t>
            </w:r>
            <w:r>
              <w:rPr>
                <w:b/>
                <w:color w:val="0A1A33"/>
                <w:lang w:val="pt-BR"/>
              </w:rPr>
              <w:t xml:space="preserve">  Visitas</w:t>
              <w:br/>
            </w:r>
            <w:r>
              <w:rPr>
                <w:color w:val="333333"/>
                <w:sz w:val="17"/>
                <w:lang w:val="pt-BR"/>
              </w:rPr>
              <w:t>Mahé, Seychelles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  <w:br/>
            </w:r>
            <w:r>
              <w:rPr>
                <w:color w:val="333333"/>
                <w:sz w:val="17"/>
                <w:lang w:val="pt-BR"/>
              </w:rPr>
              <w:t>Não incluso no programa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🎟️</w:t>
            </w:r>
            <w:r>
              <w:rPr>
                <w:b/>
                <w:color w:val="0A1A33"/>
                <w:lang w:val="pt-BR"/>
              </w:rPr>
              <w:t xml:space="preserve">  Ingressos</w:t>
              <w:br/>
            </w:r>
            <w:r>
              <w:rPr>
                <w:color w:val="333333"/>
                <w:sz w:val="17"/>
                <w:lang w:val="pt-BR"/>
              </w:rPr>
              <w:t xml:space="preserve">Kit de viagem incluso</w:t>
            </w:r>
          </w:p>
        </w:tc>
      </w:tr>
      <w:tr w:rsidR="00BC1EB4" w:rsidRPr="00997A4F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🏛️</w:t>
            </w:r>
            <w:r>
              <w:rPr>
                <w:b/>
                <w:color w:val="0A1A33"/>
                <w:lang w:val="pt-BR"/>
              </w:rPr>
              <w:t xml:space="preserve">  Taxas hoteleiras</w:t>
              <w:br/>
            </w:r>
            <w:r>
              <w:rPr>
                <w:color w:val="333333"/>
                <w:sz w:val="17"/>
                <w:lang w:val="pt-BR"/>
              </w:rPr>
              <w:t>Taxas e extras não inclusos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  <w:br/>
            </w:r>
            <w:r>
              <w:rPr>
                <w:color w:val="333333"/>
                <w:sz w:val="17"/>
                <w:lang w:val="pt-BR"/>
              </w:rPr>
              <w:t>Conforme companhia aérea contratada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🛡️</w:t>
            </w:r>
            <w:r>
              <w:rPr>
                <w:b/>
                <w:color w:val="0A1A33"/>
                <w:lang w:val="pt-BR"/>
              </w:rPr>
              <w:t xml:space="preserve">  Seguro viagem</w:t>
              <w:br/>
            </w:r>
            <w:r>
              <w:rPr>
                <w:color w:val="333333"/>
                <w:sz w:val="17"/>
                <w:lang w:val="pt-BR"/>
              </w:rPr>
              <w:t>Não incluso - contratar separadamente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Preço por pessoa</w:t>
      </w:r>
    </w:p>
    <w:p w14:paraId="33A7B6A1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p w14:paraId="6E9699F9" w14:textId="77777777" w:rsidR="00997A4F" w:rsidRDefault="00000000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Apto duplo  •  Meia pensão  •  Saídas diárias</w:t>
      </w:r>
    </w:p>
    <w:p w14:paraId="1B82A4CA" w14:textId="2D53454E" w:rsidR="00BC1EB4" w:rsidRPr="00997A4F" w:rsidRDefault="00000000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 xml:space="preserve">Saídas diárias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VALIDADE</w:t>
            </w:r>
          </w:p>
          <w:p w14:paraId="457CABD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31/10/2026</w:t>
            </w:r>
          </w:p>
          <w:p w14:paraId="5AD9E1E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PASSAGEM AÉREA</w:t>
            </w:r>
          </w:p>
          <w:p w14:paraId="37B9A6A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Não inclusa</w:t>
            </w:r>
          </w:p>
          <w:p w14:paraId="683A3F5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</w:tr>
    </w:tbl>
    <w:p w14:paraId="1CA7B7F3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*Preço por pessoa em apartamento duplo, somente terrestre. Passagem aérea não inclusa. Consulte disponibilidade.</w:t>
      </w:r>
    </w:p>
    <w:p w14:paraId="6948ACE8" w14:textId="77777777" w:rsidR="00BC1EB4" w:rsidRDefault="00000000">
      <w:pPr>
        <w:spacing w:before="200" w:line="252" w:lineRule="auto"/>
        <w:jc w:val="center"/>
      </w:pPr>
      <w:r>
        <w:rPr>
          <w:noProof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Mahé, Seychelles</w:t>
      </w:r>
    </w:p>
    <w:p w14:paraId="51B0F986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997A4F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000000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1º DIA: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Chegada em Mahé e traslado privativo ao hotel para acomodação por 5 noites, com meia pensão.</w:t>
            </w:r>
          </w:p>
        </w:tc>
      </w:tr>
      <w:tr w:rsidR="00BC1EB4" w:rsidRPr="00997A4F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000000">
            <w:r>
              <w:rPr>
                <w:b/>
                <w:color w:val="0A1A33"/>
                <w:sz w:val="16"/>
              </w:rPr>
              <w:t>Dia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2º AO 5º DIA: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livres para atividades independentes ou para relaxar no hotel.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000000">
            <w:r>
              <w:rPr>
                <w:b/>
                <w:color w:val="0A1A33"/>
                <w:sz w:val="16"/>
              </w:rPr>
              <w:t>6º DIA: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000000">
            <w:r>
              <w:rPr>
                <w:color w:val="0A1A33"/>
                <w:sz w:val="16"/>
              </w:rPr>
              <w:t>Retorno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Após o café da manhã no hotel, traslado privativo ao aeroporto de Mahé.</w:t>
            </w:r>
          </w:p>
        </w:tc>
      </w:tr>
      <w:tr w:rsidR="00BC1EB4" w:rsidRPr="00997A4F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000000">
            <w:r>
              <w:rPr>
                <w:color w:val="0A1A33"/>
                <w:sz w:val="16"/>
              </w:rPr>
              <w:t>Retorno /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77777777" w:rsidR="00BC1EB4" w:rsidRDefault="00000000">
            <w:r>
              <w:rPr>
                <w:color w:val="0A1A33"/>
                <w:sz w:val="16"/>
              </w:rPr>
              <w:t> / Ankara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000000">
            <w:r>
              <w:rPr>
                <w:b/>
                <w:color w:val="0A1A33"/>
                <w:sz w:val="16"/>
              </w:rPr>
              <w:lastRenderedPageBreak/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Avani+ Barbarons Seychelles Resort </w:t>
      </w:r>
    </w:p>
    <w:p w14:paraId="342DED91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Resort à Beira-Mar</w:t>
            </w:r>
          </w:p>
          <w:p w14:paraId="4BC5CF0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Na costa oeste de Mahé, com acesso direto à praia, piscina e estrutura moderna.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Praias Cristalinas</w:t>
            </w:r>
          </w:p>
          <w:p w14:paraId="776197C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Areia branca e águas cristalinas no cenário tropical do Oceano Índico.</w:t>
            </w:r>
          </w:p>
        </w:tc>
      </w:tr>
      <w:tr w:rsidR="00BC1EB4" w:rsidRPr="00997A4F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Atividades e Lazer</w:t>
            </w:r>
          </w:p>
          <w:p w14:paraId="396F3A0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Esportes aquáticos, yoga, meditação, aulas de culinária e passeios ao parque marinho.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 encantadora</w:t>
            </w:r>
          </w:p>
          <w:p w14:paraId="33AA710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Paisagens inesquecíveis e uma das regiões mais desejadas da 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000000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Roteiro com Suporte Especializado</w:t>
      </w:r>
    </w:p>
    <w:p w14:paraId="0FFBAF15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completa para uma experiência tranquila e inesquecível.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Seychelles é um dos destinos mais exclusivos e preservados do mundo.</w:t>
            </w:r>
          </w:p>
        </w:tc>
      </w:tr>
      <w:tr w:rsidR="00BC1EB4" w:rsidRPr="00997A4F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Observação Importante</w:t>
            </w:r>
          </w:p>
          <w:p w14:paraId="710A2E41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Não recomendado nos meses: final de novembro, dezembro, janeiro e fevereiro.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Acomodações</w:t>
            </w:r>
          </w:p>
          <w:p w14:paraId="694E6C39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Garden Terrace, Ocean View, Beach View, Ocean Suite e Beach Access Pool Suite disponíveis.</w:t>
            </w:r>
          </w:p>
        </w:tc>
      </w:tr>
      <w:tr w:rsidR="00BC1EB4" w:rsidRPr="00997A4F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 que inclui</w:t>
            </w:r>
          </w:p>
          <w:p w14:paraId="36DB2B1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5 noites com meia pensão, traslados privativos e kit de viagem.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Código: Y102</w:t>
            </w:r>
          </w:p>
          <w:p w14:paraId="640734E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Ilhas Seychelles: Avani+ Barbarons Seychelles</w:t>
            </w:r>
          </w:p>
        </w:tc>
      </w:tr>
    </w:tbl>
    <w:p w14:paraId="4AC2C93D" w14:textId="77777777" w:rsidR="00BC1EB4" w:rsidRPr="00997A4F" w:rsidRDefault="00000000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lastRenderedPageBreak/>
        <w:t>FALE CONOSCO E DESCUBRA SEU PRÓXIMO DESTINO</w:t>
      </w:r>
    </w:p>
    <w:p w14:paraId="2DAF014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10CE" w14:textId="77777777" w:rsidR="0057179D" w:rsidRDefault="0057179D">
      <w:pPr>
        <w:spacing w:after="0" w:line="240" w:lineRule="auto"/>
      </w:pPr>
      <w:r>
        <w:separator/>
      </w:r>
    </w:p>
  </w:endnote>
  <w:endnote w:type="continuationSeparator" w:id="0">
    <w:p w14:paraId="3D9915E9" w14:textId="77777777" w:rsidR="0057179D" w:rsidRDefault="0057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5C82" w14:textId="77777777" w:rsidR="00BC1EB4" w:rsidRPr="00997A4F" w:rsidRDefault="00000000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58E8" w14:textId="77777777" w:rsidR="0057179D" w:rsidRDefault="0057179D">
      <w:pPr>
        <w:spacing w:after="0" w:line="240" w:lineRule="auto"/>
      </w:pPr>
      <w:r>
        <w:separator/>
      </w:r>
    </w:p>
  </w:footnote>
  <w:footnote w:type="continuationSeparator" w:id="0">
    <w:p w14:paraId="3AF6A81E" w14:textId="77777777" w:rsidR="0057179D" w:rsidRDefault="0057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5182" w14:textId="77777777" w:rsidR="00BC1EB4" w:rsidRDefault="00000000">
    <w:pPr>
      <w:pStyle w:val="Cabealho"/>
      <w:jc w:val="right"/>
    </w:pPr>
    <w:r>
      <w:rPr>
        <w:noProof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96433">
    <w:abstractNumId w:val="8"/>
  </w:num>
  <w:num w:numId="2" w16cid:durableId="1872380663">
    <w:abstractNumId w:val="6"/>
  </w:num>
  <w:num w:numId="3" w16cid:durableId="1262837307">
    <w:abstractNumId w:val="5"/>
  </w:num>
  <w:num w:numId="4" w16cid:durableId="938565673">
    <w:abstractNumId w:val="4"/>
  </w:num>
  <w:num w:numId="5" w16cid:durableId="569265807">
    <w:abstractNumId w:val="7"/>
  </w:num>
  <w:num w:numId="6" w16cid:durableId="316804144">
    <w:abstractNumId w:val="3"/>
  </w:num>
  <w:num w:numId="7" w16cid:durableId="467826186">
    <w:abstractNumId w:val="2"/>
  </w:num>
  <w:num w:numId="8" w16cid:durableId="1919627610">
    <w:abstractNumId w:val="1"/>
  </w:num>
  <w:num w:numId="9" w16cid:durableId="35358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2026-07-17T13:01:00Z</dcterms:modified>
  <cp:category/>
</cp:coreProperties>
</file>