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WALDORF ASTORIA SEYCHELLES PLATTE ISLAND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06 dias / 05 noites  •  Praias intocadas, luxo impecável e aventuras tropicais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diárias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Praias Intocadas, Luxo Impecável e Aventuras Tropicais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Descubra o paraíso no Waldorf Astoria Seychelles Platte Island: 5 noites com praias intocadas, luxo impecável, experiências gastronômicas únicas e aventuras tropicais em um atol remoto do Oceano Índico.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all inclusive, voo doméstico regular incluso (Mahé / Platte Island / Mahé) e kit de viagem, este programa é ideal para quem busca exclusividade, natureza e o melhor do luxo nas Ilhas Externas de Seychelles.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06 dias / 05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Platte Island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Platte Island, Seychelles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doméstico incluso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Mahé / Platte Island / Mahé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All Inclusive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Refeições + bebidas inclusas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incluído para você aproveitar cada momento do paraíso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Voo doméstico regular Mahé / Platte Island / Mahé incluso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05 noites no Waldorf Astoria Seychelles Platte Island, all inclusive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All inclusive (refeições e bebidas)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Platte Island, Seychelles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Serviço de concierge incluso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e extras não inclusos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Apto duplo  •  All Inclusive  •  Saídas diárias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internacional não inclusa. Voo doméstico incluso no pacote. Consulte disponibilidade.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Platte Island, Seychelles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DIA: MAHÉ / PLATTE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Mahé e traslado regular em voo doméstico a Platte Island. Acomodação por 5 noites, com all inclusive.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AO 5º DIA: PLATTE ISLAND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Dias livres para atividades independentes ou para relaxar no hotel.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6º DIA: PLATTE ISLAND / MAHÉ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Após o check-out no hotel, traslado regular em voo doméstico a Mahé.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Waldorf Astoria Seychelles Platte Island 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Ilha Privativa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Platte Island, atol remoto com praias intocadas e luxo impecável no Oceano Índico.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All Inclusive de Luxo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Gastronomia exclusiva, bebidas e experiências únicas incluídas durante toda a estadia.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Aventuras Tropicais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Snorkeling, caiaque, stand-up paddle, mergulho, tênis e fitness 24 horas.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Para Toda a Família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Kid's Club, villas de até 194m² com piscina privativa e acesso direto à praia.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estadia de alto luxo em ilha privativa.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Platte Island é um dos destinos mais exclusivos e remotos das Ilhas Seychelles.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Não recomendado nos meses: final de novembro, dezembro, janeiro e fevereiro.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King Deluxe (79m²), Hawksbill Pool Villa (141m²) e Grand Hawksbill Pool Villa (194m²).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5 noites all inclusive, voo doméstico incluso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Y106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Waldorf Astoria Seychelles Platte Island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