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FOUR SEASONS RESORT SEYCHELLES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Natureza, privacidade e exclusividade em Mahé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Natureza, Privacidade e Exclusividade em Mahé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Four Seasons Resort Seychelles está localizado na costa sudoeste de Mahé, com praias de areia branca, formações rochosas e um mar espetacularmente encantador, oferecendo natureza e total privacidade.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5 noites com café da manhã no restaurante ZEZ, traslados privativos e kit de viagem, este programa é ideal para quem busca exclusividade, natureza e o melhor do luxo em Mahé.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Mahé, Seychelles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Café da manhã incluso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Restaurante ZEZ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viver o melhor de Mahé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 privativo aeroporto / hotel / aeroporto em Mahé (~30 min)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Four Seasons Resort Seychelles com café da manhã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Café da manhã no restaurante ZEZ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Esportes não motorizados e snorkel inclusos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Café da manhã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SEYCHELLES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Mahé e traslado privativo terrestre (~30 min) ao Four Seasons Resort Seychelles. Acomodação por 5 noites com café da manhã no restaurante ZEZ.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SEYCHELLES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independentes. Esportes não motorizados, snorkel e academia inclusos como cortesia.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SEYCHELLES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e check-out. Traslado privativo ao aeroporto.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Four Seasons Resort Seychelles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Costa Sudoeste de Mahé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Praias de areia branca, formações rochosas e mar espetacular na costa sudoeste de Mahé.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Privacidade Total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Um dos hotéis mais exclusivos de Seychelles, com sensação de espaço e privacidade incomparáveis.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Esportes &amp; Lazer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Esportes aquáticos não motorizados, snorkel, academia e atividades inclusas como cortesia.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Espumante, bolo de lua de mel e meditação privativa de 30 minutos para o casal.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alto luxo em Mahé.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Acomodações exclusivas com café da manhã no restaurante ZEZ do Four Seasons Seychelles.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café da manhã,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Y110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Four Seasons Resort Seychelles, Mahé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