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ILHAS SEYCHELLES: MAHÉ &amp; DENIS PRIVATE ISLAND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11 dias / 10 noites  •  Duas ilhas exclusivas para conhecer o melhor das Seychelles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Duas Ilhas Exclusivas para Conhecer o Melhor das Seychelles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Uma combinação perfeita entre Mahé e Denis Private Island: 5 noites com meia pensão em Mahé e 5 noites com pensão completa na exclusiva Denis Private Island, com voo doméstico incluso.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traslados privativos, voos internos (Mahé / Denis / Mahé com 15kg de franquia), hospedagem com refeições e kit de viagem, este programa é ideal para quem quer explorar o melhor das Seychelles.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11 dias / 10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Mahé + Denis Private Island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Mahé e Denis Private Island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doméstico incluso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Mahé / Denis Island / Mahé (15kg)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Meia pensão + Pensão completa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Conforme itinerário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explorar duas ilhas com conforto e exclusividade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Traslados privativos aeroporto / hotel / aeroporto em Mahé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5 noites em Mahé (meia pensão) + 5 noites Denis Private Island (pensão completa)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Meia pensão em Mahé / Pensão completa em Denis (sem bebidas)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Mahé e Denis Private Island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Voos internos Mahé / Denis / Mahé (15kg) inclusos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Franquia de 15kg no voo doméstico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Saídas diárias  •  Meia pensão + Pensão completa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Passagem aérea internacional não inclusa. Voos domésticos inclusos.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Mahé e Denis Private Island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em Seychelles. Recepção pelo representante local e traslado privativo ao hotel. Acomodação por 5 noites com meia pensão.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aproveitar o resort ou explorar a ilha.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MAHÉ / DENIS PRIVATE ISLAND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Transferência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 no hotel. Traslado ao aeroporto de Mahé e embarque para Denis Private Island. Acomodação por 5 noites com pensão completa.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>7º AO 10º DIA: DENIS PRIVATE ISLAND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Transferência / 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aproveitar o resort ou explorar a ilha.</w:t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>11º DIA: DENIS PRIVATE ISLAND /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 no hotel e embarque em voo com destino a Mahé.</w:t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Mahé &amp; Denis Private Island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Duas Ilhas Exclusivas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Mahé e Denis Private Island, uma combinação perfeita para conhecer o melhor das Seychelles.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Denis Private Island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Ilha privativa com pensão completa, pôr do sol e jantar romântico sob as estrelas.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Aventura &amp; Natureza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Praias desertas, mergulho, snorkel e exploração da vida selvagem em ilha remota.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Lua de Mel Especial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Espumante, jantar privado sob as estrelas, coquetel ao pôr do sol e desconto no spa.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explorar duas ilhas exclusivas das Seychelles.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Seychelles é um dos destinos mais exclusivos e preservados do mundo.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Resort em Mahé (meia pensão) + Denis Private Island (pensão completa com voo incluso).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10 noites com refeições, voos domésticos, traslados privativos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Y111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Ilhas Seychelles: Mahé e Denis Private Island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