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ONE&amp;ONLY LE SAINT GÉRAN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08 dias / 07 noites  •  Luxo exclusivo entre lagoa protegida e Oceano Índico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Luxo Exclusivo entre Lagoa Protegida e Oceano Índico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O One&amp;Only Le Saint Géran, localizado entre uma lagoa protegida e o Oceano Índico, combina o luxo com uma atmosfera tranquila em meio a jardins tropicais de Maurício.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7 noites com café da manhã, traslados aeroporto / hotel / aeroporto e kit de viagem, este programa é ideal para quem busca luxo absoluto, exclusividade e o melhor das Ilhas Maurício.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08 dias / 07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Ilhas Maurício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Ilhas Maurício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não incluído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Passagem aérea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Café da manhã incluso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One&amp;Only Le Saint Géran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viver o melhor do luxo em Maurício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Traslados aeroporto / hotel / aeroporto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07 noites no One&amp;Only Le Saint Géran com café da manhã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Café da manhã incluso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Ilhas Maurício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Representante local na chegada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de turismo não inclusas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Café da manhã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Passagem aérea não inclusa.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Ilhas Maurício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Recepção pelo representante local e traslado ao hotel. Acomodação por 7 noites com café da manhã.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7º DIA: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atividades independentes. Aproveite as atividades do One&amp;Only Le Saint Géran.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8º DIA: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ao aeroporto e embarque para o próximo destino.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One&amp;Only Le Saint Géran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Lagoa Protegida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Localizado entre uma lagoa protegida e o Oceano Índico, em meio a jardins tropicais exclusivos.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Luxo One&amp;Only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Um dos resorts mais premiados de Maurício, com restaurantes gourmet, spa e serviço impecável.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Esportes &amp; Aventura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Mergulho, snorkel, kitesurf, tênis, golfe e atividades aquáticas à disposição.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Gastronomia &amp; Bem-Estar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Restaurantes exclusivos, spa com tratamentos e experiências gastronômicas únicas em Maurício.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estadia de luxo absoluto nas Ilhas Maurício.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Maurício é um dos destinos mais exclusivos e paradisíacos do Oceano Índico.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Traslados conforme mencionado no roteiro. Consulte disponibilidade e condições.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Acomodações exclusivas no One&amp;Only Le Saint Géran com café da manhã incluso.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7 noites com café da manhã, traslados aeroporto / hotel / aeroporto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Y205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One&amp;Only Le Saint Géran, Ilhas Maurício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