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TUNÍSIA EXÓTICA PREMIUM 2026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12 dias / 11 noites  •  Desertos, ruínas e experiências inesquecíveis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Sextas-Feiras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INÍCIO DO TOUR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Tunis, Tunísia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Por pessoa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10x US$ 246,60  </w:t>
            </w:r>
            <w:r>
              <w:rPr>
                <w:color w:val="6F5B2B"/>
                <w:sz w:val="18"/>
                <w:lang w:val="pt-BR"/>
              </w:rPr>
              <w:t xml:space="preserve">à vista US$ 2.466,00</w:t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Apto Duplo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Saídas Sextas-Feiras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Modernidade, História e Experiências Inesquecíveis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Um roteiro completo pela Tunísia, combinando o charme de Tunis, as ruínas de Cartago, o deserto do Saara e as praias do Mediterrâneo.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voos Somente Terrestre, hospedagem, traslados, visitas, guia acompanhante em espanhol, ingressos e seguro viagem, este programa foi pensado para quem quer viajar com conforto, organização e tranquilidade.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12 dias / 11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Tunísia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Tunis, Cartago, Djerba e Saara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Somente Terrestre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Pacote terrestre completo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Seguro de viagem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Affinity 35 incluído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você embarcar com tranquilidade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São Paulo/Djerba/Tunísia/Djerba/São Paulo em classe econômica, voando Somente Terrestre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Taxas de embarque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Assistência em espanhol na chegada e saída nos aeroportos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Traslados de chegada e saída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11 noites de hospedagem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Regime alimentar conforme itinerário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Tunis, Cartago, Djerba e Saara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Guia acompanhante em espanhol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Ingressos conforme itinerário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hoteleiras na 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1 mala por passageiro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Seguro de Viagem Affinity 35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Saídas às Sextas-Feiras em 2026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Início do tour em Tunis, Tunísia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Sextas-Feiras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SOMENTE TERRESTRE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10x US$ 246,60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À vista US$ 2.466,00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POR PESSOA / APT DUPLO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Saídas Sextas-Feiras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>Início do tour em Tunis</w:t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Valores por passageiro conforme folder base. Consulte disponibilidade, condições e atualização no momento da reserva.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Tunis, Cartago, Djerba e Saara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Tunis, Tunísia / embarque internacional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ao aeroporto de Tunis. Recepção e traslado ao hotel.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Tunis e Cartago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Visita à MedinaDjerba e ruínas de Cartago.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Dias 3 a 6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Tunísia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Roteiro pelo interior: Kairouan, El Djem, Matmata e oásis de Tozeur.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Dias 7 e 8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Tunísia / Djerba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Excursão ao deserto do Saara e noite em acampamento beduíno.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Dias 9 a 11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Djerba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na ilha de Djerba: praias, suks e tradições locais.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Dia 12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Djerba / Ankara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Retorno a Tunis e embarque.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Do luxo de Tunísia às paisagens da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Tunísia futurista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MedinaDjerba, ruínas romanas e cultura árabe vibrante.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DjerbaDjerba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 ilhaPatrimônio Romano com praias, suks e tradição berbere.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Deserto do Saara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Dunas douradas, acampamento beduíno e céu estrelado no deserto.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Patrimônio Romano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Ruínas de Cartago, anfiteatro de El Djem e mosaicos únicos da Tunísia.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completo, suporte e experiência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dos principais detalhes para uma viagem mais tranquila.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Roteiros desenhados para aproveitar diferentes culturas em uma única jornada.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Suporte ao viajante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Equipe preparada para orientar antes e durante a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Conforto no percurso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Transporte em veículos com ar condicionado e hospedagem conforme programa.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Segurança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Seguro viagem e assistência conforme descrito no programa.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Conteúdo editável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Este material foi montado em Word para facilitar atualizações de data, valores e informações.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