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PANAMÁ COM SAN BLÁS 2026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07 dias / 06 noites  •  Cultura, natureza e experiências inesquecíveis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INÍCIO DO TOUR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RIO / SP / BH / POA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Rio de Janeiro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10x US$ 540,80  </w:t>
            </w:r>
            <w:r>
              <w:rPr>
                <w:color w:val="6F5B2B"/>
                <w:sz w:val="18"/>
                <w:lang w:val="pt-BR"/>
              </w:rPr>
              <w:t xml:space="preserve">à vista US$ 5.408,00</w:t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São Paulo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10x US$ 541,70  </w:t>
            </w:r>
            <w:r>
              <w:rPr>
                <w:color w:val="6F5B2B"/>
                <w:sz w:val="18"/>
                <w:lang w:val="pt-BR"/>
              </w:rPr>
              <w:t xml:space="preserve">à vista US$ 5.417,00</w:t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Modernidade, História e Experiências Inesquecíveis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 roteiro completo combinando a vibrante Cidade do Panamá com as paradisíacas ilhas de San Blás.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voos Copa Airlines, hospedagem, traslados, visitas, guia acompanhante em espanhol, ingressos e seguro viagem, este programa foi pensado para quem quer viajar com conforto, organização e tranquilidade.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07 dias / 06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Panamá + San Blás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Cidade do Panamá e Arquipélago de San Blás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Copa Airlines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Tickets aéreos em classe econômica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Seguro de viagem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Affinity 35 incluído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embarcar com tranquilidade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São Paulo/San Blás/Cidade do Panamá/San Blás/São Paulo em classe econômica, voando Copa Airlines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Taxas de embarque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Assistência em espanhol na chegada e saída nos aeroportos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Traslados de chegada e saída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11 noites de hospedagem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Regime alimentar conforme itinerário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Cidade do Panamá e Arquipélago de San Blás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Guia acompanhante em espanhol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Ingressos conforme itinerário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hoteleiras na 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1 mala por passageiro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Seguro de Viagem Affinity 35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Saídas Diárias em 2026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Início do tour em RIO / SP / BH / POA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Saídas Diárias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RIO DE JANEIRO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10x US$ 540,80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>À vista US$ 5.408,00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SÃO PAULO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10x US$ 541,70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>À vista US$ 5.417,00</w:t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Valores por passageiro conforme folder base. Consulte disponibilidade, condições e atualização no momento da reserva.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Cidade do Panamá e Arquipélago de San Blás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RIO / SP / BH / POA / embarque internacional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Apresentação no aeroporto e início da viagem rumo ao Panamá.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Chegada à Cidade do Panamá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Recepção e traslado ao hotel.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Dias 3 e 4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Cidade do Panamá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dedicados a visitas e experiências na cidade, conforme itinerário do operador.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Dia 5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Cidade do Panamá / San Blás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e deslocamento para San Blás.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Dias 6 e 7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San Blás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as ilhas e o mar cristalino de San Blás.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>Dia 7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San Blás / Ankara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de retorno ao aeroporto e embarque.</w:t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Do luxo de Cidade do Panamá às paisagens da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Cidade do Panamá futurista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Modernidade, Canal do Panamá, cultura e gastronomia vibrante.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San BlásArquipélago de San Blás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Ilhas cristalinas, povo Kuna e natureza intocada no Caribe.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Canal do Panamá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Uma das maravilhas da engenharia moderna e patrimônio mundial.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Cultura Kuna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Povos indígenas, tradições únicas e artesanato mola nas ilhas de San Blás.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completo, suporte e experiência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dos principais detalhes para uma viagem mais tranquila.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Roteiros desenhados para aproveitar diferentes culturas em uma única jornada.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Suporte ao viajante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Equipe preparada para orientar antes e durante a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Conforto no percurso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Transporte em veículos com ar condicionado e hospedagem conforme programa.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Segurança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Seguro viagem e assistência conforme descrito no programa.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Conteúdo editável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Este material foi montado em Word para facilitar atualizações de data, valores e informações.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