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JAMAICA &amp; PANAMÁ 2026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07 dias / 06 noites  •  Modernidade, história e experiências inesquecíveis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Rio de Janeiro / São Paulo / BH / POA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Rio de Janeiro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10x US$ 175,60  </w:t>
            </w:r>
            <w:r>
              <w:rPr>
                <w:color w:val="6F5B2B"/>
                <w:sz w:val="18"/>
                <w:lang w:val="pt-BR"/>
              </w:rPr>
              <w:t xml:space="preserve">à vista US$ 1.756,00</w:t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São Paulo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10x US$ 157,80  </w:t>
            </w:r>
            <w:r>
              <w:rPr>
                <w:color w:val="6F5B2B"/>
                <w:sz w:val="18"/>
                <w:lang w:val="pt-BR"/>
              </w:rPr>
              <w:t xml:space="preserve">à vista US$ 1.578,00</w:t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Praias, Cultura e Experiências Inesquecíveis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Um roteiro completo combinando as praias paradisíacas da Jamaica com a vibrante Cidade do Panamá.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voos Copa Airlines, hospedagem, traslados, visitas, guia acompanhante em espanhol, ingressos e seguro viagem, este programa foi pensado para quem quer viajar com conforto, organização e tranquilidade.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07 dias / 06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Jamaica + Panamá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Montego Bay e Cidade do Panamá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Copa Airlines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Bilhete aéreo em classe econômica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Seguro de viagem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Affinity 35 incluído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você embarcar com tranquilidade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São Paulo/Cidade do Panamá/Montego Bay/Cidade do Panamá/São Paulo em classe econômica, voando Copa Airlines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Taxas de embarque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Assistência em espanhol na chegada e saída nos aeroportos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Traslados de chegada e saída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11 noites de hospedagem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Regime alimentar conforme itinerário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Montego Bay e Cidade do Panamá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Guia acompanhante em espanhol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Ingressos conforme itinerário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hoteleiras na 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1 mala por passageiro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Seguro de Viagem Affinity 35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Saídas Diárias em 2026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Início do tour em Rio de Janeiro / São Paulo / BH / POA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Saídas Diárias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RIO DE JANEIRO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10x US$ 175,60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>À vista US$ 1.756,00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SÃO PAULO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10x US$ 157,80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>À vista US$ 1.578,00</w:t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Valores por passageiro conforme folder base. Consulte disponibilidade, condições e atualização no momento da reserva.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Montego Bay e Cidade do Panamá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Rio de Janeiro / São Paulo / BH / POA / embarque internacional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Apresentação no aeroporto e início da viagem rumo ao Caribe.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Conexão em Panamá e chegada a Montego Bay, Jamaica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Recepção e traslado ao hotel em Montego Bay.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Dias 3 a 5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Dubai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dedicados a visitas e experiências na cidade, conforme itinerário do operador.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>Dia 5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Montego Bay / Cidade do Panamá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Traslado ao aeroporto e voo para a Cidade do Panamá.</w:t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>Dias 6 e 7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>Cidade do Panamá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Experiências culturais,s e visitas na cidade, conforme programação.</w:t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>Dia 7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Cidade do Panamá / Ankara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Traslado ao aeroporto e embarque de retorno ao Brasil.</w:t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Das praias da Jamaica à vibrante Cidade do Panamá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Jamaica paradisíaca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Praias de águas cristalinas, resorts All Inclusive e atmosfera caribenha.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Cidade do Panamá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Modernidade, o famoso canal e uma cidade cheia de vida e cultura.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Montego Bay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O coração turístico da Jamaica, com praias, música e gastronomia.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 encantadora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Paisagens inesquecíveis e uma das regiões mais desejadas da 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completo, suporte e experiência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dos principais detalhes para uma viagem mais tranquila.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Roteiros desenhados para aproveitar diferentes culturas em uma única jornada.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Suporte ao viajante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Equipe preparada para orientar antes e durante a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Conforto no percurso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Transporte em veículos com ar condicionado e hospedagem conforme programa.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Seguro viagem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Seguro viagem Affinity 35 incluso no programa.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Conteúdo editável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Este material foi montado em Word para facilitar atualizações de data, valores e informações.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